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ZAMONAVIY TEXNOLOGIYALARDAN FOYDALANGAN HOLDA YUKLARNI YETKAZIB BERISHNING MAQBUL YO‘NALISHLARINI ANIQLASH</w:t>
      </w:r>
    </w:p>
    <w:p>
      <w:r>
        <w:br/>
      </w:r>
    </w:p>
    <w:p>
      <w:r/>
    </w:p>
    <w:p>
      <w:r/>
    </w:p>
    <w:p>
      <w:r/>
    </w:p>
    <w:p>
      <w:r/>
    </w:p>
    <w:p>
      <w:r>
        <w:rPr>
          <w:b/>
        </w:rPr>
        <w:br/>
        <w:t>ANNOTATSIYA</w:t>
      </w:r>
    </w:p>
    <w:p>
      <w:r>
        <w:br/>
        <w:t>Mazkur tezisda zamonaviy texnologiyalar, xususan GPS, axborot tizimlari va logistika boshqaruv dasturlari yordamida yuklarni yetkazib berish marshrutlarini optimallashtirish masalalari o‘rganilgan. Transport-logistika tizimida transport xarajatlarini kamaytirish, yetkazib berish vaqtini qisqartirish va transport vositalaridan samarali foydalanish imkoniyatlari tahlil qilingan. Tadqiqot natijasida optimal marshrutni aniqlash logistika tizimi samaradorligini oshirishning muhim omili ekanligi asoslab berilgan.</w:t>
        <w:br/>
      </w:r>
    </w:p>
    <w:p>
      <w:r>
        <w:t>Kalit so‘zlar: logistika, transport logistikasi, optimal marshrut, GPS, optimallashtirish, transport tizimi.</w:t>
        <w:br/>
      </w:r>
    </w:p>
    <w:p>
      <w:r>
        <w:rPr>
          <w:b/>
        </w:rPr>
        <w:t>KIRISH</w:t>
      </w:r>
    </w:p>
    <w:p>
      <w:r>
        <w:br/>
        <w:t>Bugungi kunda O‘zbekiston Respublikasida transport va logistika tizimini rivojlantirish davlat siyosatining ustuvor yo‘nalishlaridan biri hisoblanadi. Xususan, O‘zbekiston Respublikasi Prezidentining transport va logistika infratuzilmasini rivojlantirishga qaratilgan qarorlari hamda logistika xizmatlari sifatini oshirishga oid normativ-huquqiy hujjatlari ushbu sohani rivojlantirish uchun muhim asos bo‘lib xizmat qilmoqda.</w:t>
        <w:br/>
        <w:br/>
        <w:t>Logistika tizimining samaradorligi transport vositalarining to‘g‘ri boshqarilishi, optimal marshrutlarning tanlanishi va zamonaviy axborot texnologiyalaridan foydalanishga bevosita bog‘liqdir. Noto‘g‘ri tanlangan marshrutlar ortiqcha vaqt sarfiga, yoqilg‘i xarajatlarining oshishiga va transport vositalarining samaradorligi pasayishiga olib keladi. Shu sababli, zamonaviy texnologiyalar yordamida marshrutlarni optimallashtirish dolzarb masalalardan biri hisoblanadi.</w:t>
        <w:br/>
      </w:r>
    </w:p>
    <w:p>
      <w:r>
        <w:rPr>
          <w:b/>
        </w:rPr>
        <w:t>TADQIQOT MAQSADI</w:t>
      </w:r>
    </w:p>
    <w:p>
      <w:r>
        <w:br/>
        <w:t>Tadqiqotning asosiy maqsadi zamonaviy texnologiyalar yordamida yuklarni yetkazib berishning eng maqbul marshrutlarini aniqlash hamda transport-logistika tizimi samaradorligini oshirishdan iborat.</w:t>
        <w:br/>
      </w:r>
    </w:p>
    <w:p>
      <w:r>
        <w:rPr>
          <w:b/>
        </w:rPr>
        <w:t>TADQIQOT OBYEKTI VA PREDMETI</w:t>
      </w:r>
    </w:p>
    <w:p>
      <w:r>
        <w:br/>
        <w:t>Tadqiqot obyekti transport-logistika tizimi hisoblanadi. Tadqiqot predmeti esa yuklarni yetkazib berish marshrutlarini optimallashtirish jarayonidir.</w:t>
        <w:br/>
      </w:r>
    </w:p>
    <w:p>
      <w:r>
        <w:rPr>
          <w:b/>
        </w:rPr>
        <w:t>TADQIQOT USULLARI</w:t>
      </w:r>
    </w:p>
    <w:p>
      <w:r>
        <w:br/>
        <w:t>Tadqiqot jarayonida tahlil, taqqoslash, modellashtirish va optimallashtirish usullaridan foydalanildi. Shuningdek, logistika tizimlarini boshqarishda qo‘llaniladigan zamonaviy GPS texnologiyalari va axborot tizimlari o‘rganildi.</w:t>
        <w:br/>
      </w:r>
    </w:p>
    <w:p>
      <w:r>
        <w:rPr>
          <w:b/>
        </w:rPr>
        <w:t>TADQIQOT NATIJALARI</w:t>
      </w:r>
    </w:p>
    <w:p>
      <w:r>
        <w:br/>
        <w:t>Tadqiqot natijalari shuni ko‘rsatdiki, optimal marshrutlarni aniqlash orqali transport xarajatlarini kamaytirish, yoqilg‘i sarfini qisqartirish va yetkazib berish vaqtini sezilarli darajada kamaytirish mumkin. Zamonaviy texnologiyalar yordamida transport vositalarining harakatini real vaqt rejimida kuzatish va samarali boshqarish imkoniyati mavjud.</w:t>
        <w:br/>
      </w:r>
    </w:p>
    <w:p>
      <w:r>
        <w:rPr>
          <w:b/>
        </w:rPr>
        <w:t>XULOSA</w:t>
      </w:r>
    </w:p>
    <w:p>
      <w:r>
        <w:br/>
        <w:t>Zamonaviy texnologiyalar logistika tizimining samaradorligini oshirishda muhim ahamiyatga ega. Optimal marshrutlarni aniqlash transport xarajatlarini kamaytirish va yetkazib berish jarayonini samarali tashkil etish imkonini beradi. Kelgusida logistika tizimida raqamli texnologiyalarni keng joriy etish transport tizimi rivojlanishiga xizmat qiladi.</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