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O‘quvchilarda mustaqil fikrlashni shakllantirish usullari</w:t>
      </w:r>
    </w:p>
    <w:p>
      <w:pPr>
        <w:pStyle w:val="Heading2"/>
      </w:pPr>
      <w:r>
        <w:t>Kirish</w:t>
      </w:r>
    </w:p>
    <w:p>
      <w:r>
        <w:br/>
        <w:t>Bugungi kunda ta’lim tizimida eng muhim vazifalardan biri — o‘quvchilarni mustaqil fikrlashga, ijodiy yondashuvga va o‘z qarashlarini erkin ifoda eta olishga o‘rgatishdir. Mustaqil fikrlash — shaxsning o‘z bilimiga tayanib, mantiqan to‘g‘ri va asosli qaror qabul qila olish qobiliyatidir.</w:t>
        <w:br/>
        <w:t>Ta’lim tizimining yangilanishi, raqamli texnologiyalarning keng kirib kelishi, pedagogik metodlarning takomillashuvi mustaqil fikrlashni rivojlantirish zaruratini yanada kuchaytiradi.</w:t>
        <w:br/>
        <w:t>Ushbu referatning maqsadi — o‘quvchilarda mustaqil fikrlashni shakllantirishning samarali usullari va texnologiyalarini o‘rganishdan iborat.</w:t>
        <w:br/>
      </w:r>
    </w:p>
    <w:p>
      <w:pPr>
        <w:pStyle w:val="Heading2"/>
      </w:pPr>
      <w:r>
        <w:t>1-bob. Mustaqil fikrlashning nazariy asoslari</w:t>
      </w:r>
    </w:p>
    <w:p>
      <w:r>
        <w:br/>
        <w:t>Fikr — inson tafakkurining natijasi bo‘lib, u atrofdagi voqelikni anglash, tahlil qilish va baholash orqali yuzaga keladi. Mustaqil fikrlash esa insonning boshqalarning ta’sirisiz o‘z fikrini shakllantira olishi, mantiqan asosli qaror chiqarish qobiliyatini bildiradi.</w:t>
        <w:br/>
        <w:t>Pedagogika nuqtai nazaridan mustaqil fikrlash — bu ta’lim jarayonida o‘quvchining o‘z fikrini erkin ifoda etish, muammoni tahlil qilish va yangi yechim topish faoliyatidir.</w:t>
        <w:br/>
        <w:t>Psixologik nuqtai nazardan esa bu — tafakkur jarayonida aqliy mustaqillik va mas’uliyatni his etish bilan bog‘liqdir.</w:t>
        <w:br/>
        <w:t>Mustaqil fikrlashni rivojlantirishda quyidagi omillar muhim ahamiyatga ega:</w:t>
        <w:br/>
        <w:t>- o‘quvchining qiziqishi va motivatsiyasi;</w:t>
        <w:br/>
        <w:t>- o‘qituvchi tomonidan yaratilgan ijodiy muhit;</w:t>
        <w:br/>
        <w:t>- tanqidiy fikrlashga undovchi topshiriqlar;</w:t>
        <w:br/>
        <w:t>- baholash jarayonining adolatli tashkil etilishi.</w:t>
        <w:br/>
      </w:r>
    </w:p>
    <w:p>
      <w:pPr>
        <w:pStyle w:val="Heading2"/>
      </w:pPr>
      <w:r>
        <w:t>2-bob. O‘quvchilarda mustaqil fikrlashni shakllantirish usullari</w:t>
      </w:r>
    </w:p>
    <w:p>
      <w:r>
        <w:br/>
        <w:t>Zamonaviy ta’limda mustaqil fikrlashni rivojlantirish uchun bir qator innovatsion metodlardan foydalaniladi. Jumladan:</w:t>
        <w:br/>
      </w:r>
    </w:p>
    <w:p>
      <w:r>
        <w:t>1. Muammoli o‘qitish texnologiyasi — dars davomida muammoli savollar berish orqali o‘quvchilarda tahlil qilish va xulosa chiqarish qobiliyatini rivojlantiradi.</w:t>
      </w:r>
    </w:p>
    <w:p>
      <w:r>
        <w:t>2. Interfaol metodlar — “Aqliy hujum”, “Klaster”, “Sinkveyn”, “Insert” kabi usullar orqali o‘quvchilarda erkin fikrlash va jamoada ishlash ko‘nikmalarini rivojlantiradi.</w:t>
      </w:r>
    </w:p>
    <w:p>
      <w:r>
        <w:t>3. Mustaqil ishlarni tashkil etish — o‘quvchilarga izlanish topshiriqlari berish orqali mustaqil tahlil qilish ko‘nikmasini rivojlantiradi.</w:t>
      </w:r>
    </w:p>
    <w:p>
      <w:r>
        <w:t>4. Axborot texnologiyalaridan foydalanish — elektron darsliklar, onlayn testlar orqali o‘quvchilar o‘z bilimini mustaqil boyitadi.</w:t>
      </w:r>
    </w:p>
    <w:p>
      <w:pPr>
        <w:pStyle w:val="Heading2"/>
      </w:pPr>
      <w:r>
        <w:t>Xulosa</w:t>
      </w:r>
    </w:p>
    <w:p>
      <w:r>
        <w:br/>
        <w:t>O‘quvchilarda mustaqil fikrlashni shakllantirish — zamonaviy ta’limning eng muhim yo‘nalishlaridan biridir. Bu jarayon orqali o‘quvchi nafaqat tayyor bilimni o‘zlashtiradi, balki uni tahlil qilib, yangicha xulosalar chiqarishga o‘rganadi.</w:t>
        <w:br/>
        <w:t>O‘qituvchining vazifasi — o‘quvchiga fikr erkinligi, tanqidiy yondashuv va ijodiy muhit yaratishдан iborat. Natijada jamiyatда mustaqil fikrlaydigan, mas’uliyatli, yangilikка очиқ шахслар етишириб чиқади.</w:t>
        <w:br/>
      </w:r>
    </w:p>
    <w:p>
      <w:pPr>
        <w:pStyle w:val="Heading2"/>
      </w:pPr>
      <w:r>
        <w:t>Foydalanilgan adabiyotlar</w:t>
      </w:r>
    </w:p>
    <w:p>
      <w:r>
        <w:br/>
        <w:t>1. Karimova Z.T. “Pedagogika asoslari”, Toshkent, 2021.</w:t>
        <w:br/>
        <w:t>2. To‘xtayeva G. “Innovatsion ta’lim texnologiyalari”, Toshkent, 2020.</w:t>
        <w:br/>
        <w:t>3. O‘zbekiston Respublikasi “Ta’lim to‘g‘risida”gi Qonuni, 2020.</w:t>
        <w:br/>
        <w:t>4. “Pedagogika va psixologiya jurnali”, 2023-yil 2-son.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