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720"/>
      </w:pPr>
    </w:p>
    <w:p>
      <w:pPr>
        <w:keepNext w:val="0"/>
        <w:spacing w:before="240"/>
        <w:jc w:val="center"/>
      </w:pPr>
      <w:r>
        <w:rPr>
          <w:rFonts w:ascii="Times New Roman" w:hAnsi="Times New Roman"/>
          <w:b w:val="0"/>
          <w:i w:val="0"/>
          <w:sz w:val="24"/>
        </w:rPr>
        <w:t>___________________ область _______________ район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В ведении отдела дошкольного и школьного образования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___ - общеобразовательная школа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учителя 2 класса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sz w:val="24"/>
        </w:rPr>
        <w:t>Marxabo Karimova</w:t>
      </w:r>
    </w:p>
    <w:p>
      <w:pPr>
        <w:keepNext w:val="0"/>
        <w:spacing w:before="280"/>
        <w:jc w:val="center"/>
      </w:pPr>
      <w:r>
        <w:rPr>
          <w:rFonts w:ascii="Times New Roman" w:hAnsi="Times New Roman"/>
          <w:b/>
          <w:i w:val="0"/>
          <w:color w:val="2E7D32"/>
          <w:sz w:val="24"/>
        </w:rPr>
        <w:t>по предмету Математика для 2 класса</w:t>
      </w:r>
    </w:p>
    <w:p>
      <w:pPr>
        <w:keepNext w:val="0"/>
        <w:spacing w:before="200"/>
        <w:jc w:val="center"/>
      </w:pPr>
      <w:r>
        <w:rPr>
          <w:rFonts w:ascii="Comic Sans MS" w:hAnsi="Comic Sans MS"/>
          <w:b/>
          <w:i w:val="0"/>
          <w:color w:val="C62828"/>
          <w:sz w:val="32"/>
        </w:rPr>
        <w:t>«Сложение чисел (25+6)»</w:t>
      </w:r>
    </w:p>
    <w:p>
      <w:pPr>
        <w:keepNext w:val="0"/>
        <w:spacing w:before="240"/>
        <w:jc w:val="center"/>
      </w:pPr>
      <w:r>
        <w:rPr>
          <w:rFonts w:ascii="Comic Sans MS" w:hAnsi="Comic Sans MS"/>
          <w:b/>
          <w:i w:val="0"/>
          <w:color w:val="E65100"/>
          <w:sz w:val="60"/>
        </w:rPr>
        <w:t>ПЛАН УРОКА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31920" cy="21446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e24eccd-61c2-482c-a607-9e0857df1c7e_0_134a014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21446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pageBreakBefore/>
      </w:pPr>
      <w:r>
        <w:rPr>
          <w:rFonts w:ascii="Times New Roman" w:hAnsi="Times New Roman"/>
          <w:b w:val="0"/>
          <w:i w:val="0"/>
          <w:sz w:val="24"/>
        </w:rPr>
        <w:t>Дата:________________________________</w:t>
      </w:r>
    </w:p>
    <w:p>
      <w:r>
        <w:rPr>
          <w:rFonts w:ascii="Times New Roman" w:hAnsi="Times New Roman"/>
          <w:b/>
          <w:sz w:val="24"/>
        </w:rPr>
        <w:t xml:space="preserve">Тема: </w:t>
      </w:r>
      <w:r>
        <w:rPr>
          <w:rFonts w:ascii="Times New Roman" w:hAnsi="Times New Roman"/>
          <w:b w:val="0"/>
          <w:i w:val="0"/>
          <w:sz w:val="24"/>
        </w:rPr>
        <w:t>Сложение чисел (25+6)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Цель урока:</w:t>
      </w:r>
    </w:p>
    <w:p>
      <w:r>
        <w:rPr>
          <w:rFonts w:ascii="Times New Roman" w:hAnsi="Times New Roman"/>
          <w:b/>
          <w:sz w:val="24"/>
        </w:rPr>
        <w:t xml:space="preserve">Образовательная: </w:t>
      </w:r>
      <w:r>
        <w:rPr>
          <w:rFonts w:ascii="Times New Roman" w:hAnsi="Times New Roman"/>
          <w:b w:val="0"/>
          <w:i w:val="0"/>
          <w:sz w:val="24"/>
        </w:rPr>
        <w:t>Ознакомить учащихся с приемом сложения двузначного числа с однозначным на примере (25+6), формировать умение решать примеры данного вида.</w:t>
      </w:r>
    </w:p>
    <w:p>
      <w:r>
        <w:rPr>
          <w:rFonts w:ascii="Times New Roman" w:hAnsi="Times New Roman"/>
          <w:b/>
          <w:sz w:val="24"/>
        </w:rPr>
        <w:t xml:space="preserve">Воспитательная: </w:t>
      </w:r>
      <w:r>
        <w:rPr>
          <w:rFonts w:ascii="Times New Roman" w:hAnsi="Times New Roman"/>
          <w:b w:val="0"/>
          <w:i w:val="0"/>
          <w:sz w:val="24"/>
        </w:rPr>
        <w:t>Воспитывать интерес к математике, аккуратность при выполнении вычислений и самостоятельность.</w:t>
      </w:r>
    </w:p>
    <w:p>
      <w:r>
        <w:rPr>
          <w:rFonts w:ascii="Times New Roman" w:hAnsi="Times New Roman"/>
          <w:b/>
          <w:sz w:val="24"/>
        </w:rPr>
        <w:t xml:space="preserve">Развивающая: </w:t>
      </w:r>
      <w:r>
        <w:rPr>
          <w:rFonts w:ascii="Times New Roman" w:hAnsi="Times New Roman"/>
          <w:b w:val="0"/>
          <w:i w:val="0"/>
          <w:sz w:val="24"/>
        </w:rPr>
        <w:t>Развивать вычислительные навыки, логическое мышление и внимание учащихся.</w:t>
      </w:r>
    </w:p>
    <w:p>
      <w:pPr>
        <w:spacing w:before="120"/>
      </w:pPr>
      <w:r>
        <w:rPr>
          <w:rFonts w:ascii="Times New Roman" w:hAnsi="Times New Roman"/>
          <w:b/>
          <w:sz w:val="24"/>
        </w:rPr>
        <w:t xml:space="preserve">Тип урока: </w:t>
      </w:r>
      <w:r>
        <w:rPr>
          <w:rFonts w:ascii="Times New Roman" w:hAnsi="Times New Roman"/>
          <w:b w:val="0"/>
          <w:i w:val="0"/>
          <w:sz w:val="24"/>
        </w:rPr>
        <w:t>Урок изучения нового материала</w:t>
      </w:r>
    </w:p>
    <w:p>
      <w:r>
        <w:rPr>
          <w:rFonts w:ascii="Times New Roman" w:hAnsi="Times New Roman"/>
          <w:b/>
          <w:sz w:val="24"/>
        </w:rPr>
        <w:t xml:space="preserve">Методы: </w:t>
      </w:r>
      <w:r>
        <w:rPr>
          <w:rFonts w:ascii="Times New Roman" w:hAnsi="Times New Roman"/>
          <w:b w:val="0"/>
          <w:i w:val="0"/>
          <w:sz w:val="24"/>
        </w:rPr>
        <w:t>Объяснительно-иллюстративный, Частично-поисковый, Практический</w:t>
      </w:r>
    </w:p>
    <w:p>
      <w:r>
        <w:rPr>
          <w:rFonts w:ascii="Times New Roman" w:hAnsi="Times New Roman"/>
          <w:b/>
          <w:sz w:val="24"/>
        </w:rPr>
        <w:t xml:space="preserve">Оборудование: </w:t>
      </w:r>
      <w:r>
        <w:rPr>
          <w:rFonts w:ascii="Times New Roman" w:hAnsi="Times New Roman"/>
          <w:b w:val="0"/>
          <w:i w:val="0"/>
          <w:sz w:val="24"/>
        </w:rPr>
        <w:t>Учебник, Рабочая тетрадь, Наглядные пособия (карточки с примерами, счетные палочки), Доска, Мел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Ожидаемые результаты:</w:t>
      </w:r>
    </w:p>
    <w:p>
      <w:r>
        <w:rPr>
          <w:rFonts w:ascii="Times New Roman" w:hAnsi="Times New Roman"/>
          <w:b/>
          <w:sz w:val="24"/>
        </w:rPr>
        <w:t xml:space="preserve">Учитель: </w:t>
      </w:r>
      <w:r>
        <w:rPr>
          <w:rFonts w:ascii="Times New Roman" w:hAnsi="Times New Roman"/>
          <w:b w:val="0"/>
          <w:i w:val="0"/>
          <w:sz w:val="24"/>
        </w:rPr>
        <w:t>Учитель сможет провести урок, используя наглядные материалы и интерактивные методы. Будет организована работа по закреплению нового материала и проверке усвоения знаний.</w:t>
      </w:r>
    </w:p>
    <w:p>
      <w:r>
        <w:rPr>
          <w:rFonts w:ascii="Times New Roman" w:hAnsi="Times New Roman"/>
          <w:b/>
          <w:sz w:val="24"/>
        </w:rPr>
        <w:t xml:space="preserve">Ученик: </w:t>
      </w:r>
      <w:r>
        <w:rPr>
          <w:rFonts w:ascii="Times New Roman" w:hAnsi="Times New Roman"/>
          <w:b w:val="0"/>
          <w:i w:val="0"/>
          <w:sz w:val="24"/>
        </w:rPr>
        <w:t>Учащиеся научатся складывать двузначное число с однозначным, применяя полученные знания при решении примеров и задач. Смогут объяснить способ решения примеров.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976D2"/>
          <w:sz w:val="24"/>
        </w:rPr>
        <w:t>Ход урока: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№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Этап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Время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1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Организационная часть</w:t>
            </w:r>
          </w:p>
        </w:tc>
        <w:tc>
          <w:tcPr>
            <w:tcW w:type="dxa" w:w="3105"/>
            <w:shd w:val="clear" w:fill="FFF8E1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>
            <w:r>
              <w:t>2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пройденной темы</w:t>
            </w:r>
          </w:p>
        </w:tc>
        <w:tc>
          <w:tcPr>
            <w:tcW w:type="dxa" w:w="3105"/>
          </w:tcPr>
          <w:p>
            <w:r>
              <w:t>7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3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Изложение новой темы</w:t>
            </w:r>
          </w:p>
        </w:tc>
        <w:tc>
          <w:tcPr>
            <w:tcW w:type="dxa" w:w="3105"/>
            <w:shd w:val="clear" w:fill="FFF8E1"/>
          </w:tcPr>
          <w:p>
            <w:r>
              <w:t>15 минут</w:t>
            </w:r>
          </w:p>
        </w:tc>
      </w:tr>
      <w:tr>
        <w:tc>
          <w:tcPr>
            <w:tcW w:type="dxa" w:w="3105"/>
          </w:tcPr>
          <w:p>
            <w:r>
              <w:t>4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новой темы</w:t>
            </w:r>
          </w:p>
        </w:tc>
        <w:tc>
          <w:tcPr>
            <w:tcW w:type="dxa" w:w="3105"/>
          </w:tcPr>
          <w:p>
            <w:r>
              <w:t>15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5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Поощрение учащихся. Завершение урока.</w:t>
            </w:r>
          </w:p>
        </w:tc>
        <w:tc>
          <w:tcPr>
            <w:tcW w:type="dxa" w:w="3105"/>
            <w:shd w:val="clear" w:fill="FFF8E1"/>
          </w:tcPr>
          <w:p>
            <w:r>
              <w:t>2 минут</w:t>
            </w:r>
          </w:p>
        </w:tc>
      </w:tr>
      <w:tr>
        <w:tc>
          <w:tcPr>
            <w:tcW w:type="dxa" w:w="3105"/>
          </w:tcPr>
          <w:p>
            <w:r>
              <w:t>6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Домашнее задание</w:t>
            </w:r>
          </w:p>
        </w:tc>
        <w:tc>
          <w:tcPr>
            <w:tcW w:type="dxa" w:w="3105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/>
        </w:tc>
        <w:tc>
          <w:tcPr>
            <w:tcW w:type="dxa" w:w="3105"/>
          </w:tcPr>
          <w:p>
            <w:r>
              <w:rPr>
                <w:b/>
              </w:rPr>
              <w:t>Всего</w:t>
            </w:r>
          </w:p>
        </w:tc>
        <w:tc>
          <w:tcPr>
            <w:tcW w:type="dxa" w:w="3105"/>
          </w:tcPr>
          <w:p>
            <w:r>
              <w:rPr>
                <w:b/>
              </w:rPr>
              <w:t>45 минут</w:t>
            </w:r>
          </w:p>
        </w:tc>
      </w:tr>
    </w:tbl>
    <w:p>
      <w:pPr>
        <w:keepNext/>
        <w:spacing w:before="280"/>
      </w:pPr>
      <w:r>
        <w:rPr>
          <w:rFonts w:ascii="Times New Roman" w:hAnsi="Times New Roman"/>
          <w:b/>
          <w:i w:val="0"/>
          <w:color w:val="C62828"/>
          <w:sz w:val="26"/>
        </w:rPr>
        <w:t>I. Организационная часть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Приветствие, проверка посещаемости, подготовка учащихся к уроку.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Здравствуйте, ребята, мои дорогие!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Садитесь, пожалуйста, и будьте готовы.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Сегодня мы будем числа складывать,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Задачу "25 плюс 6" решать!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119703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e24eccd-61c2-482c-a607-9e0857df1c7e_3_9a63c173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1970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1565C0"/>
          <w:sz w:val="26"/>
        </w:rPr>
        <w:t>II. Закрепление пройденной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Знания и навыки учащихся проверяются вопросами, спрашивается домашнее задание, учащиеся оцениваются.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5570"/>
      </w:tblGrid>
      <w:tr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1197033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e24eccd-61c2-482c-a607-9e0857df1c7e_7_c8db2b6e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1970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70"/>
            <w:vAlign w:val="center"/>
          </w:tcPr>
          <w:p>
            <w:pPr>
              <w:keepNext/>
              <w:jc w:val="center"/>
            </w:pPr>
            <w:r>
              <w:rPr>
                <w:rFonts w:ascii="Times New Roman" w:hAnsi="Times New Roman"/>
                <w:b/>
                <w:i/>
                <w:color w:val="C62828"/>
                <w:sz w:val="24"/>
              </w:rPr>
              <w:t>Весёлая минутка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Ручки вверх, потянитесь!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Ножками потопаем,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Ручками похлопаем,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Покружились, улыбнулись,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И тихонько сели!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Снова будем мы учиться!</w:t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2E7D32"/>
          <w:sz w:val="26"/>
        </w:rPr>
        <w:t>III. Изложение новой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Сегодня мы с вами будем учиться складывать двузначные числа с однозначными. Это очень похоже на то, как мы складывали числа раньше, но теперь у нас будут десятки и единицы. Представьте, что у вас есть коробка с деталями. Например, в коробке было </w:t>
      </w:r>
      <w:r>
        <w:rPr>
          <w:rFonts w:ascii="Times New Roman" w:hAnsi="Times New Roman"/>
          <w:b/>
          <w:i w:val="0"/>
          <w:color w:val="C2185B"/>
          <w:sz w:val="24"/>
        </w:rPr>
        <w:t>25</w:t>
      </w:r>
      <w:r>
        <w:rPr>
          <w:rFonts w:ascii="Times New Roman" w:hAnsi="Times New Roman"/>
          <w:b w:val="0"/>
          <w:i w:val="0"/>
          <w:sz w:val="24"/>
        </w:rPr>
        <w:t xml:space="preserve"> железных деталей. Затем добавили еще </w:t>
      </w:r>
      <w:r>
        <w:rPr>
          <w:rFonts w:ascii="Times New Roman" w:hAnsi="Times New Roman"/>
          <w:b/>
          <w:i w:val="0"/>
          <w:color w:val="C2185B"/>
          <w:sz w:val="24"/>
        </w:rPr>
        <w:t>6</w:t>
      </w:r>
      <w:r>
        <w:rPr>
          <w:rFonts w:ascii="Times New Roman" w:hAnsi="Times New Roman"/>
          <w:b w:val="0"/>
          <w:i w:val="0"/>
          <w:sz w:val="24"/>
        </w:rPr>
        <w:t xml:space="preserve"> медных деталей. Нам нужно узнать, сколько всего деталей стало в коробке. Чтобы это сделать, мы можем использовать наши знания о сложении.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Чтобы сложить </w:t>
      </w:r>
      <w:r>
        <w:rPr>
          <w:rFonts w:ascii="Times New Roman" w:hAnsi="Times New Roman"/>
          <w:b/>
          <w:i w:val="0"/>
          <w:color w:val="C2185B"/>
          <w:sz w:val="24"/>
        </w:rPr>
        <w:t>25</w:t>
      </w:r>
      <w:r>
        <w:rPr>
          <w:rFonts w:ascii="Times New Roman" w:hAnsi="Times New Roman"/>
          <w:b w:val="0"/>
          <w:i w:val="0"/>
          <w:sz w:val="24"/>
        </w:rPr>
        <w:t xml:space="preserve"> и </w:t>
      </w:r>
      <w:r>
        <w:rPr>
          <w:rFonts w:ascii="Times New Roman" w:hAnsi="Times New Roman"/>
          <w:b/>
          <w:i w:val="0"/>
          <w:color w:val="C2185B"/>
          <w:sz w:val="24"/>
        </w:rPr>
        <w:t>6</w:t>
      </w:r>
      <w:r>
        <w:rPr>
          <w:rFonts w:ascii="Times New Roman" w:hAnsi="Times New Roman"/>
          <w:b w:val="0"/>
          <w:i w:val="0"/>
          <w:sz w:val="24"/>
        </w:rPr>
        <w:t xml:space="preserve">, мы можем представить число </w:t>
      </w:r>
      <w:r>
        <w:rPr>
          <w:rFonts w:ascii="Times New Roman" w:hAnsi="Times New Roman"/>
          <w:b/>
          <w:i w:val="0"/>
          <w:color w:val="C2185B"/>
          <w:sz w:val="24"/>
        </w:rPr>
        <w:t>25</w:t>
      </w:r>
      <w:r>
        <w:rPr>
          <w:rFonts w:ascii="Times New Roman" w:hAnsi="Times New Roman"/>
          <w:b w:val="0"/>
          <w:i w:val="0"/>
          <w:sz w:val="24"/>
        </w:rPr>
        <w:t xml:space="preserve"> как сумму </w:t>
      </w:r>
      <w:r>
        <w:rPr>
          <w:rFonts w:ascii="Times New Roman" w:hAnsi="Times New Roman"/>
          <w:b/>
          <w:i w:val="0"/>
          <w:color w:val="C2185B"/>
          <w:sz w:val="24"/>
        </w:rPr>
        <w:t>20</w:t>
      </w:r>
      <w:r>
        <w:rPr>
          <w:rFonts w:ascii="Times New Roman" w:hAnsi="Times New Roman"/>
          <w:b w:val="0"/>
          <w:i w:val="0"/>
          <w:sz w:val="24"/>
        </w:rPr>
        <w:t xml:space="preserve"> и </w:t>
      </w:r>
      <w:r>
        <w:rPr>
          <w:rFonts w:ascii="Times New Roman" w:hAnsi="Times New Roman"/>
          <w:b/>
          <w:i w:val="0"/>
          <w:color w:val="C2185B"/>
          <w:sz w:val="24"/>
        </w:rPr>
        <w:t>5</w:t>
      </w:r>
      <w:r>
        <w:rPr>
          <w:rFonts w:ascii="Times New Roman" w:hAnsi="Times New Roman"/>
          <w:b w:val="0"/>
          <w:i w:val="0"/>
          <w:sz w:val="24"/>
        </w:rPr>
        <w:t xml:space="preserve">. Затем мы складываем единицы: </w:t>
      </w:r>
      <w:r>
        <w:rPr>
          <w:rFonts w:ascii="Times New Roman" w:hAnsi="Times New Roman"/>
          <w:b/>
          <w:i w:val="0"/>
          <w:color w:val="C2185B"/>
          <w:sz w:val="24"/>
        </w:rPr>
        <w:t>5 + 6 = 11</w:t>
      </w:r>
      <w:r>
        <w:rPr>
          <w:rFonts w:ascii="Times New Roman" w:hAnsi="Times New Roman"/>
          <w:b w:val="0"/>
          <w:i w:val="0"/>
          <w:sz w:val="24"/>
        </w:rPr>
        <w:t xml:space="preserve">. Получилось </w:t>
      </w:r>
      <w:r>
        <w:rPr>
          <w:rFonts w:ascii="Times New Roman" w:hAnsi="Times New Roman"/>
          <w:b/>
          <w:i w:val="0"/>
          <w:color w:val="C2185B"/>
          <w:sz w:val="24"/>
        </w:rPr>
        <w:t>11</w:t>
      </w:r>
      <w:r>
        <w:rPr>
          <w:rFonts w:ascii="Times New Roman" w:hAnsi="Times New Roman"/>
          <w:b w:val="0"/>
          <w:i w:val="0"/>
          <w:sz w:val="24"/>
        </w:rPr>
        <w:t xml:space="preserve"> единиц. Из </w:t>
      </w:r>
      <w:r>
        <w:rPr>
          <w:rFonts w:ascii="Times New Roman" w:hAnsi="Times New Roman"/>
          <w:b/>
          <w:i w:val="0"/>
          <w:color w:val="C2185B"/>
          <w:sz w:val="24"/>
        </w:rPr>
        <w:t>11</w:t>
      </w:r>
      <w:r>
        <w:rPr>
          <w:rFonts w:ascii="Times New Roman" w:hAnsi="Times New Roman"/>
          <w:b w:val="0"/>
          <w:i w:val="0"/>
          <w:sz w:val="24"/>
        </w:rPr>
        <w:t xml:space="preserve"> единиц можно составить </w:t>
      </w:r>
      <w:r>
        <w:rPr>
          <w:rFonts w:ascii="Times New Roman" w:hAnsi="Times New Roman"/>
          <w:b/>
          <w:i w:val="0"/>
          <w:color w:val="C2185B"/>
          <w:sz w:val="24"/>
        </w:rPr>
        <w:t>1 десяток</w:t>
      </w:r>
      <w:r>
        <w:rPr>
          <w:rFonts w:ascii="Times New Roman" w:hAnsi="Times New Roman"/>
          <w:b w:val="0"/>
          <w:i w:val="0"/>
          <w:sz w:val="24"/>
        </w:rPr>
        <w:t xml:space="preserve"> и </w:t>
      </w:r>
      <w:r>
        <w:rPr>
          <w:rFonts w:ascii="Times New Roman" w:hAnsi="Times New Roman"/>
          <w:b/>
          <w:i w:val="0"/>
          <w:color w:val="C2185B"/>
          <w:sz w:val="24"/>
        </w:rPr>
        <w:t>1 единицу</w:t>
      </w:r>
      <w:r>
        <w:rPr>
          <w:rFonts w:ascii="Times New Roman" w:hAnsi="Times New Roman"/>
          <w:b w:val="0"/>
          <w:i w:val="0"/>
          <w:sz w:val="24"/>
        </w:rPr>
        <w:t xml:space="preserve">. Теперь прибавляем этот десяток к </w:t>
      </w:r>
      <w:r>
        <w:rPr>
          <w:rFonts w:ascii="Times New Roman" w:hAnsi="Times New Roman"/>
          <w:b/>
          <w:i w:val="0"/>
          <w:color w:val="C2185B"/>
          <w:sz w:val="24"/>
        </w:rPr>
        <w:t>20</w:t>
      </w:r>
      <w:r>
        <w:rPr>
          <w:rFonts w:ascii="Times New Roman" w:hAnsi="Times New Roman"/>
          <w:b w:val="0"/>
          <w:i w:val="0"/>
          <w:sz w:val="24"/>
        </w:rPr>
        <w:t xml:space="preserve">, которые у нас были: </w:t>
      </w:r>
      <w:r>
        <w:rPr>
          <w:rFonts w:ascii="Times New Roman" w:hAnsi="Times New Roman"/>
          <w:b/>
          <w:i w:val="0"/>
          <w:color w:val="C2185B"/>
          <w:sz w:val="24"/>
        </w:rPr>
        <w:t>20 + 10 = 30</w:t>
      </w:r>
      <w:r>
        <w:rPr>
          <w:rFonts w:ascii="Times New Roman" w:hAnsi="Times New Roman"/>
          <w:b w:val="0"/>
          <w:i w:val="0"/>
          <w:sz w:val="24"/>
        </w:rPr>
        <w:t xml:space="preserve">. И у нас осталась </w:t>
      </w:r>
      <w:r>
        <w:rPr>
          <w:rFonts w:ascii="Times New Roman" w:hAnsi="Times New Roman"/>
          <w:b/>
          <w:i w:val="0"/>
          <w:color w:val="C2185B"/>
          <w:sz w:val="24"/>
        </w:rPr>
        <w:t>1</w:t>
      </w:r>
      <w:r>
        <w:rPr>
          <w:rFonts w:ascii="Times New Roman" w:hAnsi="Times New Roman"/>
          <w:b w:val="0"/>
          <w:i w:val="0"/>
          <w:sz w:val="24"/>
        </w:rPr>
        <w:t xml:space="preserve"> единица. Итого: </w:t>
      </w:r>
      <w:r>
        <w:rPr>
          <w:rFonts w:ascii="Times New Roman" w:hAnsi="Times New Roman"/>
          <w:b/>
          <w:i w:val="0"/>
          <w:color w:val="C2185B"/>
          <w:sz w:val="24"/>
        </w:rPr>
        <w:t>30 + 1 = 31</w:t>
      </w:r>
      <w:r>
        <w:rPr>
          <w:rFonts w:ascii="Times New Roman" w:hAnsi="Times New Roman"/>
          <w:b w:val="0"/>
          <w:i w:val="0"/>
          <w:sz w:val="24"/>
        </w:rPr>
        <w:t xml:space="preserve">. Значит, </w:t>
      </w:r>
      <w:r>
        <w:rPr>
          <w:rFonts w:ascii="Times New Roman" w:hAnsi="Times New Roman"/>
          <w:b/>
          <w:i w:val="0"/>
          <w:color w:val="C2185B"/>
          <w:sz w:val="24"/>
        </w:rPr>
        <w:t>25 + 6 = 31</w:t>
      </w:r>
      <w:r>
        <w:rPr>
          <w:rFonts w:ascii="Times New Roman" w:hAnsi="Times New Roman"/>
          <w:b w:val="0"/>
          <w:i w:val="0"/>
          <w:sz w:val="24"/>
        </w:rPr>
        <w:t>. Мы складываем единицы, а если сумма единиц больше десяти, то переносим десяток в разряд десятков.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Ключевые термины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Сложение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Действие, при котором объединяются два или более числа.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Десятки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Число, состоящее из десяти единиц.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Единицы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Самая меньшая разрядная единица числа.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Разрядный состав числа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Представление числа в виде суммы разрядных слагаемых (десятков и единиц).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Перенос десятка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Когда сумма единиц равна 10 или больше, образуется новый десяток, который прибавляется к десяткам.</w:t>
            </w:r>
          </w:p>
        </w:tc>
      </w:tr>
    </w:tbl>
    <w:p>
      <w:pPr>
        <w:spacing w:before="0" w:after="80"/>
      </w:pP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Давайте разберем пример: </w:t>
      </w:r>
      <w:r>
        <w:rPr>
          <w:rFonts w:ascii="Times New Roman" w:hAnsi="Times New Roman"/>
          <w:b/>
          <w:i w:val="0"/>
          <w:color w:val="C2185B"/>
          <w:sz w:val="24"/>
        </w:rPr>
        <w:t>25 + 6</w:t>
      </w:r>
      <w:r>
        <w:rPr>
          <w:rFonts w:ascii="Times New Roman" w:hAnsi="Times New Roman"/>
          <w:b w:val="0"/>
          <w:i w:val="0"/>
          <w:sz w:val="24"/>
        </w:rPr>
        <w:t xml:space="preserve">. Сначала складываем единицы: </w:t>
      </w:r>
      <w:r>
        <w:rPr>
          <w:rFonts w:ascii="Times New Roman" w:hAnsi="Times New Roman"/>
          <w:b/>
          <w:i w:val="0"/>
          <w:color w:val="C2185B"/>
          <w:sz w:val="24"/>
        </w:rPr>
        <w:t>5 + 6 = 11</w:t>
      </w:r>
      <w:r>
        <w:rPr>
          <w:rFonts w:ascii="Times New Roman" w:hAnsi="Times New Roman"/>
          <w:b w:val="0"/>
          <w:i w:val="0"/>
          <w:sz w:val="24"/>
        </w:rPr>
        <w:t xml:space="preserve">. Записываем </w:t>
      </w:r>
      <w:r>
        <w:rPr>
          <w:rFonts w:ascii="Times New Roman" w:hAnsi="Times New Roman"/>
          <w:b/>
          <w:i w:val="0"/>
          <w:color w:val="C2185B"/>
          <w:sz w:val="24"/>
        </w:rPr>
        <w:t>1</w:t>
      </w:r>
      <w:r>
        <w:rPr>
          <w:rFonts w:ascii="Times New Roman" w:hAnsi="Times New Roman"/>
          <w:b w:val="0"/>
          <w:i w:val="0"/>
          <w:sz w:val="24"/>
        </w:rPr>
        <w:t xml:space="preserve"> под единицами, а </w:t>
      </w:r>
      <w:r>
        <w:rPr>
          <w:rFonts w:ascii="Times New Roman" w:hAnsi="Times New Roman"/>
          <w:b/>
          <w:i w:val="0"/>
          <w:color w:val="C2185B"/>
          <w:sz w:val="24"/>
        </w:rPr>
        <w:t>1</w:t>
      </w:r>
      <w:r>
        <w:rPr>
          <w:rFonts w:ascii="Times New Roman" w:hAnsi="Times New Roman"/>
          <w:b w:val="0"/>
          <w:i w:val="0"/>
          <w:sz w:val="24"/>
        </w:rPr>
        <w:t xml:space="preserve"> десяток переносим к десяткам. Затем складываем десятки: </w:t>
      </w:r>
      <w:r>
        <w:rPr>
          <w:rFonts w:ascii="Times New Roman" w:hAnsi="Times New Roman"/>
          <w:b/>
          <w:i w:val="0"/>
          <w:color w:val="C2185B"/>
          <w:sz w:val="24"/>
        </w:rPr>
        <w:t>2</w:t>
      </w:r>
      <w:r>
        <w:rPr>
          <w:rFonts w:ascii="Times New Roman" w:hAnsi="Times New Roman"/>
          <w:b w:val="0"/>
          <w:i w:val="0"/>
          <w:sz w:val="24"/>
        </w:rPr>
        <w:t xml:space="preserve"> десятка плюс </w:t>
      </w:r>
      <w:r>
        <w:rPr>
          <w:rFonts w:ascii="Times New Roman" w:hAnsi="Times New Roman"/>
          <w:b/>
          <w:i w:val="0"/>
          <w:color w:val="C2185B"/>
          <w:sz w:val="24"/>
        </w:rPr>
        <w:t>1</w:t>
      </w:r>
      <w:r>
        <w:rPr>
          <w:rFonts w:ascii="Times New Roman" w:hAnsi="Times New Roman"/>
          <w:b w:val="0"/>
          <w:i w:val="0"/>
          <w:sz w:val="24"/>
        </w:rPr>
        <w:t xml:space="preserve"> перенесенный десяток равно </w:t>
      </w:r>
      <w:r>
        <w:rPr>
          <w:rFonts w:ascii="Times New Roman" w:hAnsi="Times New Roman"/>
          <w:b/>
          <w:i w:val="0"/>
          <w:color w:val="C2185B"/>
          <w:sz w:val="24"/>
        </w:rPr>
        <w:t>3</w:t>
      </w:r>
      <w:r>
        <w:rPr>
          <w:rFonts w:ascii="Times New Roman" w:hAnsi="Times New Roman"/>
          <w:b w:val="0"/>
          <w:i w:val="0"/>
          <w:sz w:val="24"/>
        </w:rPr>
        <w:t xml:space="preserve"> десятка. Итого получаем </w:t>
      </w:r>
      <w:r>
        <w:rPr>
          <w:rFonts w:ascii="Times New Roman" w:hAnsi="Times New Roman"/>
          <w:b/>
          <w:i w:val="0"/>
          <w:color w:val="C2185B"/>
          <w:sz w:val="24"/>
        </w:rPr>
        <w:t>3</w:t>
      </w:r>
      <w:r>
        <w:rPr>
          <w:rFonts w:ascii="Times New Roman" w:hAnsi="Times New Roman"/>
          <w:b w:val="0"/>
          <w:i w:val="0"/>
          <w:sz w:val="24"/>
        </w:rPr>
        <w:t xml:space="preserve"> десятка и </w:t>
      </w:r>
      <w:r>
        <w:rPr>
          <w:rFonts w:ascii="Times New Roman" w:hAnsi="Times New Roman"/>
          <w:b/>
          <w:i w:val="0"/>
          <w:color w:val="C2185B"/>
          <w:sz w:val="24"/>
        </w:rPr>
        <w:t>1</w:t>
      </w:r>
      <w:r>
        <w:rPr>
          <w:rFonts w:ascii="Times New Roman" w:hAnsi="Times New Roman"/>
          <w:b w:val="0"/>
          <w:i w:val="0"/>
          <w:sz w:val="24"/>
        </w:rPr>
        <w:t xml:space="preserve"> единицу, то есть </w:t>
      </w:r>
      <w:r>
        <w:rPr>
          <w:rFonts w:ascii="Times New Roman" w:hAnsi="Times New Roman"/>
          <w:b/>
          <w:i w:val="0"/>
          <w:color w:val="C2185B"/>
          <w:sz w:val="24"/>
        </w:rPr>
        <w:t>31</w:t>
      </w:r>
      <w:r>
        <w:rPr>
          <w:rFonts w:ascii="Times New Roman" w:hAnsi="Times New Roman"/>
          <w:b w:val="0"/>
          <w:i w:val="0"/>
          <w:sz w:val="24"/>
        </w:rPr>
        <w:t xml:space="preserve">. Таким образом, </w:t>
      </w:r>
      <w:r>
        <w:rPr>
          <w:rFonts w:ascii="Times New Roman" w:hAnsi="Times New Roman"/>
          <w:b/>
          <w:i w:val="0"/>
          <w:color w:val="C2185B"/>
          <w:sz w:val="24"/>
        </w:rPr>
        <w:t>25 + 6 = 31</w:t>
      </w:r>
      <w:r>
        <w:rPr>
          <w:rFonts w:ascii="Times New Roman" w:hAnsi="Times New Roman"/>
          <w:b w:val="0"/>
          <w:i w:val="0"/>
          <w:sz w:val="24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Сложение чисел с переходом через десяток мы встречаем повсюду. Например, если вы купили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25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конфет, а вам подарили еще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6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, то всего у вас станет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31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конфета. Важно правильно складывать единицы, а затем десятки. Часто дети ошибаются, забывая перенести десяток или неправильно складывая единицы. Например, могут сложить 5+6=10, забывая, что это 11.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119703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e24eccd-61c2-482c-a607-9e0857df1c7e_14_04dcbee6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1970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p>
      <w:pPr>
        <w:keepNext/>
        <w:spacing w:before="160"/>
      </w:pPr>
      <w:r>
        <w:rPr>
          <w:rFonts w:ascii="Times New Roman" w:hAnsi="Times New Roman"/>
          <w:b/>
          <w:i w:val="0"/>
          <w:color w:val="C2185B"/>
          <w:sz w:val="24"/>
        </w:rPr>
        <w:t>Примеры сложения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57"/>
        <w:gridCol w:w="4657"/>
      </w:tblGrid>
      <w:tr>
        <w:tc>
          <w:tcPr>
            <w:tcW w:type="dxa" w:w="4657"/>
            <w:shd w:val="clear" w:fill="FFB74D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Примеры</w:t>
            </w:r>
          </w:p>
        </w:tc>
        <w:tc>
          <w:tcPr>
            <w:tcW w:type="dxa" w:w="4657"/>
            <w:shd w:val="clear" w:fill="81C78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Ответ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25 + 6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31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17 + 5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22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38 + 4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42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49 + 3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52</w:t>
            </w:r>
          </w:p>
        </w:tc>
      </w:tr>
    </w:tbl>
    <w:p>
      <w:pPr>
        <w:spacing w:before="0"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А знаете ли вы?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Слово "цифра" происходит от арабского слова "сыфр", что означает "пусто". Изначально оно означало ноль, а затем стало обозначать любой знак для записи чисел.</w:t>
            </w:r>
          </w:p>
        </w:tc>
      </w:tr>
    </w:tbl>
    <w:p>
      <w:pPr>
        <w:spacing w:before="0" w:after="80"/>
      </w:pP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1. </w:t>
      </w:r>
      <w:r>
        <w:rPr>
          <w:rFonts w:ascii="Times New Roman" w:hAnsi="Times New Roman"/>
          <w:b w:val="0"/>
          <w:i w:val="0"/>
          <w:sz w:val="24"/>
        </w:rPr>
        <w:t>1. В коробку положили 25 железных деталей. К ним добавили 6 медных деталей. Сколько всего деталей в коробке?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2 дес. 5 ед. + 6 ед. = 2 дес. 11 ед. = 3 дес. 1 ед. = 31 (дет.)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25 + 6 = 31 (деталь)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2. </w:t>
      </w:r>
      <w:r>
        <w:rPr>
          <w:rFonts w:ascii="Times New Roman" w:hAnsi="Times New Roman"/>
          <w:b w:val="0"/>
          <w:i w:val="0"/>
          <w:sz w:val="24"/>
        </w:rPr>
        <w:t>2. Реши примеры: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а) 17 + 5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б) 38 + 4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д) 49 + 3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а) 17 + 5 = 22</w:t>
        <w:br/>
        <w:t>б) 38 + 4 = 42</w:t>
        <w:br/>
        <w:t>д) 49 + 3 = 52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3. </w:t>
      </w:r>
      <w:r>
        <w:rPr>
          <w:rFonts w:ascii="Times New Roman" w:hAnsi="Times New Roman"/>
          <w:b w:val="0"/>
          <w:i w:val="0"/>
          <w:sz w:val="24"/>
        </w:rPr>
        <w:t>3. Найди значения выражений: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а) 26 + 7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б) 34 + 9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д) 52 + 8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а) 26 + 7 = 33</w:t>
        <w:br/>
        <w:t>б) 34 + 9 = 43</w:t>
        <w:br/>
        <w:t>д) 52 + 8 = 60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4. </w:t>
      </w:r>
      <w:r>
        <w:rPr>
          <w:rFonts w:ascii="Times New Roman" w:hAnsi="Times New Roman"/>
          <w:b w:val="0"/>
          <w:i w:val="0"/>
          <w:sz w:val="24"/>
        </w:rPr>
        <w:t>4. Вычисли: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а) 45 + 6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б) 37 + 5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д) 61 + 9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а) 45 + 6 = 51</w:t>
        <w:br/>
        <w:t>б) 37 + 5 = 42</w:t>
        <w:br/>
        <w:t>д) 61 + 9 = 70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5. </w:t>
      </w:r>
      <w:r>
        <w:rPr>
          <w:rFonts w:ascii="Times New Roman" w:hAnsi="Times New Roman"/>
          <w:b w:val="0"/>
          <w:i w:val="0"/>
          <w:sz w:val="24"/>
        </w:rPr>
        <w:t>5. Найди сумму чисел: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а) 28 + 3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б) 19 + 4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д) 73 + 7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а) 28 + 3 = 31</w:t>
        <w:br/>
        <w:t>б) 19 + 4 = 23</w:t>
        <w:br/>
        <w:t>д) 73 + 7 = 80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6. </w:t>
      </w:r>
      <w:r>
        <w:rPr>
          <w:rFonts w:ascii="Times New Roman" w:hAnsi="Times New Roman"/>
          <w:b w:val="0"/>
          <w:i w:val="0"/>
          <w:sz w:val="24"/>
        </w:rPr>
        <w:t>6. Реши задачу: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На одной полке стояло 18 книг, а на другой — 7 книг. Сколько всего книг на двух полках?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18 + 7 = 25 (книг)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7. </w:t>
      </w:r>
      <w:r>
        <w:rPr>
          <w:rFonts w:ascii="Times New Roman" w:hAnsi="Times New Roman"/>
          <w:b w:val="0"/>
          <w:i w:val="0"/>
          <w:sz w:val="24"/>
        </w:rPr>
        <w:t>7. Вычисли: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а) 35 + 8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б) 29 + 6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д) 47 + 5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а) 35 + 8 = 43</w:t>
        <w:br/>
        <w:t>б) 29 + 6 = 35</w:t>
        <w:br/>
        <w:t>д) 47 + 5 = 52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8. </w:t>
      </w:r>
      <w:r>
        <w:rPr>
          <w:rFonts w:ascii="Times New Roman" w:hAnsi="Times New Roman"/>
          <w:b w:val="0"/>
          <w:i w:val="0"/>
          <w:sz w:val="24"/>
        </w:rPr>
        <w:t>8. Найди значение выражения: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24 + 9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24 + 9 = 33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9. </w:t>
      </w:r>
      <w:r>
        <w:rPr>
          <w:rFonts w:ascii="Times New Roman" w:hAnsi="Times New Roman"/>
          <w:b w:val="0"/>
          <w:i w:val="0"/>
          <w:sz w:val="24"/>
        </w:rPr>
        <w:t>9. Реши пример: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56 + 7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56 + 7 = 63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10. </w:t>
      </w:r>
      <w:r>
        <w:rPr>
          <w:rFonts w:ascii="Times New Roman" w:hAnsi="Times New Roman"/>
          <w:b w:val="0"/>
          <w:i w:val="0"/>
          <w:sz w:val="24"/>
        </w:rPr>
        <w:t>10. Маша собрала 25 ягод, а Петя — 8 ягод. Сколько всего ягод они собрали?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25 + 8 = 33 (ягоды)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6A1B9A"/>
          <w:sz w:val="26"/>
        </w:rPr>
        <w:t>IV. Закрепление новой темы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</w:tcPr>
          <w:p>
            <w:r>
              <w:rPr>
                <w:rFonts w:ascii="Times New Roman" w:hAnsi="Times New Roman"/>
                <w:b/>
                <w:color w:val="C2185B"/>
                <w:sz w:val="24"/>
              </w:rPr>
              <w:t>🖥 НА ЭЛЕКТРОННОЙ ДОСКЕ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Соедини примеры с ответами.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25 + 6 — 31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30 + 7 — 37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18 + 5 — 23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22 + 9 — 31</w:t>
            </w:r>
          </w:p>
          <w:p>
            <w:r>
              <w:rPr>
                <w:rFonts w:ascii="Times New Roman" w:hAnsi="Times New Roman"/>
                <w:b/>
                <w:sz w:val="24"/>
              </w:rPr>
              <w:t xml:space="preserve">Ответ (для учителя): 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25+6=31, 30+7=37, 18+5=23, 22+9=31</w:t>
            </w:r>
          </w:p>
        </w:tc>
      </w:tr>
    </w:tbl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1. Как решить пример 25 + 6?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Сложить десятки с десятками, единицы с единицами: 2 десятка + 0 десятков = 2 десятка; 5 единиц + 6 единиц = 11 единиц. Всего 2 десятка и 11 единиц, что равно 31.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Сложить единицы: 5 + 6 = 11. Прибавить 11 к 25, получится 36.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Сложить десятки: 20 + 0 = 20. Прибавить 6 к 20, получится 26.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Сложить 25 и 6, получится 30.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Сложить десятки с десятками, единицы с единицами: 2 десятка + 0 десятков = 2 десятка; 5 единиц + 6 единиц = 11 единиц. Всего 2 десятка и 11 единиц, что равно 31.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2. Сколько всего деталей в коробке, если было 25 железных и добавили 6 медных?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31 деталь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21 деталь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30 деталей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25 деталей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31 деталь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3. Какое число получится при сложении 25 и 6?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31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21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36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19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31</w:t>
      </w:r>
    </w:p>
    <w:p>
      <w:pPr>
        <w:keepNext/>
        <w:spacing w:before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1584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63986" cy="6858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986" cy="685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vAlign w:val="center"/>
            <w:shd w:val="clear" w:fill="FFE0B2"/>
          </w:tcPr>
          <w:p>
            <w:r>
              <w:rPr>
                <w:rFonts w:ascii="Times New Roman" w:hAnsi="Times New Roman"/>
                <w:b/>
                <w:color w:val="1976D2"/>
                <w:sz w:val="24"/>
              </w:rPr>
              <w:t>Задания soffia.uz для закрепления темы - откройте ссылку на электронной доске: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https://soffia.uz/uz/games/quiz/play?slug=slozhenie-chisel-25-6-1</w:t>
            </w:r>
          </w:p>
        </w:tc>
        <w:tc>
          <w:tcPr>
            <w:tcW w:type="dxa" w:w="2160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51560" cy="105156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51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80"/>
      </w:pPr>
      <w:r>
        <w:rPr>
          <w:rFonts w:ascii="Times New Roman" w:hAnsi="Times New Roman"/>
          <w:b/>
          <w:i w:val="0"/>
          <w:color w:val="E65100"/>
          <w:sz w:val="26"/>
        </w:rPr>
        <w:t>V. Поощрение учащихся. Завершение урока.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Активно участвовавшие учащиеся поощряются карточками поощрения. Урок завершается, оценки объявляются.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00838F"/>
          <w:sz w:val="26"/>
        </w:rPr>
        <w:t>VI. Домашнее задание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11. </w:t>
      </w:r>
      <w:r>
        <w:rPr>
          <w:rFonts w:ascii="Times New Roman" w:hAnsi="Times New Roman"/>
          <w:b w:val="0"/>
          <w:i w:val="0"/>
          <w:sz w:val="24"/>
        </w:rPr>
        <w:t>В коробку спс.или 25 железных деталей. К ним добавили 6 медных деталей. Сколько всего деталей в коробке?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Чтобы найти общее количество деталей, нужно сложить количество железных и медных деталей: </w:t>
      </w:r>
      <w:r>
        <w:rPr>
          <w:rFonts w:ascii="Times New Roman" w:hAnsi="Times New Roman"/>
          <w:b/>
          <w:i w:val="0"/>
          <w:sz w:val="24"/>
        </w:rPr>
        <w:t>25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6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31</w:t>
      </w:r>
      <w:r>
        <w:rPr>
          <w:rFonts w:ascii="Times New Roman" w:hAnsi="Times New Roman"/>
          <w:b w:val="0"/>
          <w:i w:val="0"/>
          <w:sz w:val="24"/>
        </w:rPr>
        <w:t xml:space="preserve"> деталь. Ответ: </w:t>
      </w:r>
      <w:r>
        <w:rPr>
          <w:rFonts w:ascii="Times New Roman" w:hAnsi="Times New Roman"/>
          <w:b/>
          <w:i w:val="0"/>
          <w:sz w:val="24"/>
        </w:rPr>
        <w:t>31</w:t>
      </w:r>
      <w:r>
        <w:rPr>
          <w:rFonts w:ascii="Times New Roman" w:hAnsi="Times New Roman"/>
          <w:b w:val="0"/>
          <w:i w:val="0"/>
          <w:sz w:val="24"/>
        </w:rPr>
        <w:t xml:space="preserve"> деталь.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Для сложения двузначного и однозначного чисел можно представить двузначное число как сумму разрядных слагаемых. </w:t>
      </w:r>
      <w:r>
        <w:rPr>
          <w:rFonts w:ascii="Times New Roman" w:hAnsi="Times New Roman"/>
          <w:b/>
          <w:i w:val="0"/>
          <w:color w:val="C2185B"/>
          <w:sz w:val="24"/>
        </w:rPr>
        <w:t>25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color w:val="C2185B"/>
          <w:sz w:val="24"/>
        </w:rPr>
        <w:t>20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color w:val="C2185B"/>
          <w:sz w:val="24"/>
        </w:rPr>
        <w:t>5</w:t>
      </w:r>
      <w:r>
        <w:rPr>
          <w:rFonts w:ascii="Times New Roman" w:hAnsi="Times New Roman"/>
          <w:b w:val="0"/>
          <w:i w:val="0"/>
          <w:sz w:val="24"/>
        </w:rPr>
        <w:t xml:space="preserve">. Затем прибавляем однозначное число к единицам: </w:t>
      </w:r>
      <w:r>
        <w:rPr>
          <w:rFonts w:ascii="Times New Roman" w:hAnsi="Times New Roman"/>
          <w:b/>
          <w:i w:val="0"/>
          <w:color w:val="C2185B"/>
          <w:sz w:val="24"/>
        </w:rPr>
        <w:t>5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color w:val="C2185B"/>
          <w:sz w:val="24"/>
        </w:rPr>
        <w:t>6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color w:val="C2185B"/>
          <w:sz w:val="24"/>
        </w:rPr>
        <w:t>11</w:t>
      </w:r>
      <w:r>
        <w:rPr>
          <w:rFonts w:ascii="Times New Roman" w:hAnsi="Times New Roman"/>
          <w:b w:val="0"/>
          <w:i w:val="0"/>
          <w:sz w:val="24"/>
        </w:rPr>
        <w:t xml:space="preserve">. Получаем </w:t>
      </w:r>
      <w:r>
        <w:rPr>
          <w:rFonts w:ascii="Times New Roman" w:hAnsi="Times New Roman"/>
          <w:b/>
          <w:i w:val="0"/>
          <w:color w:val="C2185B"/>
          <w:sz w:val="24"/>
        </w:rPr>
        <w:t>11</w:t>
      </w:r>
      <w:r>
        <w:rPr>
          <w:rFonts w:ascii="Times New Roman" w:hAnsi="Times New Roman"/>
          <w:b w:val="0"/>
          <w:i w:val="0"/>
          <w:sz w:val="24"/>
        </w:rPr>
        <w:t xml:space="preserve"> единиц, что равно </w:t>
      </w:r>
      <w:r>
        <w:rPr>
          <w:rFonts w:ascii="Times New Roman" w:hAnsi="Times New Roman"/>
          <w:b/>
          <w:i w:val="0"/>
          <w:color w:val="C2185B"/>
          <w:sz w:val="24"/>
        </w:rPr>
        <w:t>1</w:t>
      </w:r>
      <w:r>
        <w:rPr>
          <w:rFonts w:ascii="Times New Roman" w:hAnsi="Times New Roman"/>
          <w:b w:val="0"/>
          <w:i w:val="0"/>
          <w:sz w:val="24"/>
        </w:rPr>
        <w:t xml:space="preserve"> десятку и </w:t>
      </w:r>
      <w:r>
        <w:rPr>
          <w:rFonts w:ascii="Times New Roman" w:hAnsi="Times New Roman"/>
          <w:b/>
          <w:i w:val="0"/>
          <w:color w:val="C2185B"/>
          <w:sz w:val="24"/>
        </w:rPr>
        <w:t>1</w:t>
      </w:r>
      <w:r>
        <w:rPr>
          <w:rFonts w:ascii="Times New Roman" w:hAnsi="Times New Roman"/>
          <w:b w:val="0"/>
          <w:i w:val="0"/>
          <w:sz w:val="24"/>
        </w:rPr>
        <w:t xml:space="preserve"> единице. Прибавляем этот десяток к десяткам исходного числа: </w:t>
      </w:r>
      <w:r>
        <w:rPr>
          <w:rFonts w:ascii="Times New Roman" w:hAnsi="Times New Roman"/>
          <w:b/>
          <w:i w:val="0"/>
          <w:color w:val="C2185B"/>
          <w:sz w:val="24"/>
        </w:rPr>
        <w:t>20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color w:val="C2185B"/>
          <w:sz w:val="24"/>
        </w:rPr>
        <w:t>10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color w:val="C2185B"/>
          <w:sz w:val="24"/>
        </w:rPr>
        <w:t>30</w:t>
      </w:r>
      <w:r>
        <w:rPr>
          <w:rFonts w:ascii="Times New Roman" w:hAnsi="Times New Roman"/>
          <w:b w:val="0"/>
          <w:i w:val="0"/>
          <w:sz w:val="24"/>
        </w:rPr>
        <w:t xml:space="preserve">. В итоге складываем полученные десятки и единицы: </w:t>
      </w:r>
      <w:r>
        <w:rPr>
          <w:rFonts w:ascii="Times New Roman" w:hAnsi="Times New Roman"/>
          <w:b/>
          <w:i w:val="0"/>
          <w:color w:val="C2185B"/>
          <w:sz w:val="24"/>
        </w:rPr>
        <w:t>30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color w:val="C2185B"/>
          <w:sz w:val="24"/>
        </w:rPr>
        <w:t>1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color w:val="C2185B"/>
          <w:sz w:val="24"/>
        </w:rPr>
        <w:t>31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12. </w:t>
      </w:r>
      <w:r>
        <w:rPr>
          <w:rFonts w:ascii="Times New Roman" w:hAnsi="Times New Roman"/>
          <w:b w:val="0"/>
          <w:i w:val="0"/>
          <w:sz w:val="24"/>
        </w:rPr>
        <w:t>Вычисли: 25 + 6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Складываем единицы: </w:t>
      </w:r>
      <w:r>
        <w:rPr>
          <w:rFonts w:ascii="Times New Roman" w:hAnsi="Times New Roman"/>
          <w:b/>
          <w:i w:val="0"/>
          <w:sz w:val="24"/>
        </w:rPr>
        <w:t>5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6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11</w:t>
      </w:r>
      <w:r>
        <w:rPr>
          <w:rFonts w:ascii="Times New Roman" w:hAnsi="Times New Roman"/>
          <w:b w:val="0"/>
          <w:i w:val="0"/>
          <w:sz w:val="24"/>
        </w:rPr>
        <w:t xml:space="preserve">. Записываем </w:t>
      </w:r>
      <w:r>
        <w:rPr>
          <w:rFonts w:ascii="Times New Roman" w:hAnsi="Times New Roman"/>
          <w:b/>
          <w:i w:val="0"/>
          <w:sz w:val="24"/>
        </w:rPr>
        <w:t>1</w:t>
      </w:r>
      <w:r>
        <w:rPr>
          <w:rFonts w:ascii="Times New Roman" w:hAnsi="Times New Roman"/>
          <w:b w:val="0"/>
          <w:i w:val="0"/>
          <w:sz w:val="24"/>
        </w:rPr>
        <w:t xml:space="preserve"> в разряд единиц и </w:t>
      </w:r>
      <w:r>
        <w:rPr>
          <w:rFonts w:ascii="Times New Roman" w:hAnsi="Times New Roman"/>
          <w:b/>
          <w:i w:val="0"/>
          <w:sz w:val="24"/>
        </w:rPr>
        <w:t>1</w:t>
      </w:r>
      <w:r>
        <w:rPr>
          <w:rFonts w:ascii="Times New Roman" w:hAnsi="Times New Roman"/>
          <w:b w:val="0"/>
          <w:i w:val="0"/>
          <w:sz w:val="24"/>
        </w:rPr>
        <w:t xml:space="preserve"> в разряд десятков (перенос). Складываем десятки: </w:t>
      </w:r>
      <w:r>
        <w:rPr>
          <w:rFonts w:ascii="Times New Roman" w:hAnsi="Times New Roman"/>
          <w:b/>
          <w:i w:val="0"/>
          <w:sz w:val="24"/>
        </w:rPr>
        <w:t>2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1</w:t>
      </w:r>
      <w:r>
        <w:rPr>
          <w:rFonts w:ascii="Times New Roman" w:hAnsi="Times New Roman"/>
          <w:b w:val="0"/>
          <w:i w:val="0"/>
          <w:sz w:val="24"/>
        </w:rPr>
        <w:t xml:space="preserve"> (перенос) = </w:t>
      </w:r>
      <w:r>
        <w:rPr>
          <w:rFonts w:ascii="Times New Roman" w:hAnsi="Times New Roman"/>
          <w:b/>
          <w:i w:val="0"/>
          <w:sz w:val="24"/>
        </w:rPr>
        <w:t>3</w:t>
      </w:r>
      <w:r>
        <w:rPr>
          <w:rFonts w:ascii="Times New Roman" w:hAnsi="Times New Roman"/>
          <w:b w:val="0"/>
          <w:i w:val="0"/>
          <w:sz w:val="24"/>
        </w:rPr>
        <w:t xml:space="preserve">. Получаем </w:t>
      </w:r>
      <w:r>
        <w:rPr>
          <w:rFonts w:ascii="Times New Roman" w:hAnsi="Times New Roman"/>
          <w:b/>
          <w:i w:val="0"/>
          <w:sz w:val="24"/>
        </w:rPr>
        <w:t>31</w:t>
      </w:r>
      <w:r>
        <w:rPr>
          <w:rFonts w:ascii="Times New Roman" w:hAnsi="Times New Roman"/>
          <w:b w:val="0"/>
          <w:i w:val="0"/>
          <w:sz w:val="24"/>
        </w:rPr>
        <w:t xml:space="preserve">. Ответ: </w:t>
      </w:r>
      <w:r>
        <w:rPr>
          <w:rFonts w:ascii="Times New Roman" w:hAnsi="Times New Roman"/>
          <w:b/>
          <w:i w:val="0"/>
          <w:sz w:val="24"/>
        </w:rPr>
        <w:t>31</w:t>
      </w:r>
      <w:r>
        <w:rPr>
          <w:rFonts w:ascii="Times New Roman" w:hAnsi="Times New Roman"/>
          <w:b w:val="0"/>
          <w:i w:val="0"/>
          <w:sz w:val="24"/>
        </w:rPr>
        <w:t>.</w:t>
      </w:r>
    </w:p>
    <w:sectPr w:rsidR="00FC693F" w:rsidRPr="0006063C" w:rsidSect="00034616">
      <w:head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wrapNone/>
          <wp:docPr id="1000" name="page-frame"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frame_kid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48000" cy="222758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