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Файзуллаевна.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Математика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«Метр»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f72826-7404-4a89-8e65-9d4e00a3756b_0_c8da0d6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Метр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Сформировать у учащихся представление о метре как единице измерения длины, научить сравнивать предметы по длине и измерять её с помощью метра.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учащихся аккуратность при выполнении измерений и внимательность при работе с измерительными инструментами.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 учащихся пространственное мышление, умение анализировать и сравнивать объекты, а также логическое мышление при решении задач.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Практический, Игровой метод, Беседа, Кто быстрее измерит?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Учебник, Рабочая тетрадь, Линейки, Сантиметровая лента, Метровая линейка,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наглядно продемонстрировать понятие метра и его применение в жизни. Педагог организует практическую работу учащихся по измерению предметов.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Учащиеся научатся определять длину предметов с помощью метра и сравнивать их. Дети смогут применять полученные знания для решения практических задач.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f72826-7404-4a89-8e65-9d4e00a3756b_1_ba13eb9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Измерение длины дверного проема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f72826-7404-4a89-8e65-9d4e00a3756b_2_0159f27b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Измерение длины карандаша линейкой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f72826-7404-4a89-8e65-9d4e00a3756b_3_f8bf71ff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Измерение ткани портным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урок математики ждет.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Будем учиться считать мы с вами,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тему новую узнаем!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Тема наша – это метр,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Измерим всё, чтоб было верно!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3f72826-7404-4a89-8e65-9d4e00a3756b_6_7cdc5c58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3f72826-7404-4a89-8e65-9d4e00a3756b_10_e805a333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Встали все, потянулись!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вверх, улыбнулись!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Ножками потопали,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Ручками захлопали!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Наклонились, покружились,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за парты возвратились!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отправимся в увлекательное путешествие в мир измерений. Помните, когда мы говорили о том, как измерить длину стола или рост друга? Мы использовали линейку и узнали, что такое сантиметр и метр. Сегодня мы продолжим изучать единицы измерения длины, и наш главный герой – </w:t>
      </w:r>
      <w:r>
        <w:rPr>
          <w:rFonts w:ascii="Times New Roman" w:hAnsi="Times New Roman"/>
          <w:b/>
          <w:i w:val="0"/>
          <w:color w:val="C2185B"/>
          <w:sz w:val="24"/>
        </w:rPr>
        <w:t>метр</w:t>
      </w:r>
      <w:r>
        <w:rPr>
          <w:rFonts w:ascii="Times New Roman" w:hAnsi="Times New Roman"/>
          <w:b w:val="0"/>
          <w:i w:val="0"/>
          <w:sz w:val="24"/>
        </w:rPr>
        <w:t>. Мы узнаем, для чего он нужен и как им пользоваться.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что же такое </w:t>
      </w:r>
      <w:r>
        <w:rPr>
          <w:rFonts w:ascii="Times New Roman" w:hAnsi="Times New Roman"/>
          <w:b/>
          <w:i w:val="0"/>
          <w:color w:val="C2185B"/>
          <w:sz w:val="24"/>
        </w:rPr>
        <w:t>метр</w:t>
      </w:r>
      <w:r>
        <w:rPr>
          <w:rFonts w:ascii="Times New Roman" w:hAnsi="Times New Roman"/>
          <w:b w:val="0"/>
          <w:i w:val="0"/>
          <w:sz w:val="24"/>
        </w:rPr>
        <w:t xml:space="preserve">? Представьте себе длинную-предлинную веревку. Если эту веревку разрезать на </w:t>
      </w:r>
      <w:r>
        <w:rPr>
          <w:rFonts w:ascii="Times New Roman" w:hAnsi="Times New Roman"/>
          <w:b/>
          <w:i w:val="0"/>
          <w:color w:val="C2185B"/>
          <w:sz w:val="24"/>
        </w:rPr>
        <w:t>100</w:t>
      </w:r>
      <w:r>
        <w:rPr>
          <w:rFonts w:ascii="Times New Roman" w:hAnsi="Times New Roman"/>
          <w:b w:val="0"/>
          <w:i w:val="0"/>
          <w:sz w:val="24"/>
        </w:rPr>
        <w:t xml:space="preserve"> равных частей, то каждая такая часть будет называться </w:t>
      </w:r>
      <w:r>
        <w:rPr>
          <w:rFonts w:ascii="Times New Roman" w:hAnsi="Times New Roman"/>
          <w:b/>
          <w:i w:val="0"/>
          <w:color w:val="C2185B"/>
          <w:sz w:val="24"/>
        </w:rPr>
        <w:t>дециметром</w:t>
      </w:r>
      <w:r>
        <w:rPr>
          <w:rFonts w:ascii="Times New Roman" w:hAnsi="Times New Roman"/>
          <w:b w:val="0"/>
          <w:i w:val="0"/>
          <w:sz w:val="24"/>
        </w:rPr>
        <w:t xml:space="preserve">. А если взять </w:t>
      </w:r>
      <w:r>
        <w:rPr>
          <w:rFonts w:ascii="Times New Roman" w:hAnsi="Times New Roman"/>
          <w:b/>
          <w:i w:val="0"/>
          <w:color w:val="C2185B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 xml:space="preserve"> таких дециметров, то получится как раз </w:t>
      </w:r>
      <w:r>
        <w:rPr>
          <w:rFonts w:ascii="Times New Roman" w:hAnsi="Times New Roman"/>
          <w:b/>
          <w:i w:val="0"/>
          <w:color w:val="C2185B"/>
          <w:sz w:val="24"/>
        </w:rPr>
        <w:t>1 метр</w:t>
      </w:r>
      <w:r>
        <w:rPr>
          <w:rFonts w:ascii="Times New Roman" w:hAnsi="Times New Roman"/>
          <w:b w:val="0"/>
          <w:i w:val="0"/>
          <w:sz w:val="24"/>
        </w:rPr>
        <w:t xml:space="preserve">! Получается, что 1 метр равен 10 дециметрам. Это очень удобно, когда нужно измерить что-то большое, например, длину комнаты или высоту дерева. Мы можем сказать, что комната длиной 5 метров, или дерево высотой 7 метров. </w:t>
      </w:r>
      <w:r>
        <w:rPr>
          <w:rFonts w:ascii="Times New Roman" w:hAnsi="Times New Roman"/>
          <w:b/>
          <w:i w:val="0"/>
          <w:color w:val="C2185B"/>
          <w:sz w:val="24"/>
        </w:rPr>
        <w:t>Метр</w:t>
      </w:r>
      <w:r>
        <w:rPr>
          <w:rFonts w:ascii="Times New Roman" w:hAnsi="Times New Roman"/>
          <w:b w:val="0"/>
          <w:i w:val="0"/>
          <w:sz w:val="24"/>
        </w:rPr>
        <w:t xml:space="preserve"> – это основная единица измерения длины.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Метр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Основная единица измерения длины, равная 10 дециметрам.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Дециметр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Одна десятая часть метра (1 м = 10 дм).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Измерение длины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Процесс определения размера объекта с помощью измерительных инструментов.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А теперь давайте посмотрим, как можно использовать </w:t>
      </w:r>
      <w:r>
        <w:rPr>
          <w:rFonts w:ascii="Times New Roman" w:hAnsi="Times New Roman"/>
          <w:b/>
          <w:i w:val="0"/>
          <w:color w:val="C2185B"/>
          <w:sz w:val="24"/>
        </w:rPr>
        <w:t>метр</w:t>
      </w:r>
      <w:r>
        <w:rPr>
          <w:rFonts w:ascii="Times New Roman" w:hAnsi="Times New Roman"/>
          <w:b w:val="0"/>
          <w:i w:val="0"/>
          <w:sz w:val="24"/>
        </w:rPr>
        <w:t xml:space="preserve"> на практике. Если у вас есть рулетка или длинная линейка, вы можете измерить длину парты. Допустим, парта длиной 1 метр и 20 сантиметров. Это значит, что ее длина составляет 1 метр и еще 2 дециметра. Или, например, высота двери. Пусть дверь высотой 2 метра. Это значит, что в ней поместится ровно два метра, положенных друг на друга. Запомните: </w:t>
      </w:r>
      <w:r>
        <w:rPr>
          <w:rFonts w:ascii="Times New Roman" w:hAnsi="Times New Roman"/>
          <w:b/>
          <w:i w:val="0"/>
          <w:color w:val="C2185B"/>
          <w:sz w:val="24"/>
        </w:rPr>
        <w:t>1 метр = 10 дециметров</w:t>
      </w:r>
      <w:r>
        <w:rPr>
          <w:rFonts w:ascii="Times New Roman" w:hAnsi="Times New Roman"/>
          <w:b w:val="0"/>
          <w:i w:val="0"/>
          <w:sz w:val="24"/>
        </w:rPr>
        <w:t>. Это правило поможет нам решать задачи.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Давайте решим задачу вместе. Представьте, что мы хотим узнать, сколько метров ткани нужно для пошива штор. Длина одной шторы – 3 метра, а другой – 4 метра. Чтобы найти общую длину, мы сложим эти числа: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3 метра + 4 метра = 7 метров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Вот так просто! А если нам нужно измерить расстояние между двумя городами? Конечно, мы будем использовать более крупные единицы, но принцип тот же. Главное – правильно применять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метр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и другие единицы измерения.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3f72826-7404-4a89-8e65-9d4e00a3756b_17_5a987b8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Сравнение длин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Пример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Длина в метрах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Рост взрослого человека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Примерно 1-2 метра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Длина школьной доски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Примерно 3-4 метра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Высота жирафа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Примерно 5-6 метров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Длина футбольного поля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Примерно 100 метров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Знаете ли вы, что слово 'метр' произошло от древнегреческого слова 'metron', что означает 'мера'? Это слово встречается во многих языках и связано с понятием измерения.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Сколько дециметров в одном метре? Запишите ответ.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В одном метре </w:t>
      </w:r>
      <w:r>
        <w:rPr>
          <w:rFonts w:ascii="Times New Roman" w:hAnsi="Times New Roman"/>
          <w:b/>
          <w:i w:val="0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 xml:space="preserve"> дециметров.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Учитель попросил учеников измерить длину класса. Один ученик измерил и сказал, что длина класса 7 метров. Другой ученик измерил и сказал, что длина 70 дециметров. Прав ли второй ученик? Объясните.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Да, прав. Потому что 7 метров – это 7 умножить на 10 дециметров, что равно 70 дециметрам.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В парах: Измерьте длину вашей парты с помощью рулетки или линейки. Запишите результат в метрах и дециметрах.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Примерный ответ: Длина парты – 1 метр 2 дециметра.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Переведите следующие величины в метры: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a) 20 дециметров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b) 50 дециметров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d) 100 дециметров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a) 20 дм =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м</w:t>
        <w:br/>
        <w:t xml:space="preserve">b) 50 дм = </w:t>
      </w:r>
      <w:r>
        <w:rPr>
          <w:rFonts w:ascii="Times New Roman" w:hAnsi="Times New Roman"/>
          <w:b/>
          <w:i w:val="0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м</w:t>
        <w:br/>
        <w:t xml:space="preserve">d) 100 дм = </w:t>
      </w:r>
      <w:r>
        <w:rPr>
          <w:rFonts w:ascii="Times New Roman" w:hAnsi="Times New Roman"/>
          <w:b/>
          <w:i w:val="0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 xml:space="preserve"> м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Маша хочет повесить картину на стену. Высота стены 3 метра. Картина имеет высоту 1 метр. Сколько свободного места останется над и под картиной, если повесить ее посередине?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Общая высота стены 3 метра. Высота картины 1 метр. Остается 3 - 1 = 2 метра. Если повесить посередине, то над картиной будет 1 метр, и под картиной будет 1 метр.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Определите, какая длина больше: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15 метров или 150 дециметров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2 метра или 19 дециметров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а) </w:t>
      </w:r>
      <w:r>
        <w:rPr>
          <w:rFonts w:ascii="Times New Roman" w:hAnsi="Times New Roman"/>
          <w:b/>
          <w:i w:val="0"/>
          <w:sz w:val="24"/>
        </w:rPr>
        <w:t>15 метров</w:t>
      </w:r>
      <w:r>
        <w:rPr>
          <w:rFonts w:ascii="Times New Roman" w:hAnsi="Times New Roman"/>
          <w:b w:val="0"/>
          <w:i w:val="0"/>
          <w:sz w:val="24"/>
        </w:rPr>
        <w:t xml:space="preserve"> равно 150 дециметрам, поэтому они равны.</w:t>
        <w:br/>
        <w:t xml:space="preserve">б) </w:t>
      </w:r>
      <w:r>
        <w:rPr>
          <w:rFonts w:ascii="Times New Roman" w:hAnsi="Times New Roman"/>
          <w:b/>
          <w:i w:val="0"/>
          <w:sz w:val="24"/>
        </w:rPr>
        <w:t>2 метра</w:t>
      </w:r>
      <w:r>
        <w:rPr>
          <w:rFonts w:ascii="Times New Roman" w:hAnsi="Times New Roman"/>
          <w:b w:val="0"/>
          <w:i w:val="0"/>
          <w:sz w:val="24"/>
        </w:rPr>
        <w:t xml:space="preserve"> (что равно 20 дециметрам) больше, чем 19 дециметров.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В классе 20 учеников. Каждый ученик принес ленточку длиной 1 метр. Сколько всего метров ленточек принесли ученики?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20 учеников * 1 метр/ученик = </w:t>
      </w:r>
      <w:r>
        <w:rPr>
          <w:rFonts w:ascii="Times New Roman" w:hAnsi="Times New Roman"/>
          <w:b/>
          <w:i w:val="0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метров.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Групповая работа: Разделитесь на группы. Каждая группа получает задание измерить определенный предмет в классе (например, длину стола, ширину окна, высоту стула) и записать результат в метрах.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Ответы будут зависеть от предметов, которые измеряли группы. Пример: Длина стола - 1 метр 5 дециметров.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Творческое задание: Нарисуйте предмет, который может быть длиной 10 метров. Подпишите его и укажите длину.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Пример: Рисунок автобуса с подписью 'Длина автобуса - 10 метров'.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Устный опрос: Ребята, скажите, пожалуйста, что мы сегодня узнали о метре? Какие еще единицы измерения длины вы знаете?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Мы узнали, что метр – это основная единица измерения длины, равная 10 дециметрам. Также мы знаем сантиметры и километры.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Кто быстрее измерит? (10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Закрепить умение измерять длину предметов в метрах.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Дети делятся на команды. Каждой команде выдается одна веревка.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2. Учитель называет длину, например,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пять метров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Команды должны быстро сложить веревку, чтобы получить нужную длину.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4. Побеждает команда, которая первой правильно покажет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пять метров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5. Повторяем с другими длинами: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два метра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десять метров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Соедини предмет с его примерной длиной в метрах.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Длина класса — Примерно 7 метров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Высота стола — Примерно 1 метр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Длина скамейки — Примерно 2 метра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Высота двери — Примерно 2 метра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Длина класса - Примерно 7 метров, Высота стола - Примерно 1 метр, Длина скамейки - Примерно 2 метра, Высота двери - Примерно 2 метра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Сколько сантиметров в одном метре?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10 сантиметров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100 сантиметров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1000 сантиметров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 сантиметр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100 сантиметров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Каким инструментом удобно измерять длину комнаты?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Линейкой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Сантиметровой лентой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Рулеткой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Метром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Рулеткой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Что длиннее: 1 метр или 50 сантиметров?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 метр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50 сантиметров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Они равны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Нельзя сравнить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1 метр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Какова примерная длина школьной доски?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 метр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3 метра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10 метров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20 метров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3 метра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Если длина веревки 3 метра, а мы отрезали 1 метр, сколько метров веревки осталось?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 метр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2 метра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 метра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4 метра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2 метра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https://soffia.uz/uz/games/quiz/play?slug=metr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Измерьте длину парты. Запишите результат в сантиметрах и метрах.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Длина парты примерно </w:t>
      </w:r>
      <w:r>
        <w:rPr>
          <w:rFonts w:ascii="Times New Roman" w:hAnsi="Times New Roman"/>
          <w:b/>
          <w:i w:val="0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метр </w:t>
      </w:r>
      <w:r>
        <w:rPr>
          <w:rFonts w:ascii="Times New Roman" w:hAnsi="Times New Roman"/>
          <w:b/>
          <w:i w:val="0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сантиметров. Это </w:t>
      </w:r>
      <w:r>
        <w:rPr>
          <w:rFonts w:ascii="Times New Roman" w:hAnsi="Times New Roman"/>
          <w:b/>
          <w:i w:val="0"/>
          <w:sz w:val="24"/>
        </w:rPr>
        <w:t>120</w:t>
      </w:r>
      <w:r>
        <w:rPr>
          <w:rFonts w:ascii="Times New Roman" w:hAnsi="Times New Roman"/>
          <w:b w:val="0"/>
          <w:i w:val="0"/>
          <w:sz w:val="24"/>
        </w:rPr>
        <w:t xml:space="preserve"> сантиметров. Или </w:t>
      </w:r>
      <w:r>
        <w:rPr>
          <w:rFonts w:ascii="Times New Roman" w:hAnsi="Times New Roman"/>
          <w:b/>
          <w:i w:val="0"/>
          <w:sz w:val="24"/>
        </w:rPr>
        <w:t>1</w:t>
      </w:r>
      <w:r>
        <w:rPr>
          <w:rFonts w:ascii="Times New Roman" w:hAnsi="Times New Roman"/>
          <w:b w:val="0"/>
          <w:i w:val="0"/>
          <w:sz w:val="24"/>
        </w:rPr>
        <w:t xml:space="preserve"> метр и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дециметра.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 xml:space="preserve">Начертите отрезок длиной </w:t>
      </w:r>
      <w:r>
        <w:rPr>
          <w:rFonts w:ascii="Times New Roman" w:hAnsi="Times New Roman"/>
          <w:b/>
          <w:i w:val="0"/>
          <w:color w:val="C2185B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см. Начертите второй отрезок, который на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см длиннее первого. Какова длина второго отрезка?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Длина первого отрезка </w:t>
      </w:r>
      <w:r>
        <w:rPr>
          <w:rFonts w:ascii="Times New Roman" w:hAnsi="Times New Roman"/>
          <w:b/>
          <w:i w:val="0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см. Длина второго отрезка </w:t>
      </w:r>
      <w:r>
        <w:rPr>
          <w:rFonts w:ascii="Times New Roman" w:hAnsi="Times New Roman"/>
          <w:b/>
          <w:i w:val="0"/>
          <w:sz w:val="24"/>
        </w:rPr>
        <w:t>5 + 3 = 8</w:t>
      </w:r>
      <w:r>
        <w:rPr>
          <w:rFonts w:ascii="Times New Roman" w:hAnsi="Times New Roman"/>
          <w:b w:val="0"/>
          <w:i w:val="0"/>
          <w:sz w:val="24"/>
        </w:rPr>
        <w:t xml:space="preserve"> см.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 xml:space="preserve">В классе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окна. Длина каждого окна </w:t>
      </w:r>
      <w:r>
        <w:rPr>
          <w:rFonts w:ascii="Times New Roman" w:hAnsi="Times New Roman"/>
          <w:b/>
          <w:i w:val="0"/>
          <w:color w:val="C2185B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метра. Какова общая длина всех окон?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Длина одного окна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метра. Всего окон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. Общая длина: </w:t>
      </w:r>
      <w:r>
        <w:rPr>
          <w:rFonts w:ascii="Times New Roman" w:hAnsi="Times New Roman"/>
          <w:b/>
          <w:i w:val="0"/>
          <w:sz w:val="24"/>
        </w:rPr>
        <w:t>2 + 2 + 2 = 6</w:t>
      </w:r>
      <w:r>
        <w:rPr>
          <w:rFonts w:ascii="Times New Roman" w:hAnsi="Times New Roman"/>
          <w:b w:val="0"/>
          <w:i w:val="0"/>
          <w:sz w:val="24"/>
        </w:rPr>
        <w:t xml:space="preserve"> метров. Или </w:t>
      </w:r>
      <w:r>
        <w:rPr>
          <w:rFonts w:ascii="Times New Roman" w:hAnsi="Times New Roman"/>
          <w:b/>
          <w:i w:val="0"/>
          <w:sz w:val="24"/>
        </w:rPr>
        <w:t>2 * 3 = 6</w:t>
      </w:r>
      <w:r>
        <w:rPr>
          <w:rFonts w:ascii="Times New Roman" w:hAnsi="Times New Roman"/>
          <w:b w:val="0"/>
          <w:i w:val="0"/>
          <w:sz w:val="24"/>
        </w:rPr>
        <w:t xml:space="preserve"> метров.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