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E231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40"/>
        <w:jc w:val="center"/>
        <w:rPr>
          <w:rFonts w:cs="Times New Roman"/>
          <w:b/>
          <w:sz w:val="28"/>
          <w:lang w:val="it-IT"/>
        </w:rPr>
      </w:pPr>
    </w:p>
    <w:p w14:paraId="0BAFA3C2" w14:textId="338DBB33" w:rsidR="008C212C" w:rsidRPr="008C212C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b/>
          <w:sz w:val="28"/>
          <w:lang w:val="it-IT"/>
        </w:rPr>
      </w:pPr>
      <w:r w:rsidRPr="00D46F18">
        <w:rPr>
          <w:rFonts w:cs="Times New Roman"/>
          <w:b/>
          <w:sz w:val="28"/>
          <w:lang w:val="it-IT"/>
        </w:rPr>
        <w:t>ÓZBEKISTON RESPUBLIKASI JOQARI HÁM ORTA ARNAWLI</w:t>
      </w:r>
    </w:p>
    <w:p w14:paraId="6C29F54F" w14:textId="275856E2" w:rsidR="008C212C" w:rsidRPr="008C212C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b/>
          <w:sz w:val="28"/>
          <w:lang w:val="it-IT"/>
        </w:rPr>
      </w:pPr>
      <w:r w:rsidRPr="00D46F18">
        <w:rPr>
          <w:rFonts w:cs="Times New Roman"/>
          <w:b/>
          <w:sz w:val="28"/>
          <w:lang w:val="it-IT"/>
        </w:rPr>
        <w:t>BILIMLENDIRIW MINISTRLIGI</w:t>
      </w:r>
    </w:p>
    <w:p w14:paraId="20B4BB82" w14:textId="2DD14B62" w:rsidR="008C212C" w:rsidRPr="008C212C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b/>
          <w:sz w:val="28"/>
          <w:lang w:val="it-IT"/>
        </w:rPr>
      </w:pPr>
      <w:r w:rsidRPr="00D46F18">
        <w:rPr>
          <w:rFonts w:cs="Times New Roman"/>
          <w:b/>
          <w:sz w:val="28"/>
          <w:lang w:val="it-IT"/>
        </w:rPr>
        <w:t>BERDAQ ATINDAǴI QARAQALPAQ MÁMLEKETLIK UNIVERSITETI</w:t>
      </w:r>
    </w:p>
    <w:p w14:paraId="3E805E2C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5DA991AE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4D4695EE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21915A19" w14:textId="334EED9E" w:rsidR="00F96714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lang w:val="it-IT"/>
        </w:rPr>
      </w:pPr>
      <w:r w:rsidRPr="00D46F18">
        <w:rPr>
          <w:rFonts w:cs="Times New Roman"/>
          <w:sz w:val="30"/>
          <w:lang w:val="it-IT"/>
        </w:rPr>
        <w:t>Qánigelik ámeliyatı haqqındaǵı</w:t>
      </w:r>
    </w:p>
    <w:p w14:paraId="603A2AB3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32850904" w14:textId="40932128" w:rsidR="00F96714" w:rsidRPr="00D46F18" w:rsidRDefault="00000000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sz w:val="72"/>
          <w:szCs w:val="72"/>
          <w:lang w:val="it-IT"/>
        </w:rPr>
      </w:pPr>
      <w:r w:rsidRPr="00D46F18">
        <w:rPr>
          <w:rFonts w:cs="Times New Roman"/>
          <w:b/>
          <w:sz w:val="72"/>
          <w:szCs w:val="72"/>
          <w:lang w:val="it-IT"/>
        </w:rPr>
        <w:t>NIZ</w:t>
      </w:r>
      <w:r w:rsidR="008C212C" w:rsidRPr="00D46F18">
        <w:rPr>
          <w:rFonts w:cs="Times New Roman"/>
          <w:b/>
          <w:sz w:val="72"/>
          <w:szCs w:val="72"/>
          <w:lang w:val="it-IT"/>
        </w:rPr>
        <w:t>A</w:t>
      </w:r>
      <w:r w:rsidRPr="00D46F18">
        <w:rPr>
          <w:rFonts w:cs="Times New Roman"/>
          <w:b/>
          <w:sz w:val="72"/>
          <w:szCs w:val="72"/>
          <w:lang w:val="it-IT"/>
        </w:rPr>
        <w:t>M</w:t>
      </w:r>
    </w:p>
    <w:p w14:paraId="34B7BF30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082E5B06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7566ACB3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1738F816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7CE819F9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08FCEAD8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7EFC3FB7" w14:textId="77777777" w:rsidR="00F96714" w:rsidRPr="00D46F18" w:rsidRDefault="00000000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lang w:val="it-IT"/>
        </w:rPr>
        <w:tab/>
      </w:r>
      <w:r w:rsidRPr="00D46F18">
        <w:rPr>
          <w:rFonts w:cs="Times New Roman"/>
          <w:sz w:val="28"/>
          <w:szCs w:val="28"/>
          <w:lang w:val="it-IT"/>
        </w:rPr>
        <w:tab/>
        <w:t>Metodist:  Jumabaeva Gúlmira</w:t>
      </w:r>
    </w:p>
    <w:p w14:paraId="04DF8299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both"/>
        <w:rPr>
          <w:rFonts w:cs="Times New Roman"/>
          <w:sz w:val="28"/>
          <w:szCs w:val="28"/>
          <w:lang w:val="it-IT"/>
        </w:rPr>
      </w:pPr>
    </w:p>
    <w:p w14:paraId="2E2556E1" w14:textId="5F7D566E" w:rsidR="00F96714" w:rsidRPr="00D46F18" w:rsidRDefault="00000000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ab/>
      </w:r>
      <w:r w:rsidRPr="00D46F18">
        <w:rPr>
          <w:rFonts w:cs="Times New Roman"/>
          <w:sz w:val="28"/>
          <w:szCs w:val="28"/>
          <w:lang w:val="it-IT"/>
        </w:rPr>
        <w:tab/>
      </w:r>
      <w:r w:rsidR="008C212C" w:rsidRPr="00D46F18">
        <w:rPr>
          <w:rFonts w:cs="Times New Roman"/>
          <w:sz w:val="28"/>
          <w:szCs w:val="28"/>
          <w:lang w:val="it-IT"/>
        </w:rPr>
        <w:t>Á</w:t>
      </w:r>
      <w:r w:rsidRPr="00D46F18">
        <w:rPr>
          <w:rFonts w:cs="Times New Roman"/>
          <w:sz w:val="28"/>
          <w:szCs w:val="28"/>
          <w:lang w:val="it-IT"/>
        </w:rPr>
        <w:t>m</w:t>
      </w:r>
      <w:r w:rsidR="008C212C" w:rsidRPr="00D46F18">
        <w:rPr>
          <w:rFonts w:cs="Times New Roman"/>
          <w:sz w:val="28"/>
          <w:szCs w:val="28"/>
          <w:lang w:val="it-IT"/>
        </w:rPr>
        <w:t>e</w:t>
      </w:r>
      <w:r w:rsidRPr="00D46F18">
        <w:rPr>
          <w:rFonts w:cs="Times New Roman"/>
          <w:sz w:val="28"/>
          <w:szCs w:val="28"/>
          <w:lang w:val="it-IT"/>
        </w:rPr>
        <w:t>liy</w:t>
      </w:r>
      <w:r w:rsidR="008C212C" w:rsidRPr="00D46F18">
        <w:rPr>
          <w:rFonts w:cs="Times New Roman"/>
          <w:sz w:val="28"/>
          <w:szCs w:val="28"/>
          <w:lang w:val="it-IT"/>
        </w:rPr>
        <w:t>a</w:t>
      </w:r>
      <w:r w:rsidRPr="00D46F18">
        <w:rPr>
          <w:rFonts w:cs="Times New Roman"/>
          <w:sz w:val="28"/>
          <w:szCs w:val="28"/>
          <w:lang w:val="it-IT"/>
        </w:rPr>
        <w:t>t</w:t>
      </w:r>
      <w:r w:rsidR="008C212C" w:rsidRPr="00D46F18">
        <w:rPr>
          <w:rFonts w:cs="Times New Roman"/>
          <w:sz w:val="28"/>
          <w:szCs w:val="28"/>
          <w:lang w:val="it-IT"/>
        </w:rPr>
        <w:t>s</w:t>
      </w:r>
      <w:r w:rsidRPr="00D46F18">
        <w:rPr>
          <w:rFonts w:cs="Times New Roman"/>
          <w:sz w:val="28"/>
          <w:szCs w:val="28"/>
          <w:lang w:val="it-IT"/>
        </w:rPr>
        <w:t>hi:  Kewnimjaev Nawrizbek</w:t>
      </w:r>
    </w:p>
    <w:p w14:paraId="6982B1E7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55EFE5A6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6F49FF5F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04D6D933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41572C67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0EC813FF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5F0DB832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00AB6D36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72756B82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291479E3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144D5697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484F5212" w14:textId="77777777" w:rsidR="00F96714" w:rsidRPr="00D46F18" w:rsidRDefault="00F96714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rPr>
          <w:rFonts w:cs="Times New Roman"/>
          <w:lang w:val="it-IT"/>
        </w:rPr>
      </w:pPr>
    </w:p>
    <w:p w14:paraId="772D90FF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sz w:val="28"/>
          <w:lang w:val="it-IT"/>
        </w:rPr>
      </w:pPr>
    </w:p>
    <w:p w14:paraId="7F854108" w14:textId="4DA053C6" w:rsidR="008C212C" w:rsidRPr="00D46F18" w:rsidRDefault="00000000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sz w:val="28"/>
          <w:lang w:val="it-IT"/>
        </w:rPr>
      </w:pPr>
      <w:r w:rsidRPr="00D46F18">
        <w:rPr>
          <w:rFonts w:cs="Times New Roman"/>
          <w:sz w:val="28"/>
          <w:lang w:val="it-IT"/>
        </w:rPr>
        <w:t>N</w:t>
      </w:r>
      <w:r w:rsidR="008C212C" w:rsidRPr="00D46F18">
        <w:rPr>
          <w:rFonts w:cs="Times New Roman"/>
          <w:sz w:val="28"/>
          <w:lang w:val="it-IT"/>
        </w:rPr>
        <w:t>Ó</w:t>
      </w:r>
      <w:r w:rsidRPr="00D46F18">
        <w:rPr>
          <w:rFonts w:cs="Times New Roman"/>
          <w:sz w:val="28"/>
          <w:lang w:val="it-IT"/>
        </w:rPr>
        <w:t>K</w:t>
      </w:r>
      <w:r w:rsidR="008C212C" w:rsidRPr="00D46F18">
        <w:rPr>
          <w:rFonts w:cs="Times New Roman"/>
          <w:sz w:val="28"/>
          <w:lang w:val="it-IT"/>
        </w:rPr>
        <w:t>I</w:t>
      </w:r>
      <w:r w:rsidRPr="00D46F18">
        <w:rPr>
          <w:rFonts w:cs="Times New Roman"/>
          <w:sz w:val="28"/>
          <w:lang w:val="it-IT"/>
        </w:rPr>
        <w:t>S – 2026</w:t>
      </w:r>
    </w:p>
    <w:p w14:paraId="0A90D21D" w14:textId="77777777" w:rsidR="008C212C" w:rsidRPr="00D46F18" w:rsidRDefault="008C212C" w:rsidP="008C212C">
      <w:pPr>
        <w:pBdr>
          <w:top w:val="thinThickMediumGap" w:sz="36" w:space="1" w:color="auto"/>
          <w:left w:val="thinThickMediumGap" w:sz="36" w:space="1" w:color="auto"/>
          <w:bottom w:val="thickThinMediumGap" w:sz="36" w:space="1" w:color="auto"/>
          <w:right w:val="thickThinMediumGap" w:sz="36" w:space="1" w:color="auto"/>
        </w:pBdr>
        <w:spacing w:after="0"/>
        <w:jc w:val="center"/>
        <w:rPr>
          <w:rFonts w:cs="Times New Roman"/>
          <w:lang w:val="it-IT"/>
        </w:rPr>
      </w:pPr>
    </w:p>
    <w:p w14:paraId="02434464" w14:textId="398C864A" w:rsidR="008C212C" w:rsidRPr="00D46F18" w:rsidRDefault="008C212C" w:rsidP="008C212C">
      <w:pPr>
        <w:spacing w:after="40"/>
        <w:jc w:val="center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lastRenderedPageBreak/>
        <w:t>Pedagogikaliq ámeliyat</w:t>
      </w:r>
    </w:p>
    <w:p w14:paraId="52837A4A" w14:textId="77777777" w:rsidR="008C212C" w:rsidRPr="00D46F18" w:rsidRDefault="008C212C" w:rsidP="008C212C">
      <w:pPr>
        <w:spacing w:after="4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ab/>
        <w:t>Pedagogikalıq ámeliyat joqarı oqiw orni studentlerin muģallimlik kásibine tabıslı tayarlawdıń juwmaqlawshı basqıshi esaplanadı. Ol mazmunı hám nátiyjesi boyınsha bolajaq qánigeniń kásiplik iskerligine imkanı barınsha jaqın sharayatta shólkemlestiriliwi kerek.</w:t>
      </w:r>
    </w:p>
    <w:p w14:paraId="77476527" w14:textId="77777777" w:rsidR="008C212C" w:rsidRPr="00D46F18" w:rsidRDefault="008C212C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Pedagogikalıq ámeliyat dáwirinde ámeliyatshı-student tómendegilerdi iyelewi talap etiledi:</w:t>
      </w:r>
    </w:p>
    <w:p w14:paraId="37AC8869" w14:textId="77777777" w:rsidR="008C212C" w:rsidRPr="00D46F18" w:rsidRDefault="008C212C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tálim-tárbiyanıń úzliksizligi hám de nizamlılıqların tolıq túsiniw;</w:t>
      </w:r>
    </w:p>
    <w:p w14:paraId="70F9FD3B" w14:textId="77777777" w:rsidR="008C212C" w:rsidRPr="00D46F18" w:rsidRDefault="008C212C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oqıwshılıq iskerligine tiyisli kónlikpe hám uqıplılıqlardı iyelew;</w:t>
      </w:r>
    </w:p>
    <w:p w14:paraId="4174BF83" w14:textId="77777777" w:rsidR="008C212C" w:rsidRPr="00D46F18" w:rsidRDefault="008C212C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oqıtıwshılıq mádeniyatı hám sheberligin qáliplestiriw;</w:t>
      </w:r>
    </w:p>
    <w:p w14:paraId="36E3E0D4" w14:textId="77777777" w:rsidR="008C212C" w:rsidRPr="00D46F18" w:rsidRDefault="008C212C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qánigelik pánlerin oqıtıwda aldıńǵı pedagogikalıq tájiriybege tiykarlanǵan, zaman talaplarına sáykes dárejede sabaq bere alıw;</w:t>
      </w:r>
    </w:p>
    <w:p w14:paraId="5F34EF7E" w14:textId="77777777" w:rsidR="008C212C" w:rsidRPr="00D46F18" w:rsidRDefault="008C212C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pitkeriw qánigelik jumısı hám basqa maqsetli jumıslar ushın ilimiy-izertlew hám eksperimentler ótkere alıwdı úyreniw;</w:t>
      </w:r>
    </w:p>
    <w:p w14:paraId="0CD4A3BF" w14:textId="77777777" w:rsidR="008C212C" w:rsidRPr="00D46F18" w:rsidRDefault="008C212C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ilimiy jumıslardı óz betinshe orınlay alıw, pikir júrgiziw hám juwmaq shıǵara alıw.</w:t>
      </w:r>
    </w:p>
    <w:p w14:paraId="4846B835" w14:textId="77777777" w:rsidR="0056323A" w:rsidRPr="00D46F18" w:rsidRDefault="0056323A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Pedagogikalıq ámeliyat dáwirinde student tómendegi kónlikpelerge iye boliwi kerek:</w:t>
      </w:r>
    </w:p>
    <w:p w14:paraId="1D476701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oqiw-tájiriybe máselelerin óz betinshe hám aniq belgilew;</w:t>
      </w:r>
    </w:p>
    <w:p w14:paraId="57475E8A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oqıwshılar shaxsına tuwrı diagnoz qoya alıw;</w:t>
      </w:r>
    </w:p>
    <w:p w14:paraId="6802B16B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- pedagogikalıq ámeliyat nátiyjesinde keleshektegi jumıslardı kóre biliw hám rejelestire alıw;</w:t>
      </w:r>
    </w:p>
    <w:p w14:paraId="4A5D352E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zaman </w:t>
      </w:r>
      <w:proofErr w:type="spellStart"/>
      <w:r w:rsidRPr="00D46F18">
        <w:rPr>
          <w:rFonts w:cs="Times New Roman"/>
          <w:sz w:val="28"/>
          <w:szCs w:val="28"/>
        </w:rPr>
        <w:t>talaplarına</w:t>
      </w:r>
      <w:proofErr w:type="spellEnd"/>
      <w:r w:rsidRPr="00D46F18">
        <w:rPr>
          <w:rFonts w:cs="Times New Roman"/>
          <w:sz w:val="28"/>
          <w:szCs w:val="28"/>
        </w:rPr>
        <w:t xml:space="preserve"> say </w:t>
      </w:r>
      <w:proofErr w:type="spellStart"/>
      <w:r w:rsidRPr="00D46F18">
        <w:rPr>
          <w:rFonts w:cs="Times New Roman"/>
          <w:sz w:val="28"/>
          <w:szCs w:val="28"/>
        </w:rPr>
        <w:t>metodlardı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qollay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74CE0158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sapalı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mazmunlı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sabaq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beriw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kónlikpesine</w:t>
      </w:r>
      <w:proofErr w:type="spellEnd"/>
      <w:r w:rsidRPr="00D46F18">
        <w:rPr>
          <w:rFonts w:cs="Times New Roman"/>
          <w:sz w:val="28"/>
          <w:szCs w:val="28"/>
        </w:rPr>
        <w:t xml:space="preserve"> iye </w:t>
      </w:r>
      <w:proofErr w:type="spellStart"/>
      <w:r w:rsidRPr="00D46F18">
        <w:rPr>
          <w:rFonts w:cs="Times New Roman"/>
          <w:sz w:val="28"/>
          <w:szCs w:val="28"/>
        </w:rPr>
        <w:t>boliw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16C1FCB4" w14:textId="77777777" w:rsidR="0056323A" w:rsidRPr="00D46F18" w:rsidRDefault="0056323A" w:rsidP="008C212C">
      <w:pPr>
        <w:spacing w:after="40"/>
        <w:rPr>
          <w:rFonts w:cs="Times New Roman"/>
          <w:b/>
          <w:sz w:val="28"/>
          <w:szCs w:val="28"/>
        </w:rPr>
      </w:pPr>
      <w:proofErr w:type="spellStart"/>
      <w:r w:rsidRPr="00D46F18">
        <w:rPr>
          <w:rFonts w:cs="Times New Roman"/>
          <w:b/>
          <w:sz w:val="28"/>
          <w:szCs w:val="28"/>
        </w:rPr>
        <w:t>Pedagogikalıq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ámeliyattı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ótiwde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hám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shólkemlestiriwde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tómendegi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principlerge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ámel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etiw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kerek</w:t>
      </w:r>
      <w:proofErr w:type="spellEnd"/>
      <w:r w:rsidRPr="00D46F18">
        <w:rPr>
          <w:rFonts w:cs="Times New Roman"/>
          <w:b/>
          <w:sz w:val="28"/>
          <w:szCs w:val="28"/>
        </w:rPr>
        <w:t>:</w:t>
      </w:r>
    </w:p>
    <w:p w14:paraId="75F2FA7A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ámeliyattıń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tiykarǵı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mazmunı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maqseti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wazıypalarınıń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búgingi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kún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oqıtıwshısına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qoyılıp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atırǵan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talaplar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de </w:t>
      </w:r>
      <w:proofErr w:type="spellStart"/>
      <w:r w:rsidRPr="00D46F18">
        <w:rPr>
          <w:rFonts w:cs="Times New Roman"/>
          <w:sz w:val="28"/>
          <w:szCs w:val="28"/>
        </w:rPr>
        <w:t>turmıs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baylanıslılıǵı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058018F4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lastRenderedPageBreak/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akademiyalıq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licey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kásip-óner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kolledjleriniń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talapları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hámde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nızam-qaǵıydalarına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muwapıqlıǵı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E49FB38" w14:textId="516CA99F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tájiriybeli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muǵallimler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tárbiyashılardıń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jumısına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súyeniwi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7375E20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baslanģish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juwmaqlawshı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ámeliyattıń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úzliksizligi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4222AFBE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tálim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tárbiyanıń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uqsaslıǵı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47BCD5C1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qánigelik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pánleri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teoriyalıq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bilimler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oqiw-tárbiya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iskerligi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birligi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32611CC3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pánler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aralıq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baylanıs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jámiyetlik-siyasiy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pedagogikalıq-psixologiyalıq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arnawlı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pánlerdiń</w:t>
      </w:r>
      <w:proofErr w:type="spellEnd"/>
      <w:r w:rsidRPr="00D46F18">
        <w:rPr>
          <w:rFonts w:cs="Times New Roman"/>
          <w:sz w:val="28"/>
          <w:szCs w:val="28"/>
        </w:rPr>
        <w:t xml:space="preserve"> student </w:t>
      </w:r>
      <w:proofErr w:type="spellStart"/>
      <w:r w:rsidRPr="00D46F18">
        <w:rPr>
          <w:rFonts w:cs="Times New Roman"/>
          <w:sz w:val="28"/>
          <w:szCs w:val="28"/>
        </w:rPr>
        <w:t>iskerligi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úzliksiz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baylanıslılıǵı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529941E6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akademiyalıq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licey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kásip-óner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kolledjleri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joqarı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bilimlendiriw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arasındaǵı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úzliksizlikke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tiykarlanıwı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5C820552" w14:textId="77777777" w:rsidR="0056323A" w:rsidRPr="00D46F18" w:rsidRDefault="0056323A" w:rsidP="0056323A">
      <w:pPr>
        <w:spacing w:before="160" w:after="80"/>
        <w:jc w:val="both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studentlerdiń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ózin-ózi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basqarıwı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18E02571" w14:textId="77777777" w:rsidR="0056323A" w:rsidRPr="00D46F18" w:rsidRDefault="0056323A" w:rsidP="008C212C">
      <w:pPr>
        <w:spacing w:after="40"/>
        <w:rPr>
          <w:rFonts w:cs="Times New Roman"/>
          <w:b/>
          <w:sz w:val="28"/>
          <w:szCs w:val="28"/>
        </w:rPr>
      </w:pPr>
      <w:proofErr w:type="spellStart"/>
      <w:r w:rsidRPr="00D46F18">
        <w:rPr>
          <w:rFonts w:cs="Times New Roman"/>
          <w:b/>
          <w:sz w:val="28"/>
          <w:szCs w:val="28"/>
        </w:rPr>
        <w:t>Pedagogikalıq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ámeliyattıń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tiykarģı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maqseti</w:t>
      </w:r>
      <w:proofErr w:type="spellEnd"/>
      <w:r w:rsidRPr="00D46F18">
        <w:rPr>
          <w:rFonts w:cs="Times New Roman"/>
          <w:b/>
          <w:sz w:val="28"/>
          <w:szCs w:val="28"/>
        </w:rPr>
        <w:t>:</w:t>
      </w:r>
    </w:p>
    <w:p w14:paraId="2CAFB3E0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óz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kásibin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qádirleytuǵın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ardaqlaytuǵın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bolajaq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muǵallim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shaxsın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qáliplestiriw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6B946ACB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úyrenilgen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teoriyalıq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bilimlerdi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ámelde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tekserip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kóriw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37D1E675" w14:textId="624C67B1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qánigelik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pánleri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sonday-aq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jámyietlik-siyasiy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pedagogikalıq-psixologiyalıq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arnawlı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bilimlerdi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anıq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proceste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qollay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alıw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rawajlandırıw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bayıtıw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0A82E1F6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tájiriybeli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tárbiyashı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shólkemlestiriwshini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qáliplestiriw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5A234A78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pán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sabaqların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didaktikalıq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talaplar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tiykarında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óz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betinshe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shólkemlestire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ótkere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6ECCEF7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tálim-tárbiya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jumıslarında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zamanagóy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aldınǵı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tájiriybeler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tanıstırıw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onı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bayıtıw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5CC8664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- </w:t>
      </w:r>
      <w:proofErr w:type="spellStart"/>
      <w:r w:rsidRPr="00D46F18">
        <w:rPr>
          <w:rFonts w:cs="Times New Roman"/>
          <w:sz w:val="28"/>
          <w:szCs w:val="28"/>
        </w:rPr>
        <w:t>júzege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kelgen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wazıypalardı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sheshiwde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erkin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qarar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qabıl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etiw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57B0945D" w14:textId="77777777" w:rsidR="0056323A" w:rsidRPr="00D46F18" w:rsidRDefault="0056323A" w:rsidP="008C212C">
      <w:pPr>
        <w:spacing w:after="40"/>
        <w:rPr>
          <w:rFonts w:cs="Times New Roman"/>
          <w:b/>
          <w:sz w:val="28"/>
          <w:szCs w:val="28"/>
        </w:rPr>
      </w:pPr>
      <w:proofErr w:type="spellStart"/>
      <w:r w:rsidRPr="00D46F18">
        <w:rPr>
          <w:rFonts w:cs="Times New Roman"/>
          <w:b/>
          <w:sz w:val="28"/>
          <w:szCs w:val="28"/>
        </w:rPr>
        <w:t>Pedagogikalıq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ámeliyat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wazıypaları</w:t>
      </w:r>
      <w:proofErr w:type="spellEnd"/>
      <w:r w:rsidRPr="00D46F18">
        <w:rPr>
          <w:rFonts w:cs="Times New Roman"/>
          <w:b/>
          <w:sz w:val="28"/>
          <w:szCs w:val="28"/>
        </w:rPr>
        <w:t>:</w:t>
      </w:r>
    </w:p>
    <w:p w14:paraId="51F4F71C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1. </w:t>
      </w:r>
      <w:proofErr w:type="spellStart"/>
      <w:r w:rsidRPr="00D46F18">
        <w:rPr>
          <w:rFonts w:cs="Times New Roman"/>
          <w:sz w:val="28"/>
          <w:szCs w:val="28"/>
        </w:rPr>
        <w:t>Oqıtıw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oqıwshılardı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tárbiyalaw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usılı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quralları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kónlikpelerin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iyelew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3DB8CE34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lastRenderedPageBreak/>
        <w:t xml:space="preserve">2. </w:t>
      </w:r>
      <w:proofErr w:type="spellStart"/>
      <w:r w:rsidRPr="00D46F18">
        <w:rPr>
          <w:rFonts w:cs="Times New Roman"/>
          <w:sz w:val="28"/>
          <w:szCs w:val="28"/>
        </w:rPr>
        <w:t>Joqarı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oqiw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ornında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alınģan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teoriyalıq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bilimlerden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ámeliyatında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paydalanıw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kónlikpesin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qáliplestiriw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75CB8358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3. </w:t>
      </w:r>
      <w:proofErr w:type="spellStart"/>
      <w:r w:rsidRPr="00D46F18">
        <w:rPr>
          <w:rFonts w:cs="Times New Roman"/>
          <w:sz w:val="28"/>
          <w:szCs w:val="28"/>
        </w:rPr>
        <w:t>Oqıwshılardı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mektepte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óz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betinshe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tálim-tárbiya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alıp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barıwǵa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oqıwshılardı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kámil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insan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etip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tárbiyalaw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jolların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dóretiwshilik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taba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ámeliyatta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qollanıwǵa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úyretiw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1B7ABABC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4. </w:t>
      </w:r>
      <w:proofErr w:type="spellStart"/>
      <w:r w:rsidRPr="00D46F18">
        <w:rPr>
          <w:rFonts w:cs="Times New Roman"/>
          <w:sz w:val="28"/>
          <w:szCs w:val="28"/>
        </w:rPr>
        <w:t>Oqıwshılardı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basshısı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wazıypasın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atqarıwǵa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jámiyetlik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basqa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sociallıq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rásmiy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emes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shólkemler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islewge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úyretiw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4E5A8A33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5.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xizmetke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mehir-muhabbat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oyatıw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0274A072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6.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procesti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baqlaw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talqılay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aliwǵa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úyretiw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mekteptiń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aldınģı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tájiriybesin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oni </w:t>
      </w:r>
      <w:proofErr w:type="spellStart"/>
      <w:r w:rsidRPr="00D46F18">
        <w:rPr>
          <w:rFonts w:cs="Times New Roman"/>
          <w:sz w:val="28"/>
          <w:szCs w:val="28"/>
        </w:rPr>
        <w:t>qollay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4F3BE7B1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7. </w:t>
      </w:r>
      <w:proofErr w:type="spellStart"/>
      <w:r w:rsidRPr="00D46F18">
        <w:rPr>
          <w:rFonts w:cs="Times New Roman"/>
          <w:sz w:val="28"/>
          <w:szCs w:val="28"/>
        </w:rPr>
        <w:t>Ilimiy-izertlew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jumıslarına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qızıǵıwshılıq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oyatıw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53F1FFD4" w14:textId="77777777" w:rsidR="0056323A" w:rsidRPr="00D46F18" w:rsidRDefault="0056323A" w:rsidP="008C212C">
      <w:pPr>
        <w:spacing w:after="40"/>
        <w:rPr>
          <w:rFonts w:cs="Times New Roman"/>
          <w:b/>
          <w:sz w:val="28"/>
          <w:szCs w:val="28"/>
        </w:rPr>
      </w:pPr>
      <w:proofErr w:type="spellStart"/>
      <w:r w:rsidRPr="00D46F18">
        <w:rPr>
          <w:rFonts w:cs="Times New Roman"/>
          <w:b/>
          <w:sz w:val="28"/>
          <w:szCs w:val="28"/>
        </w:rPr>
        <w:t>Pedagogikalıq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ámeliyat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procesinde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orınlanatuģın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jumıslardıń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mazmuni</w:t>
      </w:r>
      <w:proofErr w:type="spellEnd"/>
      <w:r w:rsidRPr="00D46F18">
        <w:rPr>
          <w:rFonts w:cs="Times New Roman"/>
          <w:b/>
          <w:sz w:val="28"/>
          <w:szCs w:val="28"/>
        </w:rPr>
        <w:t>:</w:t>
      </w:r>
    </w:p>
    <w:p w14:paraId="1B4B88A5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1. </w:t>
      </w:r>
      <w:proofErr w:type="spellStart"/>
      <w:r w:rsidRPr="00D46F18">
        <w:rPr>
          <w:rFonts w:cs="Times New Roman"/>
          <w:sz w:val="28"/>
          <w:szCs w:val="28"/>
        </w:rPr>
        <w:t>Túrli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pán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muģallimleriniń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sabaqların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baqlaw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analizlew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3BC5D3D8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2. </w:t>
      </w:r>
      <w:proofErr w:type="spellStart"/>
      <w:r w:rsidRPr="00D46F18">
        <w:rPr>
          <w:rFonts w:cs="Times New Roman"/>
          <w:sz w:val="28"/>
          <w:szCs w:val="28"/>
        </w:rPr>
        <w:t>Mekteptegi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aldınģi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tájiriybeni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oni </w:t>
      </w:r>
      <w:proofErr w:type="spellStart"/>
      <w:r w:rsidRPr="00D46F18">
        <w:rPr>
          <w:rFonts w:cs="Times New Roman"/>
          <w:sz w:val="28"/>
          <w:szCs w:val="28"/>
        </w:rPr>
        <w:t>óz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iskerligine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engiziw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2F5CDE43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3. </w:t>
      </w:r>
      <w:proofErr w:type="spellStart"/>
      <w:r w:rsidRPr="00D46F18">
        <w:rPr>
          <w:rFonts w:cs="Times New Roman"/>
          <w:sz w:val="28"/>
          <w:szCs w:val="28"/>
        </w:rPr>
        <w:t>Óz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betinshe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sabaq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beriw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8C76D2F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4. </w:t>
      </w:r>
      <w:proofErr w:type="spellStart"/>
      <w:r w:rsidRPr="00D46F18">
        <w:rPr>
          <w:rFonts w:cs="Times New Roman"/>
          <w:sz w:val="28"/>
          <w:szCs w:val="28"/>
        </w:rPr>
        <w:t>Basqa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ameliyatshı-studentlerdiń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sabaqların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baqlaw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analizlew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35B46A6F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5. </w:t>
      </w:r>
      <w:proofErr w:type="spellStart"/>
      <w:r w:rsidRPr="00D46F18">
        <w:rPr>
          <w:rFonts w:cs="Times New Roman"/>
          <w:sz w:val="28"/>
          <w:szCs w:val="28"/>
        </w:rPr>
        <w:t>Ózlestirmeytuǵin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oqiwshılar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islew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6563ED4D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6. </w:t>
      </w:r>
      <w:proofErr w:type="spellStart"/>
      <w:r w:rsidRPr="00D46F18">
        <w:rPr>
          <w:rFonts w:cs="Times New Roman"/>
          <w:sz w:val="28"/>
          <w:szCs w:val="28"/>
        </w:rPr>
        <w:t>Qánigelik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boyınsha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klasstan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tısqarı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shólkemlestiriw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ótkeriw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4593A007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7.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basshısı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jumis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sistemasın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4B6F0C73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8. </w:t>
      </w:r>
      <w:proofErr w:type="spellStart"/>
      <w:r w:rsidRPr="00D46F18">
        <w:rPr>
          <w:rFonts w:cs="Times New Roman"/>
          <w:sz w:val="28"/>
          <w:szCs w:val="28"/>
        </w:rPr>
        <w:t>Oqıwshılar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alıp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barıw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7E3D84CB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9.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tálim-tárbiya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procesi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tanısıw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91C6AF7" w14:textId="77777777" w:rsidR="0056323A" w:rsidRPr="00D46F18" w:rsidRDefault="0056323A" w:rsidP="0056323A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10. </w:t>
      </w:r>
      <w:proofErr w:type="spellStart"/>
      <w:r w:rsidRPr="00D46F18">
        <w:rPr>
          <w:rFonts w:cs="Times New Roman"/>
          <w:sz w:val="28"/>
          <w:szCs w:val="28"/>
        </w:rPr>
        <w:t>Mektepte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ilimiy-izertlew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alıp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barıw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nátiyjelerin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rásmiylestiriw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59C82ABC" w14:textId="77777777" w:rsidR="0056323A" w:rsidRPr="00D46F18" w:rsidRDefault="0056323A" w:rsidP="0056323A">
      <w:pPr>
        <w:spacing w:before="160" w:after="80"/>
        <w:jc w:val="center"/>
        <w:rPr>
          <w:rFonts w:cs="Times New Roman"/>
          <w:b/>
          <w:sz w:val="28"/>
          <w:szCs w:val="28"/>
        </w:rPr>
      </w:pPr>
      <w:proofErr w:type="spellStart"/>
      <w:r w:rsidRPr="00D46F18">
        <w:rPr>
          <w:rFonts w:cs="Times New Roman"/>
          <w:b/>
          <w:sz w:val="28"/>
          <w:szCs w:val="28"/>
        </w:rPr>
        <w:t>Pedagogikalıq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ámeliyat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procesinde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studentler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tárepinen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orınlanatuǵın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jumıslar</w:t>
      </w:r>
      <w:proofErr w:type="spellEnd"/>
      <w:r w:rsidRPr="00D46F18">
        <w:rPr>
          <w:rFonts w:cs="Times New Roman"/>
          <w:b/>
          <w:sz w:val="28"/>
          <w:szCs w:val="28"/>
        </w:rPr>
        <w:t>.</w:t>
      </w:r>
    </w:p>
    <w:p w14:paraId="5451C9EC" w14:textId="77777777" w:rsidR="0056323A" w:rsidRPr="00D46F18" w:rsidRDefault="0056323A" w:rsidP="0056323A">
      <w:pPr>
        <w:spacing w:before="160" w:after="80"/>
        <w:jc w:val="center"/>
        <w:rPr>
          <w:rFonts w:cs="Times New Roman"/>
          <w:b/>
          <w:sz w:val="28"/>
          <w:szCs w:val="28"/>
        </w:rPr>
      </w:pPr>
      <w:r w:rsidRPr="00D46F18">
        <w:rPr>
          <w:rFonts w:cs="Times New Roman"/>
          <w:b/>
          <w:sz w:val="28"/>
          <w:szCs w:val="28"/>
        </w:rPr>
        <w:t>I-</w:t>
      </w:r>
      <w:proofErr w:type="spellStart"/>
      <w:r w:rsidRPr="00D46F18">
        <w:rPr>
          <w:rFonts w:cs="Times New Roman"/>
          <w:b/>
          <w:sz w:val="28"/>
          <w:szCs w:val="28"/>
        </w:rPr>
        <w:t>hápte</w:t>
      </w:r>
      <w:proofErr w:type="spellEnd"/>
    </w:p>
    <w:p w14:paraId="74D05D00" w14:textId="4ACAD053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</w:rPr>
      </w:pPr>
      <w:r w:rsidRPr="00D46F18">
        <w:rPr>
          <w:rFonts w:cs="Times New Roman"/>
          <w:b/>
          <w:sz w:val="28"/>
          <w:szCs w:val="28"/>
        </w:rPr>
        <w:lastRenderedPageBreak/>
        <w:t xml:space="preserve">I. </w:t>
      </w:r>
      <w:proofErr w:type="spellStart"/>
      <w:r w:rsidRPr="00D46F18">
        <w:rPr>
          <w:rFonts w:cs="Times New Roman"/>
          <w:b/>
          <w:sz w:val="28"/>
          <w:szCs w:val="28"/>
        </w:rPr>
        <w:t>Mektep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b/>
          <w:sz w:val="28"/>
          <w:szCs w:val="28"/>
        </w:rPr>
        <w:t>akademiyalıq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licey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hám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kásip-óner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kolledji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tálim-tárbiya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procesin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kompleksli</w:t>
      </w:r>
      <w:proofErr w:type="spellEnd"/>
      <w:r w:rsidRPr="00D46F18">
        <w:rPr>
          <w:rFonts w:cs="Times New Roman"/>
          <w:b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b/>
          <w:sz w:val="28"/>
          <w:szCs w:val="28"/>
        </w:rPr>
        <w:t>úyreniw</w:t>
      </w:r>
      <w:proofErr w:type="spellEnd"/>
      <w:r w:rsidRPr="00D46F18">
        <w:rPr>
          <w:rFonts w:cs="Times New Roman"/>
          <w:b/>
          <w:sz w:val="28"/>
          <w:szCs w:val="28"/>
        </w:rPr>
        <w:t>:</w:t>
      </w:r>
    </w:p>
    <w:p w14:paraId="0AF4A242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1.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akademiyalıq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licey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kásip-óner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kolledjiniń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basshıları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oqıtıwshılar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tárbiyashılar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basshıları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óndirislik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bilimlendiriw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ustaları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basqalar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sáwbetlesiw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66016EFA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2.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akademiyalıq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licey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kásip-óner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kolledjiniń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hújjetleri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tanısıw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600B6514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3. </w:t>
      </w:r>
      <w:proofErr w:type="spellStart"/>
      <w:r w:rsidRPr="00D46F18">
        <w:rPr>
          <w:rFonts w:cs="Times New Roman"/>
          <w:sz w:val="28"/>
          <w:szCs w:val="28"/>
        </w:rPr>
        <w:t>Mektep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akademiyalıq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licey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kásip-óner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kolledjiniń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materiallıq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bazası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tanısıw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30319E90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4. </w:t>
      </w:r>
      <w:proofErr w:type="spellStart"/>
      <w:r w:rsidRPr="00D46F18">
        <w:rPr>
          <w:rFonts w:cs="Times New Roman"/>
          <w:sz w:val="28"/>
          <w:szCs w:val="28"/>
        </w:rPr>
        <w:t>Oqıwshılar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toparın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>:</w:t>
      </w:r>
    </w:p>
    <w:p w14:paraId="7A9CBC2C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A) </w:t>
      </w:r>
      <w:proofErr w:type="spellStart"/>
      <w:r w:rsidRPr="00D46F18">
        <w:rPr>
          <w:rFonts w:cs="Times New Roman"/>
          <w:sz w:val="28"/>
          <w:szCs w:val="28"/>
        </w:rPr>
        <w:t>oqıwshılardıń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jeke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hújjetleri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medicinalıq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hújjetleri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kúndelik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dápterleri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jurnalların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69EBD739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B) </w:t>
      </w:r>
      <w:proofErr w:type="spellStart"/>
      <w:r w:rsidRPr="00D46F18">
        <w:rPr>
          <w:rFonts w:cs="Times New Roman"/>
          <w:sz w:val="28"/>
          <w:szCs w:val="28"/>
        </w:rPr>
        <w:t>oqıwshılardıń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dóretiwshilik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jumısların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17AC8DA3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C) </w:t>
      </w:r>
      <w:proofErr w:type="spellStart"/>
      <w:r w:rsidRPr="00D46F18">
        <w:rPr>
          <w:rFonts w:cs="Times New Roman"/>
          <w:sz w:val="28"/>
          <w:szCs w:val="28"/>
        </w:rPr>
        <w:t>ózine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biriktirilgen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yamasa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topardaǵı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ayırım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oqiwshi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klass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toparın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baqlaw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úyreniw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muģallim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tárbiyashılardıń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jumis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rejeleri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tanısıw</w:t>
      </w:r>
      <w:proofErr w:type="spellEnd"/>
      <w:r w:rsidRPr="00D46F18">
        <w:rPr>
          <w:rFonts w:cs="Times New Roman"/>
          <w:sz w:val="28"/>
          <w:szCs w:val="28"/>
        </w:rPr>
        <w:t>;</w:t>
      </w:r>
    </w:p>
    <w:p w14:paraId="51C25738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</w:rPr>
      </w:pPr>
      <w:r w:rsidRPr="00D46F18">
        <w:rPr>
          <w:rFonts w:cs="Times New Roman"/>
          <w:sz w:val="28"/>
          <w:szCs w:val="28"/>
        </w:rPr>
        <w:t xml:space="preserve">D) </w:t>
      </w:r>
      <w:proofErr w:type="spellStart"/>
      <w:r w:rsidRPr="00D46F18">
        <w:rPr>
          <w:rFonts w:cs="Times New Roman"/>
          <w:sz w:val="28"/>
          <w:szCs w:val="28"/>
        </w:rPr>
        <w:t>oqiw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kestesi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menen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tanısıw</w:t>
      </w:r>
      <w:proofErr w:type="spellEnd"/>
      <w:r w:rsidRPr="00D46F18">
        <w:rPr>
          <w:rFonts w:cs="Times New Roman"/>
          <w:sz w:val="28"/>
          <w:szCs w:val="28"/>
        </w:rPr>
        <w:t xml:space="preserve">, </w:t>
      </w:r>
      <w:proofErr w:type="spellStart"/>
      <w:r w:rsidRPr="00D46F18">
        <w:rPr>
          <w:rFonts w:cs="Times New Roman"/>
          <w:sz w:val="28"/>
          <w:szCs w:val="28"/>
        </w:rPr>
        <w:t>pedagogikalıq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ámeliyatti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ótew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ushin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zárúr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jumis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rejelerin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dúziw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hám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olardı</w:t>
      </w:r>
      <w:proofErr w:type="spellEnd"/>
      <w:r w:rsidRPr="00D46F18">
        <w:rPr>
          <w:rFonts w:cs="Times New Roman"/>
          <w:sz w:val="28"/>
          <w:szCs w:val="28"/>
        </w:rPr>
        <w:t xml:space="preserve"> </w:t>
      </w:r>
      <w:proofErr w:type="spellStart"/>
      <w:r w:rsidRPr="00D46F18">
        <w:rPr>
          <w:rFonts w:cs="Times New Roman"/>
          <w:sz w:val="28"/>
          <w:szCs w:val="28"/>
        </w:rPr>
        <w:t>tastıyıqlaw</w:t>
      </w:r>
      <w:proofErr w:type="spellEnd"/>
      <w:r w:rsidRPr="00D46F18">
        <w:rPr>
          <w:rFonts w:cs="Times New Roman"/>
          <w:sz w:val="28"/>
          <w:szCs w:val="28"/>
        </w:rPr>
        <w:t>.</w:t>
      </w:r>
    </w:p>
    <w:p w14:paraId="5A4659F4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II. Bilimlendiriw procesi menen baylanıslı jumıslar:</w:t>
      </w:r>
    </w:p>
    <w:p w14:paraId="4598A7E7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Pán muģallimlerinin jumis rejesi, xanaları, fakultativ sabaqlarına kiriw hám aldınģi pedagogikalıq jumis tájiriybesin úyreniw;</w:t>
      </w:r>
    </w:p>
    <w:p w14:paraId="0C6E2874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Qánigelik boyınsha oqıwshılar sabaqlarına hám fakultativ shınıǵıwlarǵa kiriw, aldınǵı pedagogikalıq jumıs tájiriybesin úyreniw;</w:t>
      </w:r>
    </w:p>
    <w:p w14:paraId="7912B451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Zárúr bolgan ilimiy, metodikalıq, pedagogikalıq ádebiyatlardı, pánler boyinsha oqiw baǵdarlamaları hám qollanbalardı úyreniw;</w:t>
      </w:r>
    </w:p>
    <w:p w14:paraId="5D9C80E2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4. Oqiw pánleri boyinsha temalar rejeleri hám sabaq beriw kestesin islep shigiw;</w:t>
      </w:r>
    </w:p>
    <w:p w14:paraId="580948E0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5. Birinshi sabaq hám tárbiyalıq ilaj konspektin, didaktikalıq materiallar hám kórgizbeli qurallardı tayarlaw.</w:t>
      </w:r>
    </w:p>
    <w:p w14:paraId="325535DE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III. Oqıwshılar menen alıp barılatuǵın tárbiyalıq jumıslar:</w:t>
      </w:r>
    </w:p>
    <w:p w14:paraId="4D978F44" w14:textId="1B28F27A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lastRenderedPageBreak/>
        <w:t>1. Klass yamasa topar basshısı, kúni uzayttırılǵan topar tárbiyashılarınıń jumis rejelerin úyreniw;</w:t>
      </w:r>
    </w:p>
    <w:p w14:paraId="4A5FEFD4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Ózine biriktirilgen klasstaģı tárbiyalıq ilajlardı tayarlaw, klass saatlarında qatnasıw hám olardı ótkeriwde qatnasıw;</w:t>
      </w:r>
    </w:p>
    <w:p w14:paraId="5D8086D5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Pedagogikalıq ámeliyat procesinde orınlanatuģın jumıslar rejesin islep shigiw.</w:t>
      </w:r>
    </w:p>
    <w:p w14:paraId="71716470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IV. Metodikalıq hám izertlew jumıslarında qatnasıw:</w:t>
      </w:r>
    </w:p>
    <w:p w14:paraId="7D662037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"Pedagogikalıq ámeliyattıń wazıypaları hám mazmunı" temasındaǵı metodikalıq keńeste qatnasıw;</w:t>
      </w:r>
    </w:p>
    <w:p w14:paraId="51EEE8AC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Tálim-tarbiya psixologiyası boyınsha keńesler alıw;</w:t>
      </w:r>
    </w:p>
    <w:p w14:paraId="5560F0B7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Pedagogikalıq ámeliyat procesinde alıp barılatuģın ilimiy-izertlew jumısları teması boyınsha tapsırmalar alıw.</w:t>
      </w:r>
    </w:p>
    <w:p w14:paraId="3E49BBAA" w14:textId="783FA3C6" w:rsidR="00686953" w:rsidRPr="00D46F18" w:rsidRDefault="00686953" w:rsidP="00686953">
      <w:pPr>
        <w:spacing w:before="160" w:after="80"/>
        <w:jc w:val="center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II-V</w:t>
      </w:r>
      <w:r w:rsidR="00F061EC">
        <w:rPr>
          <w:rFonts w:cs="Times New Roman"/>
          <w:b/>
          <w:sz w:val="28"/>
          <w:szCs w:val="28"/>
          <w:lang w:val="it-IT"/>
        </w:rPr>
        <w:t>III</w:t>
      </w:r>
      <w:r w:rsidRPr="00D46F18">
        <w:rPr>
          <w:rFonts w:cs="Times New Roman"/>
          <w:b/>
          <w:sz w:val="28"/>
          <w:szCs w:val="28"/>
          <w:lang w:val="it-IT"/>
        </w:rPr>
        <w:t>-hápteler</w:t>
      </w:r>
    </w:p>
    <w:p w14:paraId="21A37BD4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I. Ayırım oqıwshını yamasa oqıwshılar toparın kompleksli úyreniw:</w:t>
      </w:r>
    </w:p>
    <w:p w14:paraId="6F8BF5F6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Mektep, akademiyalıq licey hám kásip-óner kolledjinde tálim-tárbiya procesinde ayırım oqıwshını hám klass toparın turaqlı baqlaw hám úyreniw, oqıwshı yaki klass toparına pedagogikalıq-psixologiyalıq tájiriybeler ótkeriw;</w:t>
      </w:r>
    </w:p>
    <w:p w14:paraId="6767D966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Oqıtıwshılar, tárbiyashılar, óndiris ustaları, ata-analar hám oqıwshılar menen sáwbetlesiw;</w:t>
      </w:r>
    </w:p>
    <w:p w14:paraId="160C01CA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Oqıwshılar jámáátin úyreniw boyinsha pedagogikalıq-psixologiyalıq tájiriybeler ótkeriw.</w:t>
      </w:r>
    </w:p>
    <w:p w14:paraId="07DD1FAA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II. Oqıw xanaları boyınsha oqıw jumısları:</w:t>
      </w:r>
    </w:p>
    <w:p w14:paraId="56816C92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Sabaqlar hám fakultativ sabaqlar konspektin dúziw, oni tastıyıqlaw, sabaqlardı baqlaw hám analizlewde qatnasıw;</w:t>
      </w:r>
    </w:p>
    <w:p w14:paraId="3E2EFFA5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Basqa studentler ótkergen sabaq, fakultativ hám de klasstan tısqarı shinigiwlardı baqlaw hám olardı analizlewde qatnasıw;</w:t>
      </w:r>
    </w:p>
    <w:p w14:paraId="2C123848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Shinigiwlar ushin kórgizbeler, oqiwdıń texnikalıq quralları hám basqa didaktikalıq materiallardı tayarlaw.</w:t>
      </w:r>
    </w:p>
    <w:p w14:paraId="3660C64A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III. Oqıw pánleri boyınsha klasstan tısqarı jumıslar:</w:t>
      </w:r>
    </w:p>
    <w:p w14:paraId="66F4743B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lastRenderedPageBreak/>
        <w:t>1. Pánler boyınsha klasstan tısqarı jumıslardı tayarlaw hám ótkeriw;</w:t>
      </w:r>
    </w:p>
    <w:p w14:paraId="4B1BDDBD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Pánler boyinsha oqiw xanaların úskenelewde qatnasıw;</w:t>
      </w:r>
    </w:p>
    <w:p w14:paraId="0716817E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Qábiletli oqiwshılar menen jeke-jeke islew;</w:t>
      </w:r>
    </w:p>
    <w:p w14:paraId="05726C7C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4. Pánler boyinsha ótkeriletuģın klasstan tısqarı jumıslarda qatnasıw hám olardı talqılaw.</w:t>
      </w:r>
    </w:p>
    <w:p w14:paraId="14F77A55" w14:textId="77777777" w:rsidR="00686953" w:rsidRPr="00D46F18" w:rsidRDefault="00686953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IV. Klasstan tısqarı tárbiyalıq jumıslar:</w:t>
      </w:r>
    </w:p>
    <w:p w14:paraId="33059154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Tárbiya túrleri boyinsha óz klasında tárbiyalıq ilajlardı ótkeriw;</w:t>
      </w:r>
    </w:p>
    <w:p w14:paraId="77A51CFA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Ata-analar menen islew;</w:t>
      </w:r>
    </w:p>
    <w:p w14:paraId="14559E61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3. Mekteptiń máhálle menen birge islesiw islerinde qatnasıw;</w:t>
      </w:r>
    </w:p>
    <w:p w14:paraId="33A9B6F2" w14:textId="77777777" w:rsidR="00686953" w:rsidRPr="00D46F18" w:rsidRDefault="00686953" w:rsidP="00686953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4. Xalıq arasında pedagogikalıq-psixologiyalıq úgit-násiyatlaw jumıslarında qatnasıw.</w:t>
      </w:r>
    </w:p>
    <w:p w14:paraId="4E08F109" w14:textId="77777777" w:rsidR="00D46F18" w:rsidRPr="00D46F18" w:rsidRDefault="00D46F18" w:rsidP="008C212C">
      <w:pPr>
        <w:spacing w:after="40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V. Metodikalıq hám ilimiy-izertlew jumısları:</w:t>
      </w:r>
    </w:p>
    <w:p w14:paraId="3648BDAD" w14:textId="77777777" w:rsidR="00D46F18" w:rsidRPr="00D46F18" w:rsidRDefault="00D46F18" w:rsidP="00D46F18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Qánigelik yamasa kurs jumısları boyınsha material toplaw, pedagogikalıq ámeliyat boyınsha tapsırılǵan ilimiy-izertlew jumısların ámelge asırıw;</w:t>
      </w:r>
    </w:p>
    <w:p w14:paraId="1FA16486" w14:textId="77777777" w:rsidR="00D46F18" w:rsidRPr="00D46F18" w:rsidRDefault="00D46F18" w:rsidP="00D46F18">
      <w:pPr>
        <w:spacing w:before="160" w:after="8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Mekteptiń aldınģi pedagogikalıq tájiriybesin úyreniw hám oni kúndelikke jazıp barıw.</w:t>
      </w:r>
    </w:p>
    <w:p w14:paraId="29F389D4" w14:textId="77777777" w:rsidR="00D46F18" w:rsidRPr="00D46F18" w:rsidRDefault="00D46F18" w:rsidP="00D46F18">
      <w:pPr>
        <w:spacing w:after="40"/>
        <w:jc w:val="center"/>
        <w:rPr>
          <w:rFonts w:cs="Times New Roman"/>
          <w:b/>
          <w:sz w:val="28"/>
          <w:szCs w:val="28"/>
          <w:lang w:val="it-IT"/>
        </w:rPr>
      </w:pPr>
      <w:r w:rsidRPr="00D46F18">
        <w:rPr>
          <w:rFonts w:cs="Times New Roman"/>
          <w:b/>
          <w:sz w:val="28"/>
          <w:szCs w:val="28"/>
          <w:lang w:val="it-IT"/>
        </w:rPr>
        <w:t>Aqırǵı hápte</w:t>
      </w:r>
    </w:p>
    <w:p w14:paraId="7DB9220A" w14:textId="77777777" w:rsidR="00D46F18" w:rsidRPr="00D46F18" w:rsidRDefault="00D46F18" w:rsidP="00D46F18">
      <w:pPr>
        <w:spacing w:after="40"/>
        <w:rPr>
          <w:rFonts w:cs="Times New Roman"/>
          <w:sz w:val="28"/>
          <w:szCs w:val="28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1. Pedagogikalıq ámeliyat hújjetlerin rásmiylestiriw;</w:t>
      </w:r>
    </w:p>
    <w:p w14:paraId="425BE513" w14:textId="77777777" w:rsidR="00D46F18" w:rsidRPr="00D46F18" w:rsidRDefault="00D46F18" w:rsidP="00D46F18">
      <w:pPr>
        <w:spacing w:after="40"/>
        <w:rPr>
          <w:rFonts w:cs="Times New Roman"/>
          <w:lang w:val="it-IT"/>
        </w:rPr>
      </w:pPr>
      <w:r w:rsidRPr="00D46F18">
        <w:rPr>
          <w:rFonts w:cs="Times New Roman"/>
          <w:sz w:val="28"/>
          <w:szCs w:val="28"/>
          <w:lang w:val="it-IT"/>
        </w:rPr>
        <w:t>2. Juwmaqlawshı konferenciyada qatnasıw.</w:t>
      </w:r>
    </w:p>
    <w:p w14:paraId="348AB918" w14:textId="6B2ECE9C" w:rsidR="00F96714" w:rsidRPr="00D46F18" w:rsidRDefault="00F96714" w:rsidP="00D46F18">
      <w:pPr>
        <w:spacing w:after="40"/>
        <w:rPr>
          <w:rFonts w:cs="Times New Roman"/>
          <w:lang w:val="it-IT"/>
        </w:rPr>
      </w:pPr>
    </w:p>
    <w:sectPr w:rsidR="00F96714" w:rsidRPr="00D46F18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5394827">
    <w:abstractNumId w:val="8"/>
  </w:num>
  <w:num w:numId="2" w16cid:durableId="1524782861">
    <w:abstractNumId w:val="6"/>
  </w:num>
  <w:num w:numId="3" w16cid:durableId="1445265716">
    <w:abstractNumId w:val="5"/>
  </w:num>
  <w:num w:numId="4" w16cid:durableId="259223004">
    <w:abstractNumId w:val="4"/>
  </w:num>
  <w:num w:numId="5" w16cid:durableId="2066222670">
    <w:abstractNumId w:val="7"/>
  </w:num>
  <w:num w:numId="6" w16cid:durableId="1740053582">
    <w:abstractNumId w:val="3"/>
  </w:num>
  <w:num w:numId="7" w16cid:durableId="1808887859">
    <w:abstractNumId w:val="2"/>
  </w:num>
  <w:num w:numId="8" w16cid:durableId="573274945">
    <w:abstractNumId w:val="1"/>
  </w:num>
  <w:num w:numId="9" w16cid:durableId="45509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9A3"/>
    <w:rsid w:val="0029639D"/>
    <w:rsid w:val="00326F90"/>
    <w:rsid w:val="0056323A"/>
    <w:rsid w:val="00686953"/>
    <w:rsid w:val="008C212C"/>
    <w:rsid w:val="00AA1D8D"/>
    <w:rsid w:val="00B47730"/>
    <w:rsid w:val="00C40C08"/>
    <w:rsid w:val="00CB0664"/>
    <w:rsid w:val="00D46F18"/>
    <w:rsid w:val="00F061EC"/>
    <w:rsid w:val="00F967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CC2F3"/>
  <w14:defaultImageDpi w14:val="300"/>
  <w15:docId w15:val="{0F82FA35-A508-4EEE-A47C-12E01D29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7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1319</Words>
  <Characters>7521</Characters>
  <Application>Microsoft Office Word</Application>
  <DocSecurity>0</DocSecurity>
  <Lines>62</Lines>
  <Paragraphs>17</Paragraphs>
  <ScaleCrop>false</ScaleCrop>
  <HeadingPairs>
    <vt:vector size="4" baseType="variant">
      <vt:variant>
        <vt:lpstr>Nom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Nawrizbek Kewnimjaev</cp:lastModifiedBy>
  <cp:revision>2</cp:revision>
  <dcterms:created xsi:type="dcterms:W3CDTF">2026-03-16T14:05:00Z</dcterms:created>
  <dcterms:modified xsi:type="dcterms:W3CDTF">2026-03-16T14:05:00Z</dcterms:modified>
  <cp:category/>
</cp:coreProperties>
</file>