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Файзуллаевна.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Matematika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«Вычитание числа из суммы»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ecd7e0-e9b4-413f-af53-9439492a6cf3_0_a2d7115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Вычитание числа из суммы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Сформировать у учащихся понимание правила вычитания числа из суммы и научить применять его при решении примеров.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детей внимательность, аккуратность при выполнении математических операций и интерес к предмету.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логическое мышление, устную речь и способность анализировать математические задачи.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Объяснительно-иллюстративный метод, Практический метод, Игровой метод, Беседа, Звездный дождь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 математики, Рабочая тетрадь, Доска, Мел,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объяснить правило вычитания числа из суммы, используя наглядные материалы, и проконтролировать усвоение материала учениками.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будут знать правило вычитания числа из суммы и смогут самостоятельно решать примеры, применяя это правило.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10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5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5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pageBreakBefore/>
        <w:jc w:val="center"/>
      </w:pPr>
      <w:r>
        <w:rPr>
          <w:rFonts w:ascii="Times New Roman" w:hAnsi="Times New Roman"/>
          <w:b/>
          <w:i w:val="0"/>
          <w:color w:val="1976D2"/>
          <w:sz w:val="26"/>
        </w:rPr>
        <w:t>Наглядные пособия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ecd7e0-e9b4-413f-af53-9439492a6cf3_1_3935fd1f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Иллюстрация к задаче на вычитание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ecd7e0-e9b4-413f-af53-9439492a6cf3_2_c240249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Наглядное представление вычитания из суммы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мы будем учиться, как всегда.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Тема урока - вычитание числа из суммы.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Откроем секреты мы математики!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Будем считать, решать и узнавать,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Чтоб знания наши росли и сияли!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9ecd7e0-e9b4-413f-af53-9439492a6cf3_5_d97db2e6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9ecd7e0-e9b4-413f-af53-9439492a6cf3_9_f04a2a11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физминутка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Потянулись вверх, друзья!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к солнцу подняли!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Покружились, похлопали,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тихонечко присели!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Ножками потопали,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Весело маршируем,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А теперь за парты сядем,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Снова мы считать начнём!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Ребята, сегодня мы с вами научимся выполнять новое действие. Вы уже умеете вычитать числа из числа, например, 10 - 3 = 7. А знаете ли вы, что можно вычитать число и из суммы? Это значит, что мы будем вычитать одно число из двух чисел, которые сначала сложим. Представьте, что у вас есть коробка с 5 синими и 3 красными карандашами. Всего у вас 8 карандашей. Если вы отдадите другу 2 карандаша, то у вас останется 6. Мы можем записать это так: (5 + 3) - 2 = 6. Сначала мы нашли сумму карандашей, а потом вычли те, что отдали. Вот это и есть вычитание числа из суммы.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Итак, что же такое вычитание числа из суммы? Это когда мы сначала находим сумму двух чисел, а потом из этой суммы вычитаем другое число. Правило очень простое: чтобы вычесть число из суммы, можно вычесть это число из первого слагаемого, а затем прибавить второе слагаемое. Или можно вычесть число из второго слагаемого, а затем прибавить первое. Формула выглядит так: (a + b) - c = (a - c) + b = a + (b - c). Например, (10 + 8) - 5. Попробуем по первому способу: (10 - 5) + 8 = 5 + 8 = 13. По второму способу: 10 + (8 - 5) = 10 + 3 = 13. Оба способа дают одинаковый результат!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2194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9ecd7e0-e9b4-413f-af53-9439492a6cf3_13_de7e11bf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2194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Сумма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Результат сложения двух или более чисел.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Вычитание числа из суммы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Математическое действие, при котором из суммы двух чисел вычитается третье число.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Слагаемое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Одно из чисел, участвующих в сложении.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Правило вычитания числа из суммы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Число можно вычесть из суммы, вычитая его поочередно из каждого слагаемого.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Давайте рассмотрим пример подробнее. Пусть нам нужно вычислить (15 + 12) - 7. Мы можем решить это двумя способами, используя наше новое правило. Способ первый: вычитаем 7 из первого слагаемого, то есть из 15. Получаем 15 - 7 = 8. Теперь прибавляем второе слагаемое, то есть 12. Получаем 8 + 12 = 20. Итак, (15 + 12) - 7 = 20. Способ второй: вычитаем 7 из второго слагаемого, то есть из 12. Получаем 12 - 7 = 5. Теперь прибавляем первое слагаемое, то есть 15. Получаем 15 + 5 = 20. Как видите, результат тот же! Это очень удобно, когда вычитать из одного из слагаемых легче.</w:t>
      </w: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Примеры вычитания числа из суммы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Способ 1: (a - c) + b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Способ 2: a + (b - c)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(20 + 10) - 5 = (20 - 5) + 10 = 15 + 10 = 25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(20 + 10) - 5 = 20 + (10 - 5) = 20 + 5 = 25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(18 + 7) - 9 = (18 - 9) + 7 = 9 + 7 = 16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(18 + 7) - 9 = 18 + (7 - 9) - невозможно, так как 7 &lt; 9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(30 + 15) - 12 = (30 - 12) + 15 = 18 + 15 = 33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(30 + 15) - 12 = 30 + (15 - 12) = 30 + 3 = 33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Где же мы встречаем вычитание числа из суммы в жизни? Представьте, что вы собирали грибы. Вы нашли 7 белых грибов и 5 подосиновиков. Всего у вас 12 грибов. Потом вы отдали бабушке 3 гриба. Сколько грибов у вас осталось? Вы можете посчитать так: (7 + 5) - 3 = 12 - 3 = 9. А можете использовать наше правило: (7 - 3) + 5 = 4 + 5 = 9. Или 7 + (5 - 3) = 7 + 2 = 9. Часто дети забывают, что сначала нужно найти сумму, а потом вычитать, или путают порядок действий. Важно помнить, что действие в скобках выполняется первым!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Самое большое число, которое когда-либо было использовано в математическом доказательстве, это число Грэма. Оно настолько велико, что его невозможно записать в привычном виде, даже если бы вся Вселенная была заполнена цифрами.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Вычислите: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(12 + 5) - 7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(10 + 10) - 8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(15 + 6) - 10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(12 + 5) - 7 = 17 - 7 = 10. Или: (12 - 7) + 5 = 5 + 5 = 10.</w:t>
        <w:br/>
        <w:t>б) (10 + 10) - 8 = 20 - 8 = 12. Или: (10 - 8) + 10 = 2 + 10 = 12.</w:t>
        <w:br/>
        <w:t>в) (15 + 6) - 10 = 21 - 10 = 11. Или: (15 - 10) + 6 = 5 + 6 = 11.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Решите задачу: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Маши было 8 конфет. Ей дали еще 7 конфет. Из них она съела 5 конфет. Сколько конфет осталось у Маши?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Задача решается так: (8 + 7) - 5 = 15 - 5 = 10 конфет осталось.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Найдите значение выражения, используя разные способы: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(16 + 9) - 7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Способ 1: (16 - 7) + 9 = 9 + 9 = 18.</w:t>
        <w:br/>
        <w:t>Способ 2: 16 + (9 - 7) = 16 + 2 = 18.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Сравните выражения: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(10 + 8) - 5 и 10 + (8 - 5)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(15 + 6) - 4 и (15 - 4) + 6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Оба выражения равны 13. (10 + 8) - 5 = 18 - 5 = 13. 10 + (8 - 5) = 10 + 3 = 13.</w:t>
        <w:br/>
        <w:t>б) Оба выражения равны 17. (15 + 6) - 4 = 21 - 4 = 17. (15 - 4) + 6 = 11 + 6 = 17.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В группах по 3 человека: Составьте свою задачу на вычитание числа из суммы и решите ее.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 задачи: В корзине было 10 яблок и 8 груш. Из корзины взяли 6 фруктов. Сколько фруктов осталось в корзине? Решение: (10 + 8) - 6 = 18 - 6 = 12 фруктов.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Устно: Как бы вы решили пример (25 + 13) - 8? Объясните свой выбор способа.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Можно решить двумя способами. Первый способ: (25 - 8) + 13 = 17 + 13 = 30. Второй способ: 25 + (13 - 8) = 25 + 5 = 30. Удобнее второй способ, так как 13 - 8 вычитать легче, чем 25 - 8.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Замените вычитание суммы вычитанием чисел: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(18 + 10) - 5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(20 + 12) - 7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(18 - 5) + 10 = 13 + 10 = 23. Или 18 + (10 - 5) = 18 + 5 = 23.</w:t>
        <w:br/>
        <w:t>б) (20 - 7) + 12 = 13 + 12 = 25. Или 20 + (12 - 7) = 20 + 5 = 25.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Практическое задание: Возьмите 15 кубиков одного цвета и 10 кубиков другого. Посчитайте, сколько всего кубиков. Затем уберите 7 кубиков. Запишите решение.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Всего кубиков: 15 + 10 = 25. Убрали 7 кубиков: (15 + 10) - 7 = 25 - 7 = 18 кубиков осталось. Или: (15 - 7) + 10 = 8 + 10 = 18.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Игра "Найди пару": Соедините выражения, которые имеют одинаковое значение.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(14 + 6) - 5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10 + (9 - 3)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(10 + 9) - 3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14 + (6 - 5)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15 + (7 - 4)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(15 + 7) - 4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Соединяем:</w:t>
        <w:br/>
        <w:t>(14 + 6) - 5 = 20 - 5 = 15</w:t>
        <w:br/>
        <w:t>14 + (6 - 5) = 14 + 1 = 15</w:t>
        <w:br/>
        <w:br/>
        <w:t>(10 + 9) - 3 = 19 - 3 = 16</w:t>
        <w:br/>
        <w:t>10 + (9 - 3) = 10 + 6 = 16</w:t>
        <w:br/>
        <w:br/>
        <w:t>(15 + 7) - 4 = 22 - 4 = 18</w:t>
        <w:br/>
        <w:t>15 + (7 - 4) = 15 + 3 = 18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Творческое задание: Нарисуйте ситуацию, где применяется вычитание числа из суммы. Подпишите рисунок математическим выражением.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Рисунок может изображать, например, как дети покупают фрукты: у них было 5 яблок и 6 апельсинов, а потом они съели 4 фрукта. Выражение: (5 + 6) - 4 = 7.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🎲 Интерактивная игра: Звездный дождь (7 минут)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/>
                <w:sz w:val="24"/>
              </w:rPr>
              <w:t>Закрепление навыка вычитания числа из суммы.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1. Учитель называет пример: (10 + 5) - 3. Класс делитcя на 2 команды.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2. Одна команда считает сумму: 10 + 5 = 15.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3. Другая команда вычитает число из суммы: 15 - 3 = 12.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4. Команды называют ответ. Побеждает команда, давшая правильный ответ быстрее.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5. Примеры: (12 + 7) - 5, (15 + 4) - 6, (11 + 8) - 7.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ИНТЕРАКТИВНАЯ ИГРА: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Соедини пример с его ответом.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(8 + 5) - 3 — 10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(10 + 6) - 4 — 12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(7 + 7) - 9 — 5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(11 + 4) - 8 — 7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(8+5)-3=10,(10+6)-4=12,(7+7)-9=5,(11+4)-8=7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Найди значение выражения (9 + 6) - 4.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10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12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15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11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Чему равно значение выражения (7 + 8) - 5?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10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15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20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12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10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Реши пример: (10 + 5) - 7.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8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15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10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8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4. Какое число нужно вычесть из суммы (12 + 3), чтобы получить 10?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2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15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5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Найди правильный ответ для выражения (6 + 9) - 5.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10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9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14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5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10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Интерактивная игра soffia.uz для закрепления темы - откройте ссылку на электронной доске или отсканируйте QR-код: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https://soffia.uz/uz/games/quiz/play?slug=vychitanie-chisla-iz-summy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 xml:space="preserve">Вычисли: 65 - 5 = ? Используя правило вычитания числа из суммы, запиши решение. </w:t>
      </w:r>
      <w:r>
        <w:rPr>
          <w:rFonts w:ascii="Times New Roman" w:hAnsi="Times New Roman"/>
          <w:b/>
          <w:i w:val="0"/>
          <w:color w:val="C2185B"/>
          <w:sz w:val="24"/>
        </w:rPr>
        <w:t>Число</w:t>
      </w:r>
      <w:r>
        <w:rPr>
          <w:rFonts w:ascii="Times New Roman" w:hAnsi="Times New Roman"/>
          <w:b w:val="0"/>
          <w:i w:val="0"/>
          <w:sz w:val="24"/>
        </w:rPr>
        <w:t xml:space="preserve"> 5 можно представить как сумму </w:t>
      </w:r>
      <w:r>
        <w:rPr>
          <w:rFonts w:ascii="Times New Roman" w:hAnsi="Times New Roman"/>
          <w:b/>
          <w:i w:val="0"/>
          <w:color w:val="C2185B"/>
          <w:sz w:val="24"/>
        </w:rPr>
        <w:t>5 = 3 + 2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65 - 5 = 65 - (3 + 2) = (65 - 3) - 2 = 62 - 2 = 60. </w:t>
      </w:r>
      <w:r>
        <w:rPr>
          <w:rFonts w:ascii="Times New Roman" w:hAnsi="Times New Roman"/>
          <w:b/>
          <w:i w:val="0"/>
          <w:sz w:val="24"/>
        </w:rPr>
        <w:t>Ответ</w:t>
      </w:r>
      <w:r>
        <w:rPr>
          <w:rFonts w:ascii="Times New Roman" w:hAnsi="Times New Roman"/>
          <w:b w:val="0"/>
          <w:i w:val="0"/>
          <w:sz w:val="24"/>
        </w:rPr>
        <w:t>: 60.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 xml:space="preserve">Найди значение выражения: </w:t>
      </w:r>
      <w:r>
        <w:rPr>
          <w:rFonts w:ascii="Times New Roman" w:hAnsi="Times New Roman"/>
          <w:b/>
          <w:i w:val="0"/>
          <w:color w:val="C2185B"/>
          <w:sz w:val="24"/>
        </w:rPr>
        <w:t>87 - 7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 xml:space="preserve">Представь число </w:t>
      </w:r>
      <w:r>
        <w:rPr>
          <w:rFonts w:ascii="Times New Roman" w:hAnsi="Times New Roman"/>
          <w:b/>
          <w:i w:val="0"/>
          <w:color w:val="C2185B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как сумму </w:t>
      </w:r>
      <w:r>
        <w:rPr>
          <w:rFonts w:ascii="Times New Roman" w:hAnsi="Times New Roman"/>
          <w:b/>
          <w:i w:val="0"/>
          <w:color w:val="C2185B"/>
          <w:sz w:val="24"/>
        </w:rPr>
        <w:t>7 = 4 + 3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87 - 7 = 87 - (4 + 3) = (87 - 4) - 3 = 83 - 3 = 80. </w:t>
      </w:r>
      <w:r>
        <w:rPr>
          <w:rFonts w:ascii="Times New Roman" w:hAnsi="Times New Roman"/>
          <w:b/>
          <w:i w:val="0"/>
          <w:sz w:val="24"/>
        </w:rPr>
        <w:t>Ответ</w:t>
      </w:r>
      <w:r>
        <w:rPr>
          <w:rFonts w:ascii="Times New Roman" w:hAnsi="Times New Roman"/>
          <w:b w:val="0"/>
          <w:i w:val="0"/>
          <w:sz w:val="24"/>
        </w:rPr>
        <w:t>: 80.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 xml:space="preserve">Реши задачу, используя </w:t>
      </w:r>
      <w:r>
        <w:rPr>
          <w:rFonts w:ascii="Times New Roman" w:hAnsi="Times New Roman"/>
          <w:b/>
          <w:i w:val="0"/>
          <w:color w:val="C2185B"/>
          <w:sz w:val="24"/>
        </w:rPr>
        <w:t>вычитание числа из суммы</w:t>
      </w:r>
      <w:r>
        <w:rPr>
          <w:rFonts w:ascii="Times New Roman" w:hAnsi="Times New Roman"/>
          <w:b w:val="0"/>
          <w:i w:val="0"/>
          <w:sz w:val="24"/>
        </w:rPr>
        <w:t xml:space="preserve">. В корзине было </w:t>
      </w:r>
      <w:r>
        <w:rPr>
          <w:rFonts w:ascii="Times New Roman" w:hAnsi="Times New Roman"/>
          <w:b/>
          <w:i w:val="0"/>
          <w:color w:val="C2185B"/>
          <w:sz w:val="24"/>
        </w:rPr>
        <w:t>50</w:t>
      </w:r>
      <w:r>
        <w:rPr>
          <w:rFonts w:ascii="Times New Roman" w:hAnsi="Times New Roman"/>
          <w:b w:val="0"/>
          <w:i w:val="0"/>
          <w:sz w:val="24"/>
        </w:rPr>
        <w:t xml:space="preserve"> яблок. Сначала взяли </w:t>
      </w:r>
      <w:r>
        <w:rPr>
          <w:rFonts w:ascii="Times New Roman" w:hAnsi="Times New Roman"/>
          <w:b/>
          <w:i w:val="0"/>
          <w:color w:val="C2185B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яблок, а потом еще </w:t>
      </w:r>
      <w:r>
        <w:rPr>
          <w:rFonts w:ascii="Times New Roman" w:hAnsi="Times New Roman"/>
          <w:b/>
          <w:i w:val="0"/>
          <w:color w:val="C2185B"/>
          <w:sz w:val="24"/>
        </w:rPr>
        <w:t>12</w:t>
      </w:r>
      <w:r>
        <w:rPr>
          <w:rFonts w:ascii="Times New Roman" w:hAnsi="Times New Roman"/>
          <w:b w:val="0"/>
          <w:i w:val="0"/>
          <w:sz w:val="24"/>
        </w:rPr>
        <w:t xml:space="preserve"> яблок. Сколько яблок осталось в корзине?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 xml:space="preserve">Представь, что взяли </w:t>
      </w:r>
      <w:r>
        <w:rPr>
          <w:rFonts w:ascii="Times New Roman" w:hAnsi="Times New Roman"/>
          <w:b/>
          <w:i w:val="0"/>
          <w:color w:val="C2185B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 xml:space="preserve"> яблок (</w:t>
      </w:r>
      <w:r>
        <w:rPr>
          <w:rFonts w:ascii="Times New Roman" w:hAnsi="Times New Roman"/>
          <w:b/>
          <w:i w:val="0"/>
          <w:color w:val="C2185B"/>
          <w:sz w:val="24"/>
        </w:rPr>
        <w:t>8 + 12 = 20</w:t>
      </w:r>
      <w:r>
        <w:rPr>
          <w:rFonts w:ascii="Times New Roman" w:hAnsi="Times New Roman"/>
          <w:b w:val="0"/>
          <w:i w:val="0"/>
          <w:sz w:val="24"/>
        </w:rPr>
        <w:t>).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50 - (8 + 12) = 50 - 20 = 30. </w:t>
      </w:r>
      <w:r>
        <w:rPr>
          <w:rFonts w:ascii="Times New Roman" w:hAnsi="Times New Roman"/>
          <w:b/>
          <w:i w:val="0"/>
          <w:sz w:val="24"/>
        </w:rPr>
        <w:t>Ответ</w:t>
      </w:r>
      <w:r>
        <w:rPr>
          <w:rFonts w:ascii="Times New Roman" w:hAnsi="Times New Roman"/>
          <w:b w:val="0"/>
          <w:i w:val="0"/>
          <w:sz w:val="24"/>
        </w:rPr>
        <w:t xml:space="preserve">: Осталось </w:t>
      </w:r>
      <w:r>
        <w:rPr>
          <w:rFonts w:ascii="Times New Roman" w:hAnsi="Times New Roman"/>
          <w:b/>
          <w:i w:val="0"/>
          <w:sz w:val="24"/>
        </w:rPr>
        <w:t>30</w:t>
      </w:r>
      <w:r>
        <w:rPr>
          <w:rFonts w:ascii="Times New Roman" w:hAnsi="Times New Roman"/>
          <w:b w:val="0"/>
          <w:i w:val="0"/>
          <w:sz w:val="24"/>
        </w:rPr>
        <w:t xml:space="preserve"> яблок.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