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Marxabo Karimova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Matematika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«Сложение чисел (25+6)»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21446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f0dcd76-b03f-4a37-99c9-6608688e8ff4_0_88c19fb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144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Сложение чисел (25+6)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Ознакомить учащихся со способом сложения двузначных чисел с однозначными на примере 25+6, научить решать примеры с использованием данного алгоритма.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у учащихся внимательность, аккуратность при выполнении математических заданий и интерес к предмету.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логическое мышление, вычислительные навыки и устную речь учащихся через решение примеров и ответы на вопросы.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изучения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Объяснительно-иллюстративный, Частично-поисковый, Практический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Учебник, Рабочая тетрадь, Доска, Мел, Наглядные пособия (карточки с примерами)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наглядно и доступно объяснить новый материал, используя различные методы для вовлечения учеников. Учитель будет контролировать понимание материала и корректировать ход урока при необходимости.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Ученики научатся складывать двузначные числа с однозначными, применяя полученные знания для решения примеров. Ученики смогут объяснить свой выбор действий при решении задач.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15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2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мои дорогие ребята!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Добро пожаловать на урок!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будем мы считать,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Сложением числа заниматься!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Смотрите, пример не простой: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Двадцать пять плюс шесть – вот он какой!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f0dcd76-b03f-4a37-99c9-6608688e8ff4_3_e60a5ad9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f0dcd76-b03f-4a37-99c9-6608688e8ff4_7_540d903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Встали, потянулись,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Ручками похлопали.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Ножками потопали,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Друг другу улыбнулись.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Наклонились вправо,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Наклонились влево.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за парты сели,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Новый пример решили!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Здравствуйте, ребята! Сегодня мы с вами продолжим учиться складывать двузначные и однозначные числа. Мы уже знаем, как складывать числа, когда сумма единиц меньше 10. Например, 23 + 4. Мы складываем единицы: 3 + 4 = 7. И получаем 27. А что делать, если сумма единиц больше 10? Например, 25 + 6. Давайте разберемся вместе!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Когда мы складываем двузначное и однозначное число, и сумма единиц получается больше 10, мы можем использовать прием </w:t>
      </w:r>
      <w:r>
        <w:rPr>
          <w:rFonts w:ascii="Times New Roman" w:hAnsi="Times New Roman"/>
          <w:b/>
          <w:i w:val="0"/>
          <w:color w:val="C2185B"/>
          <w:sz w:val="24"/>
        </w:rPr>
        <w:t>разложения числа на сумму разрядных слагаемых</w:t>
      </w:r>
      <w:r>
        <w:rPr>
          <w:rFonts w:ascii="Times New Roman" w:hAnsi="Times New Roman"/>
          <w:b w:val="0"/>
          <w:i w:val="0"/>
          <w:sz w:val="24"/>
        </w:rPr>
        <w:t xml:space="preserve">. Возьмем пример 25 + 6. Число 25 состоит из 2 десятков и 5 единиц. Число 6 – это 6 единиц. Мы можем представить 25 как 20 + 5. Тогда наш пример станет таким: (20 + 5) + 6. Сначала сложим единицы: 5 + 6 = 11. Получилось 11. Теперь это 11 нужно прибавить к 20. Мы знаем, что 11 – это 1 десяток и 1 единица. Значит, 20 + 11 = 20 + (10 + 1) = (20 + 10) + 1 = 30 + 1 = 31. Получилось </w:t>
      </w:r>
      <w:r>
        <w:rPr>
          <w:rFonts w:ascii="Times New Roman" w:hAnsi="Times New Roman"/>
          <w:b/>
          <w:i w:val="0"/>
          <w:color w:val="C2185B"/>
          <w:sz w:val="24"/>
        </w:rPr>
        <w:t>31</w:t>
      </w:r>
      <w:r>
        <w:rPr>
          <w:rFonts w:ascii="Times New Roman" w:hAnsi="Times New Roman"/>
          <w:b w:val="0"/>
          <w:i w:val="0"/>
          <w:sz w:val="24"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Сложение чисел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Действие, при котором из двух или более чисел получают одно число, называемое суммой.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Разрядные слагаемые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Числа, на которые раскладывается данное число по его разрядам (десятки, единицы).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Десятки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Число, обозначающее количество групп по 10 единиц.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Единицы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Самая младшая разрядная единица.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Итак, правило такое: чтобы сложить двузначное и однозначное число, если сумма единиц больше 10, нужно </w:t>
      </w:r>
      <w:r>
        <w:rPr>
          <w:rFonts w:ascii="Times New Roman" w:hAnsi="Times New Roman"/>
          <w:b/>
          <w:i w:val="0"/>
          <w:color w:val="C2185B"/>
          <w:sz w:val="24"/>
        </w:rPr>
        <w:t>разложить двузначное число на десятки и единицы</w:t>
      </w:r>
      <w:r>
        <w:rPr>
          <w:rFonts w:ascii="Times New Roman" w:hAnsi="Times New Roman"/>
          <w:b w:val="0"/>
          <w:i w:val="0"/>
          <w:sz w:val="24"/>
        </w:rPr>
        <w:t xml:space="preserve">, затем </w:t>
      </w:r>
      <w:r>
        <w:rPr>
          <w:rFonts w:ascii="Times New Roman" w:hAnsi="Times New Roman"/>
          <w:b/>
          <w:i w:val="0"/>
          <w:color w:val="C2185B"/>
          <w:sz w:val="24"/>
        </w:rPr>
        <w:t>сложить единицы</w:t>
      </w:r>
      <w:r>
        <w:rPr>
          <w:rFonts w:ascii="Times New Roman" w:hAnsi="Times New Roman"/>
          <w:b w:val="0"/>
          <w:i w:val="0"/>
          <w:sz w:val="24"/>
        </w:rPr>
        <w:t xml:space="preserve">, а полученную сумму </w:t>
      </w:r>
      <w:r>
        <w:rPr>
          <w:rFonts w:ascii="Times New Roman" w:hAnsi="Times New Roman"/>
          <w:b/>
          <w:i w:val="0"/>
          <w:color w:val="C2185B"/>
          <w:sz w:val="24"/>
        </w:rPr>
        <w:t>прибавить к десяткам</w:t>
      </w:r>
      <w:r>
        <w:rPr>
          <w:rFonts w:ascii="Times New Roman" w:hAnsi="Times New Roman"/>
          <w:b w:val="0"/>
          <w:i w:val="0"/>
          <w:sz w:val="24"/>
        </w:rPr>
        <w:t xml:space="preserve">. Например, 38 + 5. Раскладываем 38 на 30 и 8. Складываем единицы: 8 + 5 = 13. Прибавляем к десяткам: 30 + 13 = 43. Значит, 38 + 5 = </w:t>
      </w:r>
      <w:r>
        <w:rPr>
          <w:rFonts w:ascii="Times New Roman" w:hAnsi="Times New Roman"/>
          <w:b/>
          <w:i w:val="0"/>
          <w:color w:val="C2185B"/>
          <w:sz w:val="24"/>
        </w:rPr>
        <w:t>43</w:t>
      </w:r>
      <w:r>
        <w:rPr>
          <w:rFonts w:ascii="Times New Roman" w:hAnsi="Times New Roman"/>
          <w:b w:val="0"/>
          <w:i w:val="0"/>
          <w:sz w:val="24"/>
        </w:rPr>
        <w:t xml:space="preserve">. Еще пример: 42 + 9. Раскладываем 42 на 40 и 2. Складываем единицы: 2 + 9 = 11. Прибавляем к десяткам: 40 + 11 = 51. Значит, 42 + 9 = </w:t>
      </w:r>
      <w:r>
        <w:rPr>
          <w:rFonts w:ascii="Times New Roman" w:hAnsi="Times New Roman"/>
          <w:b/>
          <w:i w:val="0"/>
          <w:color w:val="C2185B"/>
          <w:sz w:val="24"/>
        </w:rPr>
        <w:t>51</w:t>
      </w:r>
      <w:r>
        <w:rPr>
          <w:rFonts w:ascii="Times New Roman" w:hAnsi="Times New Roman"/>
          <w:b w:val="0"/>
          <w:i w:val="0"/>
          <w:sz w:val="24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Прием разложения на разрядные слагаемые помогает нам понять, как происходит сложение. Это как будто мы собираем пазл: сначала складываем маленькие части (единицы), а потом присоединяем их к большой основе (десяткам). Часто ребята ошибаются, когда сразу пытаются сложить единицы и забывают прибавить их к десяткам, или путают, сколько десятков получилось. Например, 25 + 6. Если сложить 5+6=11, а потом забыть прибавить 20, получится 11, что неправильно. Правильный ответ – 31.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f0dcd76-b03f-4a37-99c9-6608688e8ff4_14_2076a4c1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Примеры на сложение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7"/>
        <w:gridCol w:w="4657"/>
      </w:tblGrid>
      <w:tr>
        <w:tc>
          <w:tcPr>
            <w:tcW w:type="dxa" w:w="4657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Сумма единиц &lt; 10</w:t>
            </w:r>
          </w:p>
        </w:tc>
        <w:tc>
          <w:tcPr>
            <w:tcW w:type="dxa" w:w="4657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Сумма единиц &gt; 10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23 + 4 = 27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25 + 6 = 31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56 + 3 = 59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38 + 5 = 43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71 + 7 = 78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42 + 9 = 51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Найдите к каждому примеру соответствующую пару.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17 + 8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50 + (3 + 9) = 50 + 12 = 62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70 + (4 + 8) = 70 + 12 = 82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17 + 8 = 25</w:t>
        <w:br/>
        <w:t>50 + (3 + 9) = 62</w:t>
        <w:br/>
        <w:t>70 + (4 + 8) = 82</w:t>
        <w:br/>
        <w:t>25 + 6 = 31</w:t>
        <w:br/>
        <w:t>45 + 6 = 51</w:t>
        <w:br/>
        <w:t>53 + 9 = 62</w:t>
        <w:br/>
        <w:t>74 + 8 = 82</w:t>
        <w:br/>
        <w:t>40 + (5 + 6) = 51</w:t>
        <w:br/>
        <w:t>10 + (7 + 3) = 20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Вычислите по образцу, данному выше.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38 + 5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56 + 3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42 + 9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77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53 + 3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36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89 + 4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38 + 5 = 43</w:t>
        <w:br/>
        <w:t>56 + 3 = 59</w:t>
        <w:br/>
        <w:t>42 + 9 = 51</w:t>
        <w:br/>
        <w:t>77 + 6 = 83</w:t>
        <w:br/>
        <w:t>53 + 3 = 56</w:t>
        <w:br/>
        <w:t>36 + 6 = 42</w:t>
        <w:br/>
        <w:t>89 + 4 = 93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В сентябре Тимур совершил 7 поездок на метро и 28 поездок на автобусе. Сколько всего поездок совершил Тимур в сентябре?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7 + 28 = 35 (поездок)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Найдите закономерность. Угадайте слово. Оно означает путь, по которому нужно двигаться, чтобы достичь цели.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M 50 - 2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P 30 - 7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A 48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T 29 + 4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23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 54 - 8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Ш 62 - 32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C 45 + 9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Расшифровка: M=48, P=23, A=54, T=33, У=29, П=46, Ш=30, C=54. Слово: МАРШРУТ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В автобусе ехали 27 пассажиров. На остановке 3 пассажира вышли, а 8 — вошли. Сколько пассажиров поехало дальше в автобусе?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27 - 3 + 8 = 24 + 8 = 32 (пассажира)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Углубься, измерил длину и ширину проездной карты. Её длина — 8 см, ширина — 5 см. Постройте в тетради прямоугольник с такими же размерами. Чему равен периметр этого прямоугольника?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Периметр = 2 * (длина + ширина) = 2 * (8 + 5) = 2 * 13 = 26 см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Мадина, Сардор и Акмаль измеряли шагами дорожку перед домом. У Мадины получилось 98 шагов, у Акмаля — 92 шага, у Сардора — 86 шагов. У кого самый длинный шаг? У кого самый короткий шаг?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Самый длинный шаг у Мадины (98 шагов), самый короткий шаг у Сардора (86 шагов).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Найдите закономерность. Догадайтесь, какое число должно стоять в последнем треугольнике.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30 40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20 50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22 11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34 41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? 67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Закономерность: сумма чисел в каждой паре равна 70. 30+40=70, 20+50=70, 22+11=33 (ошибка в условии?), 34+41=75 (ошибка в условии?). Если предположить, что закономерность в том, что первое число плюс второе равно 70, то последнее число должно быть 3. Но 22+11=33 и 34+41=75. Исходя из предоставленных данных, закономерность не прослеживается четко. Если принять, что в последнем треугольнике должно быть 3, то ответ 3.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Вычислите.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19 + 5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73 + 8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27 + 9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54 + 7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44 + 8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85 + 6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19 + 5 = 24</w:t>
        <w:br/>
        <w:t>73 + 8 = 81</w:t>
        <w:br/>
        <w:t>27 + 9 = 36</w:t>
        <w:br/>
        <w:t>54 + 7 = 61</w:t>
        <w:br/>
        <w:t>44 + 8 = 52</w:t>
        <w:br/>
        <w:t>85 + 6 = 91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В махалле «Янгиобод» установили 34 камеры видеонаблюдения. В махалле «Гульзор» — на 7 камер больше. Сколько всего камер установили в двух махаллях?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34 + (34 + 7) = 34 + 41 = 75 (камер)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Ученик должен соотнести примеры с их ответами.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25 + 6 — 31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38 + 5 — 43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56 + 3 — 59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42 + 9 — 51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25+6=31, 38+5=43, 56+3=59, 42+9=51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Реши пример: 25 + 6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31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29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30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32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31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Найди значение выражения: 38 + 5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41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43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42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44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43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Сколько всего поездок совершил Тимур в сентябре, если он совершил 7 поездок на метро и 28 поездок на автобусе?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35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36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34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37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35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4. Вычисли: 77 + 6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81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82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83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84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83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5. Сколько всего камер установили в двух махаллях, если в одной 34 камеры, а в другой на 7 больше?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75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74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76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73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74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Задания soffia.uz для закрепления темы - откройте ссылку на электронной доске: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https://soffia.uz/uz/games/quiz/play?slug=slozhenie-chisel-25-6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>Найдите к каждому примеру соответствующую пару.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17 + 8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50 + (3 + 9)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70 + (4 + 8)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25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45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53 + 9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74 + 8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40 + (5 + 6)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10 + (7 + 3)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Чтобы найти пару, нужно решить примеры. </w:t>
        <w:br/>
        <w:t xml:space="preserve">50 + (3 + 9) = 50 + 12 = </w:t>
      </w:r>
      <w:r>
        <w:rPr>
          <w:rFonts w:ascii="Times New Roman" w:hAnsi="Times New Roman"/>
          <w:b/>
          <w:i w:val="0"/>
          <w:sz w:val="24"/>
        </w:rPr>
        <w:t>62</w:t>
      </w:r>
      <w:r>
        <w:rPr>
          <w:rFonts w:ascii="Times New Roman" w:hAnsi="Times New Roman"/>
          <w:b w:val="0"/>
          <w:i w:val="0"/>
          <w:sz w:val="24"/>
        </w:rPr>
        <w:br/>
        <w:t xml:space="preserve">70 + (4 + 8) = 70 + 12 = </w:t>
      </w:r>
      <w:r>
        <w:rPr>
          <w:rFonts w:ascii="Times New Roman" w:hAnsi="Times New Roman"/>
          <w:b/>
          <w:i w:val="0"/>
          <w:sz w:val="24"/>
        </w:rPr>
        <w:t>82</w:t>
      </w:r>
      <w:r>
        <w:rPr>
          <w:rFonts w:ascii="Times New Roman" w:hAnsi="Times New Roman"/>
          <w:b w:val="0"/>
          <w:i w:val="0"/>
          <w:sz w:val="24"/>
        </w:rPr>
        <w:br/>
        <w:t xml:space="preserve">25 + 6 = 20 + 5 + 6 = 20 + 11 = </w:t>
      </w:r>
      <w:r>
        <w:rPr>
          <w:rFonts w:ascii="Times New Roman" w:hAnsi="Times New Roman"/>
          <w:b/>
          <w:i w:val="0"/>
          <w:sz w:val="24"/>
        </w:rPr>
        <w:t>31</w:t>
      </w:r>
      <w:r>
        <w:rPr>
          <w:rFonts w:ascii="Times New Roman" w:hAnsi="Times New Roman"/>
          <w:b w:val="0"/>
          <w:i w:val="0"/>
          <w:sz w:val="24"/>
        </w:rPr>
        <w:br/>
        <w:t xml:space="preserve">40 + (5 + 6) = 40 + 11 = </w:t>
      </w:r>
      <w:r>
        <w:rPr>
          <w:rFonts w:ascii="Times New Roman" w:hAnsi="Times New Roman"/>
          <w:b/>
          <w:i w:val="0"/>
          <w:sz w:val="24"/>
        </w:rPr>
        <w:t>51</w:t>
      </w:r>
      <w:r>
        <w:rPr>
          <w:rFonts w:ascii="Times New Roman" w:hAnsi="Times New Roman"/>
          <w:b w:val="0"/>
          <w:i w:val="0"/>
          <w:sz w:val="24"/>
        </w:rPr>
        <w:br/>
        <w:t xml:space="preserve">10 + (7 + 3) = 10 + 10 = </w:t>
      </w:r>
      <w:r>
        <w:rPr>
          <w:rFonts w:ascii="Times New Roman" w:hAnsi="Times New Roman"/>
          <w:b/>
          <w:i w:val="0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br/>
        <w:t>Теперь сопоставим полученные ответы с числами, которые были написаны отдельно:</w:t>
        <w:br/>
        <w:t xml:space="preserve">17 + 8 = </w:t>
      </w:r>
      <w:r>
        <w:rPr>
          <w:rFonts w:ascii="Times New Roman" w:hAnsi="Times New Roman"/>
          <w:b/>
          <w:i w:val="0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br/>
        <w:t xml:space="preserve">45 + 6 = </w:t>
      </w:r>
      <w:r>
        <w:rPr>
          <w:rFonts w:ascii="Times New Roman" w:hAnsi="Times New Roman"/>
          <w:b/>
          <w:i w:val="0"/>
          <w:sz w:val="24"/>
        </w:rPr>
        <w:t>51</w:t>
      </w:r>
      <w:r>
        <w:rPr>
          <w:rFonts w:ascii="Times New Roman" w:hAnsi="Times New Roman"/>
          <w:b w:val="0"/>
          <w:i w:val="0"/>
          <w:sz w:val="24"/>
        </w:rPr>
        <w:br/>
        <w:t xml:space="preserve">53 + 9 = </w:t>
      </w:r>
      <w:r>
        <w:rPr>
          <w:rFonts w:ascii="Times New Roman" w:hAnsi="Times New Roman"/>
          <w:b/>
          <w:i w:val="0"/>
          <w:sz w:val="24"/>
        </w:rPr>
        <w:t>62</w:t>
      </w:r>
      <w:r>
        <w:rPr>
          <w:rFonts w:ascii="Times New Roman" w:hAnsi="Times New Roman"/>
          <w:b w:val="0"/>
          <w:i w:val="0"/>
          <w:sz w:val="24"/>
        </w:rPr>
        <w:br/>
        <w:t xml:space="preserve">74 + 8 = </w:t>
      </w:r>
      <w:r>
        <w:rPr>
          <w:rFonts w:ascii="Times New Roman" w:hAnsi="Times New Roman"/>
          <w:b/>
          <w:i w:val="0"/>
          <w:sz w:val="24"/>
        </w:rPr>
        <w:t>82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>Вычислите по образцу: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38 + 5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56 + 3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42 + 9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77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53 + 3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36 + 6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89 + 4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Будем прибавлять единицы к единицам, а десятки оставлять как есть. Если сумма единиц больше 10, то 1 десяток переносим к десяткам.</w:t>
        <w:br/>
        <w:t xml:space="preserve">38 + 5 = 30 + (8 + 5) = 30 + 13 = </w:t>
      </w:r>
      <w:r>
        <w:rPr>
          <w:rFonts w:ascii="Times New Roman" w:hAnsi="Times New Roman"/>
          <w:b/>
          <w:i w:val="0"/>
          <w:sz w:val="24"/>
        </w:rPr>
        <w:t>43</w:t>
      </w:r>
      <w:r>
        <w:rPr>
          <w:rFonts w:ascii="Times New Roman" w:hAnsi="Times New Roman"/>
          <w:b w:val="0"/>
          <w:i w:val="0"/>
          <w:sz w:val="24"/>
        </w:rPr>
        <w:br/>
        <w:t xml:space="preserve">56 + 3 = 50 + (6 + 3) = 50 + 9 = </w:t>
      </w:r>
      <w:r>
        <w:rPr>
          <w:rFonts w:ascii="Times New Roman" w:hAnsi="Times New Roman"/>
          <w:b/>
          <w:i w:val="0"/>
          <w:sz w:val="24"/>
        </w:rPr>
        <w:t>59</w:t>
      </w:r>
      <w:r>
        <w:rPr>
          <w:rFonts w:ascii="Times New Roman" w:hAnsi="Times New Roman"/>
          <w:b w:val="0"/>
          <w:i w:val="0"/>
          <w:sz w:val="24"/>
        </w:rPr>
        <w:br/>
        <w:t xml:space="preserve">42 + 9 = 40 + (2 + 9) = 40 + 11 = </w:t>
      </w:r>
      <w:r>
        <w:rPr>
          <w:rFonts w:ascii="Times New Roman" w:hAnsi="Times New Roman"/>
          <w:b/>
          <w:i w:val="0"/>
          <w:sz w:val="24"/>
        </w:rPr>
        <w:t>51</w:t>
      </w:r>
      <w:r>
        <w:rPr>
          <w:rFonts w:ascii="Times New Roman" w:hAnsi="Times New Roman"/>
          <w:b w:val="0"/>
          <w:i w:val="0"/>
          <w:sz w:val="24"/>
        </w:rPr>
        <w:br/>
        <w:t xml:space="preserve">77 + 6 = 70 + (7 + 6) = 70 + 13 = </w:t>
      </w:r>
      <w:r>
        <w:rPr>
          <w:rFonts w:ascii="Times New Roman" w:hAnsi="Times New Roman"/>
          <w:b/>
          <w:i w:val="0"/>
          <w:sz w:val="24"/>
        </w:rPr>
        <w:t>83</w:t>
      </w:r>
      <w:r>
        <w:rPr>
          <w:rFonts w:ascii="Times New Roman" w:hAnsi="Times New Roman"/>
          <w:b w:val="0"/>
          <w:i w:val="0"/>
          <w:sz w:val="24"/>
        </w:rPr>
        <w:br/>
        <w:t xml:space="preserve">53 + 3 = 50 + (3 + 3) = 50 + 6 = </w:t>
      </w:r>
      <w:r>
        <w:rPr>
          <w:rFonts w:ascii="Times New Roman" w:hAnsi="Times New Roman"/>
          <w:b/>
          <w:i w:val="0"/>
          <w:sz w:val="24"/>
        </w:rPr>
        <w:t>56</w:t>
      </w:r>
      <w:r>
        <w:rPr>
          <w:rFonts w:ascii="Times New Roman" w:hAnsi="Times New Roman"/>
          <w:b w:val="0"/>
          <w:i w:val="0"/>
          <w:sz w:val="24"/>
        </w:rPr>
        <w:br/>
        <w:t xml:space="preserve">36 + 6 = 30 + (6 + 6) = 30 + 12 = </w:t>
      </w:r>
      <w:r>
        <w:rPr>
          <w:rFonts w:ascii="Times New Roman" w:hAnsi="Times New Roman"/>
          <w:b/>
          <w:i w:val="0"/>
          <w:sz w:val="24"/>
        </w:rPr>
        <w:t>42</w:t>
      </w:r>
      <w:r>
        <w:rPr>
          <w:rFonts w:ascii="Times New Roman" w:hAnsi="Times New Roman"/>
          <w:b w:val="0"/>
          <w:i w:val="0"/>
          <w:sz w:val="24"/>
        </w:rPr>
        <w:br/>
        <w:t xml:space="preserve">89 + 4 = 80 + (9 + 4) = 80 + 13 = </w:t>
      </w:r>
      <w:r>
        <w:rPr>
          <w:rFonts w:ascii="Times New Roman" w:hAnsi="Times New Roman"/>
          <w:b/>
          <w:i w:val="0"/>
          <w:sz w:val="24"/>
        </w:rPr>
        <w:t>93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>В сентябре Тимур совершил 7 поездок на метро и 28 поездок на автобусе. Сколько всего поездок совершил Тимур в сентябре?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Чтобы узнать, сколько всего поездок совершил Тимур, нужно сложить поездки на метро и на автобусе.</w:t>
        <w:br/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28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35</w:t>
      </w:r>
      <w:r>
        <w:rPr>
          <w:rFonts w:ascii="Times New Roman" w:hAnsi="Times New Roman"/>
          <w:b w:val="0"/>
          <w:i w:val="0"/>
          <w:sz w:val="24"/>
        </w:rPr>
        <w:t xml:space="preserve"> (поездок)</w:t>
        <w:br/>
        <w:t>Ответ: Тимур совершил 35 поездок.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14. </w:t>
      </w:r>
      <w:r>
        <w:rPr>
          <w:rFonts w:ascii="Times New Roman" w:hAnsi="Times New Roman"/>
          <w:b w:val="0"/>
          <w:i w:val="0"/>
          <w:sz w:val="24"/>
        </w:rPr>
        <w:t>Вычислите: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19 + 5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73 + 8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27 + 9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54 + 7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44 + 8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85 + 6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Прибавляем единицы к единицам, десятки оставляем. Если сумма единиц больше 10, переносим 1 десяток к десяткам.</w:t>
        <w:br/>
        <w:t xml:space="preserve">19 + 5 = 10 + (9 + 5) = 10 + 14 = </w:t>
      </w:r>
      <w:r>
        <w:rPr>
          <w:rFonts w:ascii="Times New Roman" w:hAnsi="Times New Roman"/>
          <w:b/>
          <w:i w:val="0"/>
          <w:sz w:val="24"/>
        </w:rPr>
        <w:t>24</w:t>
      </w:r>
      <w:r>
        <w:rPr>
          <w:rFonts w:ascii="Times New Roman" w:hAnsi="Times New Roman"/>
          <w:b w:val="0"/>
          <w:i w:val="0"/>
          <w:sz w:val="24"/>
        </w:rPr>
        <w:br/>
        <w:t xml:space="preserve">73 + 8 = 70 + (3 + 8) = 70 + 11 = </w:t>
      </w:r>
      <w:r>
        <w:rPr>
          <w:rFonts w:ascii="Times New Roman" w:hAnsi="Times New Roman"/>
          <w:b/>
          <w:i w:val="0"/>
          <w:sz w:val="24"/>
        </w:rPr>
        <w:t>81</w:t>
      </w:r>
      <w:r>
        <w:rPr>
          <w:rFonts w:ascii="Times New Roman" w:hAnsi="Times New Roman"/>
          <w:b w:val="0"/>
          <w:i w:val="0"/>
          <w:sz w:val="24"/>
        </w:rPr>
        <w:br/>
        <w:t xml:space="preserve">27 + 9 = 20 + (7 + 9) = 20 + 16 = </w:t>
      </w:r>
      <w:r>
        <w:rPr>
          <w:rFonts w:ascii="Times New Roman" w:hAnsi="Times New Roman"/>
          <w:b/>
          <w:i w:val="0"/>
          <w:sz w:val="24"/>
        </w:rPr>
        <w:t>36</w:t>
      </w:r>
      <w:r>
        <w:rPr>
          <w:rFonts w:ascii="Times New Roman" w:hAnsi="Times New Roman"/>
          <w:b w:val="0"/>
          <w:i w:val="0"/>
          <w:sz w:val="24"/>
        </w:rPr>
        <w:br/>
        <w:t xml:space="preserve">54 + 7 = 50 + (4 + 7) = 50 + 11 = </w:t>
      </w:r>
      <w:r>
        <w:rPr>
          <w:rFonts w:ascii="Times New Roman" w:hAnsi="Times New Roman"/>
          <w:b/>
          <w:i w:val="0"/>
          <w:sz w:val="24"/>
        </w:rPr>
        <w:t>61</w:t>
      </w:r>
      <w:r>
        <w:rPr>
          <w:rFonts w:ascii="Times New Roman" w:hAnsi="Times New Roman"/>
          <w:b w:val="0"/>
          <w:i w:val="0"/>
          <w:sz w:val="24"/>
        </w:rPr>
        <w:br/>
        <w:t xml:space="preserve">44 + 8 = 40 + (4 + 8) = 40 + 12 = </w:t>
      </w:r>
      <w:r>
        <w:rPr>
          <w:rFonts w:ascii="Times New Roman" w:hAnsi="Times New Roman"/>
          <w:b/>
          <w:i w:val="0"/>
          <w:sz w:val="24"/>
        </w:rPr>
        <w:t>52</w:t>
      </w:r>
      <w:r>
        <w:rPr>
          <w:rFonts w:ascii="Times New Roman" w:hAnsi="Times New Roman"/>
          <w:b w:val="0"/>
          <w:i w:val="0"/>
          <w:sz w:val="24"/>
        </w:rPr>
        <w:br/>
        <w:t xml:space="preserve">85 + 6 = 80 + (5 + 6) = 80 + 11 = </w:t>
      </w:r>
      <w:r>
        <w:rPr>
          <w:rFonts w:ascii="Times New Roman" w:hAnsi="Times New Roman"/>
          <w:b/>
          <w:i w:val="0"/>
          <w:sz w:val="24"/>
        </w:rPr>
        <w:t>91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