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Каримовой Мархабо Абдихашимовны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русский язык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«Суффикс»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3931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7821a7-ea2d-44fe-9aec-67a0a9da51d7_0_8773d91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Суффикс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Учащиеся познакомятся с понятием 'суффикс' и научатся находить его в словах.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Воспитать у учащихся интерес к изучению русского языка и внимательное отношение к словам.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у учащихся умение анализировать, сравнивать и делать выводы, обогащать словарный запас.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изучения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Объяснительно-иллюстративный метод, Частично-поисковый метод, Игровой метод, Беседа, Звезда суффиксов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 русского языка, Рабочая тетрадь, Доска, Мел, Наглядные пособия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доступно объяснить, что такое суффикс, и привести примеры. Учитель проведет интересные упражнения для закрепления материала.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 сможет объяснить, что такое суффикс, и находить его в словах. Ученик научится отличать суффикс от других частей слова.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15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2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pageBreakBefore/>
        <w:jc w:val="center"/>
      </w:pPr>
      <w:r>
        <w:rPr>
          <w:rFonts w:ascii="Times New Roman" w:hAnsi="Times New Roman"/>
          <w:b/>
          <w:i w:val="0"/>
          <w:color w:val="1976D2"/>
          <w:sz w:val="26"/>
        </w:rPr>
        <w:t>Наглядные пособия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7821a7-ea2d-44fe-9aec-67a0a9da51d7_1_cb5f191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Собака и щенок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7821a7-ea2d-44fe-9aec-67a0a9da51d7_2_c002a4cf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Кошка и котенок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7821a7-ea2d-44fe-9aec-67a0a9da51d7_3_181be1af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Дом и домик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урок у нас интересный.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Мы будем учить русский язык,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тему урока узнаем сейчас.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Про суффикс мы будем читать,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буквы его изучать!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67821a7-ea2d-44fe-9aec-67a0a9da51d7_6_5110f27f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67821a7-ea2d-44fe-9aec-67a0a9da51d7_10_d31e630a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зарядка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вверх, потом хлопок!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вниз, и снова скок!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Покружились, потянулись,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тихонько улыбнулись.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Раз, два, три, четыре –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Садимся дружно на квартире!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Здравствуйте, ребята! Сегодня мы с вами отправимся в увлекательное путешествие в мир слов. Вы уже знаете, что слова состоят из частей: корень, приставка, окончание. Но есть ещё одна важная часть – </w:t>
      </w:r>
      <w:r>
        <w:rPr>
          <w:rFonts w:ascii="Times New Roman" w:hAnsi="Times New Roman"/>
          <w:b/>
          <w:i w:val="0"/>
          <w:color w:val="C2185B"/>
          <w:sz w:val="24"/>
        </w:rPr>
        <w:t>суффикс</w:t>
      </w:r>
      <w:r>
        <w:rPr>
          <w:rFonts w:ascii="Times New Roman" w:hAnsi="Times New Roman"/>
          <w:b w:val="0"/>
          <w:i w:val="0"/>
          <w:sz w:val="24"/>
        </w:rPr>
        <w:t>. Он помогает нам образовывать новые, родственные слова. Представьте, что у вас есть слово «дом». А как назвать маленький дом? Правильно, «домик»! Вот это «ик» – это и есть суффикс. Он стоит после корня и меняет слово или образует новое.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Итак, давайте запомним правило. </w:t>
      </w:r>
      <w:r>
        <w:rPr>
          <w:rFonts w:ascii="Times New Roman" w:hAnsi="Times New Roman"/>
          <w:b/>
          <w:i w:val="0"/>
          <w:color w:val="C2185B"/>
          <w:sz w:val="24"/>
        </w:rPr>
        <w:t>Суффикс</w:t>
      </w:r>
      <w:r>
        <w:rPr>
          <w:rFonts w:ascii="Times New Roman" w:hAnsi="Times New Roman"/>
          <w:b w:val="0"/>
          <w:i w:val="0"/>
          <w:sz w:val="24"/>
        </w:rPr>
        <w:t xml:space="preserve"> – это значимая часть слова. Он стоит </w:t>
      </w:r>
      <w:r>
        <w:rPr>
          <w:rFonts w:ascii="Times New Roman" w:hAnsi="Times New Roman"/>
          <w:b/>
          <w:i w:val="0"/>
          <w:color w:val="C2185B"/>
          <w:sz w:val="24"/>
        </w:rPr>
        <w:t>после корня</w:t>
      </w:r>
      <w:r>
        <w:rPr>
          <w:rFonts w:ascii="Times New Roman" w:hAnsi="Times New Roman"/>
          <w:b w:val="0"/>
          <w:i w:val="0"/>
          <w:sz w:val="24"/>
        </w:rPr>
        <w:t xml:space="preserve">. Его главная задача – </w:t>
      </w:r>
      <w:r>
        <w:rPr>
          <w:rFonts w:ascii="Times New Roman" w:hAnsi="Times New Roman"/>
          <w:b/>
          <w:i w:val="0"/>
          <w:color w:val="C2185B"/>
          <w:sz w:val="24"/>
        </w:rPr>
        <w:t>образовывать родственные слова</w:t>
      </w:r>
      <w:r>
        <w:rPr>
          <w:rFonts w:ascii="Times New Roman" w:hAnsi="Times New Roman"/>
          <w:b w:val="0"/>
          <w:i w:val="0"/>
          <w:sz w:val="24"/>
        </w:rPr>
        <w:t>. Например, от слова «туча» с помощью суффикса «к» образуется слово «тучка». А от слова «лес» с помощью суффикса «н» получается «лесной». Суффикс помогает нам назвать предмет уменьшительно (гриб – грибок), или указать на его признак (зимний – зимний).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Давайте разберём слово «грибочки» из нашего учебника. Корень в этом слове – «гриб». А что такое «очки»? Это </w:t>
      </w:r>
      <w:r>
        <w:rPr>
          <w:rFonts w:ascii="Times New Roman" w:hAnsi="Times New Roman"/>
          <w:b/>
          <w:i w:val="0"/>
          <w:color w:val="C2185B"/>
          <w:sz w:val="24"/>
        </w:rPr>
        <w:t>суффикс</w:t>
      </w:r>
      <w:r>
        <w:rPr>
          <w:rFonts w:ascii="Times New Roman" w:hAnsi="Times New Roman"/>
          <w:b w:val="0"/>
          <w:i w:val="0"/>
          <w:sz w:val="24"/>
        </w:rPr>
        <w:t>! Он стоит после корня и делает слово «гриб» ласковым, маленьким. Если мы уберём суффикс «очки», у нас останется только «гриб». Видите, как суффикс меняет слово? Он как будто добавляет к слову новую деталь, чтобы сделать его особенным.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Суффиксы встречаются нам повсюду! Когда мы говорим «маленький котёнок», мы используем суффикс «ёнок». Когда говорим «красивый цветок», мы используем суффикс «ив» (красивый). Часто ребята путают суффикс с окончанием. Помните: окончание меняет слово, чтобы оно согласовывалось с другими словами в предложении (например, дом – дома – дому). А суффикс образует новое слово или указывает на признак (дом – домик – домашний).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Суффикс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Значимая часть слова, которая стоит после корня и служит для образования новых слов.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Корень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Главная значимая часть слова, в которой заключено основное значение.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Родственные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Слова, близкие по значению и имеющие общий корень.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Значимая часть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Часть слова, которая имеет своё лексическое значение.</w:t>
            </w:r>
          </w:p>
        </w:tc>
      </w:tr>
    </w:tbl>
    <w:p>
      <w:pPr>
        <w:spacing w:before="0" w:after="80"/>
      </w:pP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Суффиксы в действии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Слово с суффиксом</w:t>
            </w:r>
          </w:p>
        </w:tc>
        <w:tc>
          <w:tcPr>
            <w:tcW w:type="dxa" w:w="3105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Значение суффикса</w:t>
            </w:r>
          </w:p>
        </w:tc>
        <w:tc>
          <w:tcPr>
            <w:tcW w:type="dxa" w:w="3105"/>
            <w:shd w:val="clear" w:fill="64B5F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Слово без суффикса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домик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уменьшительно-ласкательное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грибочки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уменьшительное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гриб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травинка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единичность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трава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солнышко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уменьшительно-ласкательное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солнце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Знаете ли вы, что самое длинное слово в русском языке, образованное с помощью суффикса, — это «превысокомногорассмотрительствующий»? Оно использовалось в XIX веке как форма вежливого обращения к высокопоставленным лицам.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Рассмотрите картинки. Объясните, как образуются родственные слова.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На картинках изображены: дом и домик, гриб и грибочки. Слово «домик» образовано от слова «дом» с помощью суффикса «ик». Слово «грибочки» образовано от слова «гриб» с помощью суффикса «очек». Суффиксы помогают образовать новые, родственные слова.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7821a7-ea2d-44fe-9aec-67a0a9da51d7_21_61f6d385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Дом и домик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7821a7-ea2d-44fe-9aec-67a0a9da51d7_22_c1a11378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Гриб и грибочки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Спишите. В выделенных словах обозначьте корень, суффикс и окончание, как изменяется слово, если убрать суффикс?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Пришёл октябрь с красками, Коснулся листьев пастною. И деревья простое Вдруг стало золотое. Принёс октябрь дождиком, И выросли на южке Красивые грибочки. (Пример разбора слова 'грибочки': корень -гриб-, суффикс -очек-, окончание -и). Если убрать суффикс 'очек', останется 'гриб'.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7821a7-ea2d-44fe-9aec-67a0a9da51d7_24_fd373526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Золотые деревья и грибочки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Подберите суффиксы к словам, запишите получившиеся слова. Выделите суффиксы.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Вагон – вагончик, шарф – шарфик, дом – домик, шерсть – шерстинка, ночь – ночка, лес – лесок, день – денёк, лист – листик.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Употребляя подходящие суффиксы, назовите эти же предметы, но только маленького размера. Запишите слова и выделите суффикс.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Снежинка (суффикс -инк-), снегирь (суффикс -ир-), снежок (суффикс -ок-), снежище (суффикс -ищ-), снежный (суффикс -н-), снегурочка (суффикс -очк-).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Рассмотрите картинку. С помощью суффиксов, в каждых, оттени, смирился, на скелы. школа а закладка книжка а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Закладка (суффикс -к-), книжка (суффикс -к-).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Подберите и запишите по три слова в каждых, оттени, смирился, на скелы. Шар – , звезда – , колос – , лес – зверь – , кот – , торт – гора – , букет – , рука –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Шар – шарик, шарище, шарфик. Звезда – звёздочка, звёздный. Колос – колосок. Лес – лесок, лесной. Зверь – зверёк, зверюшка. Кот – котёнок, котик. Торт – тортик. Гора – горка, горный. Букет – букетик. Рука – ручка, ручной.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С помощью суффиксов, запишите название детёнышей животных.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Лев – львёнок, волк – волчонок, медведь – медвежонок, заяц – зайчонок, лиса – лисёнок, тигр – тигрёнок.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В минуте чистописания найдите имена существительные, выделите окончания и корень. Какая часть слова осталась невыделенной? Где стоит суффикс? После корня его место.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Учащиеся находят имена существительные (например, «ласта», «лапы»), выделяют корень и окончание. Оставшаяся часть слова, которая стоит после корня, — это суффикс. Его место — после корня.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Ласта и лапы не тесно! Снег слов обогащает, Корень вовсе не меняет. Запомни ты его, дружок! Прочитайте стихотворение. Найдите слова с суффиксами.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Слова с суффиксами: ласточка (предполагается, так как слово «ласта» не имеет суффикса в данном контексте, но могло быть использовано как основа для образования), снежок.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Рассмотрите картинку. Объясните, как образуются родственные слова.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На картинке изображен снег. От слова «снег» можно образовать родственные слова с помощью суффиксов: снежинка (суффикс -инк-), снежок (суффикс -ок-), снегирь (суффикс -ир-), снежный (суффикс -н-).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Звезда суффиксов (5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Закрепление знаний о суффиксе как части слова, служащей для образования родственных слов.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Учитель называет корень слова (например, 'дом').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2. Дети, стоящие в кругу, по очереди называют слова с этим корнем, добавляя разные суффиксы (домик, домище).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Учитель может задавать направление игры, например, 'добавляем суффикс, обозначающий маленький предмет'.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4. Игра продолжается, пока не закончатся варианты или пока все дети не примут участие.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5. Побеждает команда или игрок, назвавший больше всего слов с разными суффиксами.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ИНТЕРАКТИВНАЯ ИГРА: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Ученик должен найти и выделить на доске слова, в которых есть суффикс.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1) дом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2) домик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3) лес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4) листок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5) шерсть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6) шерстинка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7) ночь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8) ночной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домик, листок, шерстинка, ночной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Какая часть слова стоит после корня и служит для образования новых слов?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Приставка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Корень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Суффикс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Окончание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Суффикс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Выберите пару слов, где второе слово образовано с помощью суффикса: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дом – домашний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кот – котик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лес – лесной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снег – снежный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кот – котик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В каком слове суффикс обозначает маленький размер предмета?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домище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грибочки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львёнок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вагон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грибочки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4. Найдите слово с суффиксом, обозначающим детёныша животного: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снежинка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закладка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львёнок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книжка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львёнок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5. Какое слово образовано с помощью суффикса?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солнышко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чистописание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родственных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золотое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солнышко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Интерактивная игра soffia.uz для закрепления темы - откройте ссылку на электронной доске или отсканируйте QR-код: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https://soffia.uz/uz/games/quiz/play?slug=suffiks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>Спишите. В выделенных словах обозначьте корень, суффикс и окончание, как изменяется слово, если убрать суффикс?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В выделенных словах </w:t>
      </w:r>
      <w:r>
        <w:rPr>
          <w:rFonts w:ascii="Times New Roman" w:hAnsi="Times New Roman"/>
          <w:b/>
          <w:i w:val="0"/>
          <w:sz w:val="24"/>
        </w:rPr>
        <w:t>корень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суффикс</w:t>
      </w:r>
      <w:r>
        <w:rPr>
          <w:rFonts w:ascii="Times New Roman" w:hAnsi="Times New Roman"/>
          <w:b w:val="0"/>
          <w:i w:val="0"/>
          <w:sz w:val="24"/>
        </w:rPr>
        <w:t xml:space="preserve"> и </w:t>
      </w:r>
      <w:r>
        <w:rPr>
          <w:rFonts w:ascii="Times New Roman" w:hAnsi="Times New Roman"/>
          <w:b/>
          <w:i w:val="0"/>
          <w:sz w:val="24"/>
        </w:rPr>
        <w:t>окончание</w:t>
      </w:r>
      <w:r>
        <w:rPr>
          <w:rFonts w:ascii="Times New Roman" w:hAnsi="Times New Roman"/>
          <w:b w:val="0"/>
          <w:i w:val="0"/>
          <w:sz w:val="24"/>
        </w:rPr>
        <w:t xml:space="preserve"> обозначены. Если убрать суффикс, слово изменится, например, из «грибочки» получится «грибы».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>Подберите суффиксы к словам, запишите получившиеся слова. Выделите суффиксы.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вагон – вагон</w:t>
      </w:r>
      <w:r>
        <w:rPr>
          <w:rFonts w:ascii="Times New Roman" w:hAnsi="Times New Roman"/>
          <w:b/>
          <w:i w:val="0"/>
          <w:sz w:val="24"/>
        </w:rPr>
        <w:t>чик</w:t>
      </w:r>
      <w:r>
        <w:rPr>
          <w:rFonts w:ascii="Times New Roman" w:hAnsi="Times New Roman"/>
          <w:b w:val="0"/>
          <w:i w:val="0"/>
          <w:sz w:val="24"/>
        </w:rPr>
        <w:t>, шарф – шарф</w:t>
      </w:r>
      <w:r>
        <w:rPr>
          <w:rFonts w:ascii="Times New Roman" w:hAnsi="Times New Roman"/>
          <w:b/>
          <w:i w:val="0"/>
          <w:sz w:val="24"/>
        </w:rPr>
        <w:t>ик</w:t>
      </w:r>
      <w:r>
        <w:rPr>
          <w:rFonts w:ascii="Times New Roman" w:hAnsi="Times New Roman"/>
          <w:b w:val="0"/>
          <w:i w:val="0"/>
          <w:sz w:val="24"/>
        </w:rPr>
        <w:t>, дом – дом</w:t>
      </w:r>
      <w:r>
        <w:rPr>
          <w:rFonts w:ascii="Times New Roman" w:hAnsi="Times New Roman"/>
          <w:b/>
          <w:i w:val="0"/>
          <w:sz w:val="24"/>
        </w:rPr>
        <w:t>ик</w:t>
      </w:r>
      <w:r>
        <w:rPr>
          <w:rFonts w:ascii="Times New Roman" w:hAnsi="Times New Roman"/>
          <w:b w:val="0"/>
          <w:i w:val="0"/>
          <w:sz w:val="24"/>
        </w:rPr>
        <w:t>, шерсть – шерст</w:t>
      </w:r>
      <w:r>
        <w:rPr>
          <w:rFonts w:ascii="Times New Roman" w:hAnsi="Times New Roman"/>
          <w:b/>
          <w:i w:val="0"/>
          <w:sz w:val="24"/>
        </w:rPr>
        <w:t>яной</w:t>
      </w:r>
      <w:r>
        <w:rPr>
          <w:rFonts w:ascii="Times New Roman" w:hAnsi="Times New Roman"/>
          <w:b w:val="0"/>
          <w:i w:val="0"/>
          <w:sz w:val="24"/>
        </w:rPr>
        <w:t>, ночь – ноч</w:t>
      </w:r>
      <w:r>
        <w:rPr>
          <w:rFonts w:ascii="Times New Roman" w:hAnsi="Times New Roman"/>
          <w:b/>
          <w:i w:val="0"/>
          <w:sz w:val="24"/>
        </w:rPr>
        <w:t>енька</w:t>
      </w:r>
      <w:r>
        <w:rPr>
          <w:rFonts w:ascii="Times New Roman" w:hAnsi="Times New Roman"/>
          <w:b w:val="0"/>
          <w:i w:val="0"/>
          <w:sz w:val="24"/>
        </w:rPr>
        <w:t>, лес – лес</w:t>
      </w:r>
      <w:r>
        <w:rPr>
          <w:rFonts w:ascii="Times New Roman" w:hAnsi="Times New Roman"/>
          <w:b/>
          <w:i w:val="0"/>
          <w:sz w:val="24"/>
        </w:rPr>
        <w:t>очек</w:t>
      </w:r>
      <w:r>
        <w:rPr>
          <w:rFonts w:ascii="Times New Roman" w:hAnsi="Times New Roman"/>
          <w:b w:val="0"/>
          <w:i w:val="0"/>
          <w:sz w:val="24"/>
        </w:rPr>
        <w:t>, день – ден</w:t>
      </w:r>
      <w:r>
        <w:rPr>
          <w:rFonts w:ascii="Times New Roman" w:hAnsi="Times New Roman"/>
          <w:b/>
          <w:i w:val="0"/>
          <w:sz w:val="24"/>
        </w:rPr>
        <w:t>ёк</w:t>
      </w:r>
      <w:r>
        <w:rPr>
          <w:rFonts w:ascii="Times New Roman" w:hAnsi="Times New Roman"/>
          <w:b w:val="0"/>
          <w:i w:val="0"/>
          <w:sz w:val="24"/>
        </w:rPr>
        <w:t>, лист – лист</w:t>
      </w:r>
      <w:r>
        <w:rPr>
          <w:rFonts w:ascii="Times New Roman" w:hAnsi="Times New Roman"/>
          <w:b/>
          <w:i w:val="0"/>
          <w:sz w:val="24"/>
        </w:rPr>
        <w:t>очек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>Употребляя подходящие суффиксы, назовите эти же предметы, но только маленького размера. Запишите слова и выделите суффиксы.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снежинка (снег), снегирь (снег), снежок (снег), снегурочка (снег).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14. </w:t>
      </w:r>
      <w:r>
        <w:rPr>
          <w:rFonts w:ascii="Times New Roman" w:hAnsi="Times New Roman"/>
          <w:b w:val="0"/>
          <w:i w:val="0"/>
          <w:sz w:val="24"/>
        </w:rPr>
        <w:t>Подберите и запишите по три слова в каждых, оттени, смирился, на скелы.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Шар – шар</w:t>
      </w:r>
      <w:r>
        <w:rPr>
          <w:rFonts w:ascii="Times New Roman" w:hAnsi="Times New Roman"/>
          <w:b/>
          <w:i w:val="0"/>
          <w:sz w:val="24"/>
        </w:rPr>
        <w:t>ик</w:t>
      </w:r>
      <w:r>
        <w:rPr>
          <w:rFonts w:ascii="Times New Roman" w:hAnsi="Times New Roman"/>
          <w:b w:val="0"/>
          <w:i w:val="0"/>
          <w:sz w:val="24"/>
        </w:rPr>
        <w:t>, шар</w:t>
      </w:r>
      <w:r>
        <w:rPr>
          <w:rFonts w:ascii="Times New Roman" w:hAnsi="Times New Roman"/>
          <w:b/>
          <w:i w:val="0"/>
          <w:sz w:val="24"/>
        </w:rPr>
        <w:t>ок</w:t>
      </w:r>
      <w:r>
        <w:rPr>
          <w:rFonts w:ascii="Times New Roman" w:hAnsi="Times New Roman"/>
          <w:b w:val="0"/>
          <w:i w:val="0"/>
          <w:sz w:val="24"/>
        </w:rPr>
        <w:t>, шар</w:t>
      </w:r>
      <w:r>
        <w:rPr>
          <w:rFonts w:ascii="Times New Roman" w:hAnsi="Times New Roman"/>
          <w:b/>
          <w:i w:val="0"/>
          <w:sz w:val="24"/>
        </w:rPr>
        <w:t>ище</w:t>
      </w:r>
      <w:r>
        <w:rPr>
          <w:rFonts w:ascii="Times New Roman" w:hAnsi="Times New Roman"/>
          <w:b w:val="0"/>
          <w:i w:val="0"/>
          <w:sz w:val="24"/>
        </w:rPr>
        <w:t>. Звезда – звезд</w:t>
      </w:r>
      <w:r>
        <w:rPr>
          <w:rFonts w:ascii="Times New Roman" w:hAnsi="Times New Roman"/>
          <w:b/>
          <w:i w:val="0"/>
          <w:sz w:val="24"/>
        </w:rPr>
        <w:t>очка</w:t>
      </w:r>
      <w:r>
        <w:rPr>
          <w:rFonts w:ascii="Times New Roman" w:hAnsi="Times New Roman"/>
          <w:b w:val="0"/>
          <w:i w:val="0"/>
          <w:sz w:val="24"/>
        </w:rPr>
        <w:t>, звезд</w:t>
      </w:r>
      <w:r>
        <w:rPr>
          <w:rFonts w:ascii="Times New Roman" w:hAnsi="Times New Roman"/>
          <w:b/>
          <w:i w:val="0"/>
          <w:sz w:val="24"/>
        </w:rPr>
        <w:t>а</w:t>
      </w:r>
      <w:r>
        <w:rPr>
          <w:rFonts w:ascii="Times New Roman" w:hAnsi="Times New Roman"/>
          <w:b w:val="0"/>
          <w:i w:val="0"/>
          <w:sz w:val="24"/>
        </w:rPr>
        <w:t>, звезд</w:t>
      </w:r>
      <w:r>
        <w:rPr>
          <w:rFonts w:ascii="Times New Roman" w:hAnsi="Times New Roman"/>
          <w:b/>
          <w:i w:val="0"/>
          <w:sz w:val="24"/>
        </w:rPr>
        <w:t>ища</w:t>
      </w:r>
      <w:r>
        <w:rPr>
          <w:rFonts w:ascii="Times New Roman" w:hAnsi="Times New Roman"/>
          <w:b w:val="0"/>
          <w:i w:val="0"/>
          <w:sz w:val="24"/>
        </w:rPr>
        <w:t>. Колос – кол</w:t>
      </w:r>
      <w:r>
        <w:rPr>
          <w:rFonts w:ascii="Times New Roman" w:hAnsi="Times New Roman"/>
          <w:b/>
          <w:i w:val="0"/>
          <w:sz w:val="24"/>
        </w:rPr>
        <w:t>осок</w:t>
      </w:r>
      <w:r>
        <w:rPr>
          <w:rFonts w:ascii="Times New Roman" w:hAnsi="Times New Roman"/>
          <w:b w:val="0"/>
          <w:i w:val="0"/>
          <w:sz w:val="24"/>
        </w:rPr>
        <w:t>, кол</w:t>
      </w:r>
      <w:r>
        <w:rPr>
          <w:rFonts w:ascii="Times New Roman" w:hAnsi="Times New Roman"/>
          <w:b/>
          <w:i w:val="0"/>
          <w:sz w:val="24"/>
        </w:rPr>
        <w:t>ос</w:t>
      </w:r>
      <w:r>
        <w:rPr>
          <w:rFonts w:ascii="Times New Roman" w:hAnsi="Times New Roman"/>
          <w:b w:val="0"/>
          <w:i w:val="0"/>
          <w:sz w:val="24"/>
        </w:rPr>
        <w:t>, кол</w:t>
      </w:r>
      <w:r>
        <w:rPr>
          <w:rFonts w:ascii="Times New Roman" w:hAnsi="Times New Roman"/>
          <w:b/>
          <w:i w:val="0"/>
          <w:sz w:val="24"/>
        </w:rPr>
        <w:t>осище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15. </w:t>
      </w:r>
      <w:r>
        <w:rPr>
          <w:rFonts w:ascii="Times New Roman" w:hAnsi="Times New Roman"/>
          <w:b w:val="0"/>
          <w:i w:val="0"/>
          <w:sz w:val="24"/>
        </w:rPr>
        <w:t>С помощью суффиксов, запишите название детёнышей животных.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Лев – льв</w:t>
      </w:r>
      <w:r>
        <w:rPr>
          <w:rFonts w:ascii="Times New Roman" w:hAnsi="Times New Roman"/>
          <w:b/>
          <w:i w:val="0"/>
          <w:sz w:val="24"/>
        </w:rPr>
        <w:t>ёнок</w:t>
      </w:r>
      <w:r>
        <w:rPr>
          <w:rFonts w:ascii="Times New Roman" w:hAnsi="Times New Roman"/>
          <w:b w:val="0"/>
          <w:i w:val="0"/>
          <w:sz w:val="24"/>
        </w:rPr>
        <w:t>, волк – волч</w:t>
      </w:r>
      <w:r>
        <w:rPr>
          <w:rFonts w:ascii="Times New Roman" w:hAnsi="Times New Roman"/>
          <w:b/>
          <w:i w:val="0"/>
          <w:sz w:val="24"/>
        </w:rPr>
        <w:t>онок</w:t>
      </w:r>
      <w:r>
        <w:rPr>
          <w:rFonts w:ascii="Times New Roman" w:hAnsi="Times New Roman"/>
          <w:b w:val="0"/>
          <w:i w:val="0"/>
          <w:sz w:val="24"/>
        </w:rPr>
        <w:t>, тигр – тигр</w:t>
      </w:r>
      <w:r>
        <w:rPr>
          <w:rFonts w:ascii="Times New Roman" w:hAnsi="Times New Roman"/>
          <w:b/>
          <w:i w:val="0"/>
          <w:sz w:val="24"/>
        </w:rPr>
        <w:t>я́т</w:t>
      </w:r>
      <w:r>
        <w:rPr>
          <w:rFonts w:ascii="Times New Roman" w:hAnsi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