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область _______________ район</w:t>
      </w:r>
    </w:p>
    <w:p>
      <w:pPr>
        <w:keepNext w:val="0"/>
        <w:jc w:val="center"/>
      </w:pPr>
      <w:r>
        <w:rPr>
          <w:rFonts w:ascii="Times New Roman" w:hAnsi="Times New Roman"/>
          <w:b w:val="0"/>
          <w:i w:val="0"/>
          <w:color w:val="C2185B"/>
          <w:sz w:val="24"/>
        </w:rPr>
        <w:t>В ведении отдела дошкольного и школьного образования</w:t>
      </w:r>
    </w:p>
    <w:p>
      <w:pPr>
        <w:keepNext w:val="0"/>
        <w:jc w:val="center"/>
      </w:pPr>
      <w:r>
        <w:rPr>
          <w:rFonts w:ascii="Times New Roman" w:hAnsi="Times New Roman"/>
          <w:b w:val="0"/>
          <w:i w:val="0"/>
          <w:color w:val="C2185B"/>
          <w:sz w:val="24"/>
        </w:rPr>
        <w:t>___ - общеобразовательная школа</w:t>
      </w:r>
    </w:p>
    <w:p>
      <w:pPr>
        <w:keepNext w:val="0"/>
        <w:jc w:val="center"/>
      </w:pPr>
      <w:r>
        <w:rPr>
          <w:rFonts w:ascii="Times New Roman" w:hAnsi="Times New Roman"/>
          <w:b w:val="0"/>
          <w:i w:val="0"/>
          <w:color w:val="C2185B"/>
          <w:sz w:val="24"/>
        </w:rPr>
        <w:t>учителя 2 класса</w:t>
      </w:r>
    </w:p>
    <w:p>
      <w:pPr>
        <w:keepNext w:val="0"/>
        <w:jc w:val="center"/>
      </w:pPr>
      <w:r>
        <w:rPr>
          <w:rFonts w:ascii="Times New Roman" w:hAnsi="Times New Roman"/>
          <w:b w:val="0"/>
          <w:i w:val="0"/>
          <w:sz w:val="24"/>
        </w:rPr>
        <w:t>Marxabo Karimova</w:t>
      </w:r>
    </w:p>
    <w:p>
      <w:pPr>
        <w:keepNext w:val="0"/>
        <w:spacing w:before="280"/>
        <w:jc w:val="center"/>
      </w:pPr>
      <w:r>
        <w:rPr>
          <w:rFonts w:ascii="Times New Roman" w:hAnsi="Times New Roman"/>
          <w:b/>
          <w:i w:val="0"/>
          <w:color w:val="2E7D32"/>
          <w:sz w:val="24"/>
        </w:rPr>
        <w:t>по предмету русский язык для 2 класса</w:t>
      </w:r>
    </w:p>
    <w:p>
      <w:pPr>
        <w:keepNext w:val="0"/>
        <w:spacing w:before="200"/>
        <w:jc w:val="center"/>
      </w:pPr>
      <w:r>
        <w:rPr>
          <w:rFonts w:ascii="Comic Sans MS" w:hAnsi="Comic Sans MS"/>
          <w:b/>
          <w:i w:val="0"/>
          <w:color w:val="C62828"/>
          <w:sz w:val="32"/>
        </w:rPr>
        <w:t>«Повторение»</w:t>
      </w:r>
    </w:p>
    <w:p>
      <w:pPr>
        <w:keepNext w:val="0"/>
        <w:spacing w:before="240"/>
        <w:jc w:val="center"/>
      </w:pPr>
      <w:r>
        <w:rPr>
          <w:rFonts w:ascii="Comic Sans MS" w:hAnsi="Comic Sans MS"/>
          <w:b/>
          <w:i w:val="0"/>
          <w:color w:val="E65100"/>
          <w:sz w:val="60"/>
        </w:rPr>
        <w:t>ПЛАН УРОКА</w:t>
      </w:r>
    </w:p>
    <w:p>
      <w:pPr>
        <w:jc w:val="center"/>
      </w:pPr>
      <w:r>
        <w:drawing>
          <wp:inline xmlns:a="http://schemas.openxmlformats.org/drawingml/2006/main" xmlns:pic="http://schemas.openxmlformats.org/drawingml/2006/picture">
            <wp:extent cx="3931920" cy="2144684"/>
            <wp:docPr id="1" name="Picture 1"/>
            <wp:cNvGraphicFramePr>
              <a:graphicFrameLocks noChangeAspect="1"/>
            </wp:cNvGraphicFramePr>
            <a:graphic>
              <a:graphicData uri="http://schemas.openxmlformats.org/drawingml/2006/picture">
                <pic:pic>
                  <pic:nvPicPr>
                    <pic:cNvPr id="0" name="7cdcfce7-d2f3-49c3-836c-b32a697cfff1_0_2fce131e.jpg"/>
                    <pic:cNvPicPr/>
                  </pic:nvPicPr>
                  <pic:blipFill>
                    <a:blip r:embed="rId10"/>
                    <a:stretch>
                      <a:fillRect/>
                    </a:stretch>
                  </pic:blipFill>
                  <pic:spPr>
                    <a:xfrm>
                      <a:off x="0" y="0"/>
                      <a:ext cx="3931920" cy="2144684"/>
                    </a:xfrm>
                    <a:prstGeom prst="rect"/>
                  </pic:spPr>
                </pic:pic>
              </a:graphicData>
            </a:graphic>
          </wp:inline>
        </w:drawing>
      </w:r>
    </w:p>
    <w:p>
      <w:pPr>
        <w:keepNext w:val="0"/>
        <w:pageBreakBefore/>
      </w:pPr>
      <w:r>
        <w:rPr>
          <w:rFonts w:ascii="Times New Roman" w:hAnsi="Times New Roman"/>
          <w:b w:val="0"/>
          <w:i w:val="0"/>
          <w:sz w:val="24"/>
        </w:rPr>
        <w:t>Дата:________________________________</w:t>
      </w:r>
    </w:p>
    <w:p>
      <w:r>
        <w:rPr>
          <w:rFonts w:ascii="Times New Roman" w:hAnsi="Times New Roman"/>
          <w:b/>
          <w:sz w:val="24"/>
        </w:rPr>
        <w:t xml:space="preserve">Тема: </w:t>
      </w:r>
      <w:r>
        <w:rPr>
          <w:rFonts w:ascii="Times New Roman" w:hAnsi="Times New Roman"/>
          <w:b w:val="0"/>
          <w:i w:val="0"/>
          <w:sz w:val="24"/>
        </w:rPr>
        <w:t>Повторение</w:t>
      </w:r>
    </w:p>
    <w:p>
      <w:pPr>
        <w:keepNext/>
        <w:spacing w:before="120"/>
      </w:pPr>
      <w:r>
        <w:rPr>
          <w:rFonts w:ascii="Times New Roman" w:hAnsi="Times New Roman"/>
          <w:b/>
          <w:i w:val="0"/>
          <w:color w:val="1976D2"/>
          <w:sz w:val="24"/>
        </w:rPr>
        <w:t>Цель урока:</w:t>
      </w:r>
    </w:p>
    <w:p>
      <w:r>
        <w:rPr>
          <w:rFonts w:ascii="Times New Roman" w:hAnsi="Times New Roman"/>
          <w:b/>
          <w:sz w:val="24"/>
        </w:rPr>
        <w:t xml:space="preserve">Образовательная: </w:t>
      </w:r>
      <w:r>
        <w:rPr>
          <w:rFonts w:ascii="Times New Roman" w:hAnsi="Times New Roman"/>
          <w:b w:val="0"/>
          <w:i w:val="0"/>
          <w:sz w:val="24"/>
        </w:rPr>
        <w:t>Закрепить знания учащихся по пройденным темам русского языка, развивая навыки правильного письма и устной речи.</w:t>
      </w:r>
    </w:p>
    <w:p>
      <w:r>
        <w:rPr>
          <w:rFonts w:ascii="Times New Roman" w:hAnsi="Times New Roman"/>
          <w:b/>
          <w:sz w:val="24"/>
        </w:rPr>
        <w:t xml:space="preserve">Воспитательная: </w:t>
      </w:r>
      <w:r>
        <w:rPr>
          <w:rFonts w:ascii="Times New Roman" w:hAnsi="Times New Roman"/>
          <w:b w:val="0"/>
          <w:i w:val="0"/>
          <w:sz w:val="24"/>
        </w:rPr>
        <w:t>Воспитывать у учащихся любовь к родному языку и культуру общения через игровые элементы и работу с иллюстрациями.</w:t>
      </w:r>
    </w:p>
    <w:p>
      <w:r>
        <w:rPr>
          <w:rFonts w:ascii="Times New Roman" w:hAnsi="Times New Roman"/>
          <w:b/>
          <w:sz w:val="24"/>
        </w:rPr>
        <w:t xml:space="preserve">Развивающая: </w:t>
      </w:r>
      <w:r>
        <w:rPr>
          <w:rFonts w:ascii="Times New Roman" w:hAnsi="Times New Roman"/>
          <w:b w:val="0"/>
          <w:i w:val="0"/>
          <w:sz w:val="24"/>
        </w:rPr>
        <w:t>Развивать логическое мышление, внимание и память детей, обогащать их словарный запас и формировать умение грамотно выражать свои мысли.</w:t>
      </w:r>
    </w:p>
    <w:p>
      <w:pPr>
        <w:spacing w:before="120"/>
      </w:pPr>
      <w:r>
        <w:rPr>
          <w:rFonts w:ascii="Times New Roman" w:hAnsi="Times New Roman"/>
          <w:b/>
          <w:sz w:val="24"/>
        </w:rPr>
        <w:t xml:space="preserve">Тип урока: </w:t>
      </w:r>
      <w:r>
        <w:rPr>
          <w:rFonts w:ascii="Times New Roman" w:hAnsi="Times New Roman"/>
          <w:b w:val="0"/>
          <w:i w:val="0"/>
          <w:sz w:val="24"/>
        </w:rPr>
        <w:t>Урок закрепления знаний</w:t>
      </w:r>
    </w:p>
    <w:p>
      <w:r>
        <w:rPr>
          <w:rFonts w:ascii="Times New Roman" w:hAnsi="Times New Roman"/>
          <w:b/>
          <w:sz w:val="24"/>
        </w:rPr>
        <w:t xml:space="preserve">Методы: </w:t>
      </w:r>
      <w:r>
        <w:rPr>
          <w:rFonts w:ascii="Times New Roman" w:hAnsi="Times New Roman"/>
          <w:b w:val="0"/>
          <w:i w:val="0"/>
          <w:sz w:val="24"/>
        </w:rPr>
        <w:t>словесный (беседа, объяснение), наглядный (работа с иллюстрациями), практический (выполнение упражнений)</w:t>
      </w:r>
    </w:p>
    <w:p>
      <w:r>
        <w:rPr>
          <w:rFonts w:ascii="Times New Roman" w:hAnsi="Times New Roman"/>
          <w:b/>
          <w:sz w:val="24"/>
        </w:rPr>
        <w:t xml:space="preserve">Оборудование: </w:t>
      </w:r>
      <w:r>
        <w:rPr>
          <w:rFonts w:ascii="Times New Roman" w:hAnsi="Times New Roman"/>
          <w:b w:val="0"/>
          <w:i w:val="0"/>
          <w:sz w:val="24"/>
        </w:rPr>
        <w:t>учебник русского языка, рабочая тетрадь, карточки с заданиями, иллюстрации по теме, доска, мел</w:t>
      </w:r>
    </w:p>
    <w:p>
      <w:pPr>
        <w:keepNext/>
        <w:spacing w:before="120"/>
      </w:pPr>
      <w:r>
        <w:rPr>
          <w:rFonts w:ascii="Times New Roman" w:hAnsi="Times New Roman"/>
          <w:b/>
          <w:i w:val="0"/>
          <w:color w:val="1976D2"/>
          <w:sz w:val="24"/>
        </w:rPr>
        <w:t>Ожидаемые результаты:</w:t>
      </w:r>
    </w:p>
    <w:p>
      <w:r>
        <w:rPr>
          <w:rFonts w:ascii="Times New Roman" w:hAnsi="Times New Roman"/>
          <w:b/>
          <w:sz w:val="24"/>
        </w:rPr>
        <w:t xml:space="preserve">Учитель: </w:t>
      </w:r>
      <w:r>
        <w:rPr>
          <w:rFonts w:ascii="Times New Roman" w:hAnsi="Times New Roman"/>
          <w:b w:val="0"/>
          <w:i w:val="0"/>
          <w:sz w:val="24"/>
        </w:rPr>
        <w:t>Учитель сможет эффективно повторить пройденный материал, используя наглядные пособия и разнообразные формы работы. Учитель оценит уровень усвоения знаний учениками и скорректирует дальнейшую работу.</w:t>
      </w:r>
    </w:p>
    <w:p>
      <w:r>
        <w:rPr>
          <w:rFonts w:ascii="Times New Roman" w:hAnsi="Times New Roman"/>
          <w:b/>
          <w:sz w:val="24"/>
        </w:rPr>
        <w:t xml:space="preserve">Ученик: </w:t>
      </w:r>
      <w:r>
        <w:rPr>
          <w:rFonts w:ascii="Times New Roman" w:hAnsi="Times New Roman"/>
          <w:b w:val="0"/>
          <w:i w:val="0"/>
          <w:sz w:val="24"/>
        </w:rPr>
        <w:t>Ученики смогут применить полученные знания на практике, отвечать на вопросы и выполнять задания по пройденным темам. Ученики почувствуют уверенность в своих знаниях и получат положительные эмоции от урока.</w:t>
      </w:r>
    </w:p>
    <w:p>
      <w:pPr>
        <w:keepNext/>
        <w:spacing w:before="200"/>
      </w:pPr>
      <w:r>
        <w:rPr>
          <w:rFonts w:ascii="Times New Roman" w:hAnsi="Times New Roman"/>
          <w:b/>
          <w:i w:val="0"/>
          <w:color w:val="1976D2"/>
          <w:sz w:val="24"/>
        </w:rPr>
        <w:t>Ход урока:</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w:t>
            </w:r>
          </w:p>
        </w:tc>
        <w:tc>
          <w:tcPr>
            <w:tcW w:type="dxa" w:w="3105"/>
            <w:shd w:val="clear" w:fill="FFE0B2"/>
          </w:tcPr>
          <w:p>
            <w:r>
              <w:rPr>
                <w:b/>
                <w:color w:val="1976D2"/>
              </w:rPr>
              <w:t>Этап</w:t>
            </w:r>
          </w:p>
        </w:tc>
        <w:tc>
          <w:tcPr>
            <w:tcW w:type="dxa" w:w="3105"/>
            <w:shd w:val="clear" w:fill="FFE0B2"/>
          </w:tcPr>
          <w:p>
            <w:r>
              <w:rPr>
                <w:b/>
                <w:color w:val="1976D2"/>
              </w:rPr>
              <w:t>Время</w:t>
            </w:r>
          </w:p>
        </w:tc>
      </w:tr>
      <w:tr>
        <w:tc>
          <w:tcPr>
            <w:tcW w:type="dxa" w:w="3105"/>
            <w:shd w:val="clear" w:fill="FFF8E1"/>
          </w:tcPr>
          <w:p>
            <w:r>
              <w:t>1</w:t>
            </w:r>
          </w:p>
        </w:tc>
        <w:tc>
          <w:tcPr>
            <w:tcW w:type="dxa" w:w="3105"/>
            <w:shd w:val="clear" w:fill="FFF8E1"/>
          </w:tcPr>
          <w:p>
            <w:r>
              <w:rPr>
                <w:rFonts w:ascii="Times New Roman" w:hAnsi="Times New Roman"/>
                <w:b w:val="0"/>
                <w:i w:val="0"/>
                <w:sz w:val="24"/>
              </w:rPr>
              <w:t>Организационная часть</w:t>
            </w:r>
          </w:p>
        </w:tc>
        <w:tc>
          <w:tcPr>
            <w:tcW w:type="dxa" w:w="3105"/>
            <w:shd w:val="clear" w:fill="FFF8E1"/>
          </w:tcPr>
          <w:p>
            <w:r>
              <w:t>3 минут</w:t>
            </w:r>
          </w:p>
        </w:tc>
      </w:tr>
      <w:tr>
        <w:tc>
          <w:tcPr>
            <w:tcW w:type="dxa" w:w="3105"/>
          </w:tcPr>
          <w:p>
            <w:r>
              <w:t>2</w:t>
            </w:r>
          </w:p>
        </w:tc>
        <w:tc>
          <w:tcPr>
            <w:tcW w:type="dxa" w:w="3105"/>
          </w:tcPr>
          <w:p>
            <w:r>
              <w:rPr>
                <w:rFonts w:ascii="Times New Roman" w:hAnsi="Times New Roman"/>
                <w:b w:val="0"/>
                <w:i w:val="0"/>
                <w:sz w:val="24"/>
              </w:rPr>
              <w:t>Закрепление пройденной темы</w:t>
            </w:r>
          </w:p>
        </w:tc>
        <w:tc>
          <w:tcPr>
            <w:tcW w:type="dxa" w:w="3105"/>
          </w:tcPr>
          <w:p>
            <w:r>
              <w:t>15 минут</w:t>
            </w:r>
          </w:p>
        </w:tc>
      </w:tr>
      <w:tr>
        <w:tc>
          <w:tcPr>
            <w:tcW w:type="dxa" w:w="3105"/>
            <w:shd w:val="clear" w:fill="FFF8E1"/>
          </w:tcPr>
          <w:p>
            <w:r>
              <w:t>3</w:t>
            </w:r>
          </w:p>
        </w:tc>
        <w:tc>
          <w:tcPr>
            <w:tcW w:type="dxa" w:w="3105"/>
            <w:shd w:val="clear" w:fill="FFF8E1"/>
          </w:tcPr>
          <w:p>
            <w:r>
              <w:rPr>
                <w:rFonts w:ascii="Times New Roman" w:hAnsi="Times New Roman"/>
                <w:b w:val="0"/>
                <w:i w:val="0"/>
                <w:sz w:val="24"/>
              </w:rPr>
              <w:t>Изложение новой темы</w:t>
            </w:r>
          </w:p>
        </w:tc>
        <w:tc>
          <w:tcPr>
            <w:tcW w:type="dxa" w:w="3105"/>
            <w:shd w:val="clear" w:fill="FFF8E1"/>
          </w:tcPr>
          <w:p>
            <w:r>
              <w:t>0 минут</w:t>
            </w:r>
          </w:p>
        </w:tc>
      </w:tr>
      <w:tr>
        <w:tc>
          <w:tcPr>
            <w:tcW w:type="dxa" w:w="3105"/>
          </w:tcPr>
          <w:p>
            <w:r>
              <w:t>4</w:t>
            </w:r>
          </w:p>
        </w:tc>
        <w:tc>
          <w:tcPr>
            <w:tcW w:type="dxa" w:w="3105"/>
          </w:tcPr>
          <w:p>
            <w:r>
              <w:rPr>
                <w:rFonts w:ascii="Times New Roman" w:hAnsi="Times New Roman"/>
                <w:b w:val="0"/>
                <w:i w:val="0"/>
                <w:sz w:val="24"/>
              </w:rPr>
              <w:t>Закрепление новой темы</w:t>
            </w:r>
          </w:p>
        </w:tc>
        <w:tc>
          <w:tcPr>
            <w:tcW w:type="dxa" w:w="3105"/>
          </w:tcPr>
          <w:p>
            <w:r>
              <w:t>20 минут</w:t>
            </w:r>
          </w:p>
        </w:tc>
      </w:tr>
      <w:tr>
        <w:tc>
          <w:tcPr>
            <w:tcW w:type="dxa" w:w="3105"/>
            <w:shd w:val="clear" w:fill="FFF8E1"/>
          </w:tcPr>
          <w:p>
            <w:r>
              <w:t>5</w:t>
            </w:r>
          </w:p>
        </w:tc>
        <w:tc>
          <w:tcPr>
            <w:tcW w:type="dxa" w:w="3105"/>
            <w:shd w:val="clear" w:fill="FFF8E1"/>
          </w:tcPr>
          <w:p>
            <w:r>
              <w:rPr>
                <w:rFonts w:ascii="Times New Roman" w:hAnsi="Times New Roman"/>
                <w:b w:val="0"/>
                <w:i w:val="0"/>
                <w:sz w:val="24"/>
              </w:rPr>
              <w:t>Поощрение учащихся. Завершение урока.</w:t>
            </w:r>
          </w:p>
        </w:tc>
        <w:tc>
          <w:tcPr>
            <w:tcW w:type="dxa" w:w="3105"/>
            <w:shd w:val="clear" w:fill="FFF8E1"/>
          </w:tcPr>
          <w:p>
            <w:r>
              <w:t>4 минут</w:t>
            </w:r>
          </w:p>
        </w:tc>
      </w:tr>
      <w:tr>
        <w:tc>
          <w:tcPr>
            <w:tcW w:type="dxa" w:w="3105"/>
          </w:tcPr>
          <w:p>
            <w:r>
              <w:t>6</w:t>
            </w:r>
          </w:p>
        </w:tc>
        <w:tc>
          <w:tcPr>
            <w:tcW w:type="dxa" w:w="3105"/>
          </w:tcPr>
          <w:p>
            <w:r>
              <w:rPr>
                <w:rFonts w:ascii="Times New Roman" w:hAnsi="Times New Roman"/>
                <w:b w:val="0"/>
                <w:i w:val="0"/>
                <w:sz w:val="24"/>
              </w:rPr>
              <w:t>Домашнее задание</w:t>
            </w:r>
          </w:p>
        </w:tc>
        <w:tc>
          <w:tcPr>
            <w:tcW w:type="dxa" w:w="3105"/>
          </w:tcPr>
          <w:p>
            <w:r>
              <w:t>3 минут</w:t>
            </w:r>
          </w:p>
        </w:tc>
      </w:tr>
      <w:tr>
        <w:tc>
          <w:tcPr>
            <w:tcW w:type="dxa" w:w="3105"/>
          </w:tcPr>
          <w:p/>
        </w:tc>
        <w:tc>
          <w:tcPr>
            <w:tcW w:type="dxa" w:w="3105"/>
          </w:tcPr>
          <w:p>
            <w:r>
              <w:rPr>
                <w:b/>
              </w:rPr>
              <w:t>Всего</w:t>
            </w:r>
          </w:p>
        </w:tc>
        <w:tc>
          <w:tcPr>
            <w:tcW w:type="dxa" w:w="3105"/>
          </w:tcPr>
          <w:p>
            <w:r>
              <w:rPr>
                <w:b/>
              </w:rPr>
              <w:t>45 минут</w:t>
            </w:r>
          </w:p>
        </w:tc>
      </w:tr>
    </w:tbl>
    <w:p>
      <w:pPr>
        <w:keepNext/>
        <w:spacing w:before="280"/>
      </w:pPr>
      <w:r>
        <w:rPr>
          <w:rFonts w:ascii="Times New Roman" w:hAnsi="Times New Roman"/>
          <w:b/>
          <w:i w:val="0"/>
          <w:color w:val="C62828"/>
          <w:sz w:val="26"/>
        </w:rPr>
        <w:t>I. Организационная часть</w:t>
      </w:r>
    </w:p>
    <w:p>
      <w:pPr>
        <w:keepNext w:val="0"/>
      </w:pPr>
      <w:r>
        <w:rPr>
          <w:rFonts w:ascii="Times New Roman" w:hAnsi="Times New Roman"/>
          <w:b w:val="0"/>
          <w:i w:val="0"/>
          <w:sz w:val="24"/>
        </w:rPr>
        <w:t>Приветствие, проверка посещаемости, подготовка учащихся к уроку.</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Здравствуйте, ребята!</w:t>
            </w:r>
          </w:p>
          <w:p>
            <w:pPr>
              <w:keepNext w:val="0"/>
              <w:spacing w:after="0"/>
              <w:jc w:val="center"/>
            </w:pPr>
            <w:r>
              <w:rPr>
                <w:rFonts w:ascii="Times New Roman" w:hAnsi="Times New Roman"/>
                <w:b/>
                <w:i w:val="0"/>
                <w:color w:val="1565C0"/>
                <w:sz w:val="24"/>
              </w:rPr>
              <w:t>Мы пришли сюда учиться.</w:t>
            </w:r>
          </w:p>
          <w:p>
            <w:pPr>
              <w:keepNext w:val="0"/>
              <w:spacing w:after="0"/>
              <w:jc w:val="center"/>
            </w:pPr>
            <w:r>
              <w:rPr>
                <w:rFonts w:ascii="Times New Roman" w:hAnsi="Times New Roman"/>
                <w:b/>
                <w:i w:val="0"/>
                <w:color w:val="1565C0"/>
                <w:sz w:val="24"/>
              </w:rPr>
              <w:t>Ждет нас русский наш язык,</w:t>
            </w:r>
          </w:p>
          <w:p>
            <w:pPr>
              <w:keepNext w:val="0"/>
              <w:spacing w:after="0"/>
              <w:jc w:val="center"/>
            </w:pPr>
            <w:r>
              <w:rPr>
                <w:rFonts w:ascii="Times New Roman" w:hAnsi="Times New Roman"/>
                <w:b/>
                <w:i w:val="0"/>
                <w:color w:val="1565C0"/>
                <w:sz w:val="24"/>
              </w:rPr>
              <w:t>Будем мы сегодня трудиться.</w:t>
            </w:r>
          </w:p>
          <w:p>
            <w:pPr>
              <w:keepNext w:val="0"/>
              <w:spacing w:after="0"/>
              <w:jc w:val="center"/>
            </w:pPr>
            <w:r>
              <w:rPr>
                <w:rFonts w:ascii="Times New Roman" w:hAnsi="Times New Roman"/>
                <w:b/>
                <w:i w:val="0"/>
                <w:color w:val="1565C0"/>
                <w:sz w:val="24"/>
              </w:rPr>
              <w:t>Тема наша – «Повторение»,</w:t>
            </w:r>
          </w:p>
          <w:p>
            <w:pPr>
              <w:keepNext w:val="0"/>
              <w:spacing w:after="0"/>
              <w:jc w:val="center"/>
            </w:pPr>
            <w:r>
              <w:rPr>
                <w:rFonts w:ascii="Times New Roman" w:hAnsi="Times New Roman"/>
                <w:b/>
                <w:i w:val="0"/>
                <w:color w:val="1565C0"/>
                <w:sz w:val="24"/>
              </w:rPr>
              <w:t>Ждет нас много обученья!</w:t>
            </w:r>
          </w:p>
        </w:tc>
        <w:tc>
          <w:tcPr>
            <w:tcW w:type="dxa" w:w="3744"/>
            <w:vAlign w:val="center"/>
          </w:tcPr>
          <w:p>
            <w:pPr>
              <w:jc w:val="center"/>
            </w:pPr>
            <w:r>
              <w:drawing>
                <wp:inline xmlns:a="http://schemas.openxmlformats.org/drawingml/2006/main" xmlns:pic="http://schemas.openxmlformats.org/drawingml/2006/picture">
                  <wp:extent cx="2194560" cy="1197033"/>
                  <wp:docPr id="2" name="Picture 2"/>
                  <wp:cNvGraphicFramePr>
                    <a:graphicFrameLocks noChangeAspect="1"/>
                  </wp:cNvGraphicFramePr>
                  <a:graphic>
                    <a:graphicData uri="http://schemas.openxmlformats.org/drawingml/2006/picture">
                      <pic:pic>
                        <pic:nvPicPr>
                          <pic:cNvPr id="0" name="7cdcfce7-d2f3-49c3-836c-b32a697cfff1_3_4bd06fcb.jpg"/>
                          <pic:cNvPicPr/>
                        </pic:nvPicPr>
                        <pic:blipFill>
                          <a:blip r:embed="rId11"/>
                          <a:stretch>
                            <a:fillRect/>
                          </a:stretch>
                        </pic:blipFill>
                        <pic:spPr>
                          <a:xfrm>
                            <a:off x="0" y="0"/>
                            <a:ext cx="2194560" cy="1197033"/>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Закрепление пройденной темы</w:t>
      </w:r>
    </w:p>
    <w:p>
      <w:pPr>
        <w:keepNext w:val="0"/>
      </w:pPr>
      <w:r>
        <w:rPr>
          <w:rFonts w:ascii="Times New Roman" w:hAnsi="Times New Roman"/>
          <w:b w:val="0"/>
          <w:i w:val="0"/>
          <w:sz w:val="24"/>
        </w:rPr>
        <w:t>Знания и навыки учащихся проверяются вопросами, спрашивается домашнее задание, учащиеся оцениваются.</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1197033"/>
                  <wp:docPr id="3" name="Picture 3"/>
                  <wp:cNvGraphicFramePr>
                    <a:graphicFrameLocks noChangeAspect="1"/>
                  </wp:cNvGraphicFramePr>
                  <a:graphic>
                    <a:graphicData uri="http://schemas.openxmlformats.org/drawingml/2006/picture">
                      <pic:pic>
                        <pic:nvPicPr>
                          <pic:cNvPr id="0" name="7cdcfce7-d2f3-49c3-836c-b32a697cfff1_7_de1a58d7.jpg"/>
                          <pic:cNvPicPr/>
                        </pic:nvPicPr>
                        <pic:blipFill>
                          <a:blip r:embed="rId12"/>
                          <a:stretch>
                            <a:fillRect/>
                          </a:stretch>
                        </pic:blipFill>
                        <pic:spPr>
                          <a:xfrm>
                            <a:off x="0" y="0"/>
                            <a:ext cx="2194560" cy="1197033"/>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Веселая минутка</w:t>
            </w:r>
          </w:p>
          <w:p>
            <w:pPr>
              <w:keepNext w:val="0"/>
              <w:spacing w:after="0"/>
              <w:jc w:val="center"/>
            </w:pPr>
            <w:r>
              <w:rPr>
                <w:rFonts w:ascii="Times New Roman" w:hAnsi="Times New Roman"/>
                <w:b/>
                <w:i w:val="0"/>
                <w:color w:val="1565C0"/>
                <w:sz w:val="24"/>
              </w:rPr>
              <w:t>Мы похлопаем в ладоши,</w:t>
            </w:r>
          </w:p>
          <w:p>
            <w:pPr>
              <w:keepNext w:val="0"/>
              <w:spacing w:after="0"/>
              <w:jc w:val="center"/>
            </w:pPr>
            <w:r>
              <w:rPr>
                <w:rFonts w:ascii="Times New Roman" w:hAnsi="Times New Roman"/>
                <w:b/>
                <w:i w:val="0"/>
                <w:color w:val="1565C0"/>
                <w:sz w:val="24"/>
              </w:rPr>
              <w:t>Потопаем ногами.</w:t>
            </w:r>
          </w:p>
          <w:p>
            <w:pPr>
              <w:keepNext w:val="0"/>
              <w:spacing w:after="0"/>
              <w:jc w:val="center"/>
            </w:pPr>
            <w:r>
              <w:rPr>
                <w:rFonts w:ascii="Times New Roman" w:hAnsi="Times New Roman"/>
                <w:b/>
                <w:i w:val="0"/>
                <w:color w:val="1565C0"/>
                <w:sz w:val="24"/>
              </w:rPr>
              <w:t>Покружимся, попрыгаем</w:t>
            </w:r>
          </w:p>
          <w:p>
            <w:pPr>
              <w:keepNext w:val="0"/>
              <w:spacing w:after="0"/>
              <w:jc w:val="center"/>
            </w:pPr>
            <w:r>
              <w:rPr>
                <w:rFonts w:ascii="Times New Roman" w:hAnsi="Times New Roman"/>
                <w:b/>
                <w:i w:val="0"/>
                <w:color w:val="1565C0"/>
                <w:sz w:val="24"/>
              </w:rPr>
              <w:t>И сядем мы за парты.</w:t>
            </w:r>
          </w:p>
          <w:p>
            <w:pPr>
              <w:keepNext w:val="0"/>
              <w:spacing w:after="0"/>
              <w:jc w:val="center"/>
            </w:pPr>
            <w:r>
              <w:rPr>
                <w:rFonts w:ascii="Times New Roman" w:hAnsi="Times New Roman"/>
                <w:b/>
                <w:i w:val="0"/>
                <w:color w:val="1565C0"/>
                <w:sz w:val="24"/>
              </w:rPr>
              <w:t>Повторим мы всё, что знаем,</w:t>
            </w:r>
          </w:p>
          <w:p>
            <w:pPr>
              <w:keepNext w:val="0"/>
              <w:spacing w:after="0"/>
              <w:jc w:val="center"/>
            </w:pPr>
            <w:r>
              <w:rPr>
                <w:rFonts w:ascii="Times New Roman" w:hAnsi="Times New Roman"/>
                <w:b/>
                <w:i w:val="0"/>
                <w:color w:val="1565C0"/>
                <w:sz w:val="24"/>
              </w:rPr>
              <w:t>Снова к знаниям приступаем!</w:t>
            </w:r>
          </w:p>
        </w:tc>
      </w:tr>
    </w:tbl>
    <w:p>
      <w:pPr>
        <w:spacing w:before="0" w:after="80"/>
      </w:pPr>
    </w:p>
    <w:p>
      <w:pPr>
        <w:keepNext/>
        <w:spacing w:before="280"/>
      </w:pPr>
      <w:r>
        <w:rPr>
          <w:rFonts w:ascii="Times New Roman" w:hAnsi="Times New Roman"/>
          <w:b/>
          <w:i w:val="0"/>
          <w:color w:val="2E7D32"/>
          <w:sz w:val="26"/>
        </w:rPr>
        <w:t>III. Изложение новой темы</w:t>
      </w:r>
    </w:p>
    <w:p>
      <w:pPr>
        <w:keepNext w:val="0"/>
      </w:pPr>
      <w:r>
        <w:rPr>
          <w:rFonts w:ascii="Times New Roman" w:hAnsi="Times New Roman"/>
          <w:b w:val="0"/>
          <w:i w:val="0"/>
          <w:sz w:val="24"/>
        </w:rPr>
        <w:t>Здравствуйте, ребята! Сегодня мы с вами отправимся в увлекательное путешествие по миру русского языка. Мы будем повторять всё, что уже знаем, и узнаем много нового. Посмотрите вокруг: на столе лежат книги, в окне светит солнце, а на доске написаны слова. Все эти предметы и явления имеют свои названия. Как вы думаете, как мы можем описать эти предметы? Например, книга может быть интересной, солнце – ярким, а слова – важными. Сегодня мы будем говорить о словах, которые помогают нам описывать предметы, отвечая на вопросы: какой? какая? какое? какие? Это слова-помощники, которые делают нашу речь яркой и точной.</w:t>
      </w:r>
    </w:p>
    <w:p>
      <w:pPr>
        <w:keepNext w:val="0"/>
      </w:pPr>
      <w:r>
        <w:rPr>
          <w:rFonts w:ascii="Times New Roman" w:hAnsi="Times New Roman"/>
          <w:b w:val="0"/>
          <w:i w:val="0"/>
          <w:sz w:val="24"/>
        </w:rPr>
        <w:t xml:space="preserve">Эти слова называются </w:t>
      </w:r>
      <w:r>
        <w:rPr>
          <w:rFonts w:ascii="Times New Roman" w:hAnsi="Times New Roman"/>
          <w:b/>
          <w:i w:val="0"/>
          <w:color w:val="C2185B"/>
          <w:sz w:val="24"/>
        </w:rPr>
        <w:t>прилагательными</w:t>
      </w:r>
      <w:r>
        <w:rPr>
          <w:rFonts w:ascii="Times New Roman" w:hAnsi="Times New Roman"/>
          <w:b w:val="0"/>
          <w:i w:val="0"/>
          <w:sz w:val="24"/>
        </w:rPr>
        <w:t xml:space="preserve">. Прилагательное – это часть речи, которая обозначает признак предмета и отвечает на вопросы </w:t>
      </w:r>
      <w:r>
        <w:rPr>
          <w:rFonts w:ascii="Times New Roman" w:hAnsi="Times New Roman"/>
          <w:b/>
          <w:i w:val="0"/>
          <w:color w:val="C2185B"/>
          <w:sz w:val="24"/>
        </w:rPr>
        <w:t>какой? какая? какое? какие?</w:t>
      </w:r>
      <w:r>
        <w:rPr>
          <w:rFonts w:ascii="Times New Roman" w:hAnsi="Times New Roman"/>
          <w:b w:val="0"/>
          <w:i w:val="0"/>
          <w:sz w:val="24"/>
        </w:rPr>
        <w:t xml:space="preserve">. Например, в предложении «Наступила </w:t>
      </w:r>
      <w:r>
        <w:rPr>
          <w:rFonts w:ascii="Times New Roman" w:hAnsi="Times New Roman"/>
          <w:b/>
          <w:i w:val="0"/>
          <w:color w:val="C2185B"/>
          <w:sz w:val="24"/>
        </w:rPr>
        <w:t>тёплая</w:t>
      </w:r>
      <w:r>
        <w:rPr>
          <w:rFonts w:ascii="Times New Roman" w:hAnsi="Times New Roman"/>
          <w:b w:val="0"/>
          <w:i w:val="0"/>
          <w:sz w:val="24"/>
        </w:rPr>
        <w:t xml:space="preserve"> осень» слово «тёплая» обозначает признак осени и отвечает на вопрос «какая?». Прилагательные всегда стоят рядом с существительными, которые они описывают. Они делают нашу речь более красочной и выразительной. Без прилагательных мы бы говорили очень скучно, например: «Наступила осень», а не «Наступила </w:t>
      </w:r>
      <w:r>
        <w:rPr>
          <w:rFonts w:ascii="Times New Roman" w:hAnsi="Times New Roman"/>
          <w:b/>
          <w:i w:val="0"/>
          <w:color w:val="C2185B"/>
          <w:sz w:val="24"/>
        </w:rPr>
        <w:t>чудесная</w:t>
      </w:r>
      <w:r>
        <w:rPr>
          <w:rFonts w:ascii="Times New Roman" w:hAnsi="Times New Roman"/>
          <w:b w:val="0"/>
          <w:i w:val="0"/>
          <w:sz w:val="24"/>
        </w:rPr>
        <w:t xml:space="preserve">, </w:t>
      </w:r>
      <w:r>
        <w:rPr>
          <w:rFonts w:ascii="Times New Roman" w:hAnsi="Times New Roman"/>
          <w:b/>
          <w:i w:val="0"/>
          <w:color w:val="C2185B"/>
          <w:sz w:val="24"/>
        </w:rPr>
        <w:t>золотая</w:t>
      </w:r>
      <w:r>
        <w:rPr>
          <w:rFonts w:ascii="Times New Roman" w:hAnsi="Times New Roman"/>
          <w:b w:val="0"/>
          <w:i w:val="0"/>
          <w:sz w:val="24"/>
        </w:rPr>
        <w:t xml:space="preserve"> осень».</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Ключевые термины</w:t>
            </w:r>
          </w:p>
          <w:p>
            <w:pPr>
              <w:keepNext w:val="0"/>
            </w:pPr>
            <w:r>
              <w:rPr>
                <w:rFonts w:ascii="Times New Roman" w:hAnsi="Times New Roman"/>
                <w:b/>
                <w:i w:val="0"/>
                <w:color w:val="C2185B"/>
                <w:sz w:val="24"/>
              </w:rPr>
              <w:t>Прилагательное</w:t>
            </w:r>
            <w:r>
              <w:rPr>
                <w:rFonts w:ascii="Times New Roman" w:hAnsi="Times New Roman"/>
                <w:b w:val="0"/>
                <w:i w:val="0"/>
                <w:sz w:val="24"/>
              </w:rPr>
              <w:t xml:space="preserve"> — Часть речи, обозначающая признак предмета и отвечающая на вопросы какой? какая? какое? какие?</w:t>
            </w:r>
          </w:p>
          <w:p>
            <w:pPr>
              <w:keepNext w:val="0"/>
            </w:pPr>
            <w:r>
              <w:rPr>
                <w:rFonts w:ascii="Times New Roman" w:hAnsi="Times New Roman"/>
                <w:b/>
                <w:i w:val="0"/>
                <w:color w:val="C2185B"/>
                <w:sz w:val="24"/>
              </w:rPr>
              <w:t>Признак предмета</w:t>
            </w:r>
            <w:r>
              <w:rPr>
                <w:rFonts w:ascii="Times New Roman" w:hAnsi="Times New Roman"/>
                <w:b w:val="0"/>
                <w:i w:val="0"/>
                <w:sz w:val="24"/>
              </w:rPr>
              <w:t xml:space="preserve"> — Свойство или качество предмета, которое описывает прилагательное.</w:t>
            </w:r>
          </w:p>
          <w:p>
            <w:pPr>
              <w:keepNext w:val="0"/>
            </w:pPr>
            <w:r>
              <w:rPr>
                <w:rFonts w:ascii="Times New Roman" w:hAnsi="Times New Roman"/>
                <w:b/>
                <w:i w:val="0"/>
                <w:color w:val="C2185B"/>
                <w:sz w:val="24"/>
              </w:rPr>
              <w:t>Вопросы прилагательного</w:t>
            </w:r>
            <w:r>
              <w:rPr>
                <w:rFonts w:ascii="Times New Roman" w:hAnsi="Times New Roman"/>
                <w:b w:val="0"/>
                <w:i w:val="0"/>
                <w:sz w:val="24"/>
              </w:rPr>
              <w:t xml:space="preserve"> — Какая часть речи отвечает на вопросы: какой? какая? какое? какие?</w:t>
            </w:r>
          </w:p>
        </w:tc>
      </w:tr>
    </w:tbl>
    <w:p>
      <w:pPr>
        <w:spacing w:before="0" w:after="80"/>
      </w:pP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pPr>
            <w:r>
              <w:rPr>
                <w:rFonts w:ascii="Times New Roman" w:hAnsi="Times New Roman"/>
                <w:b w:val="0"/>
                <w:i w:val="0"/>
                <w:sz w:val="24"/>
              </w:rPr>
              <w:t>Давайте разберём предложение: «Маленькая белочка сидела на ветке». Кто сидел на ветке? Белочка. Какая белочка? Маленькая. Слово «маленькая» обозначает признак белочки и отвечает на вопрос «какая?». Значит, «маленькая» – это прилагательное. Оно описывает существительное «белочка». Если бы мы сказали просто «Белочка сидела на ветке», мы бы не узнали, какого размера была белочка. Прилагательные помогают нам представить предмет или явление более точно.</w:t>
            </w:r>
          </w:p>
        </w:tc>
        <w:tc>
          <w:tcPr>
            <w:tcW w:type="dxa" w:w="3744"/>
            <w:vAlign w:val="center"/>
          </w:tcPr>
          <w:p>
            <w:pPr>
              <w:jc w:val="center"/>
            </w:pPr>
            <w:r>
              <w:drawing>
                <wp:inline xmlns:a="http://schemas.openxmlformats.org/drawingml/2006/main" xmlns:pic="http://schemas.openxmlformats.org/drawingml/2006/picture">
                  <wp:extent cx="2194560" cy="1197033"/>
                  <wp:docPr id="4" name="Picture 4"/>
                  <wp:cNvGraphicFramePr>
                    <a:graphicFrameLocks noChangeAspect="1"/>
                  </wp:cNvGraphicFramePr>
                  <a:graphic>
                    <a:graphicData uri="http://schemas.openxmlformats.org/drawingml/2006/picture">
                      <pic:pic>
                        <pic:nvPicPr>
                          <pic:cNvPr id="0" name="7cdcfce7-d2f3-49c3-836c-b32a697cfff1_13_f618b727.jpg"/>
                          <pic:cNvPicPr/>
                        </pic:nvPicPr>
                        <pic:blipFill>
                          <a:blip r:embed="rId13"/>
                          <a:stretch>
                            <a:fillRect/>
                          </a:stretch>
                        </pic:blipFill>
                        <pic:spPr>
                          <a:xfrm>
                            <a:off x="0" y="0"/>
                            <a:ext cx="2194560" cy="1197033"/>
                          </a:xfrm>
                          <a:prstGeom prst="rect"/>
                        </pic:spPr>
                      </pic:pic>
                    </a:graphicData>
                  </a:graphic>
                </wp:inline>
              </w:drawing>
            </w:r>
          </w:p>
        </w:tc>
      </w:tr>
    </w:tbl>
    <w:p>
      <w:pPr>
        <w:spacing w:before="0" w:after="80"/>
      </w:pPr>
    </w:p>
    <w:p>
      <w:pPr>
        <w:keepNext/>
        <w:spacing w:before="160"/>
      </w:pPr>
      <w:r>
        <w:rPr>
          <w:rFonts w:ascii="Times New Roman" w:hAnsi="Times New Roman"/>
          <w:b/>
          <w:i w:val="0"/>
          <w:color w:val="C2185B"/>
          <w:sz w:val="24"/>
        </w:rPr>
        <w:t>Прилагательные и их признаки</w:t>
      </w:r>
    </w:p>
    <w:tbl>
      <w:tblPr>
        <w:tblStyle w:val="TableGrid"/>
        <w:tblW w:type="auto" w:w="0"/>
        <w:jc w:val="center"/>
        <w:tblLook w:firstColumn="1" w:firstRow="1" w:lastColumn="0" w:lastRow="0" w:noHBand="0" w:noVBand="1" w:val="04A0"/>
      </w:tblPr>
      <w:tblGrid>
        <w:gridCol w:w="3105"/>
        <w:gridCol w:w="3105"/>
        <w:gridCol w:w="3105"/>
      </w:tblGrid>
      <w:tr>
        <w:tc>
          <w:tcPr>
            <w:tcW w:type="dxa" w:w="3105"/>
            <w:shd w:val="clear" w:fill="FFB74D"/>
          </w:tcPr>
          <w:p>
            <w:pPr>
              <w:jc w:val="center"/>
            </w:pPr>
            <w:r>
              <w:rPr>
                <w:rFonts w:ascii="Times New Roman" w:hAnsi="Times New Roman"/>
                <w:b/>
                <w:i w:val="0"/>
                <w:sz w:val="24"/>
              </w:rPr>
              <w:t>Вопрос</w:t>
            </w:r>
          </w:p>
        </w:tc>
        <w:tc>
          <w:tcPr>
            <w:tcW w:type="dxa" w:w="3105"/>
            <w:shd w:val="clear" w:fill="81C784"/>
          </w:tcPr>
          <w:p>
            <w:pPr>
              <w:jc w:val="center"/>
            </w:pPr>
            <w:r>
              <w:rPr>
                <w:rFonts w:ascii="Times New Roman" w:hAnsi="Times New Roman"/>
                <w:b/>
                <w:i w:val="0"/>
                <w:sz w:val="24"/>
              </w:rPr>
              <w:t>Прилагательное</w:t>
            </w:r>
          </w:p>
        </w:tc>
        <w:tc>
          <w:tcPr>
            <w:tcW w:type="dxa" w:w="3105"/>
            <w:shd w:val="clear" w:fill="64B5F6"/>
          </w:tcPr>
          <w:p>
            <w:pPr>
              <w:jc w:val="center"/>
            </w:pPr>
            <w:r>
              <w:rPr>
                <w:rFonts w:ascii="Times New Roman" w:hAnsi="Times New Roman"/>
                <w:b/>
                <w:i w:val="0"/>
                <w:sz w:val="24"/>
              </w:rPr>
              <w:t>Описываемое существительное</w:t>
            </w:r>
          </w:p>
        </w:tc>
      </w:tr>
      <w:tr>
        <w:tc>
          <w:tcPr>
            <w:tcW w:type="dxa" w:w="3105"/>
            <w:shd w:val="clear" w:fill="FFF3E0"/>
          </w:tcPr>
          <w:p>
            <w:pPr>
              <w:jc w:val="center"/>
            </w:pPr>
            <w:r>
              <w:rPr>
                <w:rFonts w:ascii="Times New Roman" w:hAnsi="Times New Roman"/>
                <w:b w:val="0"/>
                <w:i w:val="0"/>
                <w:sz w:val="24"/>
              </w:rPr>
              <w:t>Какой?</w:t>
            </w:r>
          </w:p>
        </w:tc>
        <w:tc>
          <w:tcPr>
            <w:tcW w:type="dxa" w:w="3105"/>
            <w:shd w:val="clear" w:fill="E8F5E9"/>
          </w:tcPr>
          <w:p>
            <w:pPr>
              <w:jc w:val="center"/>
            </w:pPr>
            <w:r>
              <w:rPr>
                <w:rFonts w:ascii="Times New Roman" w:hAnsi="Times New Roman"/>
                <w:b w:val="0"/>
                <w:i w:val="0"/>
                <w:sz w:val="24"/>
              </w:rPr>
              <w:t>большой</w:t>
            </w:r>
          </w:p>
        </w:tc>
        <w:tc>
          <w:tcPr>
            <w:tcW w:type="dxa" w:w="3105"/>
            <w:shd w:val="clear" w:fill="E3F2FD"/>
          </w:tcPr>
          <w:p>
            <w:pPr>
              <w:jc w:val="center"/>
            </w:pPr>
            <w:r>
              <w:rPr>
                <w:rFonts w:ascii="Times New Roman" w:hAnsi="Times New Roman"/>
                <w:b w:val="0"/>
                <w:i w:val="0"/>
                <w:sz w:val="24"/>
              </w:rPr>
              <w:t>дом</w:t>
            </w:r>
          </w:p>
        </w:tc>
      </w:tr>
      <w:tr>
        <w:tc>
          <w:tcPr>
            <w:tcW w:type="dxa" w:w="3105"/>
            <w:shd w:val="clear" w:fill="FFF3E0"/>
          </w:tcPr>
          <w:p>
            <w:pPr>
              <w:jc w:val="center"/>
            </w:pPr>
            <w:r>
              <w:rPr>
                <w:rFonts w:ascii="Times New Roman" w:hAnsi="Times New Roman"/>
                <w:b w:val="0"/>
                <w:i w:val="0"/>
                <w:sz w:val="24"/>
              </w:rPr>
              <w:t>Какая?</w:t>
            </w:r>
          </w:p>
        </w:tc>
        <w:tc>
          <w:tcPr>
            <w:tcW w:type="dxa" w:w="3105"/>
            <w:shd w:val="clear" w:fill="E8F5E9"/>
          </w:tcPr>
          <w:p>
            <w:pPr>
              <w:jc w:val="center"/>
            </w:pPr>
            <w:r>
              <w:rPr>
                <w:rFonts w:ascii="Times New Roman" w:hAnsi="Times New Roman"/>
                <w:b w:val="0"/>
                <w:i w:val="0"/>
                <w:sz w:val="24"/>
              </w:rPr>
              <w:t>красная</w:t>
            </w:r>
          </w:p>
        </w:tc>
        <w:tc>
          <w:tcPr>
            <w:tcW w:type="dxa" w:w="3105"/>
            <w:shd w:val="clear" w:fill="E3F2FD"/>
          </w:tcPr>
          <w:p>
            <w:pPr>
              <w:jc w:val="center"/>
            </w:pPr>
            <w:r>
              <w:rPr>
                <w:rFonts w:ascii="Times New Roman" w:hAnsi="Times New Roman"/>
                <w:b w:val="0"/>
                <w:i w:val="0"/>
                <w:sz w:val="24"/>
              </w:rPr>
              <w:t>роза</w:t>
            </w:r>
          </w:p>
        </w:tc>
      </w:tr>
      <w:tr>
        <w:tc>
          <w:tcPr>
            <w:tcW w:type="dxa" w:w="3105"/>
            <w:shd w:val="clear" w:fill="FFF3E0"/>
          </w:tcPr>
          <w:p>
            <w:pPr>
              <w:jc w:val="center"/>
            </w:pPr>
            <w:r>
              <w:rPr>
                <w:rFonts w:ascii="Times New Roman" w:hAnsi="Times New Roman"/>
                <w:b w:val="0"/>
                <w:i w:val="0"/>
                <w:sz w:val="24"/>
              </w:rPr>
              <w:t>Какое?</w:t>
            </w:r>
          </w:p>
        </w:tc>
        <w:tc>
          <w:tcPr>
            <w:tcW w:type="dxa" w:w="3105"/>
            <w:shd w:val="clear" w:fill="E8F5E9"/>
          </w:tcPr>
          <w:p>
            <w:pPr>
              <w:jc w:val="center"/>
            </w:pPr>
            <w:r>
              <w:rPr>
                <w:rFonts w:ascii="Times New Roman" w:hAnsi="Times New Roman"/>
                <w:b w:val="0"/>
                <w:i w:val="0"/>
                <w:sz w:val="24"/>
              </w:rPr>
              <w:t>яркое</w:t>
            </w:r>
          </w:p>
        </w:tc>
        <w:tc>
          <w:tcPr>
            <w:tcW w:type="dxa" w:w="3105"/>
            <w:shd w:val="clear" w:fill="E3F2FD"/>
          </w:tcPr>
          <w:p>
            <w:pPr>
              <w:jc w:val="center"/>
            </w:pPr>
            <w:r>
              <w:rPr>
                <w:rFonts w:ascii="Times New Roman" w:hAnsi="Times New Roman"/>
                <w:b w:val="0"/>
                <w:i w:val="0"/>
                <w:sz w:val="24"/>
              </w:rPr>
              <w:t>солнце</w:t>
            </w:r>
          </w:p>
        </w:tc>
      </w:tr>
      <w:tr>
        <w:tc>
          <w:tcPr>
            <w:tcW w:type="dxa" w:w="3105"/>
            <w:shd w:val="clear" w:fill="FFF3E0"/>
          </w:tcPr>
          <w:p>
            <w:pPr>
              <w:jc w:val="center"/>
            </w:pPr>
            <w:r>
              <w:rPr>
                <w:rFonts w:ascii="Times New Roman" w:hAnsi="Times New Roman"/>
                <w:b w:val="0"/>
                <w:i w:val="0"/>
                <w:sz w:val="24"/>
              </w:rPr>
              <w:t>Какие?</w:t>
            </w:r>
          </w:p>
        </w:tc>
        <w:tc>
          <w:tcPr>
            <w:tcW w:type="dxa" w:w="3105"/>
            <w:shd w:val="clear" w:fill="E8F5E9"/>
          </w:tcPr>
          <w:p>
            <w:pPr>
              <w:jc w:val="center"/>
            </w:pPr>
            <w:r>
              <w:rPr>
                <w:rFonts w:ascii="Times New Roman" w:hAnsi="Times New Roman"/>
                <w:b w:val="0"/>
                <w:i w:val="0"/>
                <w:sz w:val="24"/>
              </w:rPr>
              <w:t>весёлые</w:t>
            </w:r>
          </w:p>
        </w:tc>
        <w:tc>
          <w:tcPr>
            <w:tcW w:type="dxa" w:w="3105"/>
            <w:shd w:val="clear" w:fill="E3F2FD"/>
          </w:tcPr>
          <w:p>
            <w:pPr>
              <w:jc w:val="center"/>
            </w:pPr>
            <w:r>
              <w:rPr>
                <w:rFonts w:ascii="Times New Roman" w:hAnsi="Times New Roman"/>
                <w:b w:val="0"/>
                <w:i w:val="0"/>
                <w:sz w:val="24"/>
              </w:rPr>
              <w:t>дети</w:t>
            </w:r>
          </w:p>
        </w:tc>
      </w:tr>
    </w:tbl>
    <w:p>
      <w:pPr>
        <w:spacing w:before="0" w:after="80"/>
      </w:pPr>
    </w:p>
    <w:p>
      <w:pPr>
        <w:keepNext w:val="0"/>
      </w:pPr>
      <w:r>
        <w:rPr>
          <w:rFonts w:ascii="Times New Roman" w:hAnsi="Times New Roman"/>
          <w:b w:val="0"/>
          <w:i w:val="0"/>
          <w:sz w:val="24"/>
        </w:rPr>
        <w:t xml:space="preserve">Прилагательные встречаются нам повсюду: в книгах, в разговорах, в песнях. Например, когда мы читаем сказку, мы представляем себе </w:t>
      </w:r>
      <w:r>
        <w:rPr>
          <w:rFonts w:ascii="Times New Roman" w:hAnsi="Times New Roman"/>
          <w:b/>
          <w:i w:val="0"/>
          <w:color w:val="C2185B"/>
          <w:sz w:val="24"/>
        </w:rPr>
        <w:t>прекрасного</w:t>
      </w:r>
      <w:r>
        <w:rPr>
          <w:rFonts w:ascii="Times New Roman" w:hAnsi="Times New Roman"/>
          <w:b w:val="0"/>
          <w:i w:val="0"/>
          <w:sz w:val="24"/>
        </w:rPr>
        <w:t xml:space="preserve"> принца или </w:t>
      </w:r>
      <w:r>
        <w:rPr>
          <w:rFonts w:ascii="Times New Roman" w:hAnsi="Times New Roman"/>
          <w:b/>
          <w:i w:val="0"/>
          <w:color w:val="C2185B"/>
          <w:sz w:val="24"/>
        </w:rPr>
        <w:t>волшебный</w:t>
      </w:r>
      <w:r>
        <w:rPr>
          <w:rFonts w:ascii="Times New Roman" w:hAnsi="Times New Roman"/>
          <w:b w:val="0"/>
          <w:i w:val="0"/>
          <w:sz w:val="24"/>
        </w:rPr>
        <w:t xml:space="preserve"> лес. Или когда мама говорит: «Приготовь </w:t>
      </w:r>
      <w:r>
        <w:rPr>
          <w:rFonts w:ascii="Times New Roman" w:hAnsi="Times New Roman"/>
          <w:b/>
          <w:i w:val="0"/>
          <w:color w:val="C2185B"/>
          <w:sz w:val="24"/>
        </w:rPr>
        <w:t>вкусный</w:t>
      </w:r>
      <w:r>
        <w:rPr>
          <w:rFonts w:ascii="Times New Roman" w:hAnsi="Times New Roman"/>
          <w:b w:val="0"/>
          <w:i w:val="0"/>
          <w:sz w:val="24"/>
        </w:rPr>
        <w:t xml:space="preserve"> обед», она просит нас сделать еду такой, чтобы она была приятной на вкус. Часто дети путают прилагательные с существительными, потому что и те, и другие отвечают на вопросы, но существительное называет предмет, а прилагательное – его признак. Чтобы не ошибиться, всегда задавайте вопрос к слову: если отвечает на «какой?», то это прилагательное.</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А знаете ли вы?</w:t>
            </w:r>
          </w:p>
          <w:p>
            <w:pPr>
              <w:keepNext w:val="0"/>
            </w:pPr>
            <w:r>
              <w:rPr>
                <w:rFonts w:ascii="Times New Roman" w:hAnsi="Times New Roman"/>
                <w:b w:val="0"/>
                <w:i w:val="0"/>
                <w:sz w:val="24"/>
              </w:rPr>
              <w:t>Самое длинное прилагательное в русском языке – «превысокомногорассмотрительствующий», но оно используется очень редко.</w:t>
            </w:r>
          </w:p>
        </w:tc>
      </w:tr>
    </w:tbl>
    <w:p>
      <w:pPr>
        <w:spacing w:before="0" w:after="80"/>
      </w:pPr>
    </w:p>
    <w:p>
      <w:pPr>
        <w:keepNext/>
        <w:spacing w:before="120"/>
      </w:pPr>
      <w:r>
        <w:rPr>
          <w:rFonts w:ascii="Times New Roman" w:hAnsi="Times New Roman"/>
          <w:b/>
          <w:i w:val="0"/>
          <w:color w:val="C62828"/>
          <w:sz w:val="24"/>
        </w:rPr>
        <w:t xml:space="preserve">1. </w:t>
      </w:r>
      <w:r>
        <w:rPr>
          <w:rFonts w:ascii="Times New Roman" w:hAnsi="Times New Roman"/>
          <w:b w:val="0"/>
          <w:i w:val="0"/>
          <w:sz w:val="24"/>
        </w:rPr>
        <w:t>Ответьте на вопросы. Обсудите свой вариант с соседом по парте. 1. Что такое текст? 2. Где пишется заголовок текста? 3. Как начинаем записывать текст?</w:t>
      </w:r>
    </w:p>
    <w:p>
      <w:r>
        <w:rPr>
          <w:rFonts w:ascii="Times New Roman" w:hAnsi="Times New Roman"/>
          <w:b/>
          <w:color w:val="2E7D32"/>
          <w:sz w:val="24"/>
        </w:rPr>
        <w:t xml:space="preserve">Ответ: </w:t>
      </w:r>
      <w:r>
        <w:rPr>
          <w:rFonts w:ascii="Times New Roman" w:hAnsi="Times New Roman"/>
          <w:b w:val="0"/>
          <w:i w:val="0"/>
          <w:sz w:val="24"/>
        </w:rPr>
        <w:t>1. Текст – это группа предложений, связанных по смыслу. 2. Заголовок пишется перед текстом. 3. Текст начинаем записывать с красной строки.</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Прочитайте названия текстов. Предположите по заголовкам, о чём в них говорится.</w:t>
      </w:r>
    </w:p>
    <w:p>
      <w:r>
        <w:rPr>
          <w:rFonts w:ascii="Times New Roman" w:hAnsi="Times New Roman"/>
          <w:b/>
          <w:color w:val="2E7D32"/>
          <w:sz w:val="24"/>
        </w:rPr>
        <w:t xml:space="preserve">Ответ: </w:t>
      </w:r>
      <w:r>
        <w:rPr>
          <w:rFonts w:ascii="Times New Roman" w:hAnsi="Times New Roman"/>
          <w:b w:val="0"/>
          <w:i w:val="0"/>
          <w:sz w:val="24"/>
        </w:rPr>
        <w:t>Ученик предполагает, о чём будет текст, исходя из названия. Например, «Сбор урожая» – текст о том, как собирают урожай осенью. «Яблоневый сад» – текст о саде, где растут яблоки. «Домашнее задание» – текст о заданиях, которые нужно выполнить дома. «Учиться — всегда пригодится» – текст о пользе учёбы.</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Составьте из слов предложения. Спишите. В четвёртом предложении выделите грамматическую основу. 1. живёт, большой, белка, В дупле, дерева, рыженькая. 2. гнёздышко, птички, Рядом, маленькой. 3. Целый, они, хлопочут, день, собирает, грибочки, белочка. 4. червячков, птичка, — А, 5.</w:t>
      </w:r>
    </w:p>
    <w:p>
      <w:r>
        <w:rPr>
          <w:rFonts w:ascii="Times New Roman" w:hAnsi="Times New Roman"/>
          <w:b/>
          <w:color w:val="2E7D32"/>
          <w:sz w:val="24"/>
        </w:rPr>
        <w:t xml:space="preserve">Ответ: </w:t>
      </w:r>
      <w:r>
        <w:rPr>
          <w:rFonts w:ascii="Times New Roman" w:hAnsi="Times New Roman"/>
          <w:b w:val="0"/>
          <w:i w:val="0"/>
          <w:sz w:val="24"/>
        </w:rPr>
        <w:t>1. В большом дупле живёт рыженькая белка. 2. Рядом маленькое гнёздышко птички. 3. Целый день белочка хлопочет, собирает грибочки. 4. А птичка — червячков. Грамматическая основа 4 предложения: птичка (подлежащее) — червячков (сказуемое, здесь опущено, подразумевается «собирает»).</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Прочитайте. Определите тему текста. Спишите. Найдите и подчеркните опорные слова. Осенью холодно. Идёт дождь. Короткий, а ночь длинная. Птицы улетают на юг. В поле дехкане собирают урожай.</w:t>
      </w:r>
    </w:p>
    <w:p>
      <w:r>
        <w:rPr>
          <w:rFonts w:ascii="Times New Roman" w:hAnsi="Times New Roman"/>
          <w:b/>
          <w:color w:val="2E7D32"/>
          <w:sz w:val="24"/>
        </w:rPr>
        <w:t xml:space="preserve">Ответ: </w:t>
      </w:r>
      <w:r>
        <w:rPr>
          <w:rFonts w:ascii="Times New Roman" w:hAnsi="Times New Roman"/>
          <w:b w:val="0"/>
          <w:i w:val="0"/>
          <w:sz w:val="24"/>
        </w:rPr>
        <w:t>Тема текста: Осень. Опорные слова: осенью, холодно, дождь, короткий (день), длинная (ночь), птицы улетают, собирают урожай. (Ученик списывает текст и подчёркивает опорные слова).</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Прочитайте предложения, заменяя картинки словами. Укажите главные члены предложения. Редко светит. С неба льёт частый . На деревьях пожелтела . Уснул в своей берлоге . Делает запасы на зиму .</w:t>
      </w:r>
    </w:p>
    <w:p>
      <w:r>
        <w:rPr>
          <w:rFonts w:ascii="Times New Roman" w:hAnsi="Times New Roman"/>
          <w:b/>
          <w:color w:val="2E7D32"/>
          <w:sz w:val="24"/>
        </w:rPr>
        <w:t xml:space="preserve">Ответ: </w:t>
      </w:r>
      <w:r>
        <w:rPr>
          <w:rFonts w:ascii="Times New Roman" w:hAnsi="Times New Roman"/>
          <w:b w:val="0"/>
          <w:i w:val="0"/>
          <w:sz w:val="24"/>
        </w:rPr>
        <w:t xml:space="preserve">Редко светит </w:t>
      </w:r>
      <w:r>
        <w:rPr>
          <w:rFonts w:ascii="Times New Roman" w:hAnsi="Times New Roman"/>
          <w:b/>
          <w:i w:val="0"/>
          <w:sz w:val="24"/>
        </w:rPr>
        <w:t>солнце</w:t>
      </w:r>
      <w:r>
        <w:rPr>
          <w:rFonts w:ascii="Times New Roman" w:hAnsi="Times New Roman"/>
          <w:b w:val="0"/>
          <w:i w:val="0"/>
          <w:sz w:val="24"/>
        </w:rPr>
        <w:t xml:space="preserve">. С неба льёт частый </w:t>
      </w:r>
      <w:r>
        <w:rPr>
          <w:rFonts w:ascii="Times New Roman" w:hAnsi="Times New Roman"/>
          <w:b/>
          <w:i w:val="0"/>
          <w:sz w:val="24"/>
        </w:rPr>
        <w:t>дождь</w:t>
      </w:r>
      <w:r>
        <w:rPr>
          <w:rFonts w:ascii="Times New Roman" w:hAnsi="Times New Roman"/>
          <w:b w:val="0"/>
          <w:i w:val="0"/>
          <w:sz w:val="24"/>
        </w:rPr>
        <w:t xml:space="preserve">. На деревьях пожелтела </w:t>
      </w:r>
      <w:r>
        <w:rPr>
          <w:rFonts w:ascii="Times New Roman" w:hAnsi="Times New Roman"/>
          <w:b/>
          <w:i w:val="0"/>
          <w:sz w:val="24"/>
        </w:rPr>
        <w:t>листва</w:t>
      </w:r>
      <w:r>
        <w:rPr>
          <w:rFonts w:ascii="Times New Roman" w:hAnsi="Times New Roman"/>
          <w:b w:val="0"/>
          <w:i w:val="0"/>
          <w:sz w:val="24"/>
        </w:rPr>
        <w:t xml:space="preserve">. Уснул в своей берлоге </w:t>
      </w:r>
      <w:r>
        <w:rPr>
          <w:rFonts w:ascii="Times New Roman" w:hAnsi="Times New Roman"/>
          <w:b/>
          <w:i w:val="0"/>
          <w:sz w:val="24"/>
        </w:rPr>
        <w:t>медведь</w:t>
      </w:r>
      <w:r>
        <w:rPr>
          <w:rFonts w:ascii="Times New Roman" w:hAnsi="Times New Roman"/>
          <w:b w:val="0"/>
          <w:i w:val="0"/>
          <w:sz w:val="24"/>
        </w:rPr>
        <w:t xml:space="preserve">. Делает запасы на зиму </w:t>
      </w:r>
      <w:r>
        <w:rPr>
          <w:rFonts w:ascii="Times New Roman" w:hAnsi="Times New Roman"/>
          <w:b/>
          <w:i w:val="0"/>
          <w:sz w:val="24"/>
        </w:rPr>
        <w:t>белка</w:t>
      </w:r>
      <w:r>
        <w:rPr>
          <w:rFonts w:ascii="Times New Roman" w:hAnsi="Times New Roman"/>
          <w:b w:val="0"/>
          <w:i w:val="0"/>
          <w:sz w:val="24"/>
        </w:rPr>
        <w:t>. Главные члены: 1. Солнце (подлежащее) светит (сказуемое). 2. Дождь (подлежащее) льёт (сказуемое). 3. Листва (подлежащее) пожелтела (сказуемое). 4. Медведь (подлежащее) уснул (сказуемое). 5. Белка (подлежащее) делает (сказуемое).</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Прочитайте. Составьте из предложений текст. Подчеркните подлежащее и сказуемое. Там пряталась Мурка. Неожиданно она бросилась под крыльцо. Она только поцарапала собаке нос. Я гулял с собакой. Не дружат кошки с собаками. Наша речь Урок 18</w:t>
      </w:r>
    </w:p>
    <w:p>
      <w:r>
        <w:rPr>
          <w:rFonts w:ascii="Times New Roman" w:hAnsi="Times New Roman"/>
          <w:b/>
          <w:color w:val="2E7D32"/>
          <w:sz w:val="24"/>
        </w:rPr>
        <w:t xml:space="preserve">Ответ: </w:t>
      </w:r>
      <w:r>
        <w:rPr>
          <w:rFonts w:ascii="Times New Roman" w:hAnsi="Times New Roman"/>
          <w:b w:val="0"/>
          <w:i w:val="0"/>
          <w:sz w:val="24"/>
        </w:rPr>
        <w:t>Не дружат кошки с собаками. Я гулял с собакой. Там пряталась Мурка. Неожиданно она бросилась под крыльцо. Она только поцарапала собаке нос. Подлежащее и сказуемое: кошки (подл.) дружат (сказ.); Я (подл.) гулял (сказ.); Мурка (подл.) пряталась (сказ.); она (подл.) бросилась (сказ.); она (подл.) поцарапала (сказ.).</w:t>
      </w:r>
    </w:p>
    <w:p>
      <w:pPr>
        <w:keepNext/>
        <w:spacing w:before="120"/>
      </w:pPr>
      <w:r>
        <w:rPr>
          <w:rFonts w:ascii="Times New Roman" w:hAnsi="Times New Roman"/>
          <w:b/>
          <w:i w:val="0"/>
          <w:color w:val="C62828"/>
          <w:sz w:val="24"/>
        </w:rPr>
        <w:t xml:space="preserve">7. </w:t>
      </w:r>
      <w:r>
        <w:rPr>
          <w:rFonts w:ascii="Times New Roman" w:hAnsi="Times New Roman"/>
          <w:b w:val="0"/>
          <w:i w:val="0"/>
          <w:sz w:val="24"/>
        </w:rPr>
        <w:t>Прочитайте предложения. Найдите прилагательные и подчеркните их. Определите, к каким существительным они относятся. 1. Наступила золотая осень. 2. В лесу растут высокие деревья. 3. Дети играют в весёлую игру. 4. На небе появилось яркое солнце.</w:t>
      </w:r>
    </w:p>
    <w:p>
      <w:r>
        <w:rPr>
          <w:rFonts w:ascii="Times New Roman" w:hAnsi="Times New Roman"/>
          <w:b/>
          <w:color w:val="2E7D32"/>
          <w:sz w:val="24"/>
        </w:rPr>
        <w:t xml:space="preserve">Ответ: </w:t>
      </w:r>
      <w:r>
        <w:rPr>
          <w:rFonts w:ascii="Times New Roman" w:hAnsi="Times New Roman"/>
          <w:b w:val="0"/>
          <w:i w:val="0"/>
          <w:sz w:val="24"/>
        </w:rPr>
        <w:t xml:space="preserve">1. Наступила </w:t>
      </w:r>
      <w:r>
        <w:rPr>
          <w:rFonts w:ascii="Times New Roman" w:hAnsi="Times New Roman"/>
          <w:b/>
          <w:i w:val="0"/>
          <w:sz w:val="24"/>
        </w:rPr>
        <w:t>золотая</w:t>
      </w:r>
      <w:r>
        <w:rPr>
          <w:rFonts w:ascii="Times New Roman" w:hAnsi="Times New Roman"/>
          <w:b w:val="0"/>
          <w:i w:val="0"/>
          <w:sz w:val="24"/>
        </w:rPr>
        <w:t xml:space="preserve"> (осень) осень. 2. В лесу растут </w:t>
      </w:r>
      <w:r>
        <w:rPr>
          <w:rFonts w:ascii="Times New Roman" w:hAnsi="Times New Roman"/>
          <w:b/>
          <w:i w:val="0"/>
          <w:sz w:val="24"/>
        </w:rPr>
        <w:t>высокие</w:t>
      </w:r>
      <w:r>
        <w:rPr>
          <w:rFonts w:ascii="Times New Roman" w:hAnsi="Times New Roman"/>
          <w:b w:val="0"/>
          <w:i w:val="0"/>
          <w:sz w:val="24"/>
        </w:rPr>
        <w:t xml:space="preserve"> (деревья) деревья. 3. Дети играют в </w:t>
      </w:r>
      <w:r>
        <w:rPr>
          <w:rFonts w:ascii="Times New Roman" w:hAnsi="Times New Roman"/>
          <w:b/>
          <w:i w:val="0"/>
          <w:sz w:val="24"/>
        </w:rPr>
        <w:t>весёлую</w:t>
      </w:r>
      <w:r>
        <w:rPr>
          <w:rFonts w:ascii="Times New Roman" w:hAnsi="Times New Roman"/>
          <w:b w:val="0"/>
          <w:i w:val="0"/>
          <w:sz w:val="24"/>
        </w:rPr>
        <w:t xml:space="preserve"> (игру) игру. 4. На небе появилось </w:t>
      </w:r>
      <w:r>
        <w:rPr>
          <w:rFonts w:ascii="Times New Roman" w:hAnsi="Times New Roman"/>
          <w:b/>
          <w:i w:val="0"/>
          <w:sz w:val="24"/>
        </w:rPr>
        <w:t>яркое</w:t>
      </w:r>
      <w:r>
        <w:rPr>
          <w:rFonts w:ascii="Times New Roman" w:hAnsi="Times New Roman"/>
          <w:b w:val="0"/>
          <w:i w:val="0"/>
          <w:sz w:val="24"/>
        </w:rPr>
        <w:t xml:space="preserve"> (солнце) солнце.</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Подберите к каждому существительному подходящее прилагательное. Запишите парами. Образец: дом – большой. 1. девочка 2. цветок 3. небо 4. книга</w:t>
      </w:r>
    </w:p>
    <w:p>
      <w:r>
        <w:rPr>
          <w:rFonts w:ascii="Times New Roman" w:hAnsi="Times New Roman"/>
          <w:b/>
          <w:color w:val="2E7D32"/>
          <w:sz w:val="24"/>
        </w:rPr>
        <w:t xml:space="preserve">Ответ: </w:t>
      </w:r>
      <w:r>
        <w:rPr>
          <w:rFonts w:ascii="Times New Roman" w:hAnsi="Times New Roman"/>
          <w:b w:val="0"/>
          <w:i w:val="0"/>
          <w:sz w:val="24"/>
        </w:rPr>
        <w:t>1. девочка – умная, красивая, добрая. 2. цветок – красный, душистый, маленький. 3. небо – голубое, чистое, высокое. 4. книга – интересная, новая, толстая.</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Вставьте пропущенные прилагательные. 1. У пчёл _________ домик. 2. У лисы _________ хвост. 3. У зайца _________ уши.</w:t>
      </w:r>
    </w:p>
    <w:p>
      <w:r>
        <w:rPr>
          <w:rFonts w:ascii="Times New Roman" w:hAnsi="Times New Roman"/>
          <w:b/>
          <w:color w:val="2E7D32"/>
          <w:sz w:val="24"/>
        </w:rPr>
        <w:t xml:space="preserve">Ответ: </w:t>
      </w:r>
      <w:r>
        <w:rPr>
          <w:rFonts w:ascii="Times New Roman" w:hAnsi="Times New Roman"/>
          <w:b w:val="0"/>
          <w:i w:val="0"/>
          <w:sz w:val="24"/>
        </w:rPr>
        <w:t xml:space="preserve">1. У пчёл </w:t>
      </w:r>
      <w:r>
        <w:rPr>
          <w:rFonts w:ascii="Times New Roman" w:hAnsi="Times New Roman"/>
          <w:b/>
          <w:i w:val="0"/>
          <w:sz w:val="24"/>
        </w:rPr>
        <w:t>маленький</w:t>
      </w:r>
      <w:r>
        <w:rPr>
          <w:rFonts w:ascii="Times New Roman" w:hAnsi="Times New Roman"/>
          <w:b w:val="0"/>
          <w:i w:val="0"/>
          <w:sz w:val="24"/>
        </w:rPr>
        <w:t xml:space="preserve"> домик. 2. У лисы </w:t>
      </w:r>
      <w:r>
        <w:rPr>
          <w:rFonts w:ascii="Times New Roman" w:hAnsi="Times New Roman"/>
          <w:b/>
          <w:i w:val="0"/>
          <w:sz w:val="24"/>
        </w:rPr>
        <w:t>пушистый</w:t>
      </w:r>
      <w:r>
        <w:rPr>
          <w:rFonts w:ascii="Times New Roman" w:hAnsi="Times New Roman"/>
          <w:b w:val="0"/>
          <w:i w:val="0"/>
          <w:sz w:val="24"/>
        </w:rPr>
        <w:t xml:space="preserve"> хвост. 3. У зайца </w:t>
      </w:r>
      <w:r>
        <w:rPr>
          <w:rFonts w:ascii="Times New Roman" w:hAnsi="Times New Roman"/>
          <w:b/>
          <w:i w:val="0"/>
          <w:sz w:val="24"/>
        </w:rPr>
        <w:t>длинные</w:t>
      </w:r>
      <w:r>
        <w:rPr>
          <w:rFonts w:ascii="Times New Roman" w:hAnsi="Times New Roman"/>
          <w:b w:val="0"/>
          <w:i w:val="0"/>
          <w:sz w:val="24"/>
        </w:rPr>
        <w:t xml:space="preserve"> уши.</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Составьте 2-3 предложения о зиме, используя прилагательные.</w:t>
      </w:r>
    </w:p>
    <w:p>
      <w:r>
        <w:rPr>
          <w:rFonts w:ascii="Times New Roman" w:hAnsi="Times New Roman"/>
          <w:b/>
          <w:color w:val="2E7D32"/>
          <w:sz w:val="24"/>
        </w:rPr>
        <w:t xml:space="preserve">Ответ: </w:t>
      </w:r>
      <w:r>
        <w:rPr>
          <w:rFonts w:ascii="Times New Roman" w:hAnsi="Times New Roman"/>
          <w:b w:val="0"/>
          <w:i w:val="0"/>
          <w:sz w:val="24"/>
        </w:rPr>
        <w:t xml:space="preserve">Наступила </w:t>
      </w:r>
      <w:r>
        <w:rPr>
          <w:rFonts w:ascii="Times New Roman" w:hAnsi="Times New Roman"/>
          <w:b/>
          <w:i w:val="0"/>
          <w:sz w:val="24"/>
        </w:rPr>
        <w:t>холодная</w:t>
      </w:r>
      <w:r>
        <w:rPr>
          <w:rFonts w:ascii="Times New Roman" w:hAnsi="Times New Roman"/>
          <w:b w:val="0"/>
          <w:i w:val="0"/>
          <w:sz w:val="24"/>
        </w:rPr>
        <w:t xml:space="preserve"> зима. На улице лежит </w:t>
      </w:r>
      <w:r>
        <w:rPr>
          <w:rFonts w:ascii="Times New Roman" w:hAnsi="Times New Roman"/>
          <w:b/>
          <w:i w:val="0"/>
          <w:sz w:val="24"/>
        </w:rPr>
        <w:t>пушистый</w:t>
      </w:r>
      <w:r>
        <w:rPr>
          <w:rFonts w:ascii="Times New Roman" w:hAnsi="Times New Roman"/>
          <w:b w:val="0"/>
          <w:i w:val="0"/>
          <w:sz w:val="24"/>
        </w:rPr>
        <w:t xml:space="preserve"> снег. Дети катаются на </w:t>
      </w:r>
      <w:r>
        <w:rPr>
          <w:rFonts w:ascii="Times New Roman" w:hAnsi="Times New Roman"/>
          <w:b/>
          <w:i w:val="0"/>
          <w:sz w:val="24"/>
        </w:rPr>
        <w:t>ярких</w:t>
      </w:r>
      <w:r>
        <w:rPr>
          <w:rFonts w:ascii="Times New Roman" w:hAnsi="Times New Roman"/>
          <w:b w:val="0"/>
          <w:i w:val="0"/>
          <w:sz w:val="24"/>
        </w:rPr>
        <w:t xml:space="preserve"> санках. Река покрылась </w:t>
      </w:r>
      <w:r>
        <w:rPr>
          <w:rFonts w:ascii="Times New Roman" w:hAnsi="Times New Roman"/>
          <w:b/>
          <w:i w:val="0"/>
          <w:sz w:val="24"/>
        </w:rPr>
        <w:t>толстым</w:t>
      </w:r>
      <w:r>
        <w:rPr>
          <w:rFonts w:ascii="Times New Roman" w:hAnsi="Times New Roman"/>
          <w:b w:val="0"/>
          <w:i w:val="0"/>
          <w:sz w:val="24"/>
        </w:rPr>
        <w:t xml:space="preserve"> льдом.</w:t>
      </w:r>
    </w:p>
    <w:p>
      <w:pPr>
        <w:keepNext/>
        <w:spacing w:before="280"/>
      </w:pPr>
      <w:r>
        <w:rPr>
          <w:rFonts w:ascii="Times New Roman" w:hAnsi="Times New Roman"/>
          <w:b/>
          <w:i w:val="0"/>
          <w:color w:val="6A1B9A"/>
          <w:sz w:val="26"/>
        </w:rPr>
        <w:t>IV. Закрепление новой темы</w:t>
      </w: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НА ЭЛЕКТРОННОЙ ДОСКЕ</w:t>
            </w:r>
          </w:p>
          <w:p>
            <w:pPr>
              <w:keepNext w:val="0"/>
            </w:pPr>
            <w:r>
              <w:rPr>
                <w:rFonts w:ascii="Times New Roman" w:hAnsi="Times New Roman"/>
                <w:b w:val="0"/>
                <w:i w:val="0"/>
                <w:sz w:val="24"/>
              </w:rPr>
              <w:t>Соедини слово с его значением.</w:t>
            </w:r>
          </w:p>
          <w:p>
            <w:pPr>
              <w:keepNext w:val="0"/>
            </w:pPr>
            <w:r>
              <w:rPr>
                <w:rFonts w:ascii="Times New Roman" w:hAnsi="Times New Roman"/>
                <w:b w:val="0"/>
                <w:i w:val="0"/>
                <w:sz w:val="24"/>
              </w:rPr>
              <w:t>Текст — Связанные по смыслу высказывания</w:t>
            </w:r>
          </w:p>
          <w:p>
            <w:pPr>
              <w:keepNext w:val="0"/>
            </w:pPr>
            <w:r>
              <w:rPr>
                <w:rFonts w:ascii="Times New Roman" w:hAnsi="Times New Roman"/>
                <w:b w:val="0"/>
                <w:i w:val="0"/>
                <w:sz w:val="24"/>
              </w:rPr>
              <w:t>Заголовок — Название текста</w:t>
            </w:r>
          </w:p>
          <w:p>
            <w:pPr>
              <w:keepNext w:val="0"/>
            </w:pPr>
            <w:r>
              <w:rPr>
                <w:rFonts w:ascii="Times New Roman" w:hAnsi="Times New Roman"/>
                <w:b w:val="0"/>
                <w:i w:val="0"/>
                <w:sz w:val="24"/>
              </w:rPr>
              <w:t>Предложение — Слова, связанные по смыслу</w:t>
            </w:r>
          </w:p>
          <w:p>
            <w:pPr>
              <w:keepNext w:val="0"/>
            </w:pPr>
            <w:r>
              <w:rPr>
                <w:rFonts w:ascii="Times New Roman" w:hAnsi="Times New Roman"/>
                <w:b w:val="0"/>
                <w:i w:val="0"/>
                <w:sz w:val="24"/>
              </w:rPr>
              <w:t>Слово — Часть речи</w:t>
            </w:r>
          </w:p>
          <w:p>
            <w:r>
              <w:rPr>
                <w:rFonts w:ascii="Times New Roman" w:hAnsi="Times New Roman"/>
                <w:b/>
                <w:sz w:val="24"/>
              </w:rPr>
              <w:t xml:space="preserve">Ответ (для учителя): </w:t>
            </w:r>
            <w:r>
              <w:rPr>
                <w:rFonts w:ascii="Times New Roman" w:hAnsi="Times New Roman"/>
                <w:b w:val="0"/>
                <w:i w:val="0"/>
                <w:sz w:val="24"/>
              </w:rPr>
              <w:t>Текст - Связанные по смыслу высказывания, Заголовок - Название текста, Предложение - Слова, связанные по смыслу, Слово - Часть речи</w:t>
            </w:r>
          </w:p>
        </w:tc>
      </w:tr>
    </w:tbl>
    <w:p>
      <w:pPr>
        <w:keepNext/>
        <w:spacing w:before="120"/>
      </w:pPr>
      <w:r>
        <w:rPr>
          <w:rFonts w:ascii="Times New Roman" w:hAnsi="Times New Roman"/>
          <w:b w:val="0"/>
          <w:i w:val="0"/>
          <w:sz w:val="24"/>
        </w:rPr>
        <w:t>1. Что такое текст?</w:t>
      </w:r>
    </w:p>
    <w:p>
      <w:pPr>
        <w:keepNext/>
        <w:ind w:left="360"/>
      </w:pPr>
      <w:r>
        <w:rPr>
          <w:rFonts w:ascii="Times New Roman" w:hAnsi="Times New Roman"/>
          <w:b w:val="0"/>
          <w:i w:val="0"/>
          <w:sz w:val="24"/>
        </w:rPr>
        <w:t>A) Связанные по смыслу высказывания.</w:t>
      </w:r>
    </w:p>
    <w:p>
      <w:pPr>
        <w:keepNext/>
        <w:ind w:left="360"/>
      </w:pPr>
      <w:r>
        <w:rPr>
          <w:rFonts w:ascii="Times New Roman" w:hAnsi="Times New Roman"/>
          <w:b w:val="0"/>
          <w:i w:val="0"/>
          <w:sz w:val="24"/>
        </w:rPr>
        <w:t>B) Одно слово.</w:t>
      </w:r>
    </w:p>
    <w:p>
      <w:pPr>
        <w:keepNext/>
        <w:ind w:left="360"/>
      </w:pPr>
      <w:r>
        <w:rPr>
          <w:rFonts w:ascii="Times New Roman" w:hAnsi="Times New Roman"/>
          <w:b w:val="0"/>
          <w:i w:val="0"/>
          <w:sz w:val="24"/>
        </w:rPr>
        <w:t>C) Название.</w:t>
      </w:r>
    </w:p>
    <w:p>
      <w:pPr>
        <w:keepNext/>
        <w:ind w:left="360"/>
      </w:pPr>
      <w:r>
        <w:rPr>
          <w:rFonts w:ascii="Times New Roman" w:hAnsi="Times New Roman"/>
          <w:b w:val="0"/>
          <w:i w:val="0"/>
          <w:sz w:val="24"/>
        </w:rPr>
        <w:t>D) Группа слов без смысла.</w:t>
      </w:r>
    </w:p>
    <w:p>
      <w:r>
        <w:rPr>
          <w:rFonts w:ascii="Times New Roman" w:hAnsi="Times New Roman"/>
          <w:b/>
          <w:color w:val="2E7D32"/>
          <w:sz w:val="24"/>
        </w:rPr>
        <w:t xml:space="preserve">Правильный ответ: </w:t>
      </w:r>
      <w:r>
        <w:rPr>
          <w:rFonts w:ascii="Times New Roman" w:hAnsi="Times New Roman"/>
          <w:b w:val="0"/>
          <w:i w:val="0"/>
          <w:sz w:val="24"/>
        </w:rPr>
        <w:t>A) Связанные по смыслу высказывания.</w:t>
      </w:r>
    </w:p>
    <w:p>
      <w:pPr>
        <w:keepNext/>
        <w:spacing w:before="120"/>
      </w:pPr>
      <w:r>
        <w:rPr>
          <w:rFonts w:ascii="Times New Roman" w:hAnsi="Times New Roman"/>
          <w:b w:val="0"/>
          <w:i w:val="0"/>
          <w:sz w:val="24"/>
        </w:rPr>
        <w:t>2. Где пишется заголовок текста?</w:t>
      </w:r>
    </w:p>
    <w:p>
      <w:pPr>
        <w:keepNext/>
        <w:ind w:left="360"/>
      </w:pPr>
      <w:r>
        <w:rPr>
          <w:rFonts w:ascii="Times New Roman" w:hAnsi="Times New Roman"/>
          <w:b w:val="0"/>
          <w:i w:val="0"/>
          <w:sz w:val="24"/>
        </w:rPr>
        <w:t>A) Над текстом.</w:t>
      </w:r>
    </w:p>
    <w:p>
      <w:pPr>
        <w:keepNext/>
        <w:ind w:left="360"/>
      </w:pPr>
      <w:r>
        <w:rPr>
          <w:rFonts w:ascii="Times New Roman" w:hAnsi="Times New Roman"/>
          <w:b w:val="0"/>
          <w:i w:val="0"/>
          <w:sz w:val="24"/>
        </w:rPr>
        <w:t>B) Под текстом.</w:t>
      </w:r>
    </w:p>
    <w:p>
      <w:pPr>
        <w:keepNext/>
        <w:ind w:left="360"/>
      </w:pPr>
      <w:r>
        <w:rPr>
          <w:rFonts w:ascii="Times New Roman" w:hAnsi="Times New Roman"/>
          <w:b w:val="0"/>
          <w:i w:val="0"/>
          <w:sz w:val="24"/>
        </w:rPr>
        <w:t>C) В конце текста.</w:t>
      </w:r>
    </w:p>
    <w:p>
      <w:pPr>
        <w:keepNext/>
        <w:ind w:left="360"/>
      </w:pPr>
      <w:r>
        <w:rPr>
          <w:rFonts w:ascii="Times New Roman" w:hAnsi="Times New Roman"/>
          <w:b w:val="0"/>
          <w:i w:val="0"/>
          <w:sz w:val="24"/>
        </w:rPr>
        <w:t>D) В середине текста.</w:t>
      </w:r>
    </w:p>
    <w:p>
      <w:r>
        <w:rPr>
          <w:rFonts w:ascii="Times New Roman" w:hAnsi="Times New Roman"/>
          <w:b/>
          <w:color w:val="2E7D32"/>
          <w:sz w:val="24"/>
        </w:rPr>
        <w:t xml:space="preserve">Правильный ответ: </w:t>
      </w:r>
      <w:r>
        <w:rPr>
          <w:rFonts w:ascii="Times New Roman" w:hAnsi="Times New Roman"/>
          <w:b w:val="0"/>
          <w:i w:val="0"/>
          <w:sz w:val="24"/>
        </w:rPr>
        <w:t>A) Над текстом.</w:t>
      </w:r>
    </w:p>
    <w:p>
      <w:pPr>
        <w:keepNext/>
        <w:spacing w:before="120"/>
      </w:pPr>
      <w:r>
        <w:rPr>
          <w:rFonts w:ascii="Times New Roman" w:hAnsi="Times New Roman"/>
          <w:b w:val="0"/>
          <w:i w:val="0"/>
          <w:sz w:val="24"/>
        </w:rPr>
        <w:t>3. Как начинается запись текста?</w:t>
      </w:r>
    </w:p>
    <w:p>
      <w:pPr>
        <w:keepNext/>
        <w:ind w:left="360"/>
      </w:pPr>
      <w:r>
        <w:rPr>
          <w:rFonts w:ascii="Times New Roman" w:hAnsi="Times New Roman"/>
          <w:b w:val="0"/>
          <w:i w:val="0"/>
          <w:sz w:val="24"/>
        </w:rPr>
        <w:t>A) С красной строки.</w:t>
      </w:r>
    </w:p>
    <w:p>
      <w:pPr>
        <w:keepNext/>
        <w:ind w:left="360"/>
      </w:pPr>
      <w:r>
        <w:rPr>
          <w:rFonts w:ascii="Times New Roman" w:hAnsi="Times New Roman"/>
          <w:b w:val="0"/>
          <w:i w:val="0"/>
          <w:sz w:val="24"/>
        </w:rPr>
        <w:t>B) С большой буквы.</w:t>
      </w:r>
    </w:p>
    <w:p>
      <w:pPr>
        <w:keepNext/>
        <w:ind w:left="360"/>
      </w:pPr>
      <w:r>
        <w:rPr>
          <w:rFonts w:ascii="Times New Roman" w:hAnsi="Times New Roman"/>
          <w:b w:val="0"/>
          <w:i w:val="0"/>
          <w:sz w:val="24"/>
        </w:rPr>
        <w:t>C) С точки.</w:t>
      </w:r>
    </w:p>
    <w:p>
      <w:pPr>
        <w:keepNext/>
        <w:ind w:left="360"/>
      </w:pPr>
      <w:r>
        <w:rPr>
          <w:rFonts w:ascii="Times New Roman" w:hAnsi="Times New Roman"/>
          <w:b w:val="0"/>
          <w:i w:val="0"/>
          <w:sz w:val="24"/>
        </w:rPr>
        <w:t>D) С пробела.</w:t>
      </w:r>
    </w:p>
    <w:p>
      <w:r>
        <w:rPr>
          <w:rFonts w:ascii="Times New Roman" w:hAnsi="Times New Roman"/>
          <w:b/>
          <w:color w:val="2E7D32"/>
          <w:sz w:val="24"/>
        </w:rPr>
        <w:t xml:space="preserve">Правильный ответ: </w:t>
      </w:r>
      <w:r>
        <w:rPr>
          <w:rFonts w:ascii="Times New Roman" w:hAnsi="Times New Roman"/>
          <w:b w:val="0"/>
          <w:i w:val="0"/>
          <w:sz w:val="24"/>
        </w:rPr>
        <w:t>A) С красной строки.</w:t>
      </w:r>
    </w:p>
    <w:p>
      <w:pPr>
        <w:keepNext/>
        <w:spacing w:before="120"/>
      </w:pPr>
      <w:r>
        <w:rPr>
          <w:rFonts w:ascii="Times New Roman" w:hAnsi="Times New Roman"/>
          <w:b w:val="0"/>
          <w:i w:val="0"/>
          <w:sz w:val="24"/>
        </w:rPr>
        <w:t>4. Определите тему текста: Осенью холодно. Идёт дождь. Короткий, а ночь длинная. Птицы улетают на юг. В поле дехкане собирают урожай.</w:t>
      </w:r>
    </w:p>
    <w:p>
      <w:pPr>
        <w:keepNext/>
        <w:ind w:left="360"/>
      </w:pPr>
      <w:r>
        <w:rPr>
          <w:rFonts w:ascii="Times New Roman" w:hAnsi="Times New Roman"/>
          <w:b w:val="0"/>
          <w:i w:val="0"/>
          <w:sz w:val="24"/>
        </w:rPr>
        <w:t>A) Осень.</w:t>
      </w:r>
    </w:p>
    <w:p>
      <w:pPr>
        <w:keepNext/>
        <w:ind w:left="360"/>
      </w:pPr>
      <w:r>
        <w:rPr>
          <w:rFonts w:ascii="Times New Roman" w:hAnsi="Times New Roman"/>
          <w:b w:val="0"/>
          <w:i w:val="0"/>
          <w:sz w:val="24"/>
        </w:rPr>
        <w:t>B) Погода.</w:t>
      </w:r>
    </w:p>
    <w:p>
      <w:pPr>
        <w:keepNext/>
        <w:ind w:left="360"/>
      </w:pPr>
      <w:r>
        <w:rPr>
          <w:rFonts w:ascii="Times New Roman" w:hAnsi="Times New Roman"/>
          <w:b w:val="0"/>
          <w:i w:val="0"/>
          <w:sz w:val="24"/>
        </w:rPr>
        <w:t>C) Урожай.</w:t>
      </w:r>
    </w:p>
    <w:p>
      <w:pPr>
        <w:keepNext/>
        <w:ind w:left="360"/>
      </w:pPr>
      <w:r>
        <w:rPr>
          <w:rFonts w:ascii="Times New Roman" w:hAnsi="Times New Roman"/>
          <w:b w:val="0"/>
          <w:i w:val="0"/>
          <w:sz w:val="24"/>
        </w:rPr>
        <w:t>D) Время года.</w:t>
      </w:r>
    </w:p>
    <w:p>
      <w:r>
        <w:rPr>
          <w:rFonts w:ascii="Times New Roman" w:hAnsi="Times New Roman"/>
          <w:b/>
          <w:color w:val="2E7D32"/>
          <w:sz w:val="24"/>
        </w:rPr>
        <w:t xml:space="preserve">Правильный ответ: </w:t>
      </w:r>
      <w:r>
        <w:rPr>
          <w:rFonts w:ascii="Times New Roman" w:hAnsi="Times New Roman"/>
          <w:b w:val="0"/>
          <w:i w:val="0"/>
          <w:sz w:val="24"/>
        </w:rPr>
        <w:t>A) Осень.</w:t>
      </w:r>
    </w:p>
    <w:p>
      <w:pPr>
        <w:keepNext/>
        <w:spacing w:before="120"/>
      </w:pPr>
      <w:r>
        <w:rPr>
          <w:rFonts w:ascii="Times New Roman" w:hAnsi="Times New Roman"/>
          <w:b w:val="0"/>
          <w:i w:val="0"/>
          <w:sz w:val="24"/>
        </w:rPr>
        <w:t>5. Укажите главные члены предложения: Редко светит.</w:t>
      </w:r>
    </w:p>
    <w:p>
      <w:pPr>
        <w:keepNext/>
        <w:ind w:left="360"/>
      </w:pPr>
      <w:r>
        <w:rPr>
          <w:rFonts w:ascii="Times New Roman" w:hAnsi="Times New Roman"/>
          <w:b w:val="0"/>
          <w:i w:val="0"/>
          <w:sz w:val="24"/>
        </w:rPr>
        <w:t>A) светит.</w:t>
      </w:r>
    </w:p>
    <w:p>
      <w:pPr>
        <w:keepNext/>
        <w:ind w:left="360"/>
      </w:pPr>
      <w:r>
        <w:rPr>
          <w:rFonts w:ascii="Times New Roman" w:hAnsi="Times New Roman"/>
          <w:b w:val="0"/>
          <w:i w:val="0"/>
          <w:sz w:val="24"/>
        </w:rPr>
        <w:t>B) Редко, светит.</w:t>
      </w:r>
    </w:p>
    <w:p>
      <w:pPr>
        <w:keepNext/>
        <w:ind w:left="360"/>
      </w:pPr>
      <w:r>
        <w:rPr>
          <w:rFonts w:ascii="Times New Roman" w:hAnsi="Times New Roman"/>
          <w:b w:val="0"/>
          <w:i w:val="0"/>
          <w:sz w:val="24"/>
        </w:rPr>
        <w:t>C) Солнце, светит.</w:t>
      </w:r>
    </w:p>
    <w:p>
      <w:pPr>
        <w:keepNext/>
        <w:ind w:left="360"/>
      </w:pPr>
      <w:r>
        <w:rPr>
          <w:rFonts w:ascii="Times New Roman" w:hAnsi="Times New Roman"/>
          <w:b w:val="0"/>
          <w:i w:val="0"/>
          <w:sz w:val="24"/>
        </w:rPr>
        <w:t>D) Редко.</w:t>
      </w:r>
    </w:p>
    <w:p>
      <w:r>
        <w:rPr>
          <w:rFonts w:ascii="Times New Roman" w:hAnsi="Times New Roman"/>
          <w:b/>
          <w:color w:val="2E7D32"/>
          <w:sz w:val="24"/>
        </w:rPr>
        <w:t xml:space="preserve">Правильный ответ: </w:t>
      </w:r>
      <w:r>
        <w:rPr>
          <w:rFonts w:ascii="Times New Roman" w:hAnsi="Times New Roman"/>
          <w:b w:val="0"/>
          <w:i w:val="0"/>
          <w:sz w:val="24"/>
        </w:rPr>
        <w:t>A) светит.</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5" name="Picture 5"/>
                  <wp:cNvGraphicFramePr>
                    <a:graphicFrameLocks noChangeAspect="1"/>
                  </wp:cNvGraphicFramePr>
                  <a:graphic>
                    <a:graphicData uri="http://schemas.openxmlformats.org/drawingml/2006/picture">
                      <pic:pic>
                        <pic:nvPicPr>
                          <pic:cNvPr id="0" name="logo.png"/>
                          <pic:cNvPicPr/>
                        </pic:nvPicPr>
                        <pic:blipFill>
                          <a:blip r:embed="rId14"/>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Задания soffia.uz для закрепления темы - откройте ссылку на электронной доске:</w:t>
            </w:r>
          </w:p>
          <w:p>
            <w:pPr>
              <w:keepNext w:val="0"/>
            </w:pPr>
            <w:r>
              <w:rPr>
                <w:rFonts w:ascii="Times New Roman" w:hAnsi="Times New Roman"/>
                <w:b w:val="0"/>
                <w:i w:val="0"/>
                <w:sz w:val="20"/>
              </w:rPr>
              <w:t>https://soffia.uz/uz/games/quiz/play?slug=povtorenie</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Поощрение учащихся. Завершение урока.</w:t>
      </w:r>
    </w:p>
    <w:p>
      <w:pPr>
        <w:keepNext w:val="0"/>
      </w:pPr>
      <w:r>
        <w:rPr>
          <w:rFonts w:ascii="Times New Roman" w:hAnsi="Times New Roman"/>
          <w:b w:val="0"/>
          <w:i w:val="0"/>
          <w:sz w:val="24"/>
        </w:rPr>
        <w:t>Активно участвовавшие учащиеся поощряются карточками поощрения. Урок завершается, оценки объявляются.</w:t>
      </w:r>
    </w:p>
    <w:p>
      <w:pPr>
        <w:keepNext/>
        <w:spacing w:before="280"/>
      </w:pPr>
      <w:r>
        <w:rPr>
          <w:rFonts w:ascii="Times New Roman" w:hAnsi="Times New Roman"/>
          <w:b/>
          <w:i w:val="0"/>
          <w:color w:val="00838F"/>
          <w:sz w:val="26"/>
        </w:rPr>
        <w:t>VI. Домашнее задание</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Ответьте на вопросы. Обсудите свой вариант с соседом по парте.</w:t>
      </w:r>
    </w:p>
    <w:p>
      <w:pPr>
        <w:keepNext/>
      </w:pPr>
      <w:r>
        <w:rPr>
          <w:rFonts w:ascii="Times New Roman" w:hAnsi="Times New Roman"/>
          <w:b w:val="0"/>
          <w:i w:val="0"/>
          <w:sz w:val="24"/>
        </w:rPr>
        <w:t>1. Что такое текст?</w:t>
      </w:r>
    </w:p>
    <w:p>
      <w:pPr>
        <w:keepNext/>
      </w:pPr>
      <w:r>
        <w:rPr>
          <w:rFonts w:ascii="Times New Roman" w:hAnsi="Times New Roman"/>
          <w:b w:val="0"/>
          <w:i w:val="0"/>
          <w:sz w:val="24"/>
        </w:rPr>
        <w:t>2. Где пишется заголовок текста?</w:t>
      </w:r>
    </w:p>
    <w:p>
      <w:pPr>
        <w:keepNext/>
      </w:pPr>
      <w:r>
        <w:rPr>
          <w:rFonts w:ascii="Times New Roman" w:hAnsi="Times New Roman"/>
          <w:b w:val="0"/>
          <w:i w:val="0"/>
          <w:sz w:val="24"/>
        </w:rPr>
        <w:t>3. Как начинаем записывать текст?</w:t>
      </w:r>
    </w:p>
    <w:p>
      <w:r>
        <w:rPr>
          <w:rFonts w:ascii="Times New Roman" w:hAnsi="Times New Roman"/>
          <w:b/>
          <w:color w:val="2E7D32"/>
          <w:sz w:val="24"/>
        </w:rPr>
        <w:t xml:space="preserve">Ответ: </w:t>
      </w:r>
      <w:r>
        <w:rPr>
          <w:rFonts w:ascii="Times New Roman" w:hAnsi="Times New Roman"/>
          <w:b w:val="0"/>
          <w:i w:val="0"/>
          <w:sz w:val="24"/>
        </w:rPr>
        <w:t xml:space="preserve">1. </w:t>
      </w:r>
      <w:r>
        <w:rPr>
          <w:rFonts w:ascii="Times New Roman" w:hAnsi="Times New Roman"/>
          <w:b/>
          <w:i w:val="0"/>
          <w:sz w:val="24"/>
        </w:rPr>
        <w:t>Текст</w:t>
      </w:r>
      <w:r>
        <w:rPr>
          <w:rFonts w:ascii="Times New Roman" w:hAnsi="Times New Roman"/>
          <w:b w:val="0"/>
          <w:i w:val="0"/>
          <w:sz w:val="24"/>
        </w:rPr>
        <w:t xml:space="preserve"> – это несколько предложений, связанных по смыслу.</w:t>
        <w:br/>
        <w:t xml:space="preserve">2. </w:t>
      </w:r>
      <w:r>
        <w:rPr>
          <w:rFonts w:ascii="Times New Roman" w:hAnsi="Times New Roman"/>
          <w:b/>
          <w:i w:val="0"/>
          <w:sz w:val="24"/>
        </w:rPr>
        <w:t>Заголовок</w:t>
      </w:r>
      <w:r>
        <w:rPr>
          <w:rFonts w:ascii="Times New Roman" w:hAnsi="Times New Roman"/>
          <w:b w:val="0"/>
          <w:i w:val="0"/>
          <w:sz w:val="24"/>
        </w:rPr>
        <w:t xml:space="preserve"> пишется перед текстом, обычно посередине строки.</w:t>
        <w:br/>
        <w:t xml:space="preserve">3. Записывать текст начинаем с </w:t>
      </w:r>
      <w:r>
        <w:rPr>
          <w:rFonts w:ascii="Times New Roman" w:hAnsi="Times New Roman"/>
          <w:b/>
          <w:i w:val="0"/>
          <w:sz w:val="24"/>
        </w:rPr>
        <w:t>красной строки</w:t>
      </w:r>
      <w:r>
        <w:rPr>
          <w:rFonts w:ascii="Times New Roman" w:hAnsi="Times New Roman"/>
          <w:b w:val="0"/>
          <w:i w:val="0"/>
          <w:sz w:val="24"/>
        </w:rPr>
        <w:t>.</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Прочитайте названия текстов. Предположите по заголовкам, о чём в них говорится.</w:t>
      </w:r>
    </w:p>
    <w:p>
      <w:r>
        <w:rPr>
          <w:rFonts w:ascii="Times New Roman" w:hAnsi="Times New Roman"/>
          <w:b/>
          <w:color w:val="2E7D32"/>
          <w:sz w:val="24"/>
        </w:rPr>
        <w:t xml:space="preserve">Ответ: </w:t>
      </w:r>
      <w:r>
        <w:rPr>
          <w:rFonts w:ascii="Times New Roman" w:hAnsi="Times New Roman"/>
          <w:b w:val="0"/>
          <w:i w:val="0"/>
          <w:sz w:val="24"/>
        </w:rPr>
        <w:t>1. «Сбор урожая» - скорее всего, в этом тексте говорится о том, как люди собирают фрукты и овощи осенью.</w:t>
        <w:br/>
        <w:t>2. «Яблоневый сад» - этот текст, вероятно, рассказывает о деревьях с яблоками, об их росте или о том, что в них растет.</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Составьте из слов предложения. Спишите. В четвёртом предложении выделите грамматическую основу.</w:t>
      </w:r>
    </w:p>
    <w:p>
      <w:pPr>
        <w:keepNext/>
      </w:pPr>
      <w:r>
        <w:rPr>
          <w:rFonts w:ascii="Times New Roman" w:hAnsi="Times New Roman"/>
          <w:b w:val="0"/>
          <w:i w:val="0"/>
          <w:sz w:val="24"/>
        </w:rPr>
        <w:t>1. живёт, большой, белка, В дупле, дерева, рыженькая.</w:t>
      </w:r>
    </w:p>
    <w:p>
      <w:pPr>
        <w:keepNext/>
      </w:pPr>
      <w:r>
        <w:rPr>
          <w:rFonts w:ascii="Times New Roman" w:hAnsi="Times New Roman"/>
          <w:b w:val="0"/>
          <w:i w:val="0"/>
          <w:sz w:val="24"/>
        </w:rPr>
        <w:t>2. гнёздышко, птички, Рядом, маленькой.</w:t>
      </w:r>
    </w:p>
    <w:p>
      <w:pPr>
        <w:keepNext/>
      </w:pPr>
      <w:r>
        <w:rPr>
          <w:rFonts w:ascii="Times New Roman" w:hAnsi="Times New Roman"/>
          <w:b w:val="0"/>
          <w:i w:val="0"/>
          <w:sz w:val="24"/>
        </w:rPr>
        <w:t>3. Целый, они, хлопочут, день, собирает, грибочки, белочка.</w:t>
      </w:r>
    </w:p>
    <w:p>
      <w:pPr>
        <w:keepNext/>
      </w:pPr>
      <w:r>
        <w:rPr>
          <w:rFonts w:ascii="Times New Roman" w:hAnsi="Times New Roman"/>
          <w:b w:val="0"/>
          <w:i w:val="0"/>
          <w:sz w:val="24"/>
        </w:rPr>
        <w:t>4. червячков, птичка, — А,</w:t>
      </w:r>
    </w:p>
    <w:p>
      <w:pPr>
        <w:keepNext/>
      </w:pPr>
      <w:r>
        <w:rPr>
          <w:rFonts w:ascii="Times New Roman" w:hAnsi="Times New Roman"/>
          <w:b w:val="0"/>
          <w:i w:val="0"/>
          <w:sz w:val="24"/>
        </w:rPr>
        <w:t>5.</w:t>
      </w:r>
    </w:p>
    <w:p>
      <w:r>
        <w:rPr>
          <w:rFonts w:ascii="Times New Roman" w:hAnsi="Times New Roman"/>
          <w:b/>
          <w:color w:val="2E7D32"/>
          <w:sz w:val="24"/>
        </w:rPr>
        <w:t xml:space="preserve">Ответ: </w:t>
      </w:r>
      <w:r>
        <w:rPr>
          <w:rFonts w:ascii="Times New Roman" w:hAnsi="Times New Roman"/>
          <w:b w:val="0"/>
          <w:i w:val="0"/>
          <w:sz w:val="24"/>
        </w:rPr>
        <w:t>1. В большом дупле живёт рыженькая белка.</w:t>
        <w:br/>
        <w:t>2. Рядом маленькой птички гнёздышко.</w:t>
        <w:br/>
        <w:t>3. Целый день белочка хлопочет, собирает грибочки.</w:t>
        <w:br/>
        <w:t>4. — А птичка — червячков.</w:t>
        <w:br/>
      </w:r>
      <w:r>
        <w:rPr>
          <w:rFonts w:ascii="Times New Roman" w:hAnsi="Times New Roman"/>
          <w:b/>
          <w:i w:val="0"/>
          <w:sz w:val="24"/>
        </w:rPr>
        <w:t>Грамматическая основа</w:t>
      </w:r>
      <w:r>
        <w:rPr>
          <w:rFonts w:ascii="Times New Roman" w:hAnsi="Times New Roman"/>
          <w:b w:val="0"/>
          <w:i w:val="0"/>
          <w:sz w:val="24"/>
        </w:rPr>
        <w:t xml:space="preserve"> четвёртого предложения: </w:t>
      </w:r>
      <w:r>
        <w:rPr>
          <w:rFonts w:ascii="Times New Roman" w:hAnsi="Times New Roman"/>
          <w:b/>
          <w:i w:val="0"/>
          <w:sz w:val="24"/>
        </w:rPr>
        <w:t>птичка</w:t>
      </w:r>
      <w:r>
        <w:rPr>
          <w:rFonts w:ascii="Times New Roman" w:hAnsi="Times New Roman"/>
          <w:b w:val="0"/>
          <w:i w:val="0"/>
          <w:sz w:val="24"/>
        </w:rPr>
        <w:t xml:space="preserve"> (подлежащее) — </w:t>
      </w:r>
      <w:r>
        <w:rPr>
          <w:rFonts w:ascii="Times New Roman" w:hAnsi="Times New Roman"/>
          <w:b/>
          <w:i w:val="0"/>
          <w:sz w:val="24"/>
        </w:rPr>
        <w:t>(собирает)</w:t>
      </w:r>
      <w:r>
        <w:rPr>
          <w:rFonts w:ascii="Times New Roman" w:hAnsi="Times New Roman"/>
          <w:b w:val="0"/>
          <w:i w:val="0"/>
          <w:sz w:val="24"/>
        </w:rPr>
        <w:t xml:space="preserve"> червячков (сказуемое, подразумевается из предыдущего предложения, или же предложение рассматривается как неполное, где сказуемое опущено, но легко восстанавливается из контекста).</w:t>
      </w:r>
    </w:p>
    <w:p>
      <w:pPr>
        <w:keepNext/>
        <w:spacing w:before="120"/>
      </w:pPr>
      <w:r>
        <w:rPr>
          <w:rFonts w:ascii="Times New Roman" w:hAnsi="Times New Roman"/>
          <w:b/>
          <w:i w:val="0"/>
          <w:color w:val="C62828"/>
          <w:sz w:val="24"/>
        </w:rPr>
        <w:t xml:space="preserve">14. </w:t>
      </w:r>
      <w:r>
        <w:rPr>
          <w:rFonts w:ascii="Times New Roman" w:hAnsi="Times New Roman"/>
          <w:b w:val="0"/>
          <w:i w:val="0"/>
          <w:sz w:val="24"/>
        </w:rPr>
        <w:t>Прочитайте. Определите тему текста. Спишите. Найдите и подчеркните опорные слова.</w:t>
      </w:r>
    </w:p>
    <w:p>
      <w:pPr>
        <w:keepNext/>
      </w:pPr>
      <w:r>
        <w:rPr>
          <w:rFonts w:ascii="Times New Roman" w:hAnsi="Times New Roman"/>
          <w:b w:val="0"/>
          <w:i w:val="0"/>
          <w:sz w:val="24"/>
        </w:rPr>
        <w:t>Осенью холодно. Идёт дождь. Короткий, а ночь длинная. Птицы улетают на юг. В поле дехкане собирают урожай.</w:t>
      </w:r>
    </w:p>
    <w:p>
      <w:r>
        <w:rPr>
          <w:rFonts w:ascii="Times New Roman" w:hAnsi="Times New Roman"/>
          <w:b/>
          <w:color w:val="2E7D32"/>
          <w:sz w:val="24"/>
        </w:rPr>
        <w:t xml:space="preserve">Ответ: </w:t>
      </w:r>
      <w:r>
        <w:rPr>
          <w:rFonts w:ascii="Times New Roman" w:hAnsi="Times New Roman"/>
          <w:b w:val="0"/>
          <w:i w:val="0"/>
          <w:sz w:val="24"/>
        </w:rPr>
        <w:t xml:space="preserve">Тема текста: </w:t>
      </w:r>
      <w:r>
        <w:rPr>
          <w:rFonts w:ascii="Times New Roman" w:hAnsi="Times New Roman"/>
          <w:b/>
          <w:i w:val="0"/>
          <w:sz w:val="24"/>
        </w:rPr>
        <w:t>Осень</w:t>
      </w:r>
      <w:r>
        <w:rPr>
          <w:rFonts w:ascii="Times New Roman" w:hAnsi="Times New Roman"/>
          <w:b w:val="0"/>
          <w:i w:val="0"/>
          <w:sz w:val="24"/>
        </w:rPr>
        <w:t>.</w:t>
        <w:br/>
        <w:t xml:space="preserve">Опорные слова: </w:t>
      </w:r>
      <w:r>
        <w:rPr>
          <w:rFonts w:ascii="Times New Roman" w:hAnsi="Times New Roman"/>
          <w:b/>
          <w:i w:val="0"/>
          <w:sz w:val="24"/>
        </w:rPr>
        <w:t>осенью</w:t>
      </w:r>
      <w:r>
        <w:rPr>
          <w:rFonts w:ascii="Times New Roman" w:hAnsi="Times New Roman"/>
          <w:b w:val="0"/>
          <w:i w:val="0"/>
          <w:sz w:val="24"/>
        </w:rPr>
        <w:t xml:space="preserve">, </w:t>
      </w:r>
      <w:r>
        <w:rPr>
          <w:rFonts w:ascii="Times New Roman" w:hAnsi="Times New Roman"/>
          <w:b/>
          <w:i w:val="0"/>
          <w:sz w:val="24"/>
        </w:rPr>
        <w:t>холодно</w:t>
      </w:r>
      <w:r>
        <w:rPr>
          <w:rFonts w:ascii="Times New Roman" w:hAnsi="Times New Roman"/>
          <w:b w:val="0"/>
          <w:i w:val="0"/>
          <w:sz w:val="24"/>
        </w:rPr>
        <w:t xml:space="preserve">, </w:t>
      </w:r>
      <w:r>
        <w:rPr>
          <w:rFonts w:ascii="Times New Roman" w:hAnsi="Times New Roman"/>
          <w:b/>
          <w:i w:val="0"/>
          <w:sz w:val="24"/>
        </w:rPr>
        <w:t>дождь</w:t>
      </w:r>
      <w:r>
        <w:rPr>
          <w:rFonts w:ascii="Times New Roman" w:hAnsi="Times New Roman"/>
          <w:b w:val="0"/>
          <w:i w:val="0"/>
          <w:sz w:val="24"/>
        </w:rPr>
        <w:t xml:space="preserve">, </w:t>
      </w:r>
      <w:r>
        <w:rPr>
          <w:rFonts w:ascii="Times New Roman" w:hAnsi="Times New Roman"/>
          <w:b/>
          <w:i w:val="0"/>
          <w:sz w:val="24"/>
        </w:rPr>
        <w:t>птицы улетают</w:t>
      </w:r>
      <w:r>
        <w:rPr>
          <w:rFonts w:ascii="Times New Roman" w:hAnsi="Times New Roman"/>
          <w:b w:val="0"/>
          <w:i w:val="0"/>
          <w:sz w:val="24"/>
        </w:rPr>
        <w:t xml:space="preserve">, </w:t>
      </w:r>
      <w:r>
        <w:rPr>
          <w:rFonts w:ascii="Times New Roman" w:hAnsi="Times New Roman"/>
          <w:b/>
          <w:i w:val="0"/>
          <w:sz w:val="24"/>
        </w:rPr>
        <w:t>собирают урожай</w:t>
      </w:r>
      <w:r>
        <w:rPr>
          <w:rFonts w:ascii="Times New Roman" w:hAnsi="Times New Roman"/>
          <w:b w:val="0"/>
          <w:i w:val="0"/>
          <w:sz w:val="24"/>
        </w:rPr>
        <w:t>.</w:t>
      </w:r>
    </w:p>
    <w:p>
      <w:pPr>
        <w:keepNext/>
        <w:spacing w:before="120"/>
      </w:pPr>
      <w:r>
        <w:rPr>
          <w:rFonts w:ascii="Times New Roman" w:hAnsi="Times New Roman"/>
          <w:b/>
          <w:i w:val="0"/>
          <w:color w:val="C62828"/>
          <w:sz w:val="24"/>
        </w:rPr>
        <w:t xml:space="preserve">15. </w:t>
      </w:r>
      <w:r>
        <w:rPr>
          <w:rFonts w:ascii="Times New Roman" w:hAnsi="Times New Roman"/>
          <w:b w:val="0"/>
          <w:i w:val="0"/>
          <w:sz w:val="24"/>
        </w:rPr>
        <w:t>Прочитайте предложения, заменяя картинки словами. Укажите главные члены предложения.</w:t>
      </w:r>
    </w:p>
    <w:p>
      <w:pPr>
        <w:keepNext/>
      </w:pPr>
      <w:r>
        <w:rPr>
          <w:rFonts w:ascii="Times New Roman" w:hAnsi="Times New Roman"/>
          <w:b w:val="0"/>
          <w:i w:val="0"/>
          <w:sz w:val="24"/>
        </w:rPr>
        <w:t>Редко светит. С неба льёт частый . На деревьях пожелтела . Уснул в своей берлоге . Делает запасы на зиму .</w:t>
      </w:r>
    </w:p>
    <w:p>
      <w:r>
        <w:rPr>
          <w:rFonts w:ascii="Times New Roman" w:hAnsi="Times New Roman"/>
          <w:b/>
          <w:color w:val="2E7D32"/>
          <w:sz w:val="24"/>
        </w:rPr>
        <w:t xml:space="preserve">Ответ: </w:t>
      </w:r>
      <w:r>
        <w:rPr>
          <w:rFonts w:ascii="Times New Roman" w:hAnsi="Times New Roman"/>
          <w:b w:val="0"/>
          <w:i w:val="0"/>
          <w:sz w:val="24"/>
        </w:rPr>
        <w:t xml:space="preserve">Редко светит </w:t>
      </w:r>
      <w:r>
        <w:rPr>
          <w:rFonts w:ascii="Times New Roman" w:hAnsi="Times New Roman"/>
          <w:b/>
          <w:i w:val="0"/>
          <w:sz w:val="24"/>
        </w:rPr>
        <w:t>солнце</w:t>
      </w:r>
      <w:r>
        <w:rPr>
          <w:rFonts w:ascii="Times New Roman" w:hAnsi="Times New Roman"/>
          <w:b w:val="0"/>
          <w:i w:val="0"/>
          <w:sz w:val="24"/>
        </w:rPr>
        <w:t xml:space="preserve">. С неба льёт частый </w:t>
      </w:r>
      <w:r>
        <w:rPr>
          <w:rFonts w:ascii="Times New Roman" w:hAnsi="Times New Roman"/>
          <w:b/>
          <w:i w:val="0"/>
          <w:sz w:val="24"/>
        </w:rPr>
        <w:t>дождь</w:t>
      </w:r>
      <w:r>
        <w:rPr>
          <w:rFonts w:ascii="Times New Roman" w:hAnsi="Times New Roman"/>
          <w:b w:val="0"/>
          <w:i w:val="0"/>
          <w:sz w:val="24"/>
        </w:rPr>
        <w:t xml:space="preserve">. На деревьях пожелтела </w:t>
      </w:r>
      <w:r>
        <w:rPr>
          <w:rFonts w:ascii="Times New Roman" w:hAnsi="Times New Roman"/>
          <w:b/>
          <w:i w:val="0"/>
          <w:sz w:val="24"/>
        </w:rPr>
        <w:t>листва</w:t>
      </w:r>
      <w:r>
        <w:rPr>
          <w:rFonts w:ascii="Times New Roman" w:hAnsi="Times New Roman"/>
          <w:b w:val="0"/>
          <w:i w:val="0"/>
          <w:sz w:val="24"/>
        </w:rPr>
        <w:t xml:space="preserve">. Уснул в своей берлоге </w:t>
      </w:r>
      <w:r>
        <w:rPr>
          <w:rFonts w:ascii="Times New Roman" w:hAnsi="Times New Roman"/>
          <w:b/>
          <w:i w:val="0"/>
          <w:sz w:val="24"/>
        </w:rPr>
        <w:t>медведь</w:t>
      </w:r>
      <w:r>
        <w:rPr>
          <w:rFonts w:ascii="Times New Roman" w:hAnsi="Times New Roman"/>
          <w:b w:val="0"/>
          <w:i w:val="0"/>
          <w:sz w:val="24"/>
        </w:rPr>
        <w:t xml:space="preserve">. Делает запасы на зиму </w:t>
      </w:r>
      <w:r>
        <w:rPr>
          <w:rFonts w:ascii="Times New Roman" w:hAnsi="Times New Roman"/>
          <w:b/>
          <w:i w:val="0"/>
          <w:sz w:val="24"/>
        </w:rPr>
        <w:t>белка</w:t>
      </w:r>
      <w:r>
        <w:rPr>
          <w:rFonts w:ascii="Times New Roman" w:hAnsi="Times New Roman"/>
          <w:b w:val="0"/>
          <w:i w:val="0"/>
          <w:sz w:val="24"/>
        </w:rPr>
        <w:t>.</w:t>
        <w:br/>
        <w:t xml:space="preserve">Главные члены: </w:t>
      </w:r>
      <w:r>
        <w:rPr>
          <w:rFonts w:ascii="Times New Roman" w:hAnsi="Times New Roman"/>
          <w:b/>
          <w:i w:val="0"/>
          <w:sz w:val="24"/>
        </w:rPr>
        <w:t>солнце</w:t>
      </w:r>
      <w:r>
        <w:rPr>
          <w:rFonts w:ascii="Times New Roman" w:hAnsi="Times New Roman"/>
          <w:b w:val="0"/>
          <w:i w:val="0"/>
          <w:sz w:val="24"/>
        </w:rPr>
        <w:t xml:space="preserve"> светит, </w:t>
      </w:r>
      <w:r>
        <w:rPr>
          <w:rFonts w:ascii="Times New Roman" w:hAnsi="Times New Roman"/>
          <w:b/>
          <w:i w:val="0"/>
          <w:sz w:val="24"/>
        </w:rPr>
        <w:t>дождь</w:t>
      </w:r>
      <w:r>
        <w:rPr>
          <w:rFonts w:ascii="Times New Roman" w:hAnsi="Times New Roman"/>
          <w:b w:val="0"/>
          <w:i w:val="0"/>
          <w:sz w:val="24"/>
        </w:rPr>
        <w:t xml:space="preserve"> льёт, </w:t>
      </w:r>
      <w:r>
        <w:rPr>
          <w:rFonts w:ascii="Times New Roman" w:hAnsi="Times New Roman"/>
          <w:b/>
          <w:i w:val="0"/>
          <w:sz w:val="24"/>
        </w:rPr>
        <w:t>листва</w:t>
      </w:r>
      <w:r>
        <w:rPr>
          <w:rFonts w:ascii="Times New Roman" w:hAnsi="Times New Roman"/>
          <w:b w:val="0"/>
          <w:i w:val="0"/>
          <w:sz w:val="24"/>
        </w:rPr>
        <w:t xml:space="preserve"> пожелтела, </w:t>
      </w:r>
      <w:r>
        <w:rPr>
          <w:rFonts w:ascii="Times New Roman" w:hAnsi="Times New Roman"/>
          <w:b/>
          <w:i w:val="0"/>
          <w:sz w:val="24"/>
        </w:rPr>
        <w:t>медведь</w:t>
      </w:r>
      <w:r>
        <w:rPr>
          <w:rFonts w:ascii="Times New Roman" w:hAnsi="Times New Roman"/>
          <w:b w:val="0"/>
          <w:i w:val="0"/>
          <w:sz w:val="24"/>
        </w:rPr>
        <w:t xml:space="preserve"> уснул, </w:t>
      </w:r>
      <w:r>
        <w:rPr>
          <w:rFonts w:ascii="Times New Roman" w:hAnsi="Times New Roman"/>
          <w:b/>
          <w:i w:val="0"/>
          <w:sz w:val="24"/>
        </w:rPr>
        <w:t>белка</w:t>
      </w:r>
      <w:r>
        <w:rPr>
          <w:rFonts w:ascii="Times New Roman" w:hAnsi="Times New Roman"/>
          <w:b w:val="0"/>
          <w:i w:val="0"/>
          <w:sz w:val="24"/>
        </w:rPr>
        <w:t xml:space="preserve"> делает.</w:t>
      </w:r>
    </w:p>
    <w:p>
      <w:pPr>
        <w:keepNext/>
        <w:spacing w:before="120"/>
      </w:pPr>
      <w:r>
        <w:rPr>
          <w:rFonts w:ascii="Times New Roman" w:hAnsi="Times New Roman"/>
          <w:b/>
          <w:i w:val="0"/>
          <w:color w:val="C62828"/>
          <w:sz w:val="24"/>
        </w:rPr>
        <w:t xml:space="preserve">16. </w:t>
      </w:r>
      <w:r>
        <w:rPr>
          <w:rFonts w:ascii="Times New Roman" w:hAnsi="Times New Roman"/>
          <w:b w:val="0"/>
          <w:i w:val="0"/>
          <w:sz w:val="24"/>
        </w:rPr>
        <w:t>Прочитайте. Составьте из предложений текст. Подчеркните подлежащее и сказуемое.</w:t>
      </w:r>
    </w:p>
    <w:p>
      <w:pPr>
        <w:keepNext/>
      </w:pPr>
      <w:r>
        <w:rPr>
          <w:rFonts w:ascii="Times New Roman" w:hAnsi="Times New Roman"/>
          <w:b w:val="0"/>
          <w:i w:val="0"/>
          <w:sz w:val="24"/>
        </w:rPr>
        <w:t>Там пряталась Мурка.</w:t>
      </w:r>
    </w:p>
    <w:p>
      <w:pPr>
        <w:keepNext/>
      </w:pPr>
      <w:r>
        <w:rPr>
          <w:rFonts w:ascii="Times New Roman" w:hAnsi="Times New Roman"/>
          <w:b w:val="0"/>
          <w:i w:val="0"/>
          <w:sz w:val="24"/>
        </w:rPr>
        <w:t>Неожиданно она бросилась под крыльцо.</w:t>
      </w:r>
    </w:p>
    <w:p>
      <w:pPr>
        <w:keepNext/>
      </w:pPr>
      <w:r>
        <w:rPr>
          <w:rFonts w:ascii="Times New Roman" w:hAnsi="Times New Roman"/>
          <w:b w:val="0"/>
          <w:i w:val="0"/>
          <w:sz w:val="24"/>
        </w:rPr>
        <w:t>Она только поцарапала собаке нос.</w:t>
      </w:r>
    </w:p>
    <w:p>
      <w:pPr>
        <w:keepNext/>
      </w:pPr>
      <w:r>
        <w:rPr>
          <w:rFonts w:ascii="Times New Roman" w:hAnsi="Times New Roman"/>
          <w:b w:val="0"/>
          <w:i w:val="0"/>
          <w:sz w:val="24"/>
        </w:rPr>
        <w:t>Я гулял с собакой.</w:t>
      </w:r>
    </w:p>
    <w:p>
      <w:pPr>
        <w:keepNext/>
      </w:pPr>
      <w:r>
        <w:rPr>
          <w:rFonts w:ascii="Times New Roman" w:hAnsi="Times New Roman"/>
          <w:b w:val="0"/>
          <w:i w:val="0"/>
          <w:sz w:val="24"/>
        </w:rPr>
        <w:t>Не дружат кошки с собаками.</w:t>
      </w:r>
    </w:p>
    <w:p>
      <w:r>
        <w:rPr>
          <w:rFonts w:ascii="Times New Roman" w:hAnsi="Times New Roman"/>
          <w:b/>
          <w:color w:val="2E7D32"/>
          <w:sz w:val="24"/>
        </w:rPr>
        <w:t xml:space="preserve">Ответ: </w:t>
      </w:r>
      <w:r>
        <w:rPr>
          <w:rFonts w:ascii="Times New Roman" w:hAnsi="Times New Roman"/>
          <w:b w:val="0"/>
          <w:i w:val="0"/>
          <w:sz w:val="24"/>
        </w:rPr>
        <w:t>Не дружат кошки с собаками. Я гулял с собакой. Там пряталась Мурка. Неожиданно она бросилась под крыльцо. Она только поцарапала собаке нос.</w:t>
        <w:br/>
      </w:r>
      <w:r>
        <w:rPr>
          <w:rFonts w:ascii="Times New Roman" w:hAnsi="Times New Roman"/>
          <w:b/>
          <w:i w:val="0"/>
          <w:sz w:val="24"/>
        </w:rPr>
        <w:t>Не дружат</w:t>
      </w:r>
      <w:r>
        <w:rPr>
          <w:rFonts w:ascii="Times New Roman" w:hAnsi="Times New Roman"/>
          <w:b w:val="0"/>
          <w:i w:val="0"/>
          <w:sz w:val="24"/>
        </w:rPr>
        <w:t xml:space="preserve"> (сказуемое) </w:t>
      </w:r>
      <w:r>
        <w:rPr>
          <w:rFonts w:ascii="Times New Roman" w:hAnsi="Times New Roman"/>
          <w:b/>
          <w:i w:val="0"/>
          <w:sz w:val="24"/>
        </w:rPr>
        <w:t>кошки</w:t>
      </w:r>
      <w:r>
        <w:rPr>
          <w:rFonts w:ascii="Times New Roman" w:hAnsi="Times New Roman"/>
          <w:b w:val="0"/>
          <w:i w:val="0"/>
          <w:sz w:val="24"/>
        </w:rPr>
        <w:t xml:space="preserve"> (подлежащее) с собаками. </w:t>
      </w:r>
      <w:r>
        <w:rPr>
          <w:rFonts w:ascii="Times New Roman" w:hAnsi="Times New Roman"/>
          <w:b/>
          <w:i w:val="0"/>
          <w:sz w:val="24"/>
        </w:rPr>
        <w:t>Я</w:t>
      </w:r>
      <w:r>
        <w:rPr>
          <w:rFonts w:ascii="Times New Roman" w:hAnsi="Times New Roman"/>
          <w:b w:val="0"/>
          <w:i w:val="0"/>
          <w:sz w:val="24"/>
        </w:rPr>
        <w:t xml:space="preserve"> (подлежащее) </w:t>
      </w:r>
      <w:r>
        <w:rPr>
          <w:rFonts w:ascii="Times New Roman" w:hAnsi="Times New Roman"/>
          <w:b/>
          <w:i w:val="0"/>
          <w:sz w:val="24"/>
        </w:rPr>
        <w:t>гулял</w:t>
      </w:r>
      <w:r>
        <w:rPr>
          <w:rFonts w:ascii="Times New Roman" w:hAnsi="Times New Roman"/>
          <w:b w:val="0"/>
          <w:i w:val="0"/>
          <w:sz w:val="24"/>
        </w:rPr>
        <w:t xml:space="preserve"> (сказуемое) с собакой. </w:t>
      </w:r>
      <w:r>
        <w:rPr>
          <w:rFonts w:ascii="Times New Roman" w:hAnsi="Times New Roman"/>
          <w:b/>
          <w:i w:val="0"/>
          <w:sz w:val="24"/>
        </w:rPr>
        <w:t>Мурка</w:t>
      </w:r>
      <w:r>
        <w:rPr>
          <w:rFonts w:ascii="Times New Roman" w:hAnsi="Times New Roman"/>
          <w:b w:val="0"/>
          <w:i w:val="0"/>
          <w:sz w:val="24"/>
        </w:rPr>
        <w:t xml:space="preserve"> (подлежащее) </w:t>
      </w:r>
      <w:r>
        <w:rPr>
          <w:rFonts w:ascii="Times New Roman" w:hAnsi="Times New Roman"/>
          <w:b/>
          <w:i w:val="0"/>
          <w:sz w:val="24"/>
        </w:rPr>
        <w:t>пряталась</w:t>
      </w:r>
      <w:r>
        <w:rPr>
          <w:rFonts w:ascii="Times New Roman" w:hAnsi="Times New Roman"/>
          <w:b w:val="0"/>
          <w:i w:val="0"/>
          <w:sz w:val="24"/>
        </w:rPr>
        <w:t xml:space="preserve"> (сказуемое). </w:t>
      </w:r>
      <w:r>
        <w:rPr>
          <w:rFonts w:ascii="Times New Roman" w:hAnsi="Times New Roman"/>
          <w:b/>
          <w:i w:val="0"/>
          <w:sz w:val="24"/>
        </w:rPr>
        <w:t>Она</w:t>
      </w:r>
      <w:r>
        <w:rPr>
          <w:rFonts w:ascii="Times New Roman" w:hAnsi="Times New Roman"/>
          <w:b w:val="0"/>
          <w:i w:val="0"/>
          <w:sz w:val="24"/>
        </w:rPr>
        <w:t xml:space="preserve"> (подлежащее) </w:t>
      </w:r>
      <w:r>
        <w:rPr>
          <w:rFonts w:ascii="Times New Roman" w:hAnsi="Times New Roman"/>
          <w:b/>
          <w:i w:val="0"/>
          <w:sz w:val="24"/>
        </w:rPr>
        <w:t>бросилась</w:t>
      </w:r>
      <w:r>
        <w:rPr>
          <w:rFonts w:ascii="Times New Roman" w:hAnsi="Times New Roman"/>
          <w:b w:val="0"/>
          <w:i w:val="0"/>
          <w:sz w:val="24"/>
        </w:rPr>
        <w:t xml:space="preserve"> (сказуемое). </w:t>
      </w:r>
      <w:r>
        <w:rPr>
          <w:rFonts w:ascii="Times New Roman" w:hAnsi="Times New Roman"/>
          <w:b/>
          <w:i w:val="0"/>
          <w:sz w:val="24"/>
        </w:rPr>
        <w:t>Она</w:t>
      </w:r>
      <w:r>
        <w:rPr>
          <w:rFonts w:ascii="Times New Roman" w:hAnsi="Times New Roman"/>
          <w:b w:val="0"/>
          <w:i w:val="0"/>
          <w:sz w:val="24"/>
        </w:rPr>
        <w:t xml:space="preserve"> (подлежащее) </w:t>
      </w:r>
      <w:r>
        <w:rPr>
          <w:rFonts w:ascii="Times New Roman" w:hAnsi="Times New Roman"/>
          <w:b/>
          <w:i w:val="0"/>
          <w:sz w:val="24"/>
        </w:rPr>
        <w:t>поцарапала</w:t>
      </w:r>
      <w:r>
        <w:rPr>
          <w:rFonts w:ascii="Times New Roman" w:hAnsi="Times New Roman"/>
          <w:b w:val="0"/>
          <w:i w:val="0"/>
          <w:sz w:val="24"/>
        </w:rPr>
        <w:t xml:space="preserve"> (сказуемое) нос.</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