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O‘ZBEKISTON RESPUBLIKASI OLIY TA’LIM, FAN VA INNOVATSIYALAR VAZIRLIGI</w:t>
      </w:r>
    </w:p>
    <w:p/>
    <w:p>
      <w:pPr>
        <w:jc w:val="center"/>
      </w:pPr>
      <w:r>
        <w:rPr>
          <w:rFonts w:ascii="Times New Roman" w:hAnsi="Times New Roman"/>
          <w:b/>
          <w:sz w:val="28"/>
        </w:rPr>
        <w:t>Buxoro davlat texnika universiteti</w:t>
      </w:r>
    </w:p>
    <w:p>
      <w:pPr>
        <w:jc w:val="center"/>
      </w:pPr>
      <w:r>
        <w:rPr>
          <w:rFonts w:ascii="Times New Roman" w:hAnsi="Times New Roman"/>
          <w:sz w:val="24"/>
        </w:rPr>
        <w:t>Texnologiya FAKULTETI</w:t>
      </w:r>
    </w:p>
    <w:p>
      <w:pPr>
        <w:jc w:val="center"/>
      </w:pPr>
      <w:r>
        <w:rPr>
          <w:rFonts w:ascii="Times New Roman" w:hAnsi="Times New Roman"/>
          <w:sz w:val="24"/>
        </w:rPr>
        <w:t>Kimyo texnologiya KAFEDRASI</w:t>
      </w:r>
    </w:p>
    <w:p/>
    <w:p/>
    <w:p/>
    <w:p/>
    <w:p/>
    <w:p>
      <w:pPr>
        <w:jc w:val="center"/>
      </w:pPr>
      <w:r>
        <w:rPr>
          <w:rFonts w:ascii="Times New Roman" w:hAnsi="Times New Roman"/>
          <w:b/>
          <w:sz w:val="44"/>
        </w:rPr>
        <w:t>DIPLOM ISHI.</w:t>
      </w:r>
    </w:p>
    <w:p>
      <w:pPr>
        <w:jc w:val="center"/>
      </w:pPr>
      <w:r>
        <w:rPr>
          <w:rFonts w:ascii="Times New Roman" w:hAnsi="Times New Roman"/>
          <w:b/>
          <w:sz w:val="32"/>
        </w:rPr>
        <w:br/>
        <w:t>Mavzu: ""NAVOIAZOT" AJ MISOLIDA AMMIAKLI SELITRA ISHLAB CHIQARISH TEXNOLOGIYASINI O'RGANISH VA TAHLIL QILISH  "</w:t>
      </w:r>
    </w:p>
    <w:p/>
    <w:p/>
    <w:p/>
    <w:p/>
    <w:p/>
    <w:p>
      <w:pPr>
        <w:ind w:left="5040"/>
      </w:pPr>
      <w:r>
        <w:rPr>
          <w:rFonts w:ascii="Times New Roman" w:hAnsi="Times New Roman"/>
          <w:sz w:val="26"/>
        </w:rPr>
        <w:t>Bajardi: Bekmurod Sharipov</w:t>
      </w:r>
    </w:p>
    <w:p>
      <w:pPr>
        <w:ind w:left="5040"/>
      </w:pPr>
      <w:r>
        <w:rPr>
          <w:rFonts w:ascii="Times New Roman" w:hAnsi="Times New Roman"/>
          <w:sz w:val="26"/>
        </w:rPr>
        <w:br/>
        <w:t>Qabul qildi: Voxidov Erkin Aliyevich</w:t>
      </w:r>
    </w:p>
    <w:p>
      <w:r>
        <w:br w:type="page"/>
      </w:r>
    </w:p>
    <w:p>
      <w:pPr>
        <w:jc w:val="center"/>
      </w:pPr>
      <w:r>
        <w:rPr>
          <w:rFonts w:ascii="Times New Roman" w:hAnsi="Times New Roman"/>
          <w:b/>
          <w:sz w:val="32"/>
        </w:rPr>
        <w:t>MUNDARIJA</w:t>
      </w:r>
    </w:p>
    <w:p/>
    <w:p>
      <w:pPr>
        <w:spacing w:line="360" w:lineRule="auto"/>
      </w:pPr>
      <w:r>
        <w:rPr>
          <w:rFonts w:ascii="Times New Roman" w:hAnsi="Times New Roman"/>
          <w:sz w:val="24"/>
        </w:rPr>
        <w:t>KIRISH QISMI</w:t>
      </w:r>
    </w:p>
    <w:p>
      <w:pPr>
        <w:spacing w:line="360" w:lineRule="auto"/>
      </w:pPr>
      <w:r>
        <w:rPr>
          <w:rFonts w:ascii="Times New Roman" w:hAnsi="Times New Roman"/>
          <w:sz w:val="24"/>
        </w:rPr>
        <w:t>1. AMMIAKLI SELITRA ISHLAB CHIQARISHNING NAZARIY VA METODOLOGIK ASOSLARI</w:t>
      </w:r>
    </w:p>
    <w:p>
      <w:pPr>
        <w:spacing w:line="360" w:lineRule="auto"/>
      </w:pPr>
      <w:r>
        <w:rPr>
          <w:rFonts w:ascii="Times New Roman" w:hAnsi="Times New Roman"/>
          <w:sz w:val="24"/>
        </w:rPr>
        <w:t>2. "NAVOIAZOT" AJ MISOLIDA AMMIAKLI SELITRA ISHLAB CHIQARISHNING AMALIY TAHLILI</w:t>
      </w:r>
    </w:p>
    <w:p>
      <w:pPr>
        <w:spacing w:line="360" w:lineRule="auto"/>
      </w:pPr>
      <w:r>
        <w:rPr>
          <w:rFonts w:ascii="Times New Roman" w:hAnsi="Times New Roman"/>
          <w:sz w:val="24"/>
        </w:rPr>
        <w:t>3. AMMIAKLI SELITRA ISHLAB CHIQARISH TEXNOLOGIYASINI OPTIMALLASHTIRISH VA TAKOMILLASHTIRISH BO'YICHA TAKLIFLAR</w:t>
      </w:r>
    </w:p>
    <w:p>
      <w:pPr>
        <w:spacing w:line="360" w:lineRule="auto"/>
      </w:pPr>
      <w:r>
        <w:rPr>
          <w:rFonts w:ascii="Times New Roman" w:hAnsi="Times New Roman"/>
          <w:sz w:val="24"/>
        </w:rPr>
        <w:t>XULOSA VA TAKLIFLAR</w:t>
      </w:r>
    </w:p>
    <w:p>
      <w:pPr>
        <w:spacing w:line="360" w:lineRule="auto"/>
      </w:pPr>
      <w:r>
        <w:rPr>
          <w:rFonts w:ascii="Times New Roman" w:hAnsi="Times New Roman"/>
          <w:sz w:val="24"/>
        </w:rPr>
        <w:t>FOYDALANILGAN ADABIYOTLAR RO'YXATI</w:t>
      </w:r>
    </w:p>
    <w:p>
      <w:r>
        <w:br w:type="page"/>
      </w:r>
    </w:p>
    <w:p>
      <w:pPr>
        <w:jc w:val="center"/>
      </w:pPr>
      <w:r>
        <w:rPr>
          <w:rFonts w:ascii="Times New Roman" w:hAnsi="Times New Roman"/>
          <w:b/>
          <w:sz w:val="32"/>
        </w:rPr>
        <w:t>KIRISH QISMI</w:t>
      </w:r>
    </w:p>
    <w:p/>
    <w:p>
      <w:pPr>
        <w:spacing w:line="360" w:lineRule="auto" w:after="0"/>
        <w:ind w:firstLine="709"/>
        <w:jc w:val="both"/>
        <w:widowControl/>
      </w:pPr>
      <w:r>
        <w:rPr>
          <w:rFonts w:ascii="Times New Roman" w:hAnsi="Times New Roman"/>
          <w:sz w:val="28"/>
        </w:rPr>
        <w:t>Qishloq xo‘jaligi O‘zbekiston iqtisodiyotining tayanch ustunlaridan biri bo‘lib, mamlakatning oziq-ovqat xavfsizligini ta’minlash, qishloq aholisi turmush farovonligini oshirish hamda eksport salohiyatini yuksaltirishda hal qiluvchi ahamiyat kasb etadi. Ushbu muhim sohaning barqaror rivojlanishi esa, zamonaviy va samarali agrotexnik tadbirlarga, jumladan, yuqori sifatli mineral o‘g‘itlardan foydalanishga chambarchas bog‘liq. Azotli o‘g‘itlar, o‘z navbatida, o‘simliklarning vegetativ rivojlanishi uchun zarur bo‘lgan asosiy element hisoblanadi va ularning hosildorligini oshirishda markaziy rol o‘ynaydi. Jahon agrar amaliyotida va O‘zbekistonda eng keng tarqalgan va samarali azotli o‘g‘itlardan biri ammiakli selitra (ammoniy nitrati, NH₄NO₃) hisoblanadi. Uning o‘simliklar tomonidan oson o‘zlashtirilishi, tarkibidagi azotning ikki shaklda (ammoniy va nitrat) mavjudligi hamda nisbatan arzonligi uni fermer xo‘jaliklari uchun jozibador qiladi. Shu sababli, ammiakli selitra ishlab chiqarish texnologiyalarini chuqur o‘rganish, tahlil qilish va uni yanada takomillashtirish, mamlakatimiz agrosanoat majmuining raqobatbardoshligini oshirish, hamda iqtisodiy samaradorlikni ko‘tarish yo‘lidagi dolzarb ilmiy-amaliy vazifalardan biridir. Ushbu tadqiqotning asosiy maqsadi "Navoiazot" AJ kabi yirik ishlab chiqarish korxonalari misolida ammiakli selitra ishlab chiqarishning mavjud texnologik jarayonlarini har tomonlama tahlil qilish va ularni optimallashtirish, energiya samaradorligini oshirish hamda ekologik xavfsizlikni kuchaytirish bo‘yicha aniq ilmiy-amaliy tavsiyalar ishlab chiqishdan iboratdir.</w:t>
      </w:r>
    </w:p>
    <w:p>
      <w:pPr>
        <w:spacing w:line="360" w:lineRule="auto" w:after="0"/>
        <w:ind w:firstLine="709"/>
        <w:jc w:val="both"/>
        <w:widowControl/>
      </w:pPr>
      <w:r>
        <w:rPr>
          <w:rFonts w:ascii="Times New Roman" w:hAnsi="Times New Roman"/>
          <w:sz w:val="28"/>
        </w:rPr>
        <w:t>Ammiakli selitra (ammoniy nitrati, NH₄NO₃) ning ishlab chiqarish texnologiyasi, kimyoviy-texnologik jarayonlarning murakkabligini, termodinamik va kinetik qonuniyatlarning umumiy qo‘llanilishini o‘z ichiga oladi. Ammiakli selitra olishning asosiy kimyoviy reaksiyasi bu ammiak (NH₃) ning nitrat kislota (HNO₃) bilan neytrallash reaksiyasidir:</w:t>
        <w:br/>
        <w:t>NH₃ (g) + HNO₃ (aq) → NH₄NO₃ (aq) + Issiqlik (ΔH ≈ -100.7 kJ/mol)</w:t>
      </w:r>
    </w:p>
    <w:p>
      <w:pPr>
        <w:spacing w:line="360" w:lineRule="auto" w:after="0"/>
        <w:ind w:firstLine="709"/>
        <w:jc w:val="both"/>
        <w:widowControl/>
      </w:pPr>
      <w:r>
        <w:rPr>
          <w:rFonts w:ascii="Times New Roman" w:hAnsi="Times New Roman"/>
          <w:sz w:val="28"/>
        </w:rPr>
        <w:t>Bu reaksiyaning termodinamik jihatdan o‘rganilishi shuni ko‘rsatadiki, u ekzotermikdir, ya’ni jarayon davomida issiqlik ajralib chiqadi. Ajralib chiqqan issiqlikni samarali boshqarish va undan foydalanish texnologik jarayonning energiya samaradorligini oshirishda muhim ahamiyatga ega. Reaksiyaning muvozanati va tezligi harorat, bosim, konsentratsiya kabi omillarga bog‘liq. Yuqori konsentratsiyali eritmalar olish uchun, odatda, reaksiyaning o‘zi qaynoq holatda amalga oshiriladi, bu esa suvni bug‘latish uchun sarflanadigan energiyani kamaytiradi.</w:t>
      </w:r>
    </w:p>
    <w:p>
      <w:pPr>
        <w:spacing w:line="360" w:lineRule="auto" w:after="0"/>
        <w:ind w:firstLine="709"/>
        <w:jc w:val="both"/>
        <w:widowControl/>
      </w:pPr>
      <w:r>
        <w:rPr>
          <w:rFonts w:ascii="Times New Roman" w:hAnsi="Times New Roman"/>
          <w:sz w:val="28"/>
        </w:rPr>
        <w:t>Ishlab chiqarish jarayoni bir necha asosiy bosqichlardan iborat:</w:t>
        <w:br/>
        <w:t xml:space="preserve">1.  </w:t>
      </w:r>
      <w:r>
        <w:rPr>
          <w:rFonts w:ascii="Times New Roman" w:hAnsi="Times New Roman"/>
          <w:b/>
          <w:sz w:val="28"/>
        </w:rPr>
        <w:t>Ammiakni olish:</w:t>
      </w:r>
      <w:r>
        <w:rPr>
          <w:rFonts w:ascii="Times New Roman" w:hAnsi="Times New Roman"/>
          <w:sz w:val="28"/>
        </w:rPr>
        <w:t xml:space="preserve"> Sintetik ammiak ishlab chiqarishning o‘zi murakkab kimyoviy-fizik jarayon bo‘lib, ko‘pincha tabiiy gazdan (metan) boshlanadi. Metan bug‘ bilan reformatsiyalash, keyin esa gaz aralashmasini tozalash va Haber-Bosch usuli bilan ammiak sintezlash kabi bosqichlarni o‘z ichiga oladi. NH₃ + 3H₂ ⇌ NH₄NO₃ (muvozanat reaksiyasi). Haber-Bosch jarayoni yuqori bosim (150-350 atm) va harorat (400-500 °C) sharoitida, katalizator (temir asosidagi) ishtirokida amalga oshadi. Ammiakning tozaligi va uning yetkazib berilishi ammiakli selitra ishlab chiqarishning uzluksizligi va samaradorligini ta’minlaydi.</w:t>
        <w:br/>
        <w:t xml:space="preserve">2.  </w:t>
      </w:r>
      <w:r>
        <w:rPr>
          <w:rFonts w:ascii="Times New Roman" w:hAnsi="Times New Roman"/>
          <w:b/>
          <w:sz w:val="28"/>
        </w:rPr>
        <w:t>Nitrat kislota olish:</w:t>
      </w:r>
      <w:r>
        <w:rPr>
          <w:rFonts w:ascii="Times New Roman" w:hAnsi="Times New Roman"/>
          <w:sz w:val="28"/>
        </w:rPr>
        <w:t xml:space="preserve"> Nitrat kislota ishlab chiqarishning asosiy usuli Ostvald jarayoni bo‘lib, u ammiakning oksidlanishiga asoslangan. Birinchi bosqichda ammiak havoda platina-rodiy katalizatori ishtirokida oksidlanib azot (I) oksid (NO) hosil qiladi: 4NH₃ + 5O₂ → 4NO + 6H₂O. Keyin NO havoda oksidlanib azot (II) oksid (NO₂) ga aylanadi: 2NO + O₂ → 2NO₂. Nihoyat, NO₂ suvda yutilib nitrat kislota hosil qiladi: 3NO₂ + H₂O → 2HNO₃ + NO. Olingan nitrat kislota keyin konsentrlash jarayonidan o‘tkaziladi. Bu bosqichda ham energiyani tejash va chiqindilarni kamaytirish muhimdir.</w:t>
        <w:br/>
        <w:t xml:space="preserve">3.  </w:t>
      </w:r>
      <w:r>
        <w:rPr>
          <w:rFonts w:ascii="Times New Roman" w:hAnsi="Times New Roman"/>
          <w:b/>
          <w:sz w:val="28"/>
        </w:rPr>
        <w:t>Neytrallash:</w:t>
      </w:r>
      <w:r>
        <w:rPr>
          <w:rFonts w:ascii="Times New Roman" w:hAnsi="Times New Roman"/>
          <w:sz w:val="28"/>
        </w:rPr>
        <w:t xml:space="preserve"> Bu ammiakli selitra ishlab chiqarishning markaziy bosqichi. Konsentrlangan ammiak (g va/yoki suyuq) va konsentrlangan nitrat kislota maxsus neytrallash reaktorlarida reaksiyaga kirishadi. Jarayon juda tez va ekzotermik bo‘lgani uchun, reaktor tizimlari samarali sovutish va haroratni nazorat qilish imkoniyatiga ega bo‘lishi kerak. Neytrallash natijasida ammiakli selitrning konsentrlangan eritmasi (taxminan 80-90%) hosil bo‘ladi. Reaktor dizayni (masalan, vertikal yoki gorizontal, aralashtirgichli yoki aralashtirgichsiz) va ish sharoitlari (harorat, bosim, reagentlar nisbati) yakuniy mahsulot sifatiga va jarayonning xavfsizligiga ta’sir qiladi.</w:t>
        <w:br/>
        <w:t xml:space="preserve">4.  </w:t>
      </w:r>
      <w:r>
        <w:rPr>
          <w:rFonts w:ascii="Times New Roman" w:hAnsi="Times New Roman"/>
          <w:b/>
          <w:sz w:val="28"/>
        </w:rPr>
        <w:t>Konsentrlash (Bug‘latish):</w:t>
      </w:r>
      <w:r>
        <w:rPr>
          <w:rFonts w:ascii="Times New Roman" w:hAnsi="Times New Roman"/>
          <w:sz w:val="28"/>
        </w:rPr>
        <w:t xml:space="preserve"> Neytrallashdan olingan eritma hali ham suvni o‘z ichiga oladi. Uni qattiq yoki granulali mahsulot olish uchun konsentrlash zarur. Bu jarayon ko‘p bosqichli bug‘latgichlarda (evaporatorlarda) amalga oshiriladi, bu yerda eritma qovushqoqligi va konsentratsiyasini oshirish uchun suv bug‘latiladi. Ajralib chiqqan bug‘dan foydalanish energiya samaradorligini oshiradi. Bu bosqichda hosil bo‘ladigan eritmada ammiakli selitrning konsentratsiyasi 95-99.9% gacha yetishi mumkin.</w:t>
        <w:br/>
        <w:t xml:space="preserve">5.  </w:t>
      </w:r>
      <w:r>
        <w:rPr>
          <w:rFonts w:ascii="Times New Roman" w:hAnsi="Times New Roman"/>
          <w:b/>
          <w:sz w:val="28"/>
        </w:rPr>
        <w:t>Granulyatsiya yoki Kristallash:</w:t>
      </w:r>
      <w:r>
        <w:rPr>
          <w:rFonts w:ascii="Times New Roman" w:hAnsi="Times New Roman"/>
          <w:sz w:val="28"/>
        </w:rPr>
        <w:t xml:space="preserve"> Konsentrlangan eritmaga qattiq shakl berish uchun turli texnologiyalar qo‘llaniladi. Eng keng tarqalgan usullar orasida quyidagilar bor:</w:t>
        <w:br/>
        <w:t xml:space="preserve">    *   </w:t>
      </w:r>
      <w:r>
        <w:rPr>
          <w:rFonts w:ascii="Times New Roman" w:hAnsi="Times New Roman"/>
          <w:b/>
          <w:sz w:val="28"/>
        </w:rPr>
        <w:t>Pritil (Spraying) usuli:</w:t>
      </w:r>
      <w:r>
        <w:rPr>
          <w:rFonts w:ascii="Times New Roman" w:hAnsi="Times New Roman"/>
          <w:sz w:val="28"/>
        </w:rPr>
        <w:t xml:space="preserve"> Eritma maxsus minoralarda yuqoridan sepiladi va pastdan kelayotgan iliq havo oqimida sovib, kichik granulalarga aylanadi. Bu usul eng keng tarqalgan va iqtisodiy samarador hisoblanadi.</w:t>
        <w:br/>
        <w:t xml:space="preserve">    *   </w:t>
      </w:r>
      <w:r>
        <w:rPr>
          <w:rFonts w:ascii="Times New Roman" w:hAnsi="Times New Roman"/>
          <w:b/>
          <w:sz w:val="28"/>
        </w:rPr>
        <w:t>Rolli granulatsiya:</w:t>
      </w:r>
      <w:r>
        <w:rPr>
          <w:rFonts w:ascii="Times New Roman" w:hAnsi="Times New Roman"/>
          <w:sz w:val="28"/>
        </w:rPr>
        <w:t xml:space="preserve"> Eritma maxsus tamburlarda yoki roliklarda qotib, keyin maydalanib saralanadi.</w:t>
        <w:br/>
        <w:t xml:space="preserve">    *   </w:t>
      </w:r>
      <w:r>
        <w:rPr>
          <w:rFonts w:ascii="Times New Roman" w:hAnsi="Times New Roman"/>
          <w:b/>
          <w:sz w:val="28"/>
        </w:rPr>
        <w:t>Kristallash:</w:t>
      </w:r>
      <w:r>
        <w:rPr>
          <w:rFonts w:ascii="Times New Roman" w:hAnsi="Times New Roman"/>
          <w:sz w:val="28"/>
        </w:rPr>
        <w:t xml:space="preserve"> Ba’zi holatlarda, ayniqsa yuqori tozalikdagi mahsulot talab qilinganda, kristallar olinadi.</w:t>
        <w:br/>
        <w:t xml:space="preserve">    Har bir usulning o‘ziga xos afzalliklari va kamchiliklari mavjud bo‘lib, ular yakuniy mahsulotning fizik xususiyatlariga (granulometrik tarkibi, mustahkamligi, gigroskopikligi) ta’sir qiladi.</w:t>
        <w:br/>
        <w:t xml:space="preserve">6.  </w:t>
      </w:r>
      <w:r>
        <w:rPr>
          <w:rFonts w:ascii="Times New Roman" w:hAnsi="Times New Roman"/>
          <w:b/>
          <w:sz w:val="28"/>
        </w:rPr>
        <w:t>Quritish va Sovutish:</w:t>
      </w:r>
      <w:r>
        <w:rPr>
          <w:rFonts w:ascii="Times New Roman" w:hAnsi="Times New Roman"/>
          <w:sz w:val="28"/>
        </w:rPr>
        <w:t xml:space="preserve"> Granulalangan yoki kristallangan mahsulot keyin quritiladi va sovutiladi. Bu bosqichlar mahsulotning saqlash davrida aglomeratsiyaga uchrashini oldini olish va uning barqarorligini ta’minlash uchun muhimdir.</w:t>
        <w:br/>
        <w:t xml:space="preserve">7.  </w:t>
      </w:r>
      <w:r>
        <w:rPr>
          <w:rFonts w:ascii="Times New Roman" w:hAnsi="Times New Roman"/>
          <w:b/>
          <w:sz w:val="28"/>
        </w:rPr>
        <w:t>Qadoqlash va Saqlash:</w:t>
      </w:r>
      <w:r>
        <w:rPr>
          <w:rFonts w:ascii="Times New Roman" w:hAnsi="Times New Roman"/>
          <w:sz w:val="28"/>
        </w:rPr>
        <w:t xml:space="preserve"> Tayyor mahsulot qadoqlanadi va omborlarda saqlanadi. Ammiakli selitra gigroskopik xususiyatga ega bo‘lgani sababli, uning saqlanish sharoitlari quruq va salqin bo‘lishi kerak. Shuningdek, ammiakli selitra portlovchi xususiyatga ega bo‘lishi mumkinligi sababli, uning saqlash va tashishda xavfsizlik qoidalari qat’iy nazorat qilinadi.</w:t>
      </w:r>
    </w:p>
    <w:p>
      <w:pPr>
        <w:spacing w:line="360" w:lineRule="auto" w:after="0"/>
        <w:ind w:firstLine="709"/>
        <w:jc w:val="both"/>
        <w:widowControl/>
      </w:pPr>
      <w:r>
        <w:rPr>
          <w:rFonts w:ascii="Times New Roman" w:hAnsi="Times New Roman"/>
          <w:sz w:val="28"/>
        </w:rPr>
        <w:t>Ushbu texnologik jarayonlarning har bir bosqichida energiya sarfi, xomashyo samaradorligi, texnologik parametrlar (harorat, bosim, konsentratsiya, pH) va atrof-muhitga ta’siri kabi ko‘rsatkichlarni optimallashtirish imkoniyatlari mavjud. Jumladan, neytrallash jarayonida ajralib chiqqan issiqlikdan foydalanish, bug‘latish tizimlarini takomillashtirish, quritish va sovutish jarayonlarida energiya tejovchi usullarni qo‘llash, shuningdek, chiqindi gazlar va suvlarni tozalash tizimlarini yaxshilash kabi yo‘nalishlar ilmiy-amaliy tadqiqotlar uchun muhim ob’ektlardir.</w:t>
      </w:r>
    </w:p>
    <w:p>
      <w:pPr>
        <w:spacing w:line="360" w:lineRule="auto" w:after="0"/>
        <w:ind w:firstLine="709"/>
        <w:jc w:val="both"/>
        <w:widowControl/>
      </w:pPr>
      <w:r>
        <w:rPr>
          <w:rFonts w:ascii="Times New Roman" w:hAnsi="Times New Roman"/>
          <w:sz w:val="28"/>
        </w:rPr>
        <w:t>O‘zbekiston sharoitida ammiakli selitra ishlab chiqarishning dolzarbligi bir necha omillar bilan belgilanadi. Birinchidan, mamlakatda qishloq xo‘jaligini modernizatsiya qilish, paxtachilik, g‘allachilik, meva-sabzavotchilik va boshqa ekinlar hosildorligini oshirish bo‘yicha olib borilayotgan islohotlar yuqori sifatli va arzon mineral o‘g‘itlarga bo‘lgan talabni keskin oshirmoqda. Davlatimiz tomonidan qishloq xo‘jaligi ishlab chiqaruvchilarini qo‘llab-quvvatlash, ularga subsidiyalar ajratish va o‘g‘it narxini barqarorlashtirish bo‘yicha olib borilayotgan siyosat, mahalliy ishlab chiqarish korxonalarining barqaror faoliyat yuritishini taqozo etadi. "Navoiazot" AJ kabi yirik kimyo sanoati korxonalari, O‘zbekistonning umumiy mineral o‘g‘itlar ta’minotida muhim o‘rin tutadi. Korxonaning ishlab chiqarish quvvatlari va texnologik jarayonlarining samaradorligi, nafaqat mintaqaviy, balki respublika miqyosida ham qishloq xo‘jaligi mahsulotlari ishlab chiqarishning iqtisodiy ko‘rsatkichlariga bevosita ta’sir ko‘rsatadi.</w:t>
      </w:r>
    </w:p>
    <w:p>
      <w:pPr>
        <w:spacing w:line="360" w:lineRule="auto" w:after="0"/>
        <w:ind w:firstLine="709"/>
        <w:jc w:val="both"/>
        <w:widowControl/>
      </w:pPr>
      <w:r>
        <w:rPr>
          <w:rFonts w:ascii="Times New Roman" w:hAnsi="Times New Roman"/>
          <w:sz w:val="28"/>
        </w:rPr>
        <w:t>"Navoiazot" AJ misolidagi ammiakli selitra ishlab chiqarish jarayonlarini tahlil qilish, mamlakatimizning sanoat siyosati va iqtisodiy rivojlanish strategiyasi bilan uzviy bog‘liq. So‘nggi yillarda O‘zbekistonda sanoatni modernizatsiya qilish, texnik va texnologik yangilash, eksport salohiyatini oshirish hamda import o‘rnini bosuvchi mahsulotlar ishlab chiqarishga alohida e’tibor qaratilmoqda. Kimyo sanoati, jumladan, azotli o‘g‘itlar ishlab chiqarish sohasi ham bu jarayonlardan chetda qolmayapti. Korxonalarda energiya samaradorligini oshirish, xomashyo resurslaridan oqilona foydalanish, ishlab chiqarish xarajatlarini kamaytirish va mahsulot sifatini jahon standartlariga moslashtirish asosiy vazifalar hisoblanadi. O‘zbekiston Respublikasi Vazirlar Mahkamasining 2017 yil 13 iyundagi "O‘zkimyosanoat" AJ faoliyatini yanada takomillashtirish chora-tadbirlari to‘g‘risidagi PQ-3056-sonli qarori hamda boshqa tegishli normativ-huquqiy hujjatlar, kimyo sanoatining modernizatsiyasi, yangi texnologiyalarni joriy etish va ishlab chiqarish samaradorligini oshirishga qaratilgan. "Navoiazot" AJ ning mavjud texnologik liniyalarini chuqur o‘rganish, ularning energiya sarfi, chiqindilarni hosil bo‘lishi, mahsulot sifati va iqtisodiy samaradorligini baholash, ushbu davlat siyosatining amaliy ijrosiga hissa qo‘shadi.</w:t>
      </w:r>
    </w:p>
    <w:p>
      <w:pPr>
        <w:spacing w:line="360" w:lineRule="auto" w:after="0"/>
        <w:ind w:firstLine="709"/>
        <w:jc w:val="both"/>
        <w:widowControl/>
      </w:pPr>
      <w:r>
        <w:rPr>
          <w:rFonts w:ascii="Times New Roman" w:hAnsi="Times New Roman"/>
          <w:sz w:val="28"/>
        </w:rPr>
        <w:t>Shuningdek, ammiakli selitra ishlab chiqarishning ekologik jihati ham bugungi kunda tobora muhim ahamiyat kasb etmoqda. Kimyoviy ishlab chiqarish jarayonlari, agar ular to‘g‘ri boshqarilmasa, atrof-muhitga salbiy ta’sir ko‘rsatishi mumkin. Chiqindi gazlar tarkibida azot oksidlari (NOx), ammiak (NH₃) kabi zararli moddalar bo‘lishi mumkin. Ishlab chiqarish jarayonida hosil bo‘ladigan oqova suvlarda ham kimyoviy birikmalar mavjud bo‘lishi ehtimoli bor. Ammiakli selitrani ishlab chiqarishda ishlatiladigan nitrat kislota va ammiakning o‘zi ham tegishli xavfsizlik choralarini talab qiladi. Shuning uchun, "Navoiazot" AJ kabi korxonalarda mavjud texnologiyalarning ekologik xavfsizligini tahlil qilish, chiqindilarni kamaytirish va zararsizlantirish bo‘yicha samarali usullarni joriy etish, hamda atrof-muhitni muhofaza qilish qonunchiligiga rioya etilishini ta’minlash, ushbu tadqiqotning muhim tarkibiy qismidir. Zamonaviy texnologiyalar, masalan, gazlarni tozalash uchun SCR (Selective Catalytic Reduction) yoki SNCR (Selective Non-Catalytic Reduction) kabi usullardan foydalanish, oqova suvlarni tozalash uchun zamonaviy mexanik va kimyoviy-biologik usullarni qo‘llash, energiya samaradorligini oshirish bilan bir qatorda ekologik vaziyatni yaxshilashga ham xizmat qiladi.</w:t>
      </w:r>
    </w:p>
    <w:p>
      <w:pPr>
        <w:spacing w:line="360" w:lineRule="auto" w:after="0"/>
        <w:ind w:firstLine="709"/>
        <w:jc w:val="both"/>
        <w:widowControl/>
      </w:pPr>
      <w:r>
        <w:rPr>
          <w:rFonts w:ascii="Times New Roman" w:hAnsi="Times New Roman"/>
          <w:sz w:val="28"/>
        </w:rPr>
        <w:t>Xulosa qilib aytganda, "Navoiazot" AJ misolida ammiakli selitra ishlab chiqarish texnologiyasini o‘rganish va tahlil qilish, O‘zbekiston iqtisodiyotining strategik yo‘nalishlaridan biri bo‘lgan qishloq xo‘jaligini rivojlantirish, mamlakatning oziq-ovqat xavfsizligini ta’minlash, shuningdek, kimyo sanoatining raqobatbardoshligini oshirishdek muhim maqsadlarga xizmat qiladi. Ushbu tadqiqot, mavjud texnologik jarayonlarni nazariy va amaliy jihatdan chuqur tahlil qilish asosida, ishlab chiqarish samaradorligini oshirish, energiya sarfini kamaytirish, xomashyo resurslaridan oqilona foydalanish, mahsulot sifatini yaxshilash hamda atrof-muhitga salbiy ta’sirni minimallashtirish bo‘yicha aniq va amaliy tavsiyalar ishlab chiqishni ko‘zda tutadi. Bu esa, o‘z navbatida, "Navoiazot" AJ ning texnologik salohiyatini yuksaltirishga va O‘zbekiston agrosanoat majmuining barqaror rivojlanishiga hissa qo‘shadi. Quyidagi boblarda ushbu vazifalarni bajarish uchun zarur bo‘lgan nazariy asoslar, mavjud texnologik jarayonlarning tahlili, ularni optimallashtirish yo‘llari va amaliy tavsiyalar batafsil yoritiladi.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r>
        <w:br w:type="page"/>
      </w:r>
    </w:p>
    <w:p>
      <w:pPr>
        <w:jc w:val="center"/>
      </w:pPr>
      <w:r>
        <w:rPr>
          <w:rFonts w:ascii="Times New Roman" w:hAnsi="Times New Roman"/>
          <w:b/>
          <w:sz w:val="32"/>
        </w:rPr>
        <w:t>1. AMMIAKLI SELITRA ISHLAB CHIQARISHNING NAZARIY VA METODOLOGIK ASOSLARI</w:t>
      </w:r>
    </w:p>
    <w:p/>
    <w:p>
      <w:pPr>
        <w:spacing w:line="360" w:lineRule="auto" w:after="0"/>
        <w:ind w:firstLine="709"/>
        <w:jc w:val="both"/>
        <w:widowControl/>
      </w:pPr>
      <w:r>
        <w:rPr>
          <w:rFonts w:ascii="Times New Roman" w:hAnsi="Times New Roman"/>
          <w:sz w:val="28"/>
        </w:rPr>
        <w:t>Ammiakli selitraning kimyoviy xossalari va qo'llanilishi</w:t>
      </w:r>
    </w:p>
    <w:p>
      <w:pPr>
        <w:spacing w:line="360" w:lineRule="auto" w:after="0"/>
        <w:ind w:firstLine="709"/>
        <w:jc w:val="both"/>
        <w:widowControl/>
      </w:pPr>
      <w:r>
        <w:rPr>
          <w:rFonts w:ascii="Times New Roman" w:hAnsi="Times New Roman"/>
          <w:sz w:val="28"/>
        </w:rPr>
        <w:t>Ammiakli selitra, kimyoviy formulasi NH₄NO₃ bo'lgan ushbu murakkab o'g'itning ishlab chiqarish texnologiyasini "Navoiazot" AJ misolida tahlil qilishdan avval, uning fundamental fizik-kimyoviy xossalarini va qishloq xo'jaligidagi o'rni hamda ahamiyatini chuqur anglab olish zarur. Ushbu moddaning o'ziga xos xususiyatlari uning ishlab chiqarish jarayonlarining optimallashtirilishi, saqlash sharoitlari, transportirovka xavfsizligi va eng muhimi, samarali qo'llanilishi uchun asosiy mezonlarni belgilab beradi. Shu sababli, ushbu bo'limda ammiakli selitraning kimyoviy tabiatini, uning tarkibiy elementlarining o'zaro ta'sirini va bu ta'sir natijasida hosil bo'ladigan xossalarni ilmiy-nazariy jihatdan tadqiq etish hamda qishloq xo'jaligidagi muhimligini ochib berish ko'zda tutilgan.</w:t>
      </w:r>
    </w:p>
    <w:p>
      <w:pPr>
        <w:spacing w:line="360" w:lineRule="auto" w:after="0"/>
        <w:ind w:firstLine="709"/>
        <w:jc w:val="both"/>
        <w:widowControl/>
      </w:pPr>
      <w:r>
        <w:rPr>
          <w:rFonts w:ascii="Times New Roman" w:hAnsi="Times New Roman"/>
          <w:sz w:val="28"/>
        </w:rPr>
        <w:t>Ammiakli selitra – bu ammoniy (NH₄⁺) va nitrat (NO₃⁻) ionlaridan tashkil topgan tuzdir. Uning hosil bo'lishi, asosan, ammoniy gidroksid (NH₄OH) va nitrat kislotaning (HNO₃) neytrallanish reaksiyasi orqali amalga oshadi:</w:t>
        <w:br/>
        <w:t>NH₃(g) + HNO₃(aq) → NH₄NO₃(aq) + issiqlik</w:t>
      </w:r>
    </w:p>
    <w:p>
      <w:pPr>
        <w:spacing w:line="360" w:lineRule="auto" w:after="0"/>
        <w:ind w:firstLine="709"/>
        <w:jc w:val="both"/>
        <w:widowControl/>
      </w:pPr>
      <w:r>
        <w:rPr>
          <w:rFonts w:ascii="Times New Roman" w:hAnsi="Times New Roman"/>
          <w:sz w:val="28"/>
        </w:rPr>
        <w:t>Bu reaksiyaning ekzotermik xarakteri (ΔH = -100.7 kJ/mol) ishlab chiqarish jarayonida ajralib chiqadigan issiqlikni boshqarish muhimligini ko'rsatadi. Ammiakli selitra xona haroratida oq, kristall modda hisoblanadi. Uning asosiy fizik xossalaridan biri yuqori gigroskopikligidir, ya'ni atmosfera namligini o'ziga tortish xususiyatiga ega. Bu xususiyat, ayniqsa, nam iqlim sharoitlarida saqlash va transportirovka jarayonlarida muammolarga olib kelishi mumkin, natijada o'g'it "chirish"i yoki qotib qolishi kuzatiladi. Bu holatni bartaraf etish uchun ishlab chiqarish jarayonida qo'shimchalar (antiklarets) kiritiladi va granulalash texnologiyalari qo'llaniladi.</w:t>
      </w:r>
    </w:p>
    <w:p>
      <w:pPr>
        <w:spacing w:line="360" w:lineRule="auto" w:after="0"/>
        <w:ind w:firstLine="709"/>
        <w:jc w:val="both"/>
        <w:widowControl/>
      </w:pPr>
      <w:r>
        <w:rPr>
          <w:rFonts w:ascii="Times New Roman" w:hAnsi="Times New Roman"/>
          <w:sz w:val="28"/>
        </w:rPr>
        <w:t>Ammiakli selitraning suvda eruvchanligi juda yuqori (20 °C da 192 g/100 ml suv), bu uni suv bilan oson aralashishiga va tuproqda tez tarqalishiga imkon beradi, bu esa o'simliklar uchun azotning tezkor kirishini ta'minlaydi. Biroq, yuqori eruvchanlik uni suv ta'sirida oson yuvilib ketish xavfini ham tug'diradi, bu esa tuproqdan azot yo'qotilishiga olib kelishi mumkin. Ammiakli selitra polimorfizm xususiyatiga ega, ya'ni turli haroratlarda turli kristalli strukturalarga ega bo'ladi (masalan, α-forma, β-forma, γ-forma, δ-forma). Bu polimorfik o'tishlar, ayniqsa, harorat o'zgarishlarida, kristall hajmining o'zgarishiga va natijada granullarning yorilishi yoki qotib qolishiga sabab bo'lishi mumkin. Masalan, 32.3 °C va 84.2 °C da sodir bo'ladigan o'tishlar ammiakli selitrani saqlash va ishlatishda muhim ahamiyatga ega.</w:t>
      </w:r>
    </w:p>
    <w:p>
      <w:pPr>
        <w:spacing w:line="360" w:lineRule="auto" w:after="0"/>
        <w:ind w:firstLine="709"/>
        <w:jc w:val="both"/>
        <w:widowControl/>
      </w:pPr>
      <w:r>
        <w:rPr>
          <w:rFonts w:ascii="Times New Roman" w:hAnsi="Times New Roman"/>
          <w:sz w:val="28"/>
        </w:rPr>
        <w:t>Ammiakli selitraning eng muhim va ehtiyotkorlik talab qiladigan xususiyatlaridan biri uning oksidlovchi xossasidir. Nitrat ionining mavjudligi tufayli, ammiakli selitra yonuvchi moddalar (organik moddalar, uglerod, oltingugurt va boshqalar) bilan aralashganda portlash xavfini tug'diradi. Bu xususiyat uni ba'zi sanoat jarayonlarida va portlovchi moddalar tarkibida ishlatishga imkon bersa-da, o'g'it sifatida ishlatishda qat'iy xavfsizlik qoidalariga rioya qilishni talab etadi. Yuqori haroratlarda, ayniqsa, 200 °C dan yuqorida, ammiakli selitra termik parchalanishga uchrab, turli gazlar (N₂O, N₂, H₂O, O₂) ajratib chiqaradi. Bu parchalanish jarayoni nazorat qilinmasa, portlashga olib kelishi mumkin.</w:t>
      </w:r>
    </w:p>
    <w:p>
      <w:pPr>
        <w:spacing w:line="360" w:lineRule="auto" w:after="0"/>
        <w:ind w:firstLine="709"/>
        <w:jc w:val="both"/>
        <w:widowControl/>
      </w:pPr>
      <w:r>
        <w:rPr>
          <w:rFonts w:ascii="Times New Roman" w:hAnsi="Times New Roman"/>
          <w:sz w:val="28"/>
        </w:rPr>
        <w:t>Qishloq xo'jaligida ammiakli selitra eng keng tarqalgan azotli o'g'itlardan biridir. O'simliklarning vegetativ rivojlanishi, barg hosil bo'lishi, fotosintez jarayonining faollashuvi va oqsil sintezida azot muhim rol o'ynaydi. Ammiakli selitra tarkibidagi azotning yarmi ammoniy shaklida, yarmi nitrat shaklida bo'lganligi tufayli, u o'simliklar tomonidan tez va samarali o'zlashtiriladi. Ammoniy ionlari tuproq zarralariga yopishib, asta-sekin nitratga aylanishi natijasida azot ta'minoti uzoqroq davom etadi, nitrat ionlari esa darhol o'simliklar tomonidan so'riladi. Bu ikki shakldagi azotning mavjudligi uni turli tuproq-iqlim sharoitlarida va turli o'simliklar uchun universal o'g'itga aylantiradi.</w:t>
      </w:r>
    </w:p>
    <w:p>
      <w:pPr>
        <w:spacing w:line="360" w:lineRule="auto" w:after="0"/>
        <w:ind w:firstLine="709"/>
        <w:jc w:val="both"/>
        <w:widowControl/>
      </w:pPr>
      <w:r>
        <w:rPr>
          <w:rFonts w:ascii="Times New Roman" w:hAnsi="Times New Roman"/>
          <w:sz w:val="28"/>
        </w:rPr>
        <w:t>O'zbekiston sharoitida, intensiv dehqonchilik va qishloq xo'jaligi mahsulotlari yetishtirishning yuqori hajmlari, ayniqsa, paxta, g'alla va sabzavot-poliz ekinlari uchun azotli o'g'itlarga bo'lgan talabni sezilarli darajada oshiradi. "Navoiazot" AJ kabi yirik ishlab chiqaruvchilarning faoliyati mamlakatning o'zini oziq-ovqat bilan ta'minlash siyosatining muhim qismidir. Ammiakli selitra ushbu ekinlar hosildorligini oshirishda hal qiluvchi rol o'ynaydi. Davlat tomonidan qishloq xo'jaligi uchun mineral o'g'itlar, jumladan, ammiakli selitra ta'minotini barqarorlashtirishga qaratilgan siyosatlar, fermer xo'jaliklariga subsidiyalar va o'g'itlarni o'z vaqtida yetkazib berish tizimini yaratish borasidagi sa'y-harakatlar, ushbu o'g'itning mamlakat agrosanoat majmuasi uchun strategik ahamiyatini tasdiqlaydi. Tadqiqotlar shuni ko'rsatadiki, O'zbekistonda ammiakli selitradan foydalanish samaradorligini oshirish, tuproqqa optimal miqdorda va to'g'ri muddatlarda qo'llash, shuningdek, uni boshqa o'g'itlar bilan birgalikda kompleks yondashuvda ishlatish, hosildorlikni yanada ko'paytirishga va resurslardan samarali foydalanishga yordam beradi. Shu bilan birga, ammiakli selitraning potentsial ekologik ta'sirini (masalan, nitratlarning yer osti suvlariga o'tishi) kamaytirish ham O'zbekistonning barqaror qishloq xo'jaligi rivojlanishi uchun muhimdir.</w:t>
      </w:r>
    </w:p>
    <w:p>
      <w:pPr>
        <w:spacing w:line="360" w:lineRule="auto" w:after="0"/>
        <w:ind w:firstLine="709"/>
        <w:jc w:val="both"/>
        <w:widowControl/>
      </w:pPr>
      <w:r>
        <w:rPr>
          <w:rFonts w:ascii="Times New Roman" w:hAnsi="Times New Roman"/>
          <w:sz w:val="28"/>
        </w:rPr>
        <w:t>Xulosa qilib aytganda, ammiakli selitraning kimyoviy tuzilishi, uning reaktivligi, gigroskopikligi, polimorfizmi va oksidlovchi xossalari uning ishlab chiqarish, saqlash va qo'llash sharoitlarini belgilab beruvchi asosiy omillardir. Shu bilan birga, ushbu moddaning o'simliklar uchun azotning muhim manbai ekanligi va O'zbekiston kabi qishloq xo'jaligiga asoslangan mamlakat iqtisodiyoti uchun strategik ahamiyatga ega ekanligi yaqqol namoyon bo'ladi. Ushbu fundamental tushunchalar, "Navoiazot" AJ misolida ammiakli selitra ishlab chiqarish texnologiyasini tahlil qilish jarayonida texnologik jarayonlarni optimallashtirish va xavfsizlikni ta'minlash bo'yicha ilmiy asoslangan tavsiyalar ishlab chiqish uchun mustahkam zamin yaratadi.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Ammiakli selitra ishlab chiqarishning asosiy texnologik sxemalari</w:t>
      </w:r>
    </w:p>
    <w:p>
      <w:pPr>
        <w:spacing w:line="360" w:lineRule="auto" w:after="0"/>
        <w:ind w:firstLine="709"/>
        <w:jc w:val="both"/>
        <w:widowControl/>
      </w:pPr>
      <w:r>
        <w:rPr>
          <w:rFonts w:ascii="Times New Roman" w:hAnsi="Times New Roman"/>
          <w:sz w:val="28"/>
        </w:rPr>
        <w:t>Ammiakli selitra ishlab chiqarish jarayonining samaradorligi va xavfsizligini taʼminlashda texnologik sxemalarni chuqur tushunish muhim ahamiyat kasb etadi. Ushbu bobda keltirilgan nazariy va metodologik asoslar, xususan, ammiakli selitra hosil boʻlishining kimyoviy-termodinamik jihatlari, shuningdek, xomashyo sifatini optimallashtirishning ahamiyati kabi masalalar, ishlab chiqarishning amaliy bosqichlarini tahlil qilish uchun poydevor yaratadi. Ushbu tahlilning mantiqiy davomi sifatida, ushbu kichik bo'limda ammiakli selitra ishlab chiqarishning turli texnologik sxemalarini ko'rib chiqish va ularning prinsipial farqlarini ochib berish, "Navoiazot" AJ kabi yirik korxonalarda mavjud yoki qo'llanilishi mumkin bo'lgan texnologik yondashuvlarni baholash uchun zaruriy nazariy bazani shakllantiradi. Har bir texnologik sxema o'ziga xos afzalliklar, kamchiliklar va qo'llanilish doirasiga ega bo'lib, ularni tahlil qilish ishlab chiqarish jarayonini optimallashtirish, energiya sarfini kamaytirish, mahsulot sifatini oshirish va atrof-muhitga ta'sirini minimallashtirish bo'yicha ilmiy asoslangan tavsiyalar ishlab chiqishga qaratilgan umumiy maqsadga xizmat qiladi.</w:t>
      </w:r>
    </w:p>
    <w:p>
      <w:pPr>
        <w:spacing w:line="360" w:lineRule="auto" w:after="0"/>
        <w:ind w:firstLine="709"/>
        <w:jc w:val="both"/>
        <w:widowControl/>
      </w:pPr>
      <w:r>
        <w:rPr>
          <w:rFonts w:ascii="Times New Roman" w:hAnsi="Times New Roman"/>
          <w:sz w:val="28"/>
        </w:rPr>
        <w:t>Ammiakli selitra (NH₄NO₃) ishlab chiqarishning asosiy kimyoviy reaksiyasi ammiak (NH₃) va nitrat kislota (HNO₃) o'rtasidagi neytrallash reaksiyasidir: NH₃ + HNO₃ → NH₄NO₃. Ushbu reaksiyaning o'zi juda ekzotermik bo'lib, katta miqdorda issiqlik ajralib chiqadi. Ishlab chiqarish texnologiyasining asosiy vazifasi ushbu reaksiyani samarali va xavfsiz amalga oshirish, hosil bo'lgan mahsulotni tozalash, konsentratsiyalash va iste'mol talablariga mos shaklga keltirishdan iborat. Texnologik sxemalarning principial farqlari aynan ushbu jarayonlarning turli bosqichlarini amalga oshirish usullari bilan belgilanadi.</w:t>
      </w:r>
    </w:p>
    <w:p>
      <w:pPr>
        <w:spacing w:line="360" w:lineRule="auto" w:after="0"/>
        <w:ind w:firstLine="709"/>
        <w:jc w:val="both"/>
        <w:widowControl/>
      </w:pPr>
      <w:r>
        <w:rPr>
          <w:rFonts w:ascii="Times New Roman" w:hAnsi="Times New Roman"/>
          <w:b/>
          <w:sz w:val="28"/>
        </w:rPr>
        <w:t>Neytrallash bosqichi:</w:t>
      </w:r>
      <w:r>
        <w:rPr>
          <w:rFonts w:ascii="Times New Roman" w:hAnsi="Times New Roman"/>
          <w:sz w:val="28"/>
        </w:rPr>
        <w:br/>
        <w:t>Neytrallash jarayoni ammiakli selitra ishlab chiqarishning eng muhim va xavfli bosqichlaridan biridir. Bu bosqichda turli texnologik yondashuvlar mavjud:</w:t>
        <w:br/>
        <w:t xml:space="preserve">1.  </w:t>
      </w:r>
      <w:r>
        <w:rPr>
          <w:rFonts w:ascii="Times New Roman" w:hAnsi="Times New Roman"/>
          <w:b/>
          <w:sz w:val="28"/>
        </w:rPr>
        <w:t>Atmosfera bosimida neytrallash:</w:t>
      </w:r>
      <w:r>
        <w:rPr>
          <w:rFonts w:ascii="Times New Roman" w:hAnsi="Times New Roman"/>
          <w:sz w:val="28"/>
        </w:rPr>
        <w:t xml:space="preserve"> Eng keng tarqalgan usullardan biri. Ammiak bug'i va nitrat kislota maxsus reaktorlarga (masalan, quvurli reaktorlar, minorali reaktorlar yoki aralashtirgichli idishlar) uzatiladi. Reaksiya natijasida hosil bo'lgan ammofosi (ammiakli selitra eritmasi) taxminan 75-85% konsentratsiyaga ega bo'ladi. Bunday usullarda harorat va bosimni qat'iy nazorat qilish muhim, chunki yuqori haroratlarda ammiakli selitra parchalanishi mumkin.</w:t>
        <w:br/>
        <w:t xml:space="preserve">2.  </w:t>
      </w:r>
      <w:r>
        <w:rPr>
          <w:rFonts w:ascii="Times New Roman" w:hAnsi="Times New Roman"/>
          <w:b/>
          <w:sz w:val="28"/>
        </w:rPr>
        <w:t>Bosimli neytrallash:</w:t>
      </w:r>
      <w:r>
        <w:rPr>
          <w:rFonts w:ascii="Times New Roman" w:hAnsi="Times New Roman"/>
          <w:sz w:val="28"/>
        </w:rPr>
        <w:t xml:space="preserve"> Ba'zi sxemalarda neytrallash jarayoni biroz yuqori bosim ostida (masalan, 1-5 MPa) amalga oshiriladi. Bu usul reaksiyaning tezligini oshirish va hosil bo'lgan eritmaning konsentratsiyasini yanada yuqori darajaga (taxminan 95-99%) yetkazish imkonini beradi. Bunday sxemalar kamroq keyingi konsentratsiyalash bosqichini talab qiladi, bu energiya sarfini kamaytiradi, ammo texnik jihatdan murakkabroq va qimmatroq uskunalar talab etadi.</w:t>
        <w:br/>
        <w:t xml:space="preserve">3.  </w:t>
      </w:r>
      <w:r>
        <w:rPr>
          <w:rFonts w:ascii="Times New Roman" w:hAnsi="Times New Roman"/>
          <w:b/>
          <w:sz w:val="28"/>
        </w:rPr>
        <w:t>Bir bosqichli va ko'p bosqichli neytrallash:</w:t>
      </w:r>
      <w:r>
        <w:rPr>
          <w:rFonts w:ascii="Times New Roman" w:hAnsi="Times New Roman"/>
          <w:sz w:val="28"/>
        </w:rPr>
        <w:t xml:space="preserve"> Ko'p bosqichli neytrallashda, masalan, avval ammiak va nitrat kislotaning bir qismi reaksiyaga kirishib, keyin qolgan reaktivlar qo'shilishi mumkin. Yoki, ba'zi texnologiyalarda, neytrallash jarayonining bir qismi sifatida ammoniy nitrit (NH₄NO₂) hosil bo'lib, keyinchalik u ammiakli selitra va suvga parchalanishi mumkin (NH₄NO₂ → NH₄NO₃ + H₂O). Bu usullar reaksiyaning issiqlik rejimini yaxshiroq boshqarishga yordam beradi.</w:t>
      </w:r>
    </w:p>
    <w:p>
      <w:pPr>
        <w:spacing w:line="360" w:lineRule="auto" w:after="0"/>
        <w:ind w:firstLine="709"/>
        <w:jc w:val="both"/>
        <w:widowControl/>
      </w:pPr>
      <w:r>
        <w:rPr>
          <w:rFonts w:ascii="Times New Roman" w:hAnsi="Times New Roman"/>
          <w:b/>
          <w:sz w:val="28"/>
        </w:rPr>
        <w:t>Konsentratsiyalash bosqichi:</w:t>
      </w:r>
      <w:r>
        <w:rPr>
          <w:rFonts w:ascii="Times New Roman" w:hAnsi="Times New Roman"/>
          <w:sz w:val="28"/>
        </w:rPr>
        <w:br/>
        <w:t>Neytrallashdan olingan 75-85% li ammofosi eritmasi keyinchalik quritish va granulatsiya/prilling uchun kerakli yuqori konsentratsiyaga (odatda 95-99.8%) yetkazilishi kerak. Bu bosqich ham turli usullar bilan amalga oshirilishi mumkin:</w:t>
        <w:br/>
        <w:t xml:space="preserve">1.  </w:t>
      </w:r>
      <w:r>
        <w:rPr>
          <w:rFonts w:ascii="Times New Roman" w:hAnsi="Times New Roman"/>
          <w:b/>
          <w:sz w:val="28"/>
        </w:rPr>
        <w:t>Bug'latkich apparatlar (Evaporatorlar):</w:t>
      </w:r>
      <w:r>
        <w:rPr>
          <w:rFonts w:ascii="Times New Roman" w:hAnsi="Times New Roman"/>
          <w:sz w:val="28"/>
        </w:rPr>
        <w:t xml:space="preserve"> Ko'p bosqichli bug'latkichlar, ayniqsa vakuum ostida ishlaydiganlar, energiya samaradorligini oshirish uchun keng qo'llaniladi. Vakuum ostida suvning bug'lanish harorati pasayadi, bu esa ammiakli selitraning termik parchalanish xavfini kamaytiradi.</w:t>
        <w:br/>
        <w:t xml:space="preserve">2.  </w:t>
      </w:r>
      <w:r>
        <w:rPr>
          <w:rFonts w:ascii="Times New Roman" w:hAnsi="Times New Roman"/>
          <w:b/>
          <w:sz w:val="28"/>
        </w:rPr>
        <w:t>O'z-o'zidan bug'lanish (Autodecomposition Evaporation):</w:t>
      </w:r>
      <w:r>
        <w:rPr>
          <w:rFonts w:ascii="Times New Roman" w:hAnsi="Times New Roman"/>
          <w:sz w:val="28"/>
        </w:rPr>
        <w:t xml:space="preserve"> Ba'zi zamonaviy texnologiyalarda neytrallash va konsentratsiyalash jarayonlari bir-biriga yaqinlashtiriladi. Masalan, yuqori konsentratsiyali ammofosi olingandan so'ng, undagi suvni bug'latish uchun o'z-o'zidan ajralib chiqadigan issiqlikdan foydalanish mumkin. Bu jarayonlar odatda maxsus konstruksiyali (masalan, "UAN" yoki "DAN" tipidagi) bug'latkichlarda amalga oshiriladi.</w:t>
      </w:r>
    </w:p>
    <w:p>
      <w:pPr>
        <w:spacing w:line="360" w:lineRule="auto" w:after="0"/>
        <w:ind w:firstLine="709"/>
        <w:jc w:val="both"/>
        <w:widowControl/>
      </w:pPr>
      <w:r>
        <w:rPr>
          <w:rFonts w:ascii="Times New Roman" w:hAnsi="Times New Roman"/>
          <w:b/>
          <w:sz w:val="28"/>
        </w:rPr>
        <w:t>Granulyatsiya va Prilling:</w:t>
      </w:r>
      <w:r>
        <w:rPr>
          <w:rFonts w:ascii="Times New Roman" w:hAnsi="Times New Roman"/>
          <w:sz w:val="28"/>
        </w:rPr>
        <w:br/>
        <w:t>Konsentratsiyalashgan eritmani qattiq, erkin oqadigan granulalar yoki prilllar shaklida olish jarayonidir.</w:t>
        <w:br/>
        <w:t xml:space="preserve">1.  </w:t>
      </w:r>
      <w:r>
        <w:rPr>
          <w:rFonts w:ascii="Times New Roman" w:hAnsi="Times New Roman"/>
          <w:b/>
          <w:sz w:val="28"/>
        </w:rPr>
        <w:t>Prilling (sharchalash):</w:t>
      </w:r>
      <w:r>
        <w:rPr>
          <w:rFonts w:ascii="Times New Roman" w:hAnsi="Times New Roman"/>
          <w:sz w:val="28"/>
        </w:rPr>
        <w:t xml:space="preserve"> Eng keng tarqalgan usul. Yuqori konsentratsiyali (95-99.8%) eritma maxsus prilling minorasining yuqori qismidan tomchilatiladi. Tomchilar pastga tushayotganda sovib, qotib, sharchalar (prillar) hosil qiladi. Minorada pastdan yuqoriga yo'naltirilgan sovuq havo oqimi bu jarayonni tezlashtiradi. Prilllar odatda bir xil o'lchamdagi sferik shaklga ega bo'ladi.</w:t>
        <w:br/>
        <w:t xml:space="preserve">2.  </w:t>
      </w:r>
      <w:r>
        <w:rPr>
          <w:rFonts w:ascii="Times New Roman" w:hAnsi="Times New Roman"/>
          <w:b/>
          <w:sz w:val="28"/>
        </w:rPr>
        <w:t>Granulyatsiya:</w:t>
      </w:r>
      <w:r>
        <w:rPr>
          <w:rFonts w:ascii="Times New Roman" w:hAnsi="Times New Roman"/>
          <w:sz w:val="28"/>
        </w:rPr>
        <w:t xml:space="preserve"> Bu usulda eritma maxsus granulyatorlarga (masalan, barabanli yoki diskli granulyatorlar) purkaladi va kichik zarralar (tuxum po'chog'i yoki chang) ustiga qatlam-qatlam yig'ilib, kattaroq granulalar hosil qiladi. Granulyatsiya usuli turli o'lchamdagi granulalar olish imkonini beradi va ba'zi hollarda prillingga nisbatan ko'proq moslashuvchanlikni ta'minlaydi.</w:t>
      </w:r>
    </w:p>
    <w:p>
      <w:pPr>
        <w:spacing w:line="360" w:lineRule="auto" w:after="0"/>
        <w:ind w:firstLine="709"/>
        <w:jc w:val="both"/>
        <w:widowControl/>
      </w:pPr>
      <w:r>
        <w:rPr>
          <w:rFonts w:ascii="Times New Roman" w:hAnsi="Times New Roman"/>
          <w:b/>
          <w:sz w:val="28"/>
        </w:rPr>
        <w:t>Quritish va Qoplash:</w:t>
      </w:r>
      <w:r>
        <w:rPr>
          <w:rFonts w:ascii="Times New Roman" w:hAnsi="Times New Roman"/>
          <w:sz w:val="28"/>
        </w:rPr>
        <w:br/>
        <w:t>Hosil bo'lgan prillar yoki granulalar namligini kamaytirish (odatda 0.2% gacha) va ularning agregatsiyaga (bir-biriga yopishish) va gigroskopiklikka (namlikni tortish) chidamliligini oshirish uchun quritish va qoplash bosqichlaridan o'tkaziladi. Quritish odatda aylanma pechlarda (rotary dryers) amalga oshiriladi, qoplash uchun esa maxsus polimer materiallar (masalan, parafin, stearin kislotasi, polimer qoplamalar) ishlatiladi.</w:t>
      </w:r>
    </w:p>
    <w:p>
      <w:pPr>
        <w:spacing w:line="360" w:lineRule="auto" w:after="0"/>
        <w:ind w:firstLine="709"/>
        <w:jc w:val="both"/>
        <w:widowControl/>
      </w:pPr>
      <w:r>
        <w:rPr>
          <w:rFonts w:ascii="Times New Roman" w:hAnsi="Times New Roman"/>
          <w:sz w:val="28"/>
        </w:rPr>
        <w:t>O'zbekiston sharoitida, ayniqsa "Navoiazot" AJ kabi yirik ishlab chiqaruvchilar uchun, ushbu texnologik sxemalarni tanlashda bir qator omillar muhim hisoblanadi. Birinchidan, energiya samaradorligi. Respublika iqtisodiyotida energiya resurslarining narxi va mavjudligi ushbu jihatni asosiy o'ringa chiqaradi. Shuning uchun, kamroq energiya sarflaydigan, jumladan, yuqori bosimli neytrallash va o'z-o'zidan bug'lanish texnologiyalari jozibador bo'lishi mumkin. Ikkinchidan, xavfsizlik. Ammiakli selitraning portlash xavfi yuqori bo'lganligi sababli, harorat va bosimni nazorat qilish, shuningdek, mahsulotning barqarorligini ta'minlash eng muhim talablardir. Mavjud texnologiyalarning xavfsizlik standartlariga mosligi va ularni yanada yaxshilash imkoniyatlari ham tahlil qilinishi lozim. Uchinchi omil esa, atrof-muhitga ta'sirni kamaytirish. Ishlab chiqarish jarayonidan chiqadigan chiqindilar va emissiyalarni minimallashtirish, masalan, gazlarni qayta ishlash va suv resurslarini tejash, zamonaviy texnologiyalarni joriy etishda muhim mezon hisoblanadi. Shuningdek, mahsulotning qadoqlanishi va saqlanish sharoitlariga mos keladigan granulometrik tarkib ham muhimdir.</w:t>
      </w:r>
    </w:p>
    <w:p>
      <w:pPr>
        <w:spacing w:line="360" w:lineRule="auto" w:after="0"/>
        <w:ind w:firstLine="709"/>
        <w:jc w:val="both"/>
        <w:widowControl/>
      </w:pPr>
      <w:r>
        <w:rPr>
          <w:rFonts w:ascii="Times New Roman" w:hAnsi="Times New Roman"/>
          <w:sz w:val="28"/>
        </w:rPr>
        <w:t>Xulosa qilib aytganda, ammiakli selitra ishlab chiqarishning turli texnologik sxemalari neytrallash, konsentratsiyalash, granulatsiya/prilling, quritish va qoplash bosqichlaridagi usullarning xilma-xilligi bilan tavsiflanadi. Har bir sxema o'zining kimyoviy-fizikaviy asoslariga, texnik-iqtisodiy ko'rsatkichlariga va xavfsizlik talablariga ega. Ushbu prinsipial farqlarni tushunish, "Navoiazot" AJ misolida mavjud texnologiyalarni baholash va kelajakda ularni takomillashtirish bo'yicha aniq ilmiy-amaliy tavsiyalar ishlab chiqish uchun zaruriy nazariy va metodologik zaminni yaratadi. Bu esa, eng avvalo, ishlab chiqarish samaradorligini oshirish, xarajatlarni kamaytirish va mahsulot sifatini xalqaro standartlarga moslashtirishga qaratilgan bo'ladi.</w:t>
      </w:r>
    </w:p>
    <w:p>
      <w:pPr>
        <w:spacing w:line="360" w:lineRule="auto" w:after="0"/>
        <w:ind w:firstLine="709"/>
        <w:jc w:val="both"/>
        <w:widowControl/>
      </w:pPr>
      <w:r>
        <w:rPr>
          <w:rFonts w:ascii="Times New Roman" w:hAnsi="Times New Roman"/>
          <w:sz w:val="28"/>
        </w:rPr>
        <w:t>Ammiakli selitra ishlab chiqarishda ishlatiladigan xom ashyolar va katalizatorlar</w:t>
      </w:r>
    </w:p>
    <w:p>
      <w:pPr>
        <w:spacing w:line="360" w:lineRule="auto" w:after="0"/>
        <w:ind w:firstLine="709"/>
        <w:jc w:val="both"/>
        <w:widowControl/>
      </w:pPr>
      <w:r>
        <w:rPr>
          <w:rFonts w:ascii="Times New Roman" w:hAnsi="Times New Roman"/>
          <w:sz w:val="28"/>
        </w:rPr>
        <w:t>Ammiakli selitra (ammonium nitrati, NH₄NO₃) ishlab chiqarish texnologiyasini chuqur tahlil qilish, uning nazariy va uslubiy asoslarini mukammal o'rganishni taqozo etadi. Ushbu jarayonning har bir bosqichi, xususan, kimyoviy reaksiyalar va ularning samaradorligi, bevosita ishlatiladigan xom ashyolar va ularning sifatiga bog'liqdir. Shu sababli, "Navoiazot" AJ misolida ammiakli selitra ishlab chiqarish texnologiyasini o'rganishning ushbu bobida, avvalo, ushbu muhim mineral o'g'itni tayyorlashda qo'llaniladigan asosiy xom ashyolar hamda ularning sifatiga qo'yiladigan talablarni aniqlash maqsad qilib qo'yilgan. Bu esa ishlab chiqarish jarayonining nazariy asoslarini mustahkamlaydi va keyingi tahlillar uchun poydevor yaratadi.</w:t>
      </w:r>
    </w:p>
    <w:p>
      <w:pPr>
        <w:spacing w:line="360" w:lineRule="auto" w:after="0"/>
        <w:ind w:firstLine="709"/>
        <w:jc w:val="both"/>
        <w:widowControl/>
      </w:pPr>
      <w:r>
        <w:rPr>
          <w:rFonts w:ascii="Times New Roman" w:hAnsi="Times New Roman"/>
          <w:sz w:val="28"/>
        </w:rPr>
        <w:t>Ammiakli selitra ishlab chiqarishning asosiy kimyoviy mohiyati ammiak (NH₃) va nitrat kislota (HNO₃) o'rtasidagi neytrallash reaksiyasidan iborat:</w:t>
        <w:br/>
        <w:t>NH₃ + HNO₃ → NH₄NO₃</w:t>
      </w:r>
    </w:p>
    <w:p>
      <w:pPr>
        <w:spacing w:line="360" w:lineRule="auto" w:after="0"/>
        <w:ind w:firstLine="709"/>
        <w:jc w:val="both"/>
        <w:widowControl/>
      </w:pPr>
      <w:r>
        <w:rPr>
          <w:rFonts w:ascii="Times New Roman" w:hAnsi="Times New Roman"/>
          <w:sz w:val="28"/>
        </w:rPr>
        <w:t>Shundan kelib chiqib, ushbu ikki kimyoviy modda ammiakli selitra ishlab chiqarishning eng muhim va asosiy xom ashyolari hisoblanadi. Ularning har birining o'ziga xos texnologik va sifat talablari mavjud bo'lib, ular jarayonning umumiy samaradorligi, mahsulot sifati va ishlab chiqarish xavfsizligini ta'minlashda hal qiluvchi rol o'ynaydi.</w:t>
      </w:r>
    </w:p>
    <w:p>
      <w:pPr>
        <w:spacing w:line="360" w:lineRule="auto" w:after="0"/>
        <w:ind w:firstLine="709"/>
        <w:jc w:val="both"/>
        <w:widowControl/>
      </w:pPr>
      <w:r>
        <w:rPr>
          <w:rFonts w:ascii="Times New Roman" w:hAnsi="Times New Roman"/>
          <w:b/>
          <w:sz w:val="28"/>
        </w:rPr>
        <w:t>Ammiak (NH₃)</w:t>
      </w:r>
      <w:r>
        <w:rPr>
          <w:rFonts w:ascii="Times New Roman" w:hAnsi="Times New Roman"/>
          <w:sz w:val="28"/>
        </w:rPr>
        <w:t xml:space="preserve"> – bu azotli o'g'itlar ishlab chiqarishda asosiy azot manbai hisoblanadi. Ammiakli selitra ishlab chiqarishda ishlatiladigan ammiak, asosan, Haber-Bosch jarayoni orqali ishlab chiqariladi, bunda azot (N₂) va vodorod (H₂) yuqori bosim va haroratda katalizator ishtirokida reaksiyaga kirishadi. Ammiakning sifatiga qo'yiladigan asosiy talablar quyidagilardan iborat:</w:t>
        <w:br/>
        <w:t xml:space="preserve">1.  </w:t>
      </w:r>
      <w:r>
        <w:rPr>
          <w:rFonts w:ascii="Times New Roman" w:hAnsi="Times New Roman"/>
          <w:b/>
          <w:sz w:val="28"/>
        </w:rPr>
        <w:t>Tozalik darajasi:</w:t>
      </w:r>
      <w:r>
        <w:rPr>
          <w:rFonts w:ascii="Times New Roman" w:hAnsi="Times New Roman"/>
          <w:sz w:val="28"/>
        </w:rPr>
        <w:t xml:space="preserve"> Ammiak juda yuqori tozalikka ega bo'lishi kerak. Tarkibidagi suv miqdori juda kam (odatda 0.1-0.5% dan oshmasligi) bo'lishi lozim, chunki ortiqcha suv neytrallash reaksiyasining konsentratsiyasini pasaytiradi va keyingi bosqichlarda (masalan, granulatsiya yoki kristallanishda) muammolarni keltirib chiqarishi mumkin.</w:t>
        <w:br/>
        <w:t xml:space="preserve">2.  </w:t>
      </w:r>
      <w:r>
        <w:rPr>
          <w:rFonts w:ascii="Times New Roman" w:hAnsi="Times New Roman"/>
          <w:b/>
          <w:sz w:val="28"/>
        </w:rPr>
        <w:t>Inert gazlar va boshqa aralashmalar:</w:t>
      </w:r>
      <w:r>
        <w:rPr>
          <w:rFonts w:ascii="Times New Roman" w:hAnsi="Times New Roman"/>
          <w:sz w:val="28"/>
        </w:rPr>
        <w:t xml:space="preserve"> Ammiak tarkibida kislorod, uglerod oksidi (CO), uglerod dioksidi (CO₂) kabi inert gazlar va boshqa organik aralashmalar minimal miqdorda bo'lishi shart. Bu aralashmalar reaksiyaning tezligini sekinlashtirishi, yon mahsulotlar hosil bo'lishiga olib kelishi yoki, eng muhimi, portlash xavfini oshirishi mumkin. Ayniqsa, ammiak ishlab chiqarish qurilmalaridan moylash materiallari yoki boshqa uglevodorod aralashmalarining ammiakka o'tishi jiddiy xavf tug'diradi.</w:t>
        <w:br/>
        <w:t xml:space="preserve">3.  </w:t>
      </w:r>
      <w:r>
        <w:rPr>
          <w:rFonts w:ascii="Times New Roman" w:hAnsi="Times New Roman"/>
          <w:b/>
          <w:sz w:val="28"/>
        </w:rPr>
        <w:t>Gaz holati:</w:t>
      </w:r>
      <w:r>
        <w:rPr>
          <w:rFonts w:ascii="Times New Roman" w:hAnsi="Times New Roman"/>
          <w:sz w:val="28"/>
        </w:rPr>
        <w:t xml:space="preserve"> Ammiak, odatda, bosim ostida suyuklik holatida saqlanadi va ishlatiladi, ammo reaksiyaga kirishishdan oldin gaz holatiga keltiriladi. Gazlash jarayonining barqarorligi va tozaligi muhimdir.</w:t>
      </w:r>
    </w:p>
    <w:p>
      <w:pPr>
        <w:spacing w:line="360" w:lineRule="auto" w:after="0"/>
        <w:ind w:firstLine="709"/>
        <w:jc w:val="both"/>
        <w:widowControl/>
      </w:pPr>
      <w:r>
        <w:rPr>
          <w:rFonts w:ascii="Times New Roman" w:hAnsi="Times New Roman"/>
          <w:b/>
          <w:sz w:val="28"/>
        </w:rPr>
        <w:t>Nitrat kislota (HNO₃)</w:t>
      </w:r>
      <w:r>
        <w:rPr>
          <w:rFonts w:ascii="Times New Roman" w:hAnsi="Times New Roman"/>
          <w:sz w:val="28"/>
        </w:rPr>
        <w:t xml:space="preserve"> – bu ammiakli selitra tarkibidagi nitrat (NO₃⁻) ionining manbai hisoblanadi. Nitrat kislota, asosan, Ostwald jarayoni orqali ishlab chiqariladi, bunda ammiak havoda katalitik oksidlanib, azot oksidlari hosil qiladi, keyinchalik ular suv bilan reaksiyaga kirishib nitrat kislota beradi. Nitrat kislotaning sifatiga qo'yiladigan talablar quyidagilardir:</w:t>
        <w:br/>
        <w:t xml:space="preserve">1.  </w:t>
      </w:r>
      <w:r>
        <w:rPr>
          <w:rFonts w:ascii="Times New Roman" w:hAnsi="Times New Roman"/>
          <w:b/>
          <w:sz w:val="28"/>
        </w:rPr>
        <w:t>Konsentratsiya:</w:t>
      </w:r>
      <w:r>
        <w:rPr>
          <w:rFonts w:ascii="Times New Roman" w:hAnsi="Times New Roman"/>
          <w:sz w:val="28"/>
        </w:rPr>
        <w:t xml:space="preserve"> Ammiakli selitra ishlab chiqarish uchun ishlatiladigan nitrat kislotaning konsentratsiyasi odatda 50-65% (ba'zan 60-62%) ni tashkil qiladi. Yuqori konsentratsiyali kislota (masalan, 98%) neytrallash jarayonida ko'p issiqlik ajralishiga va suv bug'lanishiga olib kelishi mumkin, bu esa texnologik jarayonni murakkablashtiradi. Shu bilan birga, juda past konsentratsiyali kislota esa katta hajmdagi suvni keyinchalik ajratishni talab qiladi, bu esa energiya sarfini oshiradi.</w:t>
        <w:br/>
        <w:t xml:space="preserve">2.  </w:t>
      </w:r>
      <w:r>
        <w:rPr>
          <w:rFonts w:ascii="Times New Roman" w:hAnsi="Times New Roman"/>
          <w:b/>
          <w:sz w:val="28"/>
        </w:rPr>
        <w:t>Aralashmalar:</w:t>
      </w:r>
      <w:r>
        <w:rPr>
          <w:rFonts w:ascii="Times New Roman" w:hAnsi="Times New Roman"/>
          <w:sz w:val="28"/>
        </w:rPr>
        <w:t xml:space="preserve"> Nitrat kislota tarkibida erigan azot oksidlari (NOx), sulfatlar (SO₄²⁻), xloridlar (Cl⁻) va og'ir metallar kabi aralashmalar minimal miqdorda bo'lishi kerak.</w:t>
        <w:br/>
        <w:t xml:space="preserve">    *   </w:t>
      </w:r>
      <w:r>
        <w:rPr>
          <w:rFonts w:ascii="Times New Roman" w:hAnsi="Times New Roman"/>
          <w:b/>
          <w:sz w:val="28"/>
        </w:rPr>
        <w:t>Azot oksidlari (NOx):</w:t>
      </w:r>
      <w:r>
        <w:rPr>
          <w:rFonts w:ascii="Times New Roman" w:hAnsi="Times New Roman"/>
          <w:sz w:val="28"/>
        </w:rPr>
        <w:t xml:space="preserve"> Bu aralashmalar kislotaning barqarorligini pasaytirishi va reaksiyada qo'shimcha yon reaktsiyalarga olib kelishi mumkin.</w:t>
        <w:br/>
        <w:t xml:space="preserve">    *   </w:t>
      </w:r>
      <w:r>
        <w:rPr>
          <w:rFonts w:ascii="Times New Roman" w:hAnsi="Times New Roman"/>
          <w:b/>
          <w:sz w:val="28"/>
        </w:rPr>
        <w:t>Sulfatlar va xloridlar:</w:t>
      </w:r>
      <w:r>
        <w:rPr>
          <w:rFonts w:ascii="Times New Roman" w:hAnsi="Times New Roman"/>
          <w:sz w:val="28"/>
        </w:rPr>
        <w:t xml:space="preserve"> Bu ionlar mahsulotning gigroskopikligini (nam tortish qobiliyatini) oshirishi, saqlash vaqtida aglomeratsiyaga (bir-biriga yopishib qolishga) sabab bo'lishi va metall konstruksiyalarda korroziyani kuchaytirishi mumkin.</w:t>
        <w:br/>
        <w:t xml:space="preserve">    *   </w:t>
      </w:r>
      <w:r>
        <w:rPr>
          <w:rFonts w:ascii="Times New Roman" w:hAnsi="Times New Roman"/>
          <w:b/>
          <w:sz w:val="28"/>
        </w:rPr>
        <w:t>Og'ir metallar:</w:t>
      </w:r>
      <w:r>
        <w:rPr>
          <w:rFonts w:ascii="Times New Roman" w:hAnsi="Times New Roman"/>
          <w:sz w:val="28"/>
        </w:rPr>
        <w:t xml:space="preserve"> Bu metallar o'g'it tarkibida bo'lsa, tuproq va o'simliklar uchun toksik ta'sir ko'rsatishi mumkin.</w:t>
        <w:br/>
        <w:t xml:space="preserve">3.  </w:t>
      </w:r>
      <w:r>
        <w:rPr>
          <w:rFonts w:ascii="Times New Roman" w:hAnsi="Times New Roman"/>
          <w:b/>
          <w:sz w:val="28"/>
        </w:rPr>
        <w:t>Rang va shaffoflik:</w:t>
      </w:r>
      <w:r>
        <w:rPr>
          <w:rFonts w:ascii="Times New Roman" w:hAnsi="Times New Roman"/>
          <w:sz w:val="28"/>
        </w:rPr>
        <w:t xml:space="preserve"> Nitrat kislota shaffof va rangsiz bo'lishi, yashil yoki sarg'ish tuslarga ega bo'lmasligi kerak, bu uning tozaligidan dalolat beradi.</w:t>
      </w:r>
    </w:p>
    <w:p>
      <w:pPr>
        <w:spacing w:line="360" w:lineRule="auto" w:after="0"/>
        <w:ind w:firstLine="709"/>
        <w:jc w:val="both"/>
        <w:widowControl/>
      </w:pPr>
      <w:r>
        <w:rPr>
          <w:rFonts w:ascii="Times New Roman" w:hAnsi="Times New Roman"/>
          <w:sz w:val="28"/>
        </w:rPr>
        <w:t>Katalizatorlar esa, asosan, ammiak va nitrat kislota ishlab chiqarish jarayonlarida ishlatiladi. Ammiakli selitra o'zining to'g'ridan-to'g'ri neytrallash reaksiyasida katalizator talab qilmaydi. Biroq, xomashyolarning o'zini ishlab chiqarishda katalizatorlar muhim rol o'ynaydi. Masalan, ammiak sintezida temir asosidagi katalizatorlar, nitrat kislota ishlab chiqarishda esa platina-rodiy qotishmasidan tayyorlangan katalizator setkalari ishlatiladi. Ushbu katalizatorlarning faolligi va uzoq umr ko'rishi mahsulotning rentabelligini va sifatini bilvosita ta'minlaydi. Katalizatorlarning faolligi va tanlanishi ularning kimyoviy tarkibi, tuzilishi va ishlab chiqarish texnologiyasiga bog'liq bo'lib, ular yuqori harorat va bosimga chidamliligi, hamda yuqori aktivlikka ega bo'lishi talab etiladi.</w:t>
      </w:r>
    </w:p>
    <w:p>
      <w:pPr>
        <w:spacing w:line="360" w:lineRule="auto" w:after="0"/>
        <w:ind w:firstLine="709"/>
        <w:jc w:val="both"/>
        <w:widowControl/>
      </w:pPr>
      <w:r>
        <w:rPr>
          <w:rFonts w:ascii="Times New Roman" w:hAnsi="Times New Roman"/>
          <w:sz w:val="28"/>
        </w:rPr>
        <w:t>O'zbekistonning agrosanoat majmuasida mineral o'g'itlar, xususan, ammiakli selitra ishlab chiqarish muhim o'rin tutadi. "Navoiazot" AJ kabi yirik ishlab chiqaruvchilarning faoliyati mamlakat qishloq xo'jaligi uchun zarur bo'lgan azotli o'g'itlar bilan ta'minlashda markaziy rol o'ynaydi. Xom ashyolarning sifatini nazorat qilish va ularga qo'yiladigan xalqaro va milliy standartlarga rioya qilish, bu korxonalarning asosiy vazifalaridan biridir. O'zbekistonda ammiak va nitrat kislota ishlab chiqarish jarayonlarida ishlatiladigan xom ashyolar (tabiiy gaz, havo, suv) hamda ishlab chiqarilgan asosiy mahsulotlar ham sifat nazoratidan o'tkaziladi. Davlat standartlari (O'z DSt) va texnik shartlar (TS) xom ashyolarning tozaligi, konsentratsiyasi va aralashmalar miqdorini aniqlash bo'yicha qat'iy talablar belgilaydi. Masalan, ammiak ishlab chiqarish uchun ishlatiladigan tabiiy gaz tarkibidagi oltingugurt birikmalarining miqdori cheklangan bo'lishi kerak, chunki ular katalizatorlar faolligini pasaytiradi. Shuningdek, ishlab chiqarilayotgan ammiakli selitrani standartlarga muvofiqligini ta'minlash uchun xom ashyo sifatini nazorat qilishdan tashqari, tayyor mahsulotning fizik-kimyoviy ko'rsatkichlari (masalan, azot miqdori, namlik, granulometrik tarkibi, aglomeratsiya darajasi) ham doimiy ravishda tekshirib boriladi.</w:t>
      </w:r>
    </w:p>
    <w:p>
      <w:pPr>
        <w:spacing w:line="360" w:lineRule="auto" w:after="0"/>
        <w:ind w:firstLine="709"/>
        <w:jc w:val="both"/>
        <w:widowControl/>
      </w:pPr>
      <w:r>
        <w:rPr>
          <w:rFonts w:ascii="Times New Roman" w:hAnsi="Times New Roman"/>
          <w:sz w:val="28"/>
        </w:rPr>
        <w:t>Xulosa qilib aytganda, ammiakli selitra ishlab chiqarish jarayoni muvaffaqiyati va mahsulot sifatini ta'minlashning nazariy va amaliy asoslari, birinchi navbatda, ishlatiladigan asosiy xom ashyolar – ammiak va nitrat kislotaning yuqori tozaligi va aniq konsentratsiyasiga bog'liqdir. Ulardagi har qanday aralashmalar yoki sifatning pasayishi nafaqat reaksiyaning samaradorligini, balki tayyor mahsulotning fizik-kimyoviy xossalarini, saqlash muddatini, shuningdek, atrof-muhitga va texnologik uskunaga ta'sirini ham o'zgartirishi mumkin. Shuning uchun, O'zbekistondagi "Navoiazot" AJ kabi ishlab chiqaruvchilar uchun xom ashyolarni qat'iy nazorat qilish va ularga qo'yiladigan talablarga rioya qilish, ishlab chiqarish jarayonini optimallashtirish va yuqori sifatli mineral o'g'itlar yetkazib berishning muhim sharti hisoblanadi. Bu esa ushbu bobning keyingi qismlarida texnologik jarayonlarni tahlil qilish uchun mustahkam nazariy zamin yaratadi.</w:t>
      </w:r>
    </w:p>
    <w:p>
      <w:pPr>
        <w:spacing w:line="360" w:lineRule="auto" w:after="0"/>
        <w:ind w:firstLine="709"/>
        <w:jc w:val="both"/>
        <w:widowControl/>
      </w:pPr>
      <w:r>
        <w:rPr>
          <w:rFonts w:ascii="Times New Roman" w:hAnsi="Times New Roman"/>
          <w:sz w:val="28"/>
        </w:rPr>
        <w:t>Ammiakli selitra ishlab chiqarish jarayonining energosamaradorligi</w:t>
      </w:r>
    </w:p>
    <w:p>
      <w:pPr>
        <w:spacing w:line="360" w:lineRule="auto" w:after="0"/>
        <w:ind w:firstLine="709"/>
        <w:jc w:val="both"/>
        <w:widowControl/>
      </w:pPr>
      <w:r>
        <w:rPr>
          <w:rFonts w:ascii="Times New Roman" w:hAnsi="Times New Roman"/>
          <w:sz w:val="28"/>
        </w:rPr>
        <w:t>Ammiakli selitra ishlab chiqarish jarayonining nazariy asoslari bilan tanishib chiqqandan so'ng, ushbu texnologik majmuaning iqtisodiy samaradorligi va ekologik barqarorligida hal qiluvchi rol o'ynaydigan energiya samaradorligi masalasiga chuqur kirishish zarur. Ishlab chiqarish jarayonining umumiy xarajatlarida energiya sarfining ulushi sezilarli darajada bo'lib, uning optimallashtirilishi korxona rentabelligini oshirish, tabiiy resurslardan oqilona foydalanish va atrof-muhitga salbiy ta'sirni kamaytirishning muhim sharti hisoblanadi. Ushbu kichik bo'limning asosiy maqsadi ishlab chiqarish jarayonining energiya sarfini tahlil qilish hamda "Navoiazot" AJ misolida energiya tejash imkoniyatlarini aniqlashdan iborat.</w:t>
      </w:r>
    </w:p>
    <w:p>
      <w:pPr>
        <w:spacing w:line="360" w:lineRule="auto" w:after="0"/>
        <w:ind w:firstLine="709"/>
        <w:jc w:val="both"/>
        <w:widowControl/>
      </w:pPr>
      <w:r>
        <w:rPr>
          <w:rFonts w:ascii="Times New Roman" w:hAnsi="Times New Roman"/>
          <w:sz w:val="28"/>
        </w:rPr>
        <w:t>Ammiakli selitra ishlab chiqarish ko'p bosqichli va murakkab kimyoviy-texnologik jarayon bo'lib, har bir bosqichda energiya iste'moli mavjud. Jarayonning asosiy energiya talab qiluvchi bosqichlari quyidagilardan iborat:</w:t>
      </w:r>
    </w:p>
    <w:p>
      <w:pPr>
        <w:spacing w:line="360" w:lineRule="auto" w:after="0"/>
        <w:ind w:firstLine="709"/>
        <w:jc w:val="both"/>
        <w:widowControl/>
      </w:pPr>
      <w:r>
        <w:rPr>
          <w:rFonts w:ascii="Times New Roman" w:hAnsi="Times New Roman"/>
          <w:sz w:val="28"/>
        </w:rPr>
        <w:t xml:space="preserve">1.  </w:t>
      </w:r>
      <w:r>
        <w:rPr>
          <w:rFonts w:ascii="Times New Roman" w:hAnsi="Times New Roman"/>
          <w:b/>
          <w:sz w:val="28"/>
        </w:rPr>
        <w:t>Ammiak sintezi:</w:t>
      </w:r>
      <w:r>
        <w:rPr>
          <w:rFonts w:ascii="Times New Roman" w:hAnsi="Times New Roman"/>
          <w:sz w:val="28"/>
        </w:rPr>
        <w:t xml:space="preserve"> Haber-Bosch jarayoni orqali azot va vodoroddan ammiak olish eng energiya talab qiluvchi bosqichdir. Bu jarayon yuqori bosim (150-350 atm) va harorat (400-500°C)da amalga oshiriladi, bu esa kompressorlar va isitish tizimlari uchun katta miqdorda elektr energiyasi va issiqlik talab qiladi. Reaksiyaning muvozanati va kinetikasi energiya sarfiga bevosita ta'sir qiladi. Katalizator faolligini optimallashtirish, reaktsiya sharoitlarini nozik sozlash va ajratish texnologiyalarini takomillashtirish orqali energiya samaradorligini oshirish mumkin.</w:t>
        <w:br/>
        <w:t xml:space="preserve">2.  </w:t>
      </w:r>
      <w:r>
        <w:rPr>
          <w:rFonts w:ascii="Times New Roman" w:hAnsi="Times New Roman"/>
          <w:b/>
          <w:sz w:val="28"/>
        </w:rPr>
        <w:t>Nitrat kislota sintezi:</w:t>
      </w:r>
      <w:r>
        <w:rPr>
          <w:rFonts w:ascii="Times New Roman" w:hAnsi="Times New Roman"/>
          <w:sz w:val="28"/>
        </w:rPr>
        <w:t xml:space="preserve"> Ammiakning katalitik oksidlanishi (Ostvald jarayoni) orqali nitrat kislota olish jarayoni ham energiya sarflaydi. Garchi bu jarayon ekzotermik bo'lsa-da, havoni siqish, katalizator massivlari uchun issiqlikni ta'minlash va gazlarni yutish kolonnalarida energiya sarflanadi. Chiqayotgan gazlardagi issiqlikdan foydalanish, ya'ni issiqlik almashinuvchilar samaradorligini oshirish energiya tejashning asosiy yo'nalishlaridan biridir.</w:t>
        <w:br/>
        <w:t xml:space="preserve">3.  </w:t>
      </w:r>
      <w:r>
        <w:rPr>
          <w:rFonts w:ascii="Times New Roman" w:hAnsi="Times New Roman"/>
          <w:b/>
          <w:sz w:val="28"/>
        </w:rPr>
        <w:t>Ammiakli selitra sintezi va granulyatsiya/prilling:</w:t>
      </w:r>
      <w:r>
        <w:rPr>
          <w:rFonts w:ascii="Times New Roman" w:hAnsi="Times New Roman"/>
          <w:sz w:val="28"/>
        </w:rPr>
        <w:t xml:space="preserve"> Nitrat kislotaning ammiak bilan neytrallanishi ekzotermik reaksiya bo'lib, issiqlik ajralib chiqadi. Biroq, hosil bo'lgan eritmani bug'latish, konsentratsiyalash, so'ngra mahsulotni granulalash yoki prilling (mayda shar shaklida shakllantirish) va quritish jarayonlari katta miqdorda issiqlik energiyasi (ko'pincha bug' ko'rinishida) va elektr energiyasini talab qiladi. Bug'lash tizimlarining samaradorligi, quritish usullarini optimallashtirish, chiqindi issiqlikdan foydalanish bu bosqichda energiya tejash imkoniyatlarini yaratadi.</w:t>
      </w:r>
    </w:p>
    <w:p>
      <w:pPr>
        <w:spacing w:line="360" w:lineRule="auto" w:after="0"/>
        <w:ind w:firstLine="709"/>
        <w:jc w:val="both"/>
        <w:widowControl/>
      </w:pPr>
      <w:r>
        <w:rPr>
          <w:rFonts w:ascii="Times New Roman" w:hAnsi="Times New Roman"/>
          <w:sz w:val="28"/>
        </w:rPr>
        <w:t>Energiya sarfini tahlil qilish uchun "Navoiazot" AJ kabi yirik ishlab chiqarish korxonasida tizimli yondashuv talab etiladi. Buning uchun quyidagi usullar qo'llanilishi mumkin:</w:t>
      </w:r>
    </w:p>
    <w:p>
      <w:pPr>
        <w:spacing w:line="360" w:lineRule="auto" w:after="0"/>
        <w:ind w:firstLine="709"/>
        <w:jc w:val="both"/>
        <w:widowControl/>
      </w:pPr>
      <w:r>
        <w:rPr>
          <w:rFonts w:ascii="Times New Roman" w:hAnsi="Times New Roman"/>
          <w:sz w:val="28"/>
        </w:rPr>
        <w:t xml:space="preserve">*   </w:t>
      </w:r>
      <w:r>
        <w:rPr>
          <w:rFonts w:ascii="Times New Roman" w:hAnsi="Times New Roman"/>
          <w:b/>
          <w:sz w:val="28"/>
        </w:rPr>
        <w:t>Energetik audit (Energy Audit):</w:t>
      </w:r>
      <w:r>
        <w:rPr>
          <w:rFonts w:ascii="Times New Roman" w:hAnsi="Times New Roman"/>
          <w:sz w:val="28"/>
        </w:rPr>
        <w:t xml:space="preserve"> Har bir bosqichdagi energiya iste'molini aniq hisobga olish, energiya yo'qotishlarini aniqlash va ularning manbalarini topish. Bu elektr energiyasi, bug', tabiiy gaz, sovutish suvi kabi barcha turdagi energiyalar uchun amalga oshiriladi.</w:t>
        <w:br/>
        <w:t xml:space="preserve">*   </w:t>
      </w:r>
      <w:r>
        <w:rPr>
          <w:rFonts w:ascii="Times New Roman" w:hAnsi="Times New Roman"/>
          <w:b/>
          <w:sz w:val="28"/>
        </w:rPr>
        <w:t>Issiqlik va massa almashinuvini optimallashtirish:</w:t>
      </w:r>
      <w:r>
        <w:rPr>
          <w:rFonts w:ascii="Times New Roman" w:hAnsi="Times New Roman"/>
          <w:sz w:val="28"/>
        </w:rPr>
        <w:t xml:space="preserve"> Zamonaviy issiqlik almashinuvchilaridan foydalanish, mavjud uskunalarni modernizatsiya qilish, issiqlik ko'priyalarini (heat bridges) kamaytirish orqali issiqlik yo'qotishlarini minimallashtirish.</w:t>
        <w:br/>
        <w:t xml:space="preserve">*   </w:t>
      </w:r>
      <w:r>
        <w:rPr>
          <w:rFonts w:ascii="Times New Roman" w:hAnsi="Times New Roman"/>
          <w:b/>
          <w:sz w:val="28"/>
        </w:rPr>
        <w:t>Eksyergetik tahlil (Exergy Analysis):</w:t>
      </w:r>
      <w:r>
        <w:rPr>
          <w:rFonts w:ascii="Times New Roman" w:hAnsi="Times New Roman"/>
          <w:sz w:val="28"/>
        </w:rPr>
        <w:t xml:space="preserve"> Energiyaning sifatini hisobga olgan holda yo'qotishlarni aniqlash. Bu usul, ayniqsa, yuqori haroratli va bosimli jarayonlarda energiya sifatining yo'qotilishini ko'rsatib beradi.</w:t>
        <w:br/>
        <w:t xml:space="preserve">*   </w:t>
      </w:r>
      <w:r>
        <w:rPr>
          <w:rFonts w:ascii="Times New Roman" w:hAnsi="Times New Roman"/>
          <w:b/>
          <w:sz w:val="28"/>
        </w:rPr>
        <w:t>Chiqindi issiqlikdan foydalanish (Waste Heat Recovery):</w:t>
      </w:r>
      <w:r>
        <w:rPr>
          <w:rFonts w:ascii="Times New Roman" w:hAnsi="Times New Roman"/>
          <w:sz w:val="28"/>
        </w:rPr>
        <w:t xml:space="preserve"> Jarayonlarda hosil bo'ladigan va tashlab yuborilayotgan issiqlikni qayta ishlatish uchun issiqlik nasoslari, issiqlik almashinuvchilari va boshqa texnologiyalarni joriy etish. Masalan, ammiak sintezidan chiqayotgan issiq gazlar yoki nitrat kislota ishlab chiqarishdan ajralayotgan issiqlikni boshqa jarayonlarda (masalan, bug' ishlab chiqarish, quritish) ishlatish.</w:t>
      </w:r>
    </w:p>
    <w:p>
      <w:pPr>
        <w:spacing w:line="360" w:lineRule="auto" w:after="0"/>
        <w:ind w:firstLine="709"/>
        <w:jc w:val="both"/>
        <w:widowControl/>
      </w:pPr>
      <w:r>
        <w:rPr>
          <w:rFonts w:ascii="Times New Roman" w:hAnsi="Times New Roman"/>
          <w:sz w:val="28"/>
        </w:rPr>
        <w:t>O'zbekiston Respublikasida sanoat korxonalarida energiya samaradorligini oshirish davlat siyosatining muhim yo'nalishlaridan biridir. "O'zbekiston Respublikasida energiya samaradorligi dasturi to'g'risida"gi qonun va boshqa normativ-huquqiy hujjatlar sanoat korxonalarini energiya tejovchi texnologiyalarni joriy etishga undaydi. "Navoiazot" AJ kabi yirik kimyo sanoati korxonalari uchun bu qonunlar va dasturlar energiya sarfini kamaytirish, xomashyo va energiya resurslaridan oqilona foydalanish, ishlab chiqarish tannarxini pasaytirish va xalqaro bozorlarda raqobatbardoshligini oshirish bo'yicha aniq yo'nalishlar beradi. Mahalliy sharoitda, ayniqsa, tabiiy gaz narxining o'zgaruvchanligi hamda energetik xavfsizlikni ta'minlash nuqtai nazaridan, energiya tejash nafaqat iqtisodiy, balki strategik ahamiyat kasb etadi.</w:t>
      </w:r>
    </w:p>
    <w:p>
      <w:pPr>
        <w:spacing w:line="360" w:lineRule="auto" w:after="0"/>
        <w:ind w:firstLine="709"/>
        <w:jc w:val="both"/>
        <w:widowControl/>
      </w:pPr>
      <w:r>
        <w:rPr>
          <w:rFonts w:ascii="Times New Roman" w:hAnsi="Times New Roman"/>
          <w:sz w:val="28"/>
        </w:rPr>
        <w:t>Xulosa qilib aytganda, ammiakli selitra ishlab chiqarish jarayonining energiya samaradorligini tahlil qilish, avvalo, har bir bosqichdagi energiya sarfini aniq hisobga olish, mavjud yo'qotishlarni aniqlash va ularni bartaraf etish yo'llarini izlashni o'z ichiga oladi. Eksyergetik tahlil, issiqlik almashinuvini optimallashtirish va chiqindi issiqlikdan foydalanish kabi usullar "Navoiazot" AJ misolida energiya tejashning sezilarli imkoniyatlarini ochib beradi. Ushbu imkoniyatlarni amalga oshirish korxona faoliyatining iqtisodiy samaradorligini oshirish, uning ekologik izini kamaytirish va O'zbekistonning sanoat rivojlanishida energiya samaradorligi bo'yicha milliy maqsadlariga erishishga hissa qo'shadi. Bu esa o'z navbatida, ushbu dissertatsiyaning umumiy maqsadiga, ya'ni "Navoiazot" AJ misolida ammiakli selitra ishlab chiqarish texnologiyasini tahlil qilish va takomillashtirish bo'yicha ilmiy-amaliy tavsiyalar ishlab chiqishga asos bo'ladi.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Ammiakli selitra ishlab chiqarishda atrof-muhitga ta'siri va xavfsizlik normalari</w:t>
      </w:r>
    </w:p>
    <w:p>
      <w:pPr>
        <w:spacing w:line="360" w:lineRule="auto" w:after="0"/>
        <w:ind w:firstLine="709"/>
        <w:jc w:val="both"/>
        <w:widowControl/>
      </w:pPr>
      <w:r>
        <w:rPr>
          <w:rFonts w:ascii="Times New Roman" w:hAnsi="Times New Roman"/>
          <w:sz w:val="28"/>
        </w:rPr>
        <w:t>Ammiakli selitra ishlab chiqarish texnologiyasining nazariy va metodologik asoslarini chuqur tahlil qilish jarayoni, ushbu muhim kimyoviy mahsulotning ishlab chiqarish siklini to'liq qamrab olishni taqozo etadi. Ushbu tahlilning ajralmas qismi sifatida, ishlab chiqarish jarayonlarining atrof-muhitga ta'siri hamda xavfsizlik normalarining o'rganilishi ushbu dissertatsiya tadqiqotining asosiy maqsadlaridan biri hisoblanadi. Bu esa, avvalo, ishlab chiqarishning ekologik muammolarini va xavfsizlik talablarini puxta o'rganishni ko'zda tutadi.</w:t>
      </w:r>
    </w:p>
    <w:p>
      <w:pPr>
        <w:spacing w:line="360" w:lineRule="auto" w:after="0"/>
        <w:ind w:firstLine="709"/>
        <w:jc w:val="both"/>
        <w:widowControl/>
      </w:pPr>
      <w:r>
        <w:rPr>
          <w:rFonts w:ascii="Times New Roman" w:hAnsi="Times New Roman"/>
          <w:sz w:val="28"/>
        </w:rPr>
        <w:t>Ammiakli selitra (NH₄NO₃) ishlab chiqarish, tabiatan murakkab kimyoviy jarayonlarni o'z ichiga oladi. Bu jarayonlar, ayniqsa, azot kislotasi (HNO₃) va ammiak (NH₃) sintezini o'z ichiga oladi, ular keyinchalik neytrallash reaksiyasi orqali ammiakli selitrani hosil qiladi. Ushbu jarayonlarning har biri o'ziga xos ekologik va xavfsizlik xavf-xatarlarini tug'diradi. Nazariy nuqtai nazardan, azot kislotasini ishlab chiqarish, ayniqsa, ammoniakning katalitik oksidlanishi jarayonida turli azot oksidlari (NOx) hosil bo'lishiga olib kelishi mumkin. NOx birikmalari atmosferaga chiqarilganda, havoning ifloslanishiga, kislotali yomg'irlarning hosil bo'lishiga va smogning shakllanishiga sabab bo'ladi. Bu ekotizimlar, ayniqsa, o'simlik dunyosi va suv havzalariga salbiy ta'sir ko'rsatadi, eutrofikatsiya jarayonlarini kuchaytiradi. Ammiakning o'zi ham atmosferaga chiqarilishi mumkin, bu esa havoda mayda zarrachalarning (PM2.5) hosil bo'lishiga, tuproqning kislotalashuviga va o'simliklar turlari tarkibining o'zgarishiga olib keladi.</w:t>
      </w:r>
    </w:p>
    <w:p>
      <w:pPr>
        <w:spacing w:line="360" w:lineRule="auto" w:after="0"/>
        <w:ind w:firstLine="709"/>
        <w:jc w:val="both"/>
        <w:widowControl/>
      </w:pPr>
      <w:r>
        <w:rPr>
          <w:rFonts w:ascii="Times New Roman" w:hAnsi="Times New Roman"/>
          <w:sz w:val="28"/>
        </w:rPr>
        <w:t>Ammiakli selitra ishlab chiqarish jarayonlarida hosil bo'ladigan chiqindi suvlarning ekologik xavfi ham katta. Bu suvlarda nitratlar, nitritlar, ammoniy ionlari va boshqa erigan tuzlar mavjud bo'lishi mumkin. Bunday suvlarning tozalashsiz tabiatga chiqarilishi, daryo va ko'llar suvi sifatini keskin yomonlashtiradi, suv havzalaridagi hayotga ziyon yetkazadi va ichimlik suvi manbalarini ifloslantirish xavfini tug'diradi. Xususan, yuqori konsentratsiyadagi nitratlar chaqaloqlarda methemoglobinemiya (ko'k rang kasalligi) kabi jiddiy salomatlik muammolariga olib kelishi mumkin. Shuningdek, ishlab chiqarish jarayonidan hosil bo'ladigan qattiq chiqindilar, masalan, filtrlash jarayonlaridan qolgan materiallar yoki standart talablariga javob bermaydigan mahsulotlar ham utilizatsiya qilishda muammolarni yuzaga keltirishi mumkin. Ammiakli selitra ishlab chiqarish jarayonlari energiya talabchanligi sababli, bilvosita karbonat angidrid (CO₂) emissiyalariga ham hissa qo'shadi, bu esa iqlim o'zgarishlariga ta'sir etadi.</w:t>
      </w:r>
    </w:p>
    <w:p>
      <w:pPr>
        <w:spacing w:line="360" w:lineRule="auto" w:after="0"/>
        <w:ind w:firstLine="709"/>
        <w:jc w:val="both"/>
        <w:widowControl/>
      </w:pPr>
      <w:r>
        <w:rPr>
          <w:rFonts w:ascii="Times New Roman" w:hAnsi="Times New Roman"/>
          <w:sz w:val="28"/>
        </w:rPr>
        <w:t>Ammiakli selitrani ishlab chiqarish va saqlash bilan bog'liq xavfsizlik talablari ham juda yuqori. Ammiakli selitra o'zi yonmaydigan modda bo'lsa-da, kuchli oksidlovchi hisoblanadi va yong'inlarning kuchayishiga olib kelishi mumkin. Eng jiddiy xavf esa uning portlash xususiyatiga egaligidir. Ammiakli selitra toza holatda nisbatan barqaror bo'lsa-da, turli iflosliklar (masalan, organik moddalar, metall changlari, xloridlar) bilan aralashganda, ayniqsa, yuqori harorat, bosim yoki zarba ta'sirida portlash xavfi ortadi. Tarixda bunday portlashlar natijasida katta fojialar yuz bergan. Shu sababli, ammiakli selitrani ishlab chiqarish, saqlash, tashish va qo'llash jarayonlari qat'iy xalqaro va milliy standartlar hamda qoidalarga muvofiq amalga oshirilishi shart. Bunga quyidagilar kiradi: xavfli moddalarni saqlash joylarining maxsus loyihalanishi, portlashdan himoyalanganlik choralari, doimiy monitoring tizimlari, xodimlarning xavfsizligi uchun maxsus kiyim-bosh va texnik vositalar, hamda favqulodda vaziyatlarga tayyorgarlik rejalari.</w:t>
      </w:r>
    </w:p>
    <w:p>
      <w:pPr>
        <w:spacing w:line="360" w:lineRule="auto" w:after="0"/>
        <w:ind w:firstLine="709"/>
        <w:jc w:val="both"/>
        <w:widowControl/>
      </w:pPr>
      <w:r>
        <w:rPr>
          <w:rFonts w:ascii="Times New Roman" w:hAnsi="Times New Roman"/>
          <w:sz w:val="28"/>
        </w:rPr>
        <w:t>O'zbekiston sharoitida "Navoiazot" AJ kabi yirik kimyo korxonalari uchun ushbu ekologik va xavfsizlik talablari alohida ahamiyat kasb etadi. Mamlakatimizda atrof-muhitni muhofaza qilishga oid qonunchilik doimiy ravishda takomillashtirilib borilmoqda. Xususan, O'zbekiston Respublikasining "Atrof-muhit muhofazasi to'g'risidagi" Qonuni, "Sanoat xavfsizligi to'g'risidagi" Qonuni hamda tegishli normativ-huquqiy hujjatlar kimyo sanoatining barcha jabhalarida ekologik xavfsizlik va sanoat xavfsizligini ta'minlash bo'yicha aniq talablarni belgilab beradi. "Navoiazot" AJ faoliyatida ham, ishlab chiqarish jarayonlaridan atmosferaga chiqindilarni kamaytirish, chiqindi suvlarni tozalashning zamonaviy texnologiyalarini joriy etish, qattiq sanoat chiqindilarini boshqarish tizimini yaxshilash kabi yo'nalishlarda doimiy ishlar olib borilishi talab etiladi. Shuningdek, korxona hududida ammiakli selitrani saqlash omborlarining xavfsizligini ta'minlash, yong'in va portlash xavfini oldini olish choralari qat'iy nazorat qilinishi lozim. Jahon tajribasini o'rganish va O'zbekistonning ekologik sharoitiga moslashtirilgan texnologiyalarni qo'llash, ushbu yo'nalishdagi muammolarni hal etishda muhim rol o'ynaydi. Mahalliy ekotizimning nozikligini hisobga olgan holda, ishlab chiqarishdan kelib chiqadigan har qanday salbiy ta'sirlarni minimal darajada ushlab turish muhim vazifa hisoblanadi.</w:t>
      </w:r>
    </w:p>
    <w:p>
      <w:pPr>
        <w:spacing w:line="360" w:lineRule="auto" w:after="0"/>
        <w:ind w:firstLine="709"/>
        <w:jc w:val="both"/>
        <w:widowControl/>
      </w:pPr>
      <w:r>
        <w:rPr>
          <w:rFonts w:ascii="Times New Roman" w:hAnsi="Times New Roman"/>
          <w:sz w:val="28"/>
        </w:rPr>
        <w:t>Xulosa qilib aytganda, ammiakli selitra ishlab chiqarish texnologiyasining atrof-muhitga ta'siri va xavfsizlik normalari tizimli ravishda o'rganilishi, ushbu jarayonlarning nazariy asoslarini chuqurroq tushunish va amaliyotda yuzaga kelishi mumkin bo'lgan muammolarni aniqlash uchun zarurdir. Yuqorida keltirilgan nazariy tahlillar va O'zbekiston sharoitiga moslashtirilgan amaliy misollar, ishlab chiqarishning ekologik xavf-xatarlarini va xavfsizlik talablarini atroflicha o'rganish maqsadiga xizmat qiladi. Bu esa, kelajakda "Navoiazot" AJ misolida ushbu texnologiyani takomillashtirish bo'yicha aniq va amaliy tavsiyalar ishlab chiqish uchun mustahkam zamin yaratadi.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r>
        <w:br w:type="page"/>
      </w:r>
    </w:p>
    <w:p>
      <w:pPr>
        <w:jc w:val="center"/>
      </w:pPr>
      <w:r>
        <w:rPr>
          <w:rFonts w:ascii="Times New Roman" w:hAnsi="Times New Roman"/>
          <w:b/>
          <w:sz w:val="32"/>
        </w:rPr>
        <w:t>2. "NAVOIAZOT" AJ MISOLIDA AMMIAKLI SELITRA ISHLAB CHIQARISHNING AMALIY TAHLILI</w:t>
      </w:r>
    </w:p>
    <w:p/>
    <w:p>
      <w:pPr>
        <w:spacing w:line="360" w:lineRule="auto" w:after="0"/>
        <w:ind w:firstLine="709"/>
        <w:jc w:val="both"/>
        <w:widowControl/>
      </w:pPr>
      <w:r>
        <w:rPr>
          <w:rFonts w:ascii="Times New Roman" w:hAnsi="Times New Roman"/>
          <w:sz w:val="28"/>
        </w:rPr>
        <w:t>"Navoiazot" AJ ning umumiy tavsifi va ishlab chiqarish quvvatlari</w:t>
      </w:r>
    </w:p>
    <w:p>
      <w:pPr>
        <w:spacing w:line="360" w:lineRule="auto" w:after="0"/>
        <w:ind w:firstLine="709"/>
        <w:jc w:val="both"/>
        <w:widowControl/>
      </w:pPr>
      <w:r>
        <w:rPr>
          <w:rFonts w:ascii="Times New Roman" w:hAnsi="Times New Roman"/>
          <w:sz w:val="28"/>
        </w:rPr>
        <w:t>2-bobning ushbu qismi "Navoiazot" AJ misolida ammiakli selitra ishlab chiqarish jarayonlarini amaliy tahlil qilishga bag'ishlanadi. Ushbu tahlilning samaradorligi va chuqurligi, birinchi navbatda, tadqiqot obyekti bo'lmish korxonaning o'ziga xos xususiyatlarini, uning tashkiliy tuzilmasini va asosiy ishlab chiqarish quvvatlarini to'liq tushunishga bog'liq. Shu sababli, ushbu kichik bo'limda "Navoiazot" AJ ning umumiy tavsifi, uning tarixiy rivojlanishi, hozirgi tashkiliy-huquqiy shakli, boshqaruv tizimi hamda mineral o'g'itlar, xususan, ammiakli selitra ishlab chiqarishdagi asosiy texnologik liniyalari va ularning quvvatlari haqida batafsil ma'lumot beriladi. Bu esa keyingi boblarda amalga oshiriladigan texnologik va iqtisodiy tahlillar uchun mustahkam zamin yaratadi.</w:t>
      </w:r>
    </w:p>
    <w:p>
      <w:pPr>
        <w:spacing w:line="360" w:lineRule="auto" w:after="0"/>
        <w:ind w:firstLine="709"/>
        <w:jc w:val="both"/>
        <w:widowControl/>
      </w:pPr>
      <w:r>
        <w:rPr>
          <w:rFonts w:ascii="Times New Roman" w:hAnsi="Times New Roman"/>
          <w:sz w:val="28"/>
        </w:rPr>
        <w:t>Har qanday yirik sanoat korxonasining samarali faoliyat yuritishi uning tashkiliy tuzilmasining puxtaligiga va aniqligiga bog'liq. Tashkiliy tuzilma – bu korxona ichidagi vazifalar, vakolatlar va javobgarliklarning rasmiy taqsimoti hamda ularning o'zaro aloqadorligini belgilovchi tizimdir. Bu tuzilma boshqaruv qarorlarini qabul qilish, resurslarni taqsimlash, axborot oqimini tashkil etish va xodimlar o'rtasidagi hamkorlikni muvofiqlashtirish uchun asosiy mexanizm bo'lib xizmat qiladi. Kimyoviy sanoat, ayniqsa, murakkab texnologik jarayonlarga ega bo'lgan ammiakli selitra ishlab chiqarish kabi sohalarda, aniq va tizimli tashkiliy tuzilma ishlab chiqarish xavfsizligini ta'minlash, texnologik jarayonlarning uzluksizligini kafolatlash, mahsulot sifatini nazorat qilish va xarajatlarni optimallashtirish uchun hal qiluvchi ahamiyatga ega. Tadqiqot nuqtai nazaridan, korxonaning boshqaruv tizimini, uning tarkibiy bo'linmalarini (masalan, texnologik bo'limlar, ishlab chiqarish uchastkalari, sifat nazorati xizmati, ta'minot va sotish xizmatlari) va ularning o'zaro munosabatlarini o'rganish, texnologik jarayonlardagi muammolarni aniqlash, boshqaruv samaradorligini baholash va takomillashtirish yo'nalishlarini belgilash imkonini beradi. Masalan, markazlashgan yoki markazlashmagan qaror qabul qilish mexanizmlari, bo'linmalararo aloqalarning samaradorligi ishlab chiqarish jarayonlarining moslashuvchanligi va tezkorligi ustidan to'g'ridan-to'g'ri ta'sir ko'rsatadi.</w:t>
      </w:r>
    </w:p>
    <w:p>
      <w:pPr>
        <w:spacing w:line="360" w:lineRule="auto" w:after="0"/>
        <w:ind w:firstLine="709"/>
        <w:jc w:val="both"/>
        <w:widowControl/>
      </w:pPr>
      <w:r>
        <w:rPr>
          <w:rFonts w:ascii="Times New Roman" w:hAnsi="Times New Roman"/>
          <w:sz w:val="28"/>
        </w:rPr>
        <w:t>"Navoiazot" AJ ning tashkiliy tuzilmasini o'rganish, ushbu yirik kimyo kompleksi faoliyatining o'ziga xos jihatlarini ochib beradi. O'zbekiston Respublikasi sanoatining yetakchi korxonalaridan biri sifatida, "Navoiazot" AJ ko'p yillik tarixga ega bo'lib, mamlakat kimyo sanoatining rivojlanishida muhim rol o'ynaydi. Korxona dastlab davlat tasarrufida bo'lib, keyinchalik aksiyadorlik jamiyatiga aylantirilishi uning boshqaruv tizimida ham o'zgarishlarga olib keldi. Zamonaviy aksiyadorlik jamiyati sifatida "Navoiazot" AJ boshqaruv kengashi, boshqaruv raisi va uning o'rinbosarlari hamda turli bo'lim va yo'nalishlar rahbarlaridan iborat ierarxik tuzilmaga ega. Bu tuzilma korporativ boshqaruv tamoyillariga asoslanadi va uning maqsadlari O'zbekiston iqtisodiyotining strategik yo'nalishlari, xususan, qishloq xo'jaligi uchun zarur mineral o'g'itlar bilan ta'minlash, shuningdek, kimyo sanoatining boshqa muhim mahsulotlarini ishlab chiqarishni rivojlantirishdan iborat. Tashkiliy tuzilmaning batafsil tahlili, uning samaradorligini baholash uchun zarur bo'lgan boshqaruvchi va ijrochi funksiyalarning aniqligini, bo'linmalararo muvofiqlikni va qaror qabul qilishning tezkorligini baholash imkonini beradi.</w:t>
      </w:r>
    </w:p>
    <w:p>
      <w:pPr>
        <w:spacing w:line="360" w:lineRule="auto" w:after="0"/>
        <w:ind w:firstLine="709"/>
        <w:jc w:val="both"/>
        <w:widowControl/>
      </w:pPr>
      <w:r>
        <w:rPr>
          <w:rFonts w:ascii="Times New Roman" w:hAnsi="Times New Roman"/>
          <w:sz w:val="28"/>
        </w:rPr>
        <w:t>Ishlab chiqarish quvvatlari esa korxonaning texnologik salohiyati va bozor imkoniyatlarini belgilovchi asosiy ko'rsatkichlardir. Sanoat korxonasining ishlab chiqarish quvvati deganda, ma'lum bir vaqt davomida, mavjud texnika, texnologiya va xomashyo resurslaridan foydalangan holda, belgilangan sifat standartlariga javob beradigan mahsulotni ishlab chiqarishning maksimal hajmi tushuniladi. Bu ko'rsatkich korxonaning hozirgi holati va kelajakdagi rivojlanish istiqbollarini baholashda muhimdir. "Navoiazot" AJ misolida, asosiy ishlab chiqarish quvvatlari birinchi navbatda ammiak va ammiakli selitra (ammonium nitrate) ishlab chiqarishga yo'naltirilgan. Ammiak – bu ammiakli selitra ishlab chiqarishning asosiy xomashyosi hisoblanadi. Korxonada yiliga million tonnalab ammiak ishlab chiqarish quvvatiga ega bo'lgan zamonaviy zavodlar mavjud. Bu quvvatlar, shuningdek, boshqa azotli o'g'itlar va kimyo mahsulotlari ishlab chiqarish uchun ham asos bo'lib xizmat qiladi.</w:t>
      </w:r>
    </w:p>
    <w:p>
      <w:pPr>
        <w:spacing w:line="360" w:lineRule="auto" w:after="0"/>
        <w:ind w:firstLine="709"/>
        <w:jc w:val="both"/>
        <w:widowControl/>
      </w:pPr>
      <w:r>
        <w:rPr>
          <w:rFonts w:ascii="Times New Roman" w:hAnsi="Times New Roman"/>
          <w:sz w:val="28"/>
        </w:rPr>
        <w:t>Ammiakli selitra ishlab chiqarish liniyalarining quvvatlari ham korxonaning umumiy ishlab chiqarish salohiyatining muhim qismini tashkil etadi. "Navoiazot" AJ dunyodagi eng yirik ammiakli selitra ishlab chiqaruvchilardan biri hisoblanadi va uning ishlab chiqarish quvvatlari yiliga bir necha million tonnani tashkil etishi mumkin. Bu quvvatlar zamonaviy texnologiyalar va energiya samarador uskunalar bilan jihozlangan bo'lib, bu esa mahsulotni yuqori sifatda va raqobatbardosh narxda ishlab chiqarishga imkon beradi. Ishlab chiqarish quvvatlarining aniq qiymatlarini bilish, shuningdek, uskunalar va texnologik jarayonlarning modernizatsiya darajasini, ular bilan bog'liq energiya sarfini, xomashyo iste'molini va atrof-muhitga ta'sirini baholash uchun zarurdir. Ushbu ma'lumotlar, kelajakda ishlab chiqarishni kengaytirish, texnologik jarayonlarni optimallashtirish yoki yangi mahsulot liniyalarini joriy qilish bo'yicha qarorlar qabul qilishda asosiy mezon bo'lib xizmat qiladi.</w:t>
      </w:r>
    </w:p>
    <w:p>
      <w:pPr>
        <w:spacing w:line="360" w:lineRule="auto" w:after="0"/>
        <w:ind w:firstLine="709"/>
        <w:jc w:val="both"/>
        <w:widowControl/>
      </w:pPr>
      <w:r>
        <w:rPr>
          <w:rFonts w:ascii="Times New Roman" w:hAnsi="Times New Roman"/>
          <w:sz w:val="28"/>
        </w:rPr>
        <w:t>O'zbekiston iqtisodiyoti va qishloq xo'jaligi uchun "Navoiazot" AJ ning roli alohida ahamiyatga ega. Mamlakatda oziq-ovqat xavfsizligini ta'minlash va qishloq xo'jaligi mahsuldorligini oshirishda mineral o'g'itlar, ayniqsa azotli o'g'itlar muhim o'rin tutadi. "Navoiazot" AJ ning yirik ishlab chiqarish quvvatlari, O'zbekistonning ichki ehtiyojlarini to'liq qondirishga, hatto eksportga ham mahsulot yetkazib berishga imkoniyat yaratadi. Bu esa milliy iqtisodiyotning barqarorligini ta'minlashga va qishloq xo'jaligi sektorining rivojlanishiga hissa qo'shadi. O'zbekiston Respublikasi hukumatining sanoatni modernizatsiya qilish va diversifikatsiya qilish siyosati doirasida, "Navoiazot" AJ kabi korxonalarni qo'llab-quvvatlash, ularning texnologik yangilanishini rag'batlantirish va ishlab chiqarish quvvatlarini oshirishga qaratilgan chora-tadbirlar amalga oshirilmoqda. Masalan, so'nggi yillarda bir qator investitsiya loyihalari doirasida zamonaviy texnologiyalar joriy etildi, energiya samaradorligi oshirildi va ishlab chiqarish jarayonlari ekologik xavfsizligini yaxshilashga qaratilgan ishlar olib borildi. Bu esa korxonaning nafaqat ishlab chiqarish quvvatlarini, balki uning raqobatbardoshligini va barqarorligini ham mustahkamlaydi.</w:t>
      </w:r>
    </w:p>
    <w:p>
      <w:pPr>
        <w:spacing w:line="360" w:lineRule="auto" w:after="0"/>
        <w:ind w:firstLine="709"/>
        <w:jc w:val="both"/>
        <w:widowControl/>
      </w:pPr>
      <w:r>
        <w:rPr>
          <w:rFonts w:ascii="Times New Roman" w:hAnsi="Times New Roman"/>
          <w:sz w:val="28"/>
        </w:rPr>
        <w:t>Xulosa qilib aytganda, "Navoiazot" AJ ning tashkiliy tuzilmasi va asosiy ishlab chiqarish quvvatlari haqidagi ushbu umumiy tavsif, korxonaning hozirgi holati, uning boshqaruv tizimi va texnologik salohiyatini tushunish uchun zarur bo'lgan dastlabki ma'lumotlarni taqdim etadi. Korxonaning aniq tashkiliy tuzilmasi va uning ishlab chiqarish quvvatlarining miqdoriy va sifat jihatlari, keyingi boblarda amalga oshiriladigan ammiakli selitra ishlab chiqarish texnologiyasining batafsil tahlili, uning samaradorligini baholash va takomillashtirish bo'yicha tavsiyalar ishlab chiqish uchun mustahkam ilmiy-amaliy asos bo'lib xizmat qiladi. Ushbu ma'lumotlar, "Navoiazot" AJ ning milliy iqtisodiyotdagi o'rni va uning kelajakdagi rivojlanish potentsialini ham ko'rsatib beradi.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"Navoiazot" AJ da ammiakli selitra ishlab chiqarish texnologik sxemasi va uning o'ziga xosliklari</w:t>
      </w:r>
    </w:p>
    <w:p>
      <w:pPr>
        <w:spacing w:line="360" w:lineRule="auto" w:after="0"/>
        <w:ind w:firstLine="709"/>
        <w:jc w:val="both"/>
        <w:widowControl/>
      </w:pPr>
      <w:r>
        <w:rPr>
          <w:rFonts w:ascii="Times New Roman" w:hAnsi="Times New Roman"/>
          <w:sz w:val="28"/>
        </w:rPr>
        <w:t>O‘zbekiston Respublikasida qishloq xo‘jaligining barqaror rivojlanishi va oziq-ovqat xavfsizligini ta’minlashda mineral o‘g‘itlar, xususan, ammiakli selitra ishlab chiqarishning ahamiyati beqiyosdir. Oldingi boblarda ushbu muhim mahsulotning jahon va milliy iqtisodiyotdagi o‘rni, shuningdek, ammiakli selitra ishlab chiqarishning umumiy texnologik printsiplari ko‘rib chiqildi. Mazkur bobda esa, ushbu umumiy tamoyillarning "Navoiazot" AJ kabi yirik ishlab chiqarish korxonasida amaliy tatbiqi, ya’ni mavjud texnologik sxemasi va uning o‘ziga xos jihatlari chuqur tahlil qilinadi. Ushbu tadqiqotning asosiy maqsadi – korxonadagi ammiakli selitra ishlab chiqarishning amaldagi texnologik jarayonini batafsil o‘rganish hamda uning samaradorligi va takomillashtirish istiqbollarini aniqlashdir.</w:t>
      </w:r>
    </w:p>
    <w:p>
      <w:pPr>
        <w:spacing w:line="360" w:lineRule="auto" w:after="0"/>
        <w:ind w:firstLine="709"/>
        <w:jc w:val="both"/>
        <w:widowControl/>
      </w:pPr>
      <w:r>
        <w:rPr>
          <w:rFonts w:ascii="Times New Roman" w:hAnsi="Times New Roman"/>
          <w:sz w:val="28"/>
        </w:rPr>
        <w:t>Ammiakli selitra (ammonium nitrati, NH₄NO₃) ishlab chiqarishning asosiy texnologik sxemasi kimyoviy reaksiyaga asoslanadi, bunda gaz holatdagi yoki suvli eritmada bo‘lgan ammiak (NH₃) va nitrat kislota (HNO₃) o‘zaro neytrallashadi. Reaksiya quyidagicha ifodalanadi:</w:t>
        <w:br/>
        <w:t>NH₃ (g) + HNO₃ (aq) → NH₄NO₃ (aq) + Issiqlik</w:t>
      </w:r>
    </w:p>
    <w:p>
      <w:pPr>
        <w:spacing w:line="360" w:lineRule="auto" w:after="0"/>
        <w:ind w:firstLine="709"/>
        <w:jc w:val="both"/>
        <w:widowControl/>
      </w:pPr>
      <w:r>
        <w:rPr>
          <w:rFonts w:ascii="Times New Roman" w:hAnsi="Times New Roman"/>
          <w:sz w:val="28"/>
        </w:rPr>
        <w:t>Bu reaksiya ekzotermik bo‘lib, katta miqdorda issiqlik ajralib chiqadi, bu esa jarayonni energiyani qayta ishlatish nuqtai nazaridan samaraliroq qilish imkonini beradi. "Navoiazot" AJ da ammiakli selitra ishlab chiqarish jarayoni bir necha asosiy bosqichlarni o‘z ichiga oladi, ular quyidagilarni qamrab oladi:</w:t>
      </w:r>
    </w:p>
    <w:p>
      <w:pPr>
        <w:spacing w:line="360" w:lineRule="auto" w:after="0"/>
        <w:ind w:firstLine="709"/>
        <w:jc w:val="both"/>
        <w:widowControl/>
      </w:pPr>
      <w:r>
        <w:rPr>
          <w:rFonts w:ascii="Times New Roman" w:hAnsi="Times New Roman"/>
          <w:sz w:val="28"/>
        </w:rPr>
        <w:t xml:space="preserve">1.  </w:t>
      </w:r>
      <w:r>
        <w:rPr>
          <w:rFonts w:ascii="Times New Roman" w:hAnsi="Times New Roman"/>
          <w:b/>
          <w:sz w:val="28"/>
        </w:rPr>
        <w:t>Xomashyo tayyorlash:</w:t>
      </w:r>
      <w:r>
        <w:rPr>
          <w:rFonts w:ascii="Times New Roman" w:hAnsi="Times New Roman"/>
          <w:sz w:val="28"/>
        </w:rPr>
        <w:t xml:space="preserve"> Ammiakli selitra ishlab chiqarish uchun asosiy xomashyo – ammiak va nitrat kislota hisoblanadi. "Navoiazot" AJ o‘zining ammiak ishlab chiqarish quvvatlariga ega bo‘lib, bu ammiakning sintetik tabiiy gazdan (metan) olinishini ta’minlaydi. Nitrat kislota esa, ammiakning katalitik oksidlanishi (Ostwald jarayoni) orqali olinadi. Bu ikki muhim komponentning korxona hududida ishlab chiqarilishi logistik xarajatlarni kamaytiradi va uzluksiz ta’minotni kafolatlaydi. Xomashyo sifatida ishlatiladigan ammiak va nitrat kislotaning tozaligi mahsulot sifatiga bevosita ta’sir ko‘rsatadi, shuning uchun ularning standartlarga muvofiqligi qat’iy nazorat qilinadi.</w:t>
      </w:r>
    </w:p>
    <w:p>
      <w:pPr>
        <w:spacing w:line="360" w:lineRule="auto" w:after="0"/>
        <w:ind w:firstLine="709"/>
        <w:jc w:val="both"/>
        <w:widowControl/>
      </w:pPr>
      <w:r>
        <w:rPr>
          <w:rFonts w:ascii="Times New Roman" w:hAnsi="Times New Roman"/>
          <w:sz w:val="28"/>
        </w:rPr>
        <w:t xml:space="preserve">2.  </w:t>
      </w:r>
      <w:r>
        <w:rPr>
          <w:rFonts w:ascii="Times New Roman" w:hAnsi="Times New Roman"/>
          <w:b/>
          <w:sz w:val="28"/>
        </w:rPr>
        <w:t>Neytrallash jarayoni:</w:t>
      </w:r>
      <w:r>
        <w:rPr>
          <w:rFonts w:ascii="Times New Roman" w:hAnsi="Times New Roman"/>
          <w:sz w:val="28"/>
        </w:rPr>
        <w:t xml:space="preserve"> Bu jarayon ammiakli selitra olishning markaziy bosqichidir. "Navoiazot" AJ da neytrallash jarayoni odatda maxsus reaktorlarda amalga oshiriladi. Reaksiya natijasida ammiakli selitraniing 55-70% li suvli eritmasi hosil bo‘ladi. Neytrallash jarayonining samaradorligi va xavfsizligini ta’minlash uchun harorat, bosim va reagentlarning nisbati qat’iy nazorat qilinadi. Jarayon natijasida ajralib chiqadigan issiqlikdan reaktorni isitish yoki boshqa texnologik operatsiyalarda foydalanish imkoniyati mavjud. Odatda, bu bosqichda pH darajasi neytral yoki biroz kislotali (pH 5.8-6.5) qilib saqlanadi, bu esa ammiakli selitrani parchalanib ketishidan saqlaydi va uning barqarorligini oshiradi. Zamonaviy texnologiyalarda neytrallash jarayoni ikki bosqichda (masalan, avval ammiakning bir qismi bilan nitrat kislotani neytrallab, keyin qolgan ammiakni qo‘shish) amalga oshirilishi mumkin, bu esa jarayonni yanada nazorat qilish imkonini beradi.</w:t>
      </w:r>
    </w:p>
    <w:p>
      <w:pPr>
        <w:spacing w:line="360" w:lineRule="auto" w:after="0"/>
        <w:ind w:firstLine="709"/>
        <w:jc w:val="both"/>
        <w:widowControl/>
      </w:pPr>
      <w:r>
        <w:rPr>
          <w:rFonts w:ascii="Times New Roman" w:hAnsi="Times New Roman"/>
          <w:sz w:val="28"/>
        </w:rPr>
        <w:t xml:space="preserve">3.  </w:t>
      </w:r>
      <w:r>
        <w:rPr>
          <w:rFonts w:ascii="Times New Roman" w:hAnsi="Times New Roman"/>
          <w:b/>
          <w:sz w:val="28"/>
        </w:rPr>
        <w:t>Konsentratsiyalash (bug‘latish):</w:t>
      </w:r>
      <w:r>
        <w:rPr>
          <w:rFonts w:ascii="Times New Roman" w:hAnsi="Times New Roman"/>
          <w:sz w:val="28"/>
        </w:rPr>
        <w:t xml:space="preserve"> Neytrallash natijasida hosil bo‘lgan 55-70% li ammiakli selitra eritmasi yanada konsentratsiyalash jarayonidan o‘tkaziladi. Bu bosqichda suv bug‘latilib, eritmada ammiakli selitraniing 95-98% li konsentratsiyasi hosil qilinadi. Bu yuqori konsentratsiyali eritma "qaynoq massa" (melt) deb ataladi. Konsentratsiyalash jarayoni ko‘p bosqichli bug‘latkichlarda (evaporatorlarda) amalga oshiriladi, bu yerda energiya samaradorligini oshirish uchun ajralib chiqayotgan issiqlikdan foydalaniladi. Bu bosqichda haroratni nazorat qilish juda muhim, chunki yuqori haroratlarda ammiakli selitra termik parchalanib ketishi yoki portlash xavfini tug‘dirishi mumkin. Odatda, ushbu operatsiya vakuum ostida amalga oshiriladi, bu esa haroratni pasaytirishga va energiyani tejashga yordam beradi.</w:t>
      </w:r>
    </w:p>
    <w:p>
      <w:pPr>
        <w:spacing w:line="360" w:lineRule="auto" w:after="0"/>
        <w:ind w:firstLine="709"/>
        <w:jc w:val="both"/>
        <w:widowControl/>
      </w:pPr>
      <w:r>
        <w:rPr>
          <w:rFonts w:ascii="Times New Roman" w:hAnsi="Times New Roman"/>
          <w:sz w:val="28"/>
        </w:rPr>
        <w:t xml:space="preserve">4.  </w:t>
      </w:r>
      <w:r>
        <w:rPr>
          <w:rFonts w:ascii="Times New Roman" w:hAnsi="Times New Roman"/>
          <w:b/>
          <w:sz w:val="28"/>
        </w:rPr>
        <w:t>Granulalash (donadorlik) yoki Kristallash:</w:t>
      </w:r>
      <w:r>
        <w:rPr>
          <w:rFonts w:ascii="Times New Roman" w:hAnsi="Times New Roman"/>
          <w:sz w:val="28"/>
        </w:rPr>
        <w:t xml:space="preserve"> Konsentratsiyalashdan olingan "qaynoq massa" keyin uni qattiq holatga keltirish uchun ishlatiladi. "Navoiazot" AJ da, ko‘pgina zamonaviy zavodlarda bo‘lganidek, ammiakli selitra odatda quyidagi usullar bilan donador holatga keltiriladi:</w:t>
        <w:br/>
        <w:t xml:space="preserve">    *   </w:t>
      </w:r>
      <w:r>
        <w:rPr>
          <w:rFonts w:ascii="Times New Roman" w:hAnsi="Times New Roman"/>
          <w:b/>
          <w:sz w:val="28"/>
        </w:rPr>
        <w:t>Shlakli granulyatorlar (Screengrinder/Prilling Tower):</w:t>
      </w:r>
      <w:r>
        <w:rPr>
          <w:rFonts w:ascii="Times New Roman" w:hAnsi="Times New Roman"/>
          <w:sz w:val="28"/>
        </w:rPr>
        <w:t xml:space="preserve"> Qaynoq massa maxsus nasoslar yordamida baland minoralarga ko‘tarilib, u yerdan mayda tomchilar shaklida tushiriladi. Tushayotgan tomchilar sovutuvchi havoning ta’sirida qotib, granulalar hosil qiladi. Bu usul eng keng tarqalgan va iqtisodiy jihatdan samarali hisoblanadi.</w:t>
        <w:br/>
        <w:t xml:space="preserve">    *   </w:t>
      </w:r>
      <w:r>
        <w:rPr>
          <w:rFonts w:ascii="Times New Roman" w:hAnsi="Times New Roman"/>
          <w:b/>
          <w:sz w:val="28"/>
        </w:rPr>
        <w:t>Granulyatorlar (Drum Granulators, Pan Granulators):</w:t>
      </w:r>
      <w:r>
        <w:rPr>
          <w:rFonts w:ascii="Times New Roman" w:hAnsi="Times New Roman"/>
          <w:sz w:val="28"/>
        </w:rPr>
        <w:t xml:space="preserve"> Bu usulda qaynoq massa g‘ildirakli yoki panli granulyatorlarga yuboriladi va u yerda mayda zarrachalar yoki kukun bilan aralashtirilib, aylanish jarayonida kattaroq granulalar hosil bo‘ladi.</w:t>
        <w:br/>
        <w:t xml:space="preserve">    *   </w:t>
      </w:r>
      <w:r>
        <w:rPr>
          <w:rFonts w:ascii="Times New Roman" w:hAnsi="Times New Roman"/>
          <w:b/>
          <w:sz w:val="28"/>
        </w:rPr>
        <w:t>Kristallash:</w:t>
      </w:r>
      <w:r>
        <w:rPr>
          <w:rFonts w:ascii="Times New Roman" w:hAnsi="Times New Roman"/>
          <w:sz w:val="28"/>
        </w:rPr>
        <w:t xml:space="preserve"> Ba’zi hollarda maxsus kristallizatorlarda ammiakli selitra kristallari hosil qilinib, so‘ngra ular ajratilib, quritiladi va elanadi.</w:t>
      </w:r>
    </w:p>
    <w:p>
      <w:pPr>
        <w:spacing w:line="360" w:lineRule="auto" w:after="0"/>
        <w:ind w:firstLine="709"/>
        <w:jc w:val="both"/>
        <w:widowControl/>
      </w:pPr>
      <w:r>
        <w:rPr>
          <w:rFonts w:ascii="Times New Roman" w:hAnsi="Times New Roman"/>
          <w:sz w:val="28"/>
        </w:rPr>
        <w:t xml:space="preserve">5.  </w:t>
      </w:r>
      <w:r>
        <w:rPr>
          <w:rFonts w:ascii="Times New Roman" w:hAnsi="Times New Roman"/>
          <w:b/>
          <w:sz w:val="28"/>
        </w:rPr>
        <w:t>Quritish va sovutish:</w:t>
      </w:r>
      <w:r>
        <w:rPr>
          <w:rFonts w:ascii="Times New Roman" w:hAnsi="Times New Roman"/>
          <w:sz w:val="28"/>
        </w:rPr>
        <w:t xml:space="preserve"> Hosil bo‘lgan granulalar keyin quritish moslamalaridan o‘tkazilib, namlik miqdori standartlarga moslashtiriladi (odatda 0.3-0.5% dan oshmaydi). So‘ngra, granulalar sovutish moslamalarida sovutiladi, bu ularning saqlash va tashish jarayonida bir-biriga yopishib qolishini oldini oladi.</w:t>
      </w:r>
    </w:p>
    <w:p>
      <w:pPr>
        <w:spacing w:line="360" w:lineRule="auto" w:after="0"/>
        <w:ind w:firstLine="709"/>
        <w:jc w:val="both"/>
        <w:widowControl/>
      </w:pPr>
      <w:r>
        <w:rPr>
          <w:rFonts w:ascii="Times New Roman" w:hAnsi="Times New Roman"/>
          <w:sz w:val="28"/>
        </w:rPr>
        <w:t xml:space="preserve">6.  </w:t>
      </w:r>
      <w:r>
        <w:rPr>
          <w:rFonts w:ascii="Times New Roman" w:hAnsi="Times New Roman"/>
          <w:b/>
          <w:sz w:val="28"/>
        </w:rPr>
        <w:t>Elakdan o‘tkazish va qadoqlash:</w:t>
      </w:r>
      <w:r>
        <w:rPr>
          <w:rFonts w:ascii="Times New Roman" w:hAnsi="Times New Roman"/>
          <w:sz w:val="28"/>
        </w:rPr>
        <w:t xml:space="preserve"> Quritilgan va sovutilgan mahsulot elaklardan o‘tkazilib, kerakli kattalikdagi granulalar ajratiladi. Ortiqcha mayda yoki yirik granulalar qayta ishlov berishga yuboriladi. Tayyor mahsulot keyin iste’molchilarga yetkazib berish uchun standart qadoqlash materiallariga qadoqlanadi.</w:t>
      </w:r>
    </w:p>
    <w:p>
      <w:pPr>
        <w:spacing w:line="360" w:lineRule="auto" w:after="0"/>
        <w:ind w:firstLine="709"/>
        <w:jc w:val="both"/>
        <w:widowControl/>
      </w:pPr>
      <w:r>
        <w:rPr>
          <w:rFonts w:ascii="Times New Roman" w:hAnsi="Times New Roman"/>
          <w:sz w:val="28"/>
        </w:rPr>
        <w:t>"Navoiazot" AJ da ammiakli selitra ishlab chiqarish texnologiyasining o‘ziga xosliklari quyidagilarni o‘z ichiga olishi mumkin:</w:t>
        <w:br/>
        <w:t xml:space="preserve">*   </w:t>
      </w:r>
      <w:r>
        <w:rPr>
          <w:rFonts w:ascii="Times New Roman" w:hAnsi="Times New Roman"/>
          <w:b/>
          <w:sz w:val="28"/>
        </w:rPr>
        <w:t>Integratsiyalashgan ishlab chiqarish:</w:t>
      </w:r>
      <w:r>
        <w:rPr>
          <w:rFonts w:ascii="Times New Roman" w:hAnsi="Times New Roman"/>
          <w:sz w:val="28"/>
        </w:rPr>
        <w:t xml:space="preserve"> Korxonaning o‘z ammiak va nitrat kislota ishlab chiqarish quvvatlariga ega ekanligi, bu jarayonni yanada samarali va iqtisodiy jihatdan foydali qiladi. Bu, ayniqsa, xomashyo narxining o‘zgaruvchan sharoitida muhim ustunlikdir.</w:t>
        <w:br/>
        <w:t xml:space="preserve">*   </w:t>
      </w:r>
      <w:r>
        <w:rPr>
          <w:rFonts w:ascii="Times New Roman" w:hAnsi="Times New Roman"/>
          <w:b/>
          <w:sz w:val="28"/>
        </w:rPr>
        <w:t>Energiya samaradorligi:</w:t>
      </w:r>
      <w:r>
        <w:rPr>
          <w:rFonts w:ascii="Times New Roman" w:hAnsi="Times New Roman"/>
          <w:sz w:val="28"/>
        </w:rPr>
        <w:t xml:space="preserve"> Neytrallash va konsentratsiyalash jarayonlarida ajralib chiqadigan issiqlikdan foydalanish, shuningdek, zamonaviy bug‘latkichlar va energiya tejovchi texnologiyalarni qo‘llash energiya sarfini kamaytirishga yordam beradi. O‘zbekistonda energiya resurslarining narxi va mavjudligi, bu jihatni yanada dolzarb qiladi.</w:t>
        <w:br/>
        <w:t xml:space="preserve">*   </w:t>
      </w:r>
      <w:r>
        <w:rPr>
          <w:rFonts w:ascii="Times New Roman" w:hAnsi="Times New Roman"/>
          <w:b/>
          <w:sz w:val="28"/>
        </w:rPr>
        <w:t>Mahsulot sifati va turlari:</w:t>
      </w:r>
      <w:r>
        <w:rPr>
          <w:rFonts w:ascii="Times New Roman" w:hAnsi="Times New Roman"/>
          <w:sz w:val="28"/>
        </w:rPr>
        <w:t xml:space="preserve"> "Navoiazot" AJ turli navdagi ammiakli selitra, jumladan, portlash xavfi kamaytirilgan (anti-caking agentlar qo‘shilgan) va polimer qoplamali (slow-release) mahsulotlar ishlab chiqarish imkoniyatiga ega bo‘lishi mumkin, bu esa mahsulotning saqlash muddatini uzaytiradi va samaradorligini oshiradi.</w:t>
        <w:br/>
        <w:t xml:space="preserve">*   </w:t>
      </w:r>
      <w:r>
        <w:rPr>
          <w:rFonts w:ascii="Times New Roman" w:hAnsi="Times New Roman"/>
          <w:b/>
          <w:sz w:val="28"/>
        </w:rPr>
        <w:t>Ekologik talablar:</w:t>
      </w:r>
      <w:r>
        <w:rPr>
          <w:rFonts w:ascii="Times New Roman" w:hAnsi="Times New Roman"/>
          <w:sz w:val="28"/>
        </w:rPr>
        <w:t xml:space="preserve"> O‘zbekiston Respublikasida atrof-muhit muhofazasi bo‘yicha qat’iy talablar mavjud. "Navoiazot" AJ ishlab chiqarish jarayonida chiqindi gazlar va suvlarni tozalash tizimlariga alohida e’tibor qaratishi, NOₓ (azot oksidlari) va ammiakning atmosferaga chiqishini kamaytirishi lozim. Bu, ayniqsa, nitrat kislota ishlab chiqarish va neytrallash bosqichlarida muhimdir. O‘zbekistonning "Atmosfera havosini muhofaza qilish to‘g‘risidagi qonun" va boshqa normativ-huquqiy hujjatlari korxonalarning ekologik faoliyatini tartibga soladi.</w:t>
        <w:br/>
        <w:t xml:space="preserve">*   </w:t>
      </w:r>
      <w:r>
        <w:rPr>
          <w:rFonts w:ascii="Times New Roman" w:hAnsi="Times New Roman"/>
          <w:b/>
          <w:sz w:val="28"/>
        </w:rPr>
        <w:t>Texnologik modernizatsiya:</w:t>
      </w:r>
      <w:r>
        <w:rPr>
          <w:rFonts w:ascii="Times New Roman" w:hAnsi="Times New Roman"/>
          <w:sz w:val="28"/>
        </w:rPr>
        <w:t xml:space="preserve"> Korxona doimiy ravishda texnologiyalarni yangilash va modernizatsiya qilish orqali ishlab chiqarish samaradorligini oshirish, xarajatlarni kamaytirish va mahsulot sifatini yaxshilashga intilishi mumkin. Bu, xususan, xorijiy hamkorlar bilan hamkorlikda amalga oshirilishi mumkin.</w:t>
      </w:r>
    </w:p>
    <w:p>
      <w:pPr>
        <w:spacing w:line="360" w:lineRule="auto" w:after="0"/>
        <w:ind w:firstLine="709"/>
        <w:jc w:val="both"/>
        <w:widowControl/>
      </w:pPr>
      <w:r>
        <w:rPr>
          <w:rFonts w:ascii="Times New Roman" w:hAnsi="Times New Roman"/>
          <w:sz w:val="28"/>
        </w:rPr>
        <w:t>Xulosa qilib aytganda, "Navoiazot" AJ da ammiakli selitra ishlab chiqarish texnologik sxemasi an’anaviy kimyoviy jarayonlarga asoslangan bo‘lsa-da, uning amaliy tatbiqi korxonaning o‘ziga xos sharoitlari, mavjud texnik imkoniyatlari va O‘zbekiston iqtisodiyoti hamda ekologik talablaridan kelib chiqqan holda shakllangan. Ushbu bosqichda o‘rganilgan texnologik jarayonning batafsil tahlili, keyingi boblarda ushbu jarayonni takomillashtirish bo‘yicha ilmiy-amaliy tavsiyalar ishlab chiqish uchun mustahkam zamin yaratadi. Korxonaning integratsiyalashgan tuzilishi, energiya samaradorligiga e’tibor qaratishi va ekologik talablarga rioya qilishi uning faoliyatining muhim yo‘nalishlarini belgilab beradi.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Ammiakli selitra ishlab chiqarish jarayonining asosiy texnologik parametrlari va ularning nazorati</w:t>
      </w:r>
    </w:p>
    <w:p>
      <w:pPr>
        <w:spacing w:before="280" w:after="120"/>
        <w:ind w:firstLine="0" w:left="0"/>
        <w:jc w:val="left"/>
        <w:spacing w:line="360" w:lineRule="auto"/>
      </w:pPr>
      <w:r>
        <w:rPr>
          <w:rFonts w:ascii="Times New Roman" w:hAnsi="Times New Roman"/>
          <w:b/>
          <w:sz w:val="28"/>
        </w:rPr>
        <w:t>2.2. Ammiakli selitra ishlab chiqarish jarayonining asosiy texnologik parametrlari va ularning nazorati**</w:t>
      </w:r>
    </w:p>
    <w:p>
      <w:pPr>
        <w:spacing w:line="360" w:lineRule="auto" w:after="0"/>
        <w:ind w:firstLine="709"/>
        <w:jc w:val="both"/>
        <w:widowControl/>
      </w:pPr>
      <w:r>
        <w:rPr>
          <w:rFonts w:ascii="Times New Roman" w:hAnsi="Times New Roman"/>
          <w:sz w:val="28"/>
        </w:rPr>
        <w:t>Oldingi bo‘limda "Navoiazot" AJ misolida ammiakli selitra ishlab chiqarish jarayonining umumiy ko‘rinishi va uning bosqichlari atroflicha tahlil etilgan edi. Mazkur bo‘limda ushbu ishlab chiqarishning asosiy texnologik parametrlari, ularning jarayon samaradorligi va mahsulot sifatiga ta’siri hamda ushbu parametrlarni nazorat qilish mexanizmlari chuqur akademik yondashuv asosida o‘rganiladi. Ammiakli selitra ishlab chiqarishning barqarorligi, yuqori sifatli mahsulot olish va xavfsizlikni ta’minlash bevosita texnologik rejimlarning aniq va uzluksiz nazorat qilinishiga bog‘liqdir. Ushbu tahlilning asosiy maqsadi ishlab chiqarish jarayonining asosiy texnologik rejimi va sifat nazorati tizimini "Navoiazot" AJ tajribasi misolida chuqur tahlil qilishdan iborat.</w:t>
      </w:r>
    </w:p>
    <w:p>
      <w:pPr>
        <w:spacing w:line="360" w:lineRule="auto" w:after="0"/>
        <w:ind w:firstLine="709"/>
        <w:jc w:val="both"/>
        <w:widowControl/>
      </w:pPr>
      <w:r>
        <w:rPr>
          <w:rFonts w:ascii="Times New Roman" w:hAnsi="Times New Roman"/>
          <w:b/>
          <w:sz w:val="28"/>
        </w:rPr>
        <w:t>2.2.1. Ishlab chiqarish jarayonining asosiy texnologik parametrlari va ularning nazariy asoslari</w:t>
      </w:r>
    </w:p>
    <w:p>
      <w:pPr>
        <w:spacing w:line="360" w:lineRule="auto" w:after="0"/>
        <w:ind w:firstLine="709"/>
        <w:jc w:val="both"/>
        <w:widowControl/>
      </w:pPr>
      <w:r>
        <w:rPr>
          <w:rFonts w:ascii="Times New Roman" w:hAnsi="Times New Roman"/>
          <w:sz w:val="28"/>
        </w:rPr>
        <w:t>Ammiakli selitra (NH₄NO₃) ishlab chiqarish jarayoni, asosan, nitrat kislota (HNO₃) va ammiak (NH₃) o‘rtasidagi neytrallash reaksiyasiga asoslangan bo‘lib, bu reaksiya yuqori ekzotermik xarakterga ega:</w:t>
        <w:br/>
        <w:t>HNO₃(suyuq) + NH₃(gaz) → NH₄NO₃(suyuq) + Q (issiqlik)</w:t>
      </w:r>
    </w:p>
    <w:p>
      <w:pPr>
        <w:spacing w:line="360" w:lineRule="auto" w:after="0"/>
        <w:ind w:firstLine="709"/>
        <w:jc w:val="both"/>
        <w:widowControl/>
      </w:pPr>
      <w:r>
        <w:rPr>
          <w:rFonts w:ascii="Times New Roman" w:hAnsi="Times New Roman"/>
          <w:sz w:val="28"/>
        </w:rPr>
        <w:t>Bu jarayonning samaradorligi va olinadigan mahsulotning sifati bir qator asosiy texnologik parametrlarga bog‘liq. Ularning har biri jarayonning ma’lum bir bosqichida hal qiluvchi rol o‘ynaydi:</w:t>
      </w:r>
    </w:p>
    <w:p>
      <w:pPr>
        <w:spacing w:line="360" w:lineRule="auto" w:after="0"/>
        <w:ind w:firstLine="709"/>
        <w:jc w:val="both"/>
        <w:widowControl/>
      </w:pPr>
      <w:r>
        <w:rPr>
          <w:rFonts w:ascii="Times New Roman" w:hAnsi="Times New Roman"/>
          <w:sz w:val="28"/>
        </w:rPr>
        <w:t xml:space="preserve">1.  </w:t>
      </w:r>
      <w:r>
        <w:rPr>
          <w:rFonts w:ascii="Times New Roman" w:hAnsi="Times New Roman"/>
          <w:b/>
          <w:sz w:val="28"/>
        </w:rPr>
        <w:t>Harorat (Temperatura):</w:t>
      </w:r>
      <w:r>
        <w:rPr>
          <w:rFonts w:ascii="Times New Roman" w:hAnsi="Times New Roman"/>
          <w:sz w:val="28"/>
        </w:rPr>
        <w:br/>
        <w:t xml:space="preserve">    *   </w:t>
      </w:r>
      <w:r>
        <w:rPr>
          <w:rFonts w:ascii="Times New Roman" w:hAnsi="Times New Roman"/>
          <w:b/>
          <w:sz w:val="28"/>
        </w:rPr>
        <w:t>Neytrallash bosqichi:</w:t>
      </w:r>
      <w:r>
        <w:rPr>
          <w:rFonts w:ascii="Times New Roman" w:hAnsi="Times New Roman"/>
          <w:sz w:val="28"/>
        </w:rPr>
        <w:t xml:space="preserve"> Ammiak va nitrat kislotaning reaksiyasi yuqori darajada ekzotermik bo‘lib, katta miqdorda issiqlik ajralib chiqadi. Reaksiya haroratini (odatda 160-180 °C) nazorat qilish reaksiyaning to‘liq borishini, ammiakli selitra eritmalarining yuqori konsentratsiyasini ta’minlash va xavfsizlikni (termik parchalanishning oldini olish) kafolatlash uchun muhimdir. Yuqori haroratlar suvning bug‘lanishini tezlashtiradi, ammo haddan tashqari yuqori haroratlar ammiakli selitraning parchalanishiga olib kelishi mumkin.</w:t>
        <w:br/>
        <w:t xml:space="preserve">    *   </w:t>
      </w:r>
      <w:r>
        <w:rPr>
          <w:rFonts w:ascii="Times New Roman" w:hAnsi="Times New Roman"/>
          <w:b/>
          <w:sz w:val="28"/>
        </w:rPr>
        <w:t>Bug‘latish va konsentratsiyalash:</w:t>
      </w:r>
      <w:r>
        <w:rPr>
          <w:rFonts w:ascii="Times New Roman" w:hAnsi="Times New Roman"/>
          <w:sz w:val="28"/>
        </w:rPr>
        <w:t xml:space="preserve"> Eritmadan suvni bug‘latish orqali ammiakli selitra eritmasining konsentratsiyasini oshirish jarayonida harorat nazorati eritmaning kerakli konsentratsiyasiga (odatda 95-99.8%) erishish va kristallanishning oldini olish uchun zarur.</w:t>
        <w:br/>
        <w:t xml:space="preserve">    *   </w:t>
      </w:r>
      <w:r>
        <w:rPr>
          <w:rFonts w:ascii="Times New Roman" w:hAnsi="Times New Roman"/>
          <w:b/>
          <w:sz w:val="28"/>
        </w:rPr>
        <w:t>Granulatsiyalash/Prilling:</w:t>
      </w:r>
      <w:r>
        <w:rPr>
          <w:rFonts w:ascii="Times New Roman" w:hAnsi="Times New Roman"/>
          <w:sz w:val="28"/>
        </w:rPr>
        <w:t xml:space="preserve"> Granulalar shakllanishi uchun eritmaning harorati uning qotish nuqtasiga yaqin bo‘lishi kerak. Bu parametr granulalar hajmi, shakli, zichligi va mexanik mustahkamligiga bevosita ta’sir qiladi.</w:t>
        <w:br/>
        <w:t xml:space="preserve">    *   </w:t>
      </w:r>
      <w:r>
        <w:rPr>
          <w:rFonts w:ascii="Times New Roman" w:hAnsi="Times New Roman"/>
          <w:b/>
          <w:sz w:val="28"/>
        </w:rPr>
        <w:t>Quritish va sovutish:</w:t>
      </w:r>
      <w:r>
        <w:rPr>
          <w:rFonts w:ascii="Times New Roman" w:hAnsi="Times New Roman"/>
          <w:sz w:val="28"/>
        </w:rPr>
        <w:t xml:space="preserve"> Mahsulotdagi qoldiq namlikni kamaytirish va granulalarni barqaror holatga keltirish uchun harorat rejimiga rioya qilish talab etiladi. Bu ammiakli selitraning gigroskopikligini kamaytirish va saqlash muddatini uzaytirishga yordam beradi.</w:t>
      </w:r>
    </w:p>
    <w:p>
      <w:pPr>
        <w:spacing w:line="360" w:lineRule="auto" w:after="0"/>
        <w:ind w:firstLine="709"/>
        <w:jc w:val="both"/>
        <w:widowControl/>
      </w:pPr>
      <w:r>
        <w:rPr>
          <w:rFonts w:ascii="Times New Roman" w:hAnsi="Times New Roman"/>
          <w:sz w:val="28"/>
        </w:rPr>
        <w:t xml:space="preserve">2.  </w:t>
      </w:r>
      <w:r>
        <w:rPr>
          <w:rFonts w:ascii="Times New Roman" w:hAnsi="Times New Roman"/>
          <w:b/>
          <w:sz w:val="28"/>
        </w:rPr>
        <w:t>Bosim (Davlenie):</w:t>
      </w:r>
      <w:r>
        <w:rPr>
          <w:rFonts w:ascii="Times New Roman" w:hAnsi="Times New Roman"/>
          <w:sz w:val="28"/>
        </w:rPr>
        <w:br/>
        <w:t xml:space="preserve">    *   </w:t>
      </w:r>
      <w:r>
        <w:rPr>
          <w:rFonts w:ascii="Times New Roman" w:hAnsi="Times New Roman"/>
          <w:b/>
          <w:sz w:val="28"/>
        </w:rPr>
        <w:t>Neytrallash bosqichi:</w:t>
      </w:r>
      <w:r>
        <w:rPr>
          <w:rFonts w:ascii="Times New Roman" w:hAnsi="Times New Roman"/>
          <w:sz w:val="28"/>
        </w:rPr>
        <w:t xml:space="preserve"> Ba’zi texnologiyalarda neytrallash jarayoni atmosferadan yuqori bosimda (masalan, 3-5 atm) amalga oshiriladi. Yuqori bosim reaksiyaning kinetikasini tezlashtiradi va reaktor hajmini optimallashtirish imkonini beradi. Shuningdek, reaksiya mahsulotlarining (ammiakli selitra eritmasi) yuqori konsentratsiyasiga erishishga yordam beradi. Bosim nazorati xavfsizlik nuqtai nazaridan ham juda muhimdir, chunki nazoratsiz bosim o‘zgarishlari uskunaning shikastlanishiga olib kelishi mumkin.</w:t>
        <w:br/>
        <w:t xml:space="preserve">    *   </w:t>
      </w:r>
      <w:r>
        <w:rPr>
          <w:rFonts w:ascii="Times New Roman" w:hAnsi="Times New Roman"/>
          <w:b/>
          <w:sz w:val="28"/>
        </w:rPr>
        <w:t>Bug‘latish:</w:t>
      </w:r>
      <w:r>
        <w:rPr>
          <w:rFonts w:ascii="Times New Roman" w:hAnsi="Times New Roman"/>
          <w:sz w:val="28"/>
        </w:rPr>
        <w:t xml:space="preserve"> Vakuum ostida bug‘latish jarayonlari energiya sarfini kamaytirish va past haroratlarda konsentratsiyalash imkonini beradi, bu esa mahsulotning termik parchalanish xavfini kamaytiradi.</w:t>
      </w:r>
    </w:p>
    <w:p>
      <w:pPr>
        <w:spacing w:line="360" w:lineRule="auto" w:after="0"/>
        <w:ind w:firstLine="709"/>
        <w:jc w:val="both"/>
        <w:widowControl/>
      </w:pPr>
      <w:r>
        <w:rPr>
          <w:rFonts w:ascii="Times New Roman" w:hAnsi="Times New Roman"/>
          <w:sz w:val="28"/>
        </w:rPr>
        <w:t xml:space="preserve">3.  </w:t>
      </w:r>
      <w:r>
        <w:rPr>
          <w:rFonts w:ascii="Times New Roman" w:hAnsi="Times New Roman"/>
          <w:b/>
          <w:sz w:val="28"/>
        </w:rPr>
        <w:t>Konsentratsiya:</w:t>
      </w:r>
      <w:r>
        <w:rPr>
          <w:rFonts w:ascii="Times New Roman" w:hAnsi="Times New Roman"/>
          <w:sz w:val="28"/>
        </w:rPr>
        <w:br/>
        <w:t xml:space="preserve">    *   </w:t>
      </w:r>
      <w:r>
        <w:rPr>
          <w:rFonts w:ascii="Times New Roman" w:hAnsi="Times New Roman"/>
          <w:b/>
          <w:sz w:val="28"/>
        </w:rPr>
        <w:t>Xomashyo konsentratsiyasi:</w:t>
      </w:r>
      <w:r>
        <w:rPr>
          <w:rFonts w:ascii="Times New Roman" w:hAnsi="Times New Roman"/>
          <w:sz w:val="28"/>
        </w:rPr>
        <w:t xml:space="preserve"> Kiruvchi nitrat kislota (odatda 50-60%) va ammiak (suyuq yoki gaz holatida) konsentratsiyalari reaksiya tezligi, mahsulot sifati va xomashyo sarfini belgilaydi.</w:t>
        <w:br/>
        <w:t xml:space="preserve">    *   </w:t>
      </w:r>
      <w:r>
        <w:rPr>
          <w:rFonts w:ascii="Times New Roman" w:hAnsi="Times New Roman"/>
          <w:b/>
          <w:sz w:val="28"/>
        </w:rPr>
        <w:t>Ammiakli selitra eritmasining konsentratsiyasi:</w:t>
      </w:r>
      <w:r>
        <w:rPr>
          <w:rFonts w:ascii="Times New Roman" w:hAnsi="Times New Roman"/>
          <w:sz w:val="28"/>
        </w:rPr>
        <w:t xml:space="preserve"> Neytrallashdan keyin olingan eritma konsentratsiyasi (odatda 80-85%) keyingi bug‘latish bosqichining samaradorligini aniqlaydi. Granulatsiyadan oldin eritma konsentratsiyasi (99.5% dan yuqori) mahsulotning fizik-mexanik xususiyatlariga bevosita ta’sir qiladi. Yuqori konsentratsiya granulalar mustahkamligini oshiradi, ammo eritmaning yopishqoqligini oshirib, nasos va quvurlarda muammolar tug‘dirishi mumkin.</w:t>
      </w:r>
    </w:p>
    <w:p>
      <w:pPr>
        <w:spacing w:line="360" w:lineRule="auto" w:after="0"/>
        <w:ind w:firstLine="709"/>
        <w:jc w:val="both"/>
        <w:widowControl/>
      </w:pPr>
      <w:r>
        <w:rPr>
          <w:rFonts w:ascii="Times New Roman" w:hAnsi="Times New Roman"/>
          <w:sz w:val="28"/>
        </w:rPr>
        <w:t xml:space="preserve">4.  </w:t>
      </w:r>
      <w:r>
        <w:rPr>
          <w:rFonts w:ascii="Times New Roman" w:hAnsi="Times New Roman"/>
          <w:b/>
          <w:sz w:val="28"/>
        </w:rPr>
        <w:t>pH qiymati:</w:t>
      </w:r>
      <w:r>
        <w:rPr>
          <w:rFonts w:ascii="Times New Roman" w:hAnsi="Times New Roman"/>
          <w:sz w:val="28"/>
        </w:rPr>
        <w:br/>
        <w:t xml:space="preserve">    *   </w:t>
      </w:r>
      <w:r>
        <w:rPr>
          <w:rFonts w:ascii="Times New Roman" w:hAnsi="Times New Roman"/>
          <w:b/>
          <w:sz w:val="28"/>
        </w:rPr>
        <w:t>Neytrallash jarayoni:</w:t>
      </w:r>
      <w:r>
        <w:rPr>
          <w:rFonts w:ascii="Times New Roman" w:hAnsi="Times New Roman"/>
          <w:sz w:val="28"/>
        </w:rPr>
        <w:t xml:space="preserve"> Reaksiya muhitining pH qiymatini nazorat qilish nihoyatda muhimdir. Ideal holda, pH qiymati neytralga yaqin (odatda 4.5-6.0) bo‘lishi kerak. Bu diapazon korroziyani minimallashtiradi, ammiakning yo‘qotilishini kamaytiradi va mahsulotning termik barqarorligini oshiradi. Agar pH juda past bo‘lsa (kislotali muhit), uskunaning korroziyasi kuchayadi; agar juda yuqori bo‘lsa (ishqoriy muhit), eritmada erkin ammiak miqdori oshib, uning yo‘qolishiga va atrof-muhitga zarar yetkazilishiga olib keladi.</w:t>
      </w:r>
    </w:p>
    <w:p>
      <w:pPr>
        <w:spacing w:line="360" w:lineRule="auto" w:after="0"/>
        <w:ind w:firstLine="709"/>
        <w:jc w:val="both"/>
        <w:widowControl/>
      </w:pPr>
      <w:r>
        <w:rPr>
          <w:rFonts w:ascii="Times New Roman" w:hAnsi="Times New Roman"/>
          <w:sz w:val="28"/>
        </w:rPr>
        <w:t xml:space="preserve">5.  </w:t>
      </w:r>
      <w:r>
        <w:rPr>
          <w:rFonts w:ascii="Times New Roman" w:hAnsi="Times New Roman"/>
          <w:b/>
          <w:sz w:val="28"/>
        </w:rPr>
        <w:t>Oqim tezligi (Sarflar):</w:t>
      </w:r>
      <w:r>
        <w:rPr>
          <w:rFonts w:ascii="Times New Roman" w:hAnsi="Times New Roman"/>
          <w:sz w:val="28"/>
        </w:rPr>
        <w:br/>
        <w:t xml:space="preserve">    *   </w:t>
      </w:r>
      <w:r>
        <w:rPr>
          <w:rFonts w:ascii="Times New Roman" w:hAnsi="Times New Roman"/>
          <w:b/>
          <w:sz w:val="28"/>
        </w:rPr>
        <w:t>Xomashyo oqim tezligi:</w:t>
      </w:r>
      <w:r>
        <w:rPr>
          <w:rFonts w:ascii="Times New Roman" w:hAnsi="Times New Roman"/>
          <w:sz w:val="28"/>
        </w:rPr>
        <w:t xml:space="preserve"> Nitrat kislota va ammiakning oqim tezliklarini aniq nazorat qilish stexiometrik nisbatga rioya qilishni ta’minlaydi. Bu esa xomashyodan maksimal darajada foydalanish, reaksiya to‘liqligini ta’minlash va ortiqcha xomashyo sarfini oldini olish uchun zarur. Har qanday disbalans mahsulot sifatiga salbiy ta’sir ko‘rsatishi mumkin.</w:t>
      </w:r>
    </w:p>
    <w:p>
      <w:pPr>
        <w:spacing w:line="360" w:lineRule="auto" w:after="0"/>
        <w:ind w:firstLine="709"/>
        <w:jc w:val="both"/>
        <w:widowControl/>
      </w:pPr>
      <w:r>
        <w:rPr>
          <w:rFonts w:ascii="Times New Roman" w:hAnsi="Times New Roman"/>
          <w:sz w:val="28"/>
        </w:rPr>
        <w:t xml:space="preserve">6.  </w:t>
      </w:r>
      <w:r>
        <w:rPr>
          <w:rFonts w:ascii="Times New Roman" w:hAnsi="Times New Roman"/>
          <w:b/>
          <w:sz w:val="28"/>
        </w:rPr>
        <w:t>Namlik (Vlajnost):</w:t>
      </w:r>
      <w:r>
        <w:rPr>
          <w:rFonts w:ascii="Times New Roman" w:hAnsi="Times New Roman"/>
          <w:sz w:val="28"/>
        </w:rPr>
        <w:br/>
        <w:t xml:space="preserve">    *   </w:t>
      </w:r>
      <w:r>
        <w:rPr>
          <w:rFonts w:ascii="Times New Roman" w:hAnsi="Times New Roman"/>
          <w:b/>
          <w:sz w:val="28"/>
        </w:rPr>
        <w:t>Tayyor mahsulot namligi:</w:t>
      </w:r>
      <w:r>
        <w:rPr>
          <w:rFonts w:ascii="Times New Roman" w:hAnsi="Times New Roman"/>
          <w:sz w:val="28"/>
        </w:rPr>
        <w:t xml:space="preserve"> Ammiakli selitra yuqori gigroskopik modda bo‘lib, havodagi namlikni o‘ziga singdirish xususiyatiga ega. Tayyor mahsulotdagi qoldiq namlik miqdorini (odatda 0.2-0.3% dan kam) nazorat qilish juda muhimdir. Yuqori namlik mahsulotning yopishqoqligini, donadorligini yo‘qotishini (kaking) va saqlash xususiyatlarining yomonlashishini keltirib chiqaradi. Bu esa mahsulotning tarqatilishi va qo‘llanilishini qiyinlashtiradi.</w:t>
      </w:r>
    </w:p>
    <w:p>
      <w:pPr>
        <w:spacing w:line="360" w:lineRule="auto" w:after="0"/>
        <w:ind w:firstLine="709"/>
        <w:jc w:val="both"/>
        <w:widowControl/>
      </w:pPr>
      <w:r>
        <w:rPr>
          <w:rFonts w:ascii="Times New Roman" w:hAnsi="Times New Roman"/>
          <w:b/>
          <w:sz w:val="28"/>
        </w:rPr>
        <w:t>2.2.2. Texnologik parametrlarni nazorat qilish tizimi "Navoiazot" AJ misolida</w:t>
      </w:r>
    </w:p>
    <w:p>
      <w:pPr>
        <w:spacing w:line="360" w:lineRule="auto" w:after="0"/>
        <w:ind w:firstLine="709"/>
        <w:jc w:val="both"/>
        <w:widowControl/>
      </w:pPr>
      <w:r>
        <w:rPr>
          <w:rFonts w:ascii="Times New Roman" w:hAnsi="Times New Roman"/>
          <w:sz w:val="28"/>
        </w:rPr>
        <w:t>"Navoiazot" AJda ammiakli selitra ishlab chiqarish jarayonida yuqorida keltirilgan asosiy texnologik parametrlarni nazorat qilish zamonaviy avtomatlashtirilgan boshqaruv tizimlari (ABBTS – Avtomatlashtirilgan Boshqaruv va Boshqarish Texnologik Tizimlari) yordamida amalga oshiriladi. Bu tizimlar doimiy monitoring, ma’lumotlarni yig‘ish va tahlil qilish, shuningdek, jarayonning belgilangan me’yorlardan chetga chiqishini avtomatik ravishda tuzatish imkoniyatini beradi.</w:t>
      </w:r>
    </w:p>
    <w:p>
      <w:pPr>
        <w:spacing w:line="360" w:lineRule="auto" w:after="0"/>
        <w:ind w:firstLine="709"/>
        <w:jc w:val="both"/>
        <w:widowControl/>
      </w:pPr>
      <w:r>
        <w:rPr>
          <w:rFonts w:ascii="Times New Roman" w:hAnsi="Times New Roman"/>
          <w:sz w:val="28"/>
        </w:rPr>
        <w:t xml:space="preserve">*   </w:t>
      </w:r>
      <w:r>
        <w:rPr>
          <w:rFonts w:ascii="Times New Roman" w:hAnsi="Times New Roman"/>
          <w:b/>
          <w:sz w:val="28"/>
        </w:rPr>
        <w:t>Harorat nazorati:</w:t>
      </w:r>
      <w:r>
        <w:rPr>
          <w:rFonts w:ascii="Times New Roman" w:hAnsi="Times New Roman"/>
          <w:sz w:val="28"/>
        </w:rPr>
        <w:t xml:space="preserve"> Neytrallash reaktorlari, bug‘latish apparatlari, granulatsiya minoralari va quritish barabanlarida harorat termoparalar va qarshilik termometrlari yordamida uzluksiz o‘lchanadi. Olingan ma’lumotlar ABBTSga uzatiladi, bu yerda nazorat klapanlari va issiqlik almashinuvchilari orqali harorat avtomatik ravishda boshqariladi. Misol uchun, neytrallash reaktorida haddan tashqari qizish xavfi tug‘ilganda, sovutish tizimi avtomatik ravishda ishga tushiriladi.</w:t>
        <w:br/>
        <w:t xml:space="preserve">*   </w:t>
      </w:r>
      <w:r>
        <w:rPr>
          <w:rFonts w:ascii="Times New Roman" w:hAnsi="Times New Roman"/>
          <w:b/>
          <w:sz w:val="28"/>
        </w:rPr>
        <w:t>Bosim nazorati:</w:t>
      </w:r>
      <w:r>
        <w:rPr>
          <w:rFonts w:ascii="Times New Roman" w:hAnsi="Times New Roman"/>
          <w:sz w:val="28"/>
        </w:rPr>
        <w:t xml:space="preserve"> Bosim datchiklari (manometrlar, differensial bosim o‘lchagichlar) orqali o‘lchanadi va nazorat klapanlari yordamida sozlanadi. Bu ayniqsa neytrallash reaktorlari va bug‘latish apparatlarida muhimdir.</w:t>
        <w:br/>
        <w:t xml:space="preserve">*   </w:t>
      </w:r>
      <w:r>
        <w:rPr>
          <w:rFonts w:ascii="Times New Roman" w:hAnsi="Times New Roman"/>
          <w:b/>
          <w:sz w:val="28"/>
        </w:rPr>
        <w:t>Konsentratsiya nazorati:</w:t>
      </w:r>
      <w:r>
        <w:rPr>
          <w:rFonts w:ascii="Times New Roman" w:hAnsi="Times New Roman"/>
          <w:sz w:val="28"/>
        </w:rPr>
        <w:t xml:space="preserve"> Ammiakli selitra eritmasining konsentratsiyasi zichlik o‘lchagichlar (densimetrlar) va refraktometrlar yordamida doimiy ravishda kuzatiladi. Bu ma’lumotlar bug‘latish jarayonini optimallashtirish va granulatsiyaga uzatiladigan eritmaning kerakli konsentratsiyasini ta’minlash uchun ishlatiladi.</w:t>
        <w:br/>
        <w:t xml:space="preserve">*   </w:t>
      </w:r>
      <w:r>
        <w:rPr>
          <w:rFonts w:ascii="Times New Roman" w:hAnsi="Times New Roman"/>
          <w:b/>
          <w:sz w:val="28"/>
        </w:rPr>
        <w:t>pH nazorati:</w:t>
      </w:r>
      <w:r>
        <w:rPr>
          <w:rFonts w:ascii="Times New Roman" w:hAnsi="Times New Roman"/>
          <w:sz w:val="28"/>
        </w:rPr>
        <w:t xml:space="preserve"> Neytrallash reaktorlarida pH metrlari o‘rnatilgan bo‘lib, ular jarayon muhitining kislotaliligini yoki ishqoriyligini doimiy ravishda o‘lchaydi. Olingan ma’lumotlar asosida ammiak yoki nitrat kislotaning qo‘shimcha miqdori avtomatik ravishda berilib, pH qiymati belgilangan diapazonda ushlab turiladi.</w:t>
        <w:br/>
        <w:t xml:space="preserve">*   </w:t>
      </w:r>
      <w:r>
        <w:rPr>
          <w:rFonts w:ascii="Times New Roman" w:hAnsi="Times New Roman"/>
          <w:b/>
          <w:sz w:val="28"/>
        </w:rPr>
        <w:t>Oqim tezligi nazorati:</w:t>
      </w:r>
      <w:r>
        <w:rPr>
          <w:rFonts w:ascii="Times New Roman" w:hAnsi="Times New Roman"/>
          <w:sz w:val="28"/>
        </w:rPr>
        <w:t xml:space="preserve"> Xomashyo (ammiak va nitrat kislota) oqim tezliklari massaviy yoki hajmiy sarf o‘lchagichlar yordamida aniq nazorat qilinadi. Proportsional nazorat tizimlari kiruvchi xomashyo nisbatini stexiometrik qiymatga yaqin ushlab turadi, bu esa reaksiyaning maksimal samaradorligini ta’minlaydi.</w:t>
        <w:br/>
        <w:t xml:space="preserve">*   </w:t>
      </w:r>
      <w:r>
        <w:rPr>
          <w:rFonts w:ascii="Times New Roman" w:hAnsi="Times New Roman"/>
          <w:b/>
          <w:sz w:val="28"/>
        </w:rPr>
        <w:t>Namlik nazorati:</w:t>
      </w:r>
      <w:r>
        <w:rPr>
          <w:rFonts w:ascii="Times New Roman" w:hAnsi="Times New Roman"/>
          <w:sz w:val="28"/>
        </w:rPr>
        <w:t xml:space="preserve"> Tayyor mahsulotdagi namlik miqdori onlayn namlik o‘lchagichlar yordamida yoki laboratoriya sharoitida davriy ravishda aniqlanadi. Quritish jarayoni parametrlari (harorat, havo oqimi) shu ma’lumotlar asosida sozlanadi.</w:t>
      </w:r>
    </w:p>
    <w:p>
      <w:pPr>
        <w:spacing w:line="360" w:lineRule="auto" w:after="0"/>
        <w:ind w:firstLine="709"/>
        <w:jc w:val="both"/>
        <w:widowControl/>
      </w:pPr>
      <w:r>
        <w:rPr>
          <w:rFonts w:ascii="Times New Roman" w:hAnsi="Times New Roman"/>
          <w:sz w:val="28"/>
        </w:rPr>
        <w:t>Sifat nazorati tizimi nafaqat jarayon ichidagi parametrlarni, balki xomashyo kirishida va tayyor mahsulot chiqishida ham qat’iy tekshiruvlarni o‘z ichiga oladi. "Navoiazot" AJda har bir partiyaning fizik-kimyoviy xususiyatlari (azot miqdori, namlik, donadorlik tarkibi, statik mustahkamlik, erkin kislota miqdori va boshqalar) muntazam ravishda sinovdan o‘tkaziladi. Bu sifat standartlariga (masalan, O‘zbekiston Respublikasi Davlat standarti O‘zDSt 2786:2013 yoki xalqaro standartlar) muvofiqlikni ta’minlash uchun zarur.</w:t>
      </w:r>
    </w:p>
    <w:p>
      <w:pPr>
        <w:spacing w:line="360" w:lineRule="auto" w:after="0"/>
        <w:ind w:firstLine="709"/>
        <w:jc w:val="both"/>
        <w:widowControl/>
      </w:pPr>
      <w:r>
        <w:rPr>
          <w:rFonts w:ascii="Times New Roman" w:hAnsi="Times New Roman"/>
          <w:b/>
          <w:sz w:val="28"/>
        </w:rPr>
        <w:t>2.2.3. O‘zbekiston ekotizimi va mahalliy siyosat kontekstida amaliy misollar</w:t>
      </w:r>
    </w:p>
    <w:p>
      <w:pPr>
        <w:spacing w:line="360" w:lineRule="auto" w:after="0"/>
        <w:ind w:firstLine="709"/>
        <w:jc w:val="both"/>
        <w:widowControl/>
      </w:pPr>
      <w:r>
        <w:rPr>
          <w:rFonts w:ascii="Times New Roman" w:hAnsi="Times New Roman"/>
          <w:sz w:val="28"/>
        </w:rPr>
        <w:t>"Navoiazot" AJ O‘zbekistonning qishloq xo‘jaligi uchun muhim bo‘lgan asosiy mineral o‘g‘itlar ishlab chiqaruvchisi hisoblanadi. Shuning uchun ammiakli selitra ishlab chiqarish jarayonida texnologik parametrlarni samarali nazorat qilish nafaqat iqtisodiy samaradorlikni, balki ekologik xavfsizlikni va mahsulotning mahalliy agrosanoatga mosligini ta’minlash nuqtai nazaridan ham muhimdir.</w:t>
      </w:r>
    </w:p>
    <w:p>
      <w:pPr>
        <w:spacing w:line="360" w:lineRule="auto" w:after="0"/>
        <w:ind w:firstLine="709"/>
        <w:jc w:val="both"/>
        <w:widowControl/>
      </w:pPr>
      <w:r>
        <w:rPr>
          <w:rFonts w:ascii="Times New Roman" w:hAnsi="Times New Roman"/>
          <w:sz w:val="28"/>
        </w:rPr>
        <w:t xml:space="preserve">*   </w:t>
      </w:r>
      <w:r>
        <w:rPr>
          <w:rFonts w:ascii="Times New Roman" w:hAnsi="Times New Roman"/>
          <w:b/>
          <w:sz w:val="28"/>
        </w:rPr>
        <w:t>Energiya samaradorligi:</w:t>
      </w:r>
      <w:r>
        <w:rPr>
          <w:rFonts w:ascii="Times New Roman" w:hAnsi="Times New Roman"/>
          <w:sz w:val="28"/>
        </w:rPr>
        <w:t xml:space="preserve"> O‘zbekiston hukumati tomonidan energiya samaradorligini oshirish va resurslarni tejashga qaratilgan siyosat "Navoiazot" AJda ishlab chiqarish jarayonini optimallashtirishga undaydi. Texnologik parametrlarni aniq nazorat qilish orqali issiqlik yo‘qotishlarini kamaytirish, bug‘latish jarayonlarida energiya sarfini optimallashtirish va xomashyo sarfini minimallashtirishga erishiladi. Masalan, neytrallash jarayonidan ajralib chiqadigan issiqlikni bug‘latish bosqichida qayta ishlatish (issiqlik rekuperatsiyasi) energiya sarfini sezilarli darajada kamaytiradi.</w:t>
        <w:br/>
        <w:t xml:space="preserve">*   </w:t>
      </w:r>
      <w:r>
        <w:rPr>
          <w:rFonts w:ascii="Times New Roman" w:hAnsi="Times New Roman"/>
          <w:b/>
          <w:sz w:val="28"/>
        </w:rPr>
        <w:t>Atrof-muhitni muhofaza qilish:</w:t>
      </w:r>
      <w:r>
        <w:rPr>
          <w:rFonts w:ascii="Times New Roman" w:hAnsi="Times New Roman"/>
          <w:sz w:val="28"/>
        </w:rPr>
        <w:t xml:space="preserve"> O‘zbekistonning ekologik siyosati sanoat korxonalaridan chiqindilarni kamaytirishni talab qiladi. Ammiakli selitra ishlab chiqarishda ammiak bug‘larining atmosferaga chiqishini minimallashtirish pH nazorati orqali amalga oshiriladi. Shuningdek, chiqindi gazlarda azot oksidlari miqdorini nazorat qilish va ularni tozalash tizimlarini joriy etish orqali havo ifloslanishining oldi olinadi. "Navoiazot" AJda zamonaviy gaz tozalash inshootlari va monitoring tizimlari mavjud bo‘lib, ular ishlab chiqarishning ekologik izini kamaytirishga xizmat qiladi.</w:t>
        <w:br/>
        <w:t xml:space="preserve">*   </w:t>
      </w:r>
      <w:r>
        <w:rPr>
          <w:rFonts w:ascii="Times New Roman" w:hAnsi="Times New Roman"/>
          <w:b/>
          <w:sz w:val="28"/>
        </w:rPr>
        <w:t>Mahsulot sifati va qishloq xo‘jaligi ehtiyojlari:</w:t>
      </w:r>
      <w:r>
        <w:rPr>
          <w:rFonts w:ascii="Times New Roman" w:hAnsi="Times New Roman"/>
          <w:sz w:val="28"/>
        </w:rPr>
        <w:t xml:space="preserve"> O‘zbekiston tuproq-iqlim sharoitlari va qishloq xo‘jaligi ekinlarining turlari ammiakli selitra sifatiga o‘ziga xos talablar qo‘yadi. Masalan, mahsulotning donadorligi, changlanmasligi va namlikka chidamliligi muhim ahamiyatga ega. Texnologik parametrlarni (granulatsiya harorati, quritish rejimi, namlik nazorati) aniq sozlash orqali "Navoiazot" AJ mahalliy fermerlarning talablariga javob beradigan yuqori sifatli ammiakli selitra ishlab chiqaradi. Mahsulotga kiritiladigan maxsus qo‘shimchalar (masalan, kalsiy karbonat, magnezium karbonat) uning fizik xususiyatlarini yaxshilash, ya’ni yopishqoqligini kamaytirish va saqlash muddatini uzaytirish maqsadida qo‘shiladi. Bu esa O‘zbekistonning uzoq muddatli saqlash va tashish sharoitlarida mahsulotning samaradorligini saqlab qolishini ta’minlaydi.</w:t>
      </w:r>
    </w:p>
    <w:p>
      <w:pPr>
        <w:spacing w:line="360" w:lineRule="auto" w:after="0"/>
        <w:ind w:firstLine="709"/>
        <w:jc w:val="both"/>
        <w:widowControl/>
      </w:pPr>
      <w:r>
        <w:rPr>
          <w:rFonts w:ascii="Times New Roman" w:hAnsi="Times New Roman"/>
          <w:b/>
          <w:sz w:val="28"/>
        </w:rPr>
        <w:t>2.2.4. Xulosa</w:t>
      </w:r>
    </w:p>
    <w:p>
      <w:pPr>
        <w:spacing w:line="360" w:lineRule="auto" w:after="0"/>
        <w:ind w:firstLine="709"/>
        <w:jc w:val="both"/>
        <w:widowControl/>
      </w:pPr>
      <w:r>
        <w:rPr>
          <w:rFonts w:ascii="Times New Roman" w:hAnsi="Times New Roman"/>
          <w:sz w:val="28"/>
        </w:rPr>
        <w:t>Ushbu bo‘limda ammiakli selitra ishlab chiqarish jarayonining asosiy texnologik parametrlari (harorat, bosim, konsentratsiya, pH, oqim tezligi, namlik) va ularning nazariy asoslari chuqur tahlil etildi. Har bir parametrning jarayon samaradorligi, mahsulot sifati va xavfsizlikka ta’siri yoritildi. "Navoiazot" AJ misolida ushbu parametrlarni nazorat qilishda zamonaviy avtomatlashtirilgan tizimlardan foydalanilishi, xomashyo va tayyor mahsulot sifatini doimiy monitoring qilish mexanizmlari ko‘rsatildi. Shuningdek, O‘zbekistonning energiya samaradorligi, atrof-muhitni muhofaza qilish va qishloq xo‘jaligi ehtiyojlariga mos mahsulot ishlab chiqarish bo‘yicha mahalliy siyosati kontekstida texnologik parametrlarni nazorat qilishning amaliy ahamiyati ta’kidlandi.</w:t>
      </w:r>
    </w:p>
    <w:p>
      <w:pPr>
        <w:spacing w:line="360" w:lineRule="auto" w:after="0"/>
        <w:ind w:firstLine="709"/>
        <w:jc w:val="both"/>
        <w:widowControl/>
      </w:pPr>
      <w:r>
        <w:rPr>
          <w:rFonts w:ascii="Times New Roman" w:hAnsi="Times New Roman"/>
          <w:sz w:val="28"/>
        </w:rPr>
        <w:t>Olingan xulosalar shuni ko‘rsatadiki, ammiakli selitra ishlab chiqarish texnologik jarayonining asosiy parametrlari va ularning nazorati nafaqat yuqori sifatli mahsulot olish, balki ishlab chiqarishning iqtisodiy samaradorligini oshirish, resurslarni tejash va ekologik xavfsizlikni ta’minlashda hal qiluvchi rol o‘ynaydi. "Navoiazot" AJda joriy etilgan sifat nazorati va texnologik boshqaruv tizimi bu borada ilg‘or tajribani aks ettiradi. Keyingi bo‘limlarda ushbu jarayonlarni yanada takomillashtirish bo‘yicha ilmiy-amaliy tavsiyalar ishlab chiqishga e’tibor qaratiladi.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"Navoiazot" AJ da ammiakli selitra ishlab chiqarishning iqtisodiy samaradorligi</w:t>
      </w:r>
    </w:p>
    <w:p>
      <w:pPr>
        <w:spacing w:line="360" w:lineRule="auto" w:after="0"/>
        <w:ind w:firstLine="709"/>
        <w:jc w:val="both"/>
        <w:widowControl/>
      </w:pPr>
      <w:r>
        <w:rPr>
          <w:rFonts w:ascii="Times New Roman" w:hAnsi="Times New Roman"/>
          <w:sz w:val="28"/>
        </w:rPr>
        <w:t>"Navoiazot" AJ misolida ammiakli selitra ishlab chiqarish texnologiyasini o‘rganish va tahlil qilish" mavzusidagi tadqiqotimizning ushbu bobida korxona faoliyatining texnik-texnologik jihatlari chuqur tahlil qilindi. Ushbu tahlilning mantiqiy davomi sifatida, har qanday sanoat ishlab chiqarishining muvaffaqiyati va barqarorligi uchun hal qiluvchi ahamiyatga ega bo‘lgan iqtisodiy samaradorlik masalalarini atroflicha ko‘rib chiqish zarur. Texnologik jarayonlarning mukammalligi, ishlab chiqarish quvvatlarining mavjudligi iqtisodiy samaradorliksiz o‘z-o‘zidan korxonaga foyda keltirmaydi. Shu sababli, "Navoiazot" AJ da ammiakli selitra ishlab chiqarishning iqtisodiy samaradorligini baholash, ya’ni mahsulot tannarxi, rentabelligi va bozor raqobatbardoshligini tizimli tahlil qilish ushbu kichik bo‘limning asosiy maqsadidir. Bu esa korxonaning mavjud holatini aniqlash va kelgusi rivojlanish strategiyalarini shakllantirish uchun muhim ilmiy-amaliy asos yaratadi.</w:t>
      </w:r>
    </w:p>
    <w:p>
      <w:pPr>
        <w:spacing w:line="360" w:lineRule="auto" w:after="0"/>
        <w:ind w:firstLine="709"/>
        <w:jc w:val="both"/>
        <w:widowControl/>
      </w:pPr>
      <w:r>
        <w:rPr>
          <w:rFonts w:ascii="Times New Roman" w:hAnsi="Times New Roman"/>
          <w:sz w:val="28"/>
        </w:rPr>
        <w:t>Sanoat ishlab chiqarishida mahsulot tannarxi iqtisodiy samaradorlikning eng asosiy ko‘rsatkichlaridan biri bo‘lib, uning tarkibiy qismlari va ularga ta’sir etuvchi omillarni chuqur tahlil qilish muhimdir. Ammiakli selitra (azotli o‘g‘it) ishlab chiqarish tannarxining asosiy moddiy xarajatlari sifatida kimyoviy xomashyo – tabiiy gaz (ammiak ishlab chiqarish uchun asosiy komponent va energiya manbai), havo (azot olish uchun), suv, shuningdek, nitrat kislota, ammofosi yoki karbamid (aralash o‘g‘itlar uchun), qo‘shimcha komponentlar (masalan, magniy nitrati yoki kaltsiy karbonat, agar granulalash jarayonida ishlatilsa) kabilar kiradi. Energiya xarajatlari, xususan, elektr energiyasi va tabiiy gazning narxi ham tannarxda sezilarli ulushga ega, chunki ishlab chiqarish jarayoni energiya talabchan hisoblanadi. Ish haqi xarajatlari, moddiy bo‘lmagan aktivlar amortizatsiyasi (asosiy vositalar eskirishi), ishlab chiqarishni boshqarish va tashkil etish xarajatlari ( Umumiy ishlab chiqarish va ma’muriy xarajatlar) ham tannarxni shakllantiradi.</w:t>
      </w:r>
    </w:p>
    <w:p>
      <w:pPr>
        <w:spacing w:line="360" w:lineRule="auto" w:after="0"/>
        <w:ind w:firstLine="709"/>
        <w:jc w:val="both"/>
        <w:widowControl/>
      </w:pPr>
      <w:r>
        <w:rPr>
          <w:rFonts w:ascii="Times New Roman" w:hAnsi="Times New Roman"/>
          <w:sz w:val="28"/>
        </w:rPr>
        <w:t>Iqtisodiy nazariyada tannarxni optimallashtirish uchun bir qator usullar qo‘llaniladi. Masalan, narx-hajm-foyda (CVP) tahlili korxonaning turli ishlab chiqarish hajmlarida qancha xarajat qilishi va qancha foyda olishi mumkinligini bashorat qilish imkonini beradi. Zarar ko‘rmaslik nuqtasini (break-even point) aniqlash esa korxonaning hatto eng kam xarajatlar qoplovchi darajasini bilib olishga yordam beradi. Marginal xarajatlar tahlili esa ishlab chiqarishni kengaytirish yoki qisqartirishda qo‘shimcha birlik mahsulot tannarxining qanday o‘zgarishini ko‘rsatadi. "Navoiazot" AJ misolida, tabiiy gaz narxining o‘zgaruvchanligi, ishlab chiqarish texnologiyasining yangiligi va energiya samaradorligi darajasi, mexanizmlash va avtomatlashtirish darajasi, shuningdek, xomashyo va tayyor mahsulotni tashish xarajatlari tannarxga bevosita ta’sir qiluvchi omillardir. Korxonaning texnologik jarayonlarni optimallashtirish, energiya tejovchi texnologiyalarni joriy etish, xomashyoni samarali ishlatish va chiqindilarni kamaytirish orqali tannarxni pasaytirish imkoniyatlari mavjud.</w:t>
      </w:r>
    </w:p>
    <w:p>
      <w:pPr>
        <w:spacing w:line="360" w:lineRule="auto" w:after="0"/>
        <w:ind w:firstLine="709"/>
        <w:jc w:val="both"/>
        <w:widowControl/>
      </w:pPr>
      <w:r>
        <w:rPr>
          <w:rFonts w:ascii="Times New Roman" w:hAnsi="Times New Roman"/>
          <w:sz w:val="28"/>
        </w:rPr>
        <w:t>Mahsulot rentabelligi esa korxonaning o‘z faoliyatidan qanchalik samarali foyda olishini ko‘rsatuvchi asosiy ko‘rsatkichdir. U yalpi foyda, sof foyda va foyda marjasi kabi ko‘rsatkichlar bilan o‘lchanadi. Rentabellikni baholashda aktivlarga nisbatan rentabellik (ROA), o‘z kapitaliga nisbatan rentabellik (ROE) va sotishdan olingan foyda marjasi kabi moliyaviy nisbatlar keng qo‘llaniladi. Rentabellik darajasi to‘g‘ridan-to‘g‘ri mahsulot tannarxiga bog‘liq bo‘lib, tannarx pasayganda, sotish narxi va hajmi o‘zgarmasa, rentabellik oshadi. Shu bilan birga, mahsulotning bozor narxi, sotish hajmi, operatsion samaradorlik, marketing strategiyalari, moliyaviy boshqaruv sifati va raqobat muhiti ham rentabellikni belgilaydi. "Navoiazot" AJ uchun rentabellikni tahlil qilishda, uning ishlab chiqarish quvvatlaridan foydalanish darajasi, mahsulot sifati va assortimenti, eksport va ichki bozorlardagi pozitsiyasi, shuningdek, xalqaro narx tendensiyalarini hisobga olish zarur.</w:t>
      </w:r>
    </w:p>
    <w:p>
      <w:pPr>
        <w:spacing w:line="360" w:lineRule="auto" w:after="0"/>
        <w:ind w:firstLine="709"/>
        <w:jc w:val="both"/>
        <w:widowControl/>
      </w:pPr>
      <w:r>
        <w:rPr>
          <w:rFonts w:ascii="Times New Roman" w:hAnsi="Times New Roman"/>
          <w:sz w:val="28"/>
        </w:rPr>
        <w:t>Bozor raqobatbardoshligi esa korxonaning o‘z mahsulotlarini bozor talablariga javob beradigan sifatda va raqobatbardosh narxlarda taklif qilish, shu bilan birga barqaror foyda olish qobiliyatidir. Raqobatbardoshlikka ta’sir etuvchi omillar ko‘p qirrali bo‘lib, ular quyidagilarni o‘z ichiga oladi: mahsulot sifati va uning talablarga mosligi, narx siyosati, savdo kanallarining samaradorligi, mijozlarga xizmat ko‘rsatish darajasi, brendning bozordagi obro‘si, innovatsion faoliyat, texnologik yangiliklarni joriy etish tezligi va davlat siyosati. Ammiakli selitra bozorida raqobatbardoshlikni ta’minlash uchun nafaqat ishlab chiqarish xarajatlarini kamaytirish, balki mahsulot sifatini xalqaro standartlarga mos ravishda oshirish, ekologik talablarga javob beradigan ishlab chiqarish usullarini qo‘llash, logistikani optimallashtirish va mijozlarga qulaylik yaratish muhimdir.</w:t>
      </w:r>
    </w:p>
    <w:p>
      <w:pPr>
        <w:spacing w:line="360" w:lineRule="auto" w:after="0"/>
        <w:ind w:firstLine="709"/>
        <w:jc w:val="both"/>
        <w:widowControl/>
      </w:pPr>
      <w:r>
        <w:rPr>
          <w:rFonts w:ascii="Times New Roman" w:hAnsi="Times New Roman"/>
          <w:sz w:val="28"/>
        </w:rPr>
        <w:t>O‘zbekiston iqtisodiyotining agrar sektori uchun azotli o‘g‘itlarning ahamiyati juda katta. Davlat agrosanoat majmuasini qo‘llab-quvvatlash, fermer xo‘jaliklarini sifatli va arzon o‘g‘itlar bilan ta’minlash bo‘yicha davlat siyosati "Navoiazot" AJ kabi yirik ishlab chiqaruvchilar faoliyatiga bevosita ta’sir ko‘rsatadi. Vazirlar Mahkamasining qishloq xo‘jaligini rivojlantirishga qaratilgan qarorlari, o‘g‘itlar narxini tartibga solish mexanizmlari, eksport va import siyosati korxonaning iqtisodiy samaradorligini belgilovchi asosiy omillardir. Masalan, "O‘zbekistonda 2023-2030 yillarda qishloq xo‘jaligini rivojlantirish strategiyasi" kabi hujjatlar mazkur sohada ishlab chiqarishni ko‘paytirish, texnologiyalarni modernizatsiya qilish va mahsulot sifatini oshirishni rag‘batlantiradi. "Navoiazot" AJ ning tabiiy gaz narxining barqarorligi va unga subsidiyalar ajratilishi uning xomashyo xarajatlarini optimallashtirishga yordam beradi, bu esa tannarxni pasaytiradi va raqobatbardoshlikni oshiradi. Shu bilan birga, korxonaning Yevroosiyo iqtisodiy ittifoqi (YEOI) va boshqa xalqaro bozorlardagi raqobatdoshligini baholashda, ushbu hududlardagi bojxona tariflari, savdo to‘siqlari va mahalliy ishlab chiqaruvchilarning pozitsiyasi hisobga olinishi lozim. O‘zbekiston Respublikasi Prezidentining 2017 yil 18 dekabrdagi "Navoiazot" aksiyadorlik jamiyatini modernizatsiya qilish va rivojlantirishga oid chora-tadbirlar to‘g‘risidagi PQ-3451-sonli qarori, korxonani texnik va texnologik yangilash, ishlab chiqarish samaradorligini oshirish va mahsulot raqobatbardoshligini yuksaltirishga qaratilgan bo‘lib, uning iqtisodiy salohiyatini mustahkamlashda muhim rol o‘ynaydi. Ushbu qaror doirasida amalga oshirilgan investitsiyalar va modernizatsiya loyihalari korxonaning ishlab chiqarish xarajatlarini kamaytirish, energiya samaradorligini oshirish va mahsulot sifatini yaxshilashga xizmat qilgan.</w:t>
      </w:r>
    </w:p>
    <w:p>
      <w:pPr>
        <w:spacing w:line="360" w:lineRule="auto" w:after="0"/>
        <w:ind w:firstLine="709"/>
        <w:jc w:val="both"/>
        <w:widowControl/>
      </w:pPr>
      <w:r>
        <w:rPr>
          <w:rFonts w:ascii="Times New Roman" w:hAnsi="Times New Roman"/>
          <w:sz w:val="28"/>
        </w:rPr>
        <w:t>Xulosa qilib aytganda, "Navoiazot" AJ misolida ammiakli selitra ishlab chiqarishning iqtisodiy samaradorligini baholash, mahsulot tannarxini optimallashtirish, rentabellikni oshirish va bozor raqobatbardoshligini mustahkamlash kabi ko‘rsatkichlarni qamrab oladi. Korxonaning iqtisodiy holatini tahlil qilish uchun xomashyo va energiya xarajatlarining samaradorligi, ishlab chiqarish texnologiyalarining zamonaviyligi, mehnat unumdorligi, investitsiyalarning rentabelligi va bozor strategiyalarining to‘g‘riligi muhimdir. O‘zbekistonning qishloq xo‘jaligini rivojlantirishga qaratilgan davlat siyosati va xalqaro iqtisodiy hamkorlik doirasidagi imkoniyatlar "Navoiazot" AJ ning kelajakdagi rivojlanish yo‘nalishlarini belgilashda asosiy omil bo‘lib qoladi. Ushbu kichik bo‘limda olib borilgan tahlillar, keyingi boblarda ishlab chiqiladigan ilmiy-amaliy tavsiyalarning iqtisodiy asosini tashkil etadi.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"Navoiazot" AJ ning ishlab chiqarish jarayonlarida ekologik xavfsizlik va chiqindilarni boshqarish</w:t>
      </w:r>
    </w:p>
    <w:p>
      <w:pPr>
        <w:spacing w:line="360" w:lineRule="auto" w:after="0"/>
        <w:ind w:firstLine="709"/>
        <w:jc w:val="both"/>
        <w:widowControl/>
      </w:pPr>
      <w:r>
        <w:rPr>
          <w:rFonts w:ascii="Times New Roman" w:hAnsi="Times New Roman"/>
          <w:sz w:val="28"/>
        </w:rPr>
        <w:t>Ammiakli selitra ishlab chiqarishning texnologik jarayonlarini chuqur tahlil qilish korxonaning iqtisodiy samaradorligini oshirish bilan bir qatorda, uning atrof-muhitga ta'sirini baholash va kamaytirish bo'yicha ilmiy-amaliy tavsiyalar ishlab chiqishni ham o'z ichiga oladi. Ushbu bobda "Navoiazot" AJ misolida ammiakli selitra ishlab chiqarishning amaliy jihatlari ko'rib chiqildi. Endilikda, ushbu ishlab chiqarish jarayonlarining ekologik xavfsizlik va chiqindilarni boshqarishga oid tomonlarini atroflicha o'rganish hamda korxonadagi mavjud holatni tahlil qilish muhim ahamiyat kasb etadi. Ushbu tahlil, ishlab chiqarishning barqarorligini ta'minlash va ekologik xatarlarni minimallashtirish uchun zarur bo'lgan tizimli yondashuvlarni aniqlashga qaratilgan.</w:t>
      </w:r>
    </w:p>
    <w:p>
      <w:pPr>
        <w:spacing w:line="360" w:lineRule="auto" w:after="0"/>
        <w:ind w:firstLine="709"/>
        <w:jc w:val="both"/>
        <w:widowControl/>
      </w:pPr>
      <w:r>
        <w:rPr>
          <w:rFonts w:ascii="Times New Roman" w:hAnsi="Times New Roman"/>
          <w:sz w:val="28"/>
        </w:rPr>
        <w:t>Kimyo sanoatida, xususan, mineral o'g'itlar ishlab chiqarishda ekologik xavfsizlik va chiqindilarni boshqarish masalalari doimo dolzarb bo'lib kelgan. Ammiakli selitra (ammoniy nitrati, NH₄NO₃) ishlab chiqarish jarayoni murakkab texnologik bosqichlarni o'z ichiga oladi, ular orasida ammiakning azot kislotasi bilan neytrallanishi, granulyatsiya (donador shaklga keltirish) va quritish kabi jarayonlar mavjud. Har bir bosqichda turli xil ekologik xavf tug'diruvchi omillar yuzaga kelishi mumkin. Bular asosan quyidagilarni o'z ichiga oladi:</w:t>
      </w:r>
    </w:p>
    <w:p>
      <w:pPr>
        <w:spacing w:line="360" w:lineRule="auto" w:after="0"/>
        <w:ind w:firstLine="709"/>
        <w:jc w:val="both"/>
        <w:widowControl/>
      </w:pPr>
      <w:r>
        <w:rPr>
          <w:rFonts w:ascii="Times New Roman" w:hAnsi="Times New Roman"/>
          <w:sz w:val="28"/>
        </w:rPr>
        <w:t xml:space="preserve">1.  </w:t>
      </w:r>
      <w:r>
        <w:rPr>
          <w:rFonts w:ascii="Times New Roman" w:hAnsi="Times New Roman"/>
          <w:b/>
          <w:sz w:val="28"/>
        </w:rPr>
        <w:t>Atmosfera havosiga chiqariladigan chiqindilar:</w:t>
      </w:r>
      <w:r>
        <w:rPr>
          <w:rFonts w:ascii="Times New Roman" w:hAnsi="Times New Roman"/>
          <w:sz w:val="28"/>
        </w:rPr>
        <w:br/>
        <w:t xml:space="preserve">    *   </w:t>
      </w:r>
      <w:r>
        <w:rPr>
          <w:rFonts w:ascii="Times New Roman" w:hAnsi="Times New Roman"/>
          <w:b/>
          <w:sz w:val="28"/>
        </w:rPr>
        <w:t>Ammiak (NH₃) emissiyasi:</w:t>
      </w:r>
      <w:r>
        <w:rPr>
          <w:rFonts w:ascii="Times New Roman" w:hAnsi="Times New Roman"/>
          <w:sz w:val="28"/>
        </w:rPr>
        <w:t xml:space="preserve"> Ammiak sintezi va granulyatsiya jarayonlarida to'liq iste'mol qilinmagan yoki qayta ishlanmagan ammiak bug'lari havoga chiqarilishi mumkin. Ammiakning yuqori konsentratsiyasi nafas olish tizimiga salbiy ta'sir ko'rsatishi, suv havzalarida eutrofikatsiyaga (suv o'simliklarining haddan tashqari ko'payishi) olib kelishi mumkin.</w:t>
        <w:br/>
        <w:t xml:space="preserve">    *   </w:t>
      </w:r>
      <w:r>
        <w:rPr>
          <w:rFonts w:ascii="Times New Roman" w:hAnsi="Times New Roman"/>
          <w:b/>
          <w:sz w:val="28"/>
        </w:rPr>
        <w:t>Azot oksidlari (NOₓ) emissiyasi:</w:t>
      </w:r>
      <w:r>
        <w:rPr>
          <w:rFonts w:ascii="Times New Roman" w:hAnsi="Times New Roman"/>
          <w:sz w:val="28"/>
        </w:rPr>
        <w:t xml:space="preserve"> Azot kislotasi ishlab chiqarish jarayonida (ammiakning oksidlanishi) va ba'zan nitratlash bosqichida NOₓ hosil bo'lishi mumkin. NOₓ havo ifloslanishining asosiy sabablaridan biri bo'lib, kislotali yomg'irlar, smog hosil bo'lishi va inson salomatligiga zarar yetkazishda muhim rol o'ynaydi.</w:t>
        <w:br/>
        <w:t xml:space="preserve">    *   </w:t>
      </w:r>
      <w:r>
        <w:rPr>
          <w:rFonts w:ascii="Times New Roman" w:hAnsi="Times New Roman"/>
          <w:b/>
          <w:sz w:val="28"/>
        </w:rPr>
        <w:t>Chang emissiyasi:</w:t>
      </w:r>
      <w:r>
        <w:rPr>
          <w:rFonts w:ascii="Times New Roman" w:hAnsi="Times New Roman"/>
          <w:sz w:val="28"/>
        </w:rPr>
        <w:t xml:space="preserve"> Granulyatsiya, quritish va qadoqlash jarayonlarida selitra zarrachalari shaklidagi chang havoga tarqalishi mumkin. Bu chang nafas olish yo'llariga tushib, salomatlikka zarar yetkazishi va atrof-muhitni ifloslantirishi mumkin.</w:t>
      </w:r>
    </w:p>
    <w:p>
      <w:pPr>
        <w:spacing w:line="360" w:lineRule="auto" w:after="0"/>
        <w:ind w:firstLine="709"/>
        <w:jc w:val="both"/>
        <w:widowControl/>
      </w:pPr>
      <w:r>
        <w:rPr>
          <w:rFonts w:ascii="Times New Roman" w:hAnsi="Times New Roman"/>
          <w:sz w:val="28"/>
        </w:rPr>
        <w:t xml:space="preserve">2.  </w:t>
      </w:r>
      <w:r>
        <w:rPr>
          <w:rFonts w:ascii="Times New Roman" w:hAnsi="Times New Roman"/>
          <w:b/>
          <w:sz w:val="28"/>
        </w:rPr>
        <w:t>Suv havzalariga chiqariladigan chiqindilar:</w:t>
      </w:r>
      <w:r>
        <w:rPr>
          <w:rFonts w:ascii="Times New Roman" w:hAnsi="Times New Roman"/>
          <w:sz w:val="28"/>
        </w:rPr>
        <w:br/>
        <w:t xml:space="preserve">    *   </w:t>
      </w:r>
      <w:r>
        <w:rPr>
          <w:rFonts w:ascii="Times New Roman" w:hAnsi="Times New Roman"/>
          <w:b/>
          <w:sz w:val="28"/>
        </w:rPr>
        <w:t>Oqova suvlar:</w:t>
      </w:r>
      <w:r>
        <w:rPr>
          <w:rFonts w:ascii="Times New Roman" w:hAnsi="Times New Roman"/>
          <w:sz w:val="28"/>
        </w:rPr>
        <w:t xml:space="preserve"> Texnologik jarayonlarda ishlatiladigan suvlar, apparatlarni yuvishdan hosil bo'lgan suvlar, kondensatlar va texnik suvlar tarkibida ammiak, nitratlar, nitritlar, sulfatlar va boshqa kimyoviy birikmalar bo'lishi mumkin. Agar bu suvlar to'g'ri tozalab berilmasa, ular daryo va ko'llardagi suv sifatini keskin yomonlashtirib, suv organizmlariga zarar yetkazadi hamda ichimlik suvi manbalarini ifloslantiradi.</w:t>
        <w:br/>
        <w:t xml:space="preserve">    *   </w:t>
      </w:r>
      <w:r>
        <w:rPr>
          <w:rFonts w:ascii="Times New Roman" w:hAnsi="Times New Roman"/>
          <w:b/>
          <w:sz w:val="28"/>
        </w:rPr>
        <w:t>Termal ifloslanish:</w:t>
      </w:r>
      <w:r>
        <w:rPr>
          <w:rFonts w:ascii="Times New Roman" w:hAnsi="Times New Roman"/>
          <w:sz w:val="28"/>
        </w:rPr>
        <w:t xml:space="preserve"> Sovutish tizimlarida ishlatiladigan suvlar issiq holda chiqarilganda, bu suv havzasining haroratini ko'tarib, undagi ekotizimga ta'sir ko'rsatadi.</w:t>
      </w:r>
    </w:p>
    <w:p>
      <w:pPr>
        <w:spacing w:line="360" w:lineRule="auto" w:after="0"/>
        <w:ind w:firstLine="709"/>
        <w:jc w:val="both"/>
        <w:widowControl/>
      </w:pPr>
      <w:r>
        <w:rPr>
          <w:rFonts w:ascii="Times New Roman" w:hAnsi="Times New Roman"/>
          <w:sz w:val="28"/>
        </w:rPr>
        <w:t xml:space="preserve">3.  </w:t>
      </w:r>
      <w:r>
        <w:rPr>
          <w:rFonts w:ascii="Times New Roman" w:hAnsi="Times New Roman"/>
          <w:b/>
          <w:sz w:val="28"/>
        </w:rPr>
        <w:t>Qattiq chiqindilar:</w:t>
      </w:r>
      <w:r>
        <w:rPr>
          <w:rFonts w:ascii="Times New Roman" w:hAnsi="Times New Roman"/>
          <w:sz w:val="28"/>
        </w:rPr>
        <w:br/>
        <w:t xml:space="preserve">    *   </w:t>
      </w:r>
      <w:r>
        <w:rPr>
          <w:rFonts w:ascii="Times New Roman" w:hAnsi="Times New Roman"/>
          <w:b/>
          <w:sz w:val="28"/>
        </w:rPr>
        <w:t>Ishdan chiqqan mahsulotlar:</w:t>
      </w:r>
      <w:r>
        <w:rPr>
          <w:rFonts w:ascii="Times New Roman" w:hAnsi="Times New Roman"/>
          <w:sz w:val="28"/>
        </w:rPr>
        <w:t xml:space="preserve"> Texnologik normasidan chetga chiqqan, sifatini yo'qotgan selitra partiyalari.</w:t>
        <w:br/>
        <w:t xml:space="preserve">    *   </w:t>
      </w:r>
      <w:r>
        <w:rPr>
          <w:rFonts w:ascii="Times New Roman" w:hAnsi="Times New Roman"/>
          <w:b/>
          <w:sz w:val="28"/>
        </w:rPr>
        <w:t>Filtrlash materiallari, yuvish vositalari:</w:t>
      </w:r>
      <w:r>
        <w:rPr>
          <w:rFonts w:ascii="Times New Roman" w:hAnsi="Times New Roman"/>
          <w:sz w:val="28"/>
        </w:rPr>
        <w:t xml:space="preserve"> Texnologik jarayonda ishlatiladigan va almashtiriladigan materiallar.</w:t>
        <w:br/>
        <w:t xml:space="preserve">    *   </w:t>
      </w:r>
      <w:r>
        <w:rPr>
          <w:rFonts w:ascii="Times New Roman" w:hAnsi="Times New Roman"/>
          <w:b/>
          <w:sz w:val="28"/>
        </w:rPr>
        <w:t>Qadoqlash materiallari:</w:t>
      </w:r>
      <w:r>
        <w:rPr>
          <w:rFonts w:ascii="Times New Roman" w:hAnsi="Times New Roman"/>
          <w:sz w:val="28"/>
        </w:rPr>
        <w:t xml:space="preserve"> Paketlar, sumkalar va boshqalar.</w:t>
        <w:br/>
        <w:t xml:space="preserve">    *   </w:t>
      </w:r>
      <w:r>
        <w:rPr>
          <w:rFonts w:ascii="Times New Roman" w:hAnsi="Times New Roman"/>
          <w:b/>
          <w:sz w:val="28"/>
        </w:rPr>
        <w:t>Loyqa (osetka):</w:t>
      </w:r>
      <w:r>
        <w:rPr>
          <w:rFonts w:ascii="Times New Roman" w:hAnsi="Times New Roman"/>
          <w:sz w:val="28"/>
        </w:rPr>
        <w:t xml:space="preserve"> Oqova suvlarni tozalash jarayonida hosil bo'ladigan cho'kma moddalar.</w:t>
      </w:r>
    </w:p>
    <w:p>
      <w:pPr>
        <w:spacing w:line="360" w:lineRule="auto" w:after="0"/>
        <w:ind w:firstLine="709"/>
        <w:jc w:val="both"/>
        <w:widowControl/>
      </w:pPr>
      <w:r>
        <w:rPr>
          <w:rFonts w:ascii="Times New Roman" w:hAnsi="Times New Roman"/>
          <w:sz w:val="28"/>
        </w:rPr>
        <w:t>Chiqindilarni boshqarishning zamonaviy yondashuvi "chiqindilarni kamaytirish, qayta ishlatish, qayta aylantirish, utilizatsiya qilish va yo'q qilish" tamoyillariga asoslanadi. Ammiakli selitra ishlab chiqarishda bu tamoyillarni qo'llash quyidagilarni o'z ichiga oladi:</w:t>
      </w:r>
    </w:p>
    <w:p>
      <w:pPr>
        <w:spacing w:line="360" w:lineRule="auto" w:after="0"/>
        <w:ind w:firstLine="709"/>
        <w:jc w:val="both"/>
        <w:widowControl/>
      </w:pPr>
      <w:r>
        <w:rPr>
          <w:rFonts w:ascii="Times New Roman" w:hAnsi="Times New Roman"/>
          <w:sz w:val="28"/>
        </w:rPr>
        <w:t xml:space="preserve">*   </w:t>
      </w:r>
      <w:r>
        <w:rPr>
          <w:rFonts w:ascii="Times New Roman" w:hAnsi="Times New Roman"/>
          <w:b/>
          <w:sz w:val="28"/>
        </w:rPr>
        <w:t>Texnologik jarayonlarni optimallashtirish:</w:t>
      </w:r>
      <w:r>
        <w:rPr>
          <w:rFonts w:ascii="Times New Roman" w:hAnsi="Times New Roman"/>
          <w:sz w:val="28"/>
        </w:rPr>
        <w:t xml:space="preserve"> Chiqindilarni hosil bo'lishini kamaytirish maqsadida texnologik parametrlarni (harorat, bosim, konsentratsiya) optimal holatda ushlab turish.</w:t>
        <w:br/>
        <w:t xml:space="preserve">*   </w:t>
      </w:r>
      <w:r>
        <w:rPr>
          <w:rFonts w:ascii="Times New Roman" w:hAnsi="Times New Roman"/>
          <w:b/>
          <w:sz w:val="28"/>
        </w:rPr>
        <w:t>Qayta aylantirish tizimlari:</w:t>
      </w:r>
      <w:r>
        <w:rPr>
          <w:rFonts w:ascii="Times New Roman" w:hAnsi="Times New Roman"/>
          <w:sz w:val="28"/>
        </w:rPr>
        <w:t xml:space="preserve"> Ammiak va azot oksidlari kabi chiqindilarni tozalash jarayonida qayta ishlab, asosiy ishlab chiqarishga qaytarish. Masalan, ammiakni yutuvchi (absorbsion) qurilmalar va azot oksidlari uchun katalitik neytrallagichlar.</w:t>
        <w:br/>
        <w:t xml:space="preserve">*   </w:t>
      </w:r>
      <w:r>
        <w:rPr>
          <w:rFonts w:ascii="Times New Roman" w:hAnsi="Times New Roman"/>
          <w:b/>
          <w:sz w:val="28"/>
        </w:rPr>
        <w:t>Oqova suvlarni tozalash:</w:t>
      </w:r>
      <w:r>
        <w:rPr>
          <w:rFonts w:ascii="Times New Roman" w:hAnsi="Times New Roman"/>
          <w:sz w:val="28"/>
        </w:rPr>
        <w:t xml:space="preserve"> Zamonaviy mexanik, kimyoviy va biologik tozalash usullarini qo'llash orqali oqova suvlardagi ifloslantiruvchi moddalarni standartlarga mos darajagacha kamaytirish. Ba'zi hollarda tozalangan suvni texnologik jarayonda qayta ishlatish (resirkulyatsiya) mumkin.</w:t>
        <w:br/>
        <w:t xml:space="preserve">*   </w:t>
      </w:r>
      <w:r>
        <w:rPr>
          <w:rFonts w:ascii="Times New Roman" w:hAnsi="Times New Roman"/>
          <w:b/>
          <w:sz w:val="28"/>
        </w:rPr>
        <w:t>Changdan tozalash:</w:t>
      </w:r>
      <w:r>
        <w:rPr>
          <w:rFonts w:ascii="Times New Roman" w:hAnsi="Times New Roman"/>
          <w:sz w:val="28"/>
        </w:rPr>
        <w:t xml:space="preserve"> Siklonlar, elektrofiltrlash qurilmalari va suv purkagichlar (skrubberlar) yordamida havoga chiqariladigan chang miqdorini kamaytirish.</w:t>
        <w:br/>
        <w:t xml:space="preserve">*   </w:t>
      </w:r>
      <w:r>
        <w:rPr>
          <w:rFonts w:ascii="Times New Roman" w:hAnsi="Times New Roman"/>
          <w:b/>
          <w:sz w:val="28"/>
        </w:rPr>
        <w:t>Qattiq chiqindilarni boshqarish:</w:t>
      </w:r>
      <w:r>
        <w:rPr>
          <w:rFonts w:ascii="Times New Roman" w:hAnsi="Times New Roman"/>
          <w:sz w:val="28"/>
        </w:rPr>
        <w:t xml:space="preserve"> Qattiq chiqindilarni turlarga ajratish, ularni saqlash, utilizatsiya qilish yoki xavfli chiqindilarni maxsus usullarda yo'q qilish bo'yicha tadbirlar.</w:t>
      </w:r>
    </w:p>
    <w:p>
      <w:pPr>
        <w:spacing w:line="360" w:lineRule="auto" w:after="0"/>
        <w:ind w:firstLine="709"/>
        <w:jc w:val="both"/>
        <w:widowControl/>
      </w:pPr>
      <w:r>
        <w:rPr>
          <w:rFonts w:ascii="Times New Roman" w:hAnsi="Times New Roman"/>
          <w:sz w:val="28"/>
        </w:rPr>
        <w:t>O'zbekiston Respublikasida atrof-muhitni muhofaza qilish va tabiatdan foydalanish sohasidagi qonun hujjatlari tobora takomillashib bormoqda. "Atrof-muhitni muhofaza qilish to'g'risidagi" O'zbekiston Respublikasi Qonuni, "Tabiatni muhofaza qilish to'g'risidagi" Qonun va boshqa normativ-huquqiy hujjatlar kimyo sanoati korxonalarining ekologik xavfsizlik standartlariga rioya qilishini talab qiladi. Xususan, havoga chiqariladigan zararli moddalar uchun ruxsat etilgan me'yorlar (MPC - Maximum Permissible Concentration), oqova suvlarni chiqarish uchun me'yorlar va chiqindilarni joylashtirish qoidalari belgilangan. Korxonalar muntazam ravishda ekologik monitoring o'tkazishi, emissiya va chiqindilar hajmini hisobotini yuritishi va davlat nazorati organlariga taqdim etishi shart. "Navoiazot" AJ kabi yirik sanoat korxonalari uchun ushbu talablarga rioya qilish nafaqat qonuniy majburiyat, balki ijtimoiy javobgarlikning ham muhim qismidir.</w:t>
      </w:r>
    </w:p>
    <w:p>
      <w:pPr>
        <w:spacing w:line="360" w:lineRule="auto" w:after="0"/>
        <w:ind w:firstLine="709"/>
        <w:jc w:val="both"/>
        <w:widowControl/>
      </w:pPr>
      <w:r>
        <w:rPr>
          <w:rFonts w:ascii="Times New Roman" w:hAnsi="Times New Roman"/>
          <w:sz w:val="28"/>
        </w:rPr>
        <w:t>"Navoiazot" AJ ning ishlab chiqarish jarayonlarida ekologik xavfsizlik va chiqindilarni boshqarish tizimini o'rganish, korxonaning amaldagi holatini baholashga imkon beradi. Bu jarayonda, korxonada mavjud bo'lgan emissiya nazorati tizimlari, oqova suvlarni tozalash inshootlari, chang va gazdan tozalash qurilmalarining samaradorligi, shuningdek, chiqindilarni saralash va utilizatsiya qilish usullari atroflicha tahlil qilinadi. Mavjud texnologiyalarning ekologik standartlarga qanchalik mos kelishi, qanday kamchiliklar mavjudligi va ularni bartaraf etish bo'yicha qanday choralar ko'rilayotgani aniqlanadi. Ushbu tahlil natijalari, kelajakda ishlab chiqarish jarayonlarini yanada ekologik toza va barqaror qilish bo'yicha aniq takliflar ishlab chiqish uchun mustahkam zamin yaratadi. Shuningdek, O'zbekistonning milliy ekologik siyosati va xalqaro standartlar talablariga mos keladigan yechimlarni topishga yordam beradi.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r>
        <w:br w:type="page"/>
      </w:r>
    </w:p>
    <w:p>
      <w:pPr>
        <w:jc w:val="center"/>
      </w:pPr>
      <w:r>
        <w:rPr>
          <w:rFonts w:ascii="Times New Roman" w:hAnsi="Times New Roman"/>
          <w:b/>
          <w:sz w:val="32"/>
        </w:rPr>
        <w:t>3. AMMIAKLI SELITRA ISHLAB CHIQARISH TEXNOLOGIYASINI OPTIMALLASHTIRISH VA TAKOMILLASHTIRISH BO'YICHA TAKLIFLAR</w:t>
      </w:r>
    </w:p>
    <w:p/>
    <w:p>
      <w:pPr>
        <w:spacing w:line="360" w:lineRule="auto" w:after="0"/>
        <w:ind w:firstLine="709"/>
        <w:jc w:val="both"/>
        <w:widowControl/>
      </w:pPr>
      <w:r>
        <w:rPr>
          <w:rFonts w:ascii="Times New Roman" w:hAnsi="Times New Roman"/>
          <w:sz w:val="28"/>
        </w:rPr>
        <w:t>Ishlab chiqarish jarayonining energiya samaradorligini oshirish yo'llari</w:t>
      </w:r>
    </w:p>
    <w:p>
      <w:pPr>
        <w:spacing w:line="360" w:lineRule="auto" w:after="0"/>
        <w:ind w:firstLine="709"/>
        <w:jc w:val="both"/>
        <w:widowControl/>
      </w:pPr>
      <w:r>
        <w:rPr>
          <w:rFonts w:ascii="Times New Roman" w:hAnsi="Times New Roman"/>
          <w:sz w:val="28"/>
        </w:rPr>
        <w:t>Mavjud "Navoiazot" AJ misolidagi ammiakli selitra ishlab chiqarish texnologiyasining chuqur tahlili shuni ko'rsatdiki, ushbu jarayon sezilarli miqdorda energiya sarflaydi. Ishlab chiqarish xarajatlarini kamaytirish, iqtisodiy samaradorlikni oshirish va atrof-muhitga salbiy ta'sirni minimallashtirish nuqtai nazaridan, energiya samaradorligini oshirishga qaratilgan texnik va texnologik yechimlarni ishlab chiqish muhim ilmiy-amaliy vazifa hisoblanadi. Ushbu bo'limda ushbu yo'nalish bo'yicha takliflar ko'rib chiqiladi.</w:t>
      </w:r>
    </w:p>
    <w:p>
      <w:pPr>
        <w:spacing w:line="360" w:lineRule="auto" w:after="0"/>
        <w:ind w:firstLine="709"/>
        <w:jc w:val="both"/>
        <w:widowControl/>
      </w:pPr>
      <w:r>
        <w:rPr>
          <w:rFonts w:ascii="Times New Roman" w:hAnsi="Times New Roman"/>
          <w:sz w:val="28"/>
        </w:rPr>
        <w:t>Kimyo sanoatida energiya samaradorligi nafaqat iqtisodiy raqobatbardoshlikni ta'minlovchi asosiy omil, balki barqaror rivojlanishning ham muhim sharti hisoblanadi. Energiya sarfini kamaytirish bevosita ishlab chiqarish tannarxining tushishiga olib keladi, bu esa mahsulotning bozor narxini pasaytiradi va korxona foydasini oshiradi. Bundan tashqari, energiya sarfi kamayganda, tabiiy resurslardan foydalanish va atrof-muhitga chiqariladigan zararli moddalar (ayniqsa, issiqxona gazlari) miqdori ham pasayadi. Ammiakli selitra ishlab chiqarish texnologiyasining asosiy bosqichlari – ammiak sintezi, nitrat kislota ishlab chiqarish, neytrallash, granulatsiya (yoki prilling), quritish va sovutish – energiya iste'molining turli darajalariga ega. Xususan, yuqori bosim va harorat talab etuvchi ammiak sintezi, shuningdek, mahsulotni quritish va sovutish jarayonlari sezilarli termik va elektr energiyasini talab qiladi. Ushbu jarayonlarda energiya samaradorligini oshirishning nazariy asoslari quyidagilarni o'z ichiga oladi:</w:t>
      </w:r>
    </w:p>
    <w:p>
      <w:pPr>
        <w:spacing w:line="360" w:lineRule="auto" w:after="0"/>
        <w:ind w:firstLine="709"/>
        <w:jc w:val="both"/>
        <w:widowControl/>
      </w:pPr>
      <w:r>
        <w:rPr>
          <w:rFonts w:ascii="Times New Roman" w:hAnsi="Times New Roman"/>
          <w:sz w:val="28"/>
        </w:rPr>
        <w:t xml:space="preserve">1.  </w:t>
      </w:r>
      <w:r>
        <w:rPr>
          <w:rFonts w:ascii="Times New Roman" w:hAnsi="Times New Roman"/>
          <w:b/>
          <w:sz w:val="28"/>
        </w:rPr>
        <w:t>Issiqlikni qayta tiklash va integratsiyalash (Heat Integration and Recovery):</w:t>
      </w:r>
      <w:r>
        <w:rPr>
          <w:rFonts w:ascii="Times New Roman" w:hAnsi="Times New Roman"/>
          <w:sz w:val="28"/>
        </w:rPr>
        <w:t xml:space="preserve"> Kimyoviy jarayonlarda ko'pincha ekzotermik (issiqlik ajralib chiqadigan) va endotermik (issiqlik yutiladigan) bosqichlar mavjud. Ammiakni oksidlab nitrat kislota olish jarayonida ajralib chiqadigan katta miqdordagi issiqlikni samarali foydalanish (masalan, bug' hosil qilish, boshqa jarayonlar uchun xom ashyoni qizdirish) energiya sarfini sezilarli darajada kamaytiradi. Pinch Analysis kabi usullar yordamida jarayonning turli nuqtalaridagi issiqlik oqimlarini optimallashtirish mumkin.</w:t>
        <w:br/>
        <w:t xml:space="preserve">2.  </w:t>
      </w:r>
      <w:r>
        <w:rPr>
          <w:rFonts w:ascii="Times New Roman" w:hAnsi="Times New Roman"/>
          <w:b/>
          <w:sz w:val="28"/>
        </w:rPr>
        <w:t>Protsesslarni optimallashtirish va avtomatlashtirish (Process Optimization and Automation):</w:t>
      </w:r>
      <w:r>
        <w:rPr>
          <w:rFonts w:ascii="Times New Roman" w:hAnsi="Times New Roman"/>
          <w:sz w:val="28"/>
        </w:rPr>
        <w:t xml:space="preserve"> Zamonaviy boshqaruv tizimlari (Advanced Process Control - APC, Real-Time Optimization - RTO) jarayonlarni maksimal samaradorlikda ishlaydigan rejimda ushlab turish imkonini beradi. Bu esa energiya sarfini kamaytirish bilan birga mahsulot sifatini barqarorlashtiradi.</w:t>
        <w:br/>
        <w:t xml:space="preserve">3.  </w:t>
      </w:r>
      <w:r>
        <w:rPr>
          <w:rFonts w:ascii="Times New Roman" w:hAnsi="Times New Roman"/>
          <w:b/>
          <w:sz w:val="28"/>
        </w:rPr>
        <w:t>Energiya samarador uskunalar:</w:t>
      </w:r>
      <w:r>
        <w:rPr>
          <w:rFonts w:ascii="Times New Roman" w:hAnsi="Times New Roman"/>
          <w:sz w:val="28"/>
        </w:rPr>
        <w:t xml:space="preserve"> Eski, energiya samaradorligi past bo'lgan nasoslar, kompressorlar, quritkichlar va qizdirgichlarni zamonaviy, energiya tejovchi modellariga almashtirish. Masalan, yuqori samarali issiqlik almashgichlaridan foydalanish.</w:t>
        <w:br/>
        <w:t xml:space="preserve">4.  </w:t>
      </w:r>
      <w:r>
        <w:rPr>
          <w:rFonts w:ascii="Times New Roman" w:hAnsi="Times New Roman"/>
          <w:b/>
          <w:sz w:val="28"/>
        </w:rPr>
        <w:t>Texnologik sxemalarni takomillashtirish:</w:t>
      </w:r>
      <w:r>
        <w:rPr>
          <w:rFonts w:ascii="Times New Roman" w:hAnsi="Times New Roman"/>
          <w:sz w:val="28"/>
        </w:rPr>
        <w:t xml:space="preserve"> Ba'zi hollarda, jarayonning ma'lum bosqichlarini qayta loyihalash yoki yangi, kamroq energiya talab qiladigan texnologiyalarni joriy etish (masalan, quritish uchun alternativ usullar).</w:t>
      </w:r>
    </w:p>
    <w:p>
      <w:pPr>
        <w:spacing w:line="360" w:lineRule="auto" w:after="0"/>
        <w:ind w:firstLine="709"/>
        <w:jc w:val="both"/>
        <w:widowControl/>
      </w:pPr>
      <w:r>
        <w:rPr>
          <w:rFonts w:ascii="Times New Roman" w:hAnsi="Times New Roman"/>
          <w:sz w:val="28"/>
        </w:rPr>
        <w:t>O'zbekiston sharoitida "Navoiazot" AJ kabi yirik kimyo korxonalari uchun energiya samaradorligini oshirish milliy ahamiyatga ega. Mamlakatimizda energiya resurslaridan oqilona foydalanish bo'yicha qabul qilingan davlat siyosati doirasida bunday loyihalar qo'llab-quvvatlanadi. Masalan, O'zbekiston Respublikasi Prezidentining "Sanoat tarmoqlarida energiya samaradorligini oshirish va energiyani tejash chora-tadbirlari to'g'risida"gi Farmonlari va hukumat qarorlari bunday ishlanmalar uchun huquqiy zamin yaratadi. "Navoiazot" AJ misolida, nitrat kislota ishlab chiqarish qurilmasidagi issiqlikni qayta tiklash tizimlarini modernizatsiya qilish, ammiak sintezi bosqichida ishlatiladigan kompressor agregatlarining energiya samaradorligini oshirish va quritish jarayonida chiqindi gazlar tarkibidagi issiqlikdan foydalanish kabi yo'nalishlarda amaliy ishlar olib borish mumkin. Xususan, so'nggi yillarda joriy etilgan zamonaviy issiqlik almashgichlar va bug' qozonlari, shuningdek, yuqori samarali turbokompressor agregatlari ushbu yo'nalishda muhim natijalarga erishishga yordam beradi.</w:t>
      </w:r>
    </w:p>
    <w:p>
      <w:pPr>
        <w:spacing w:line="360" w:lineRule="auto" w:after="0"/>
        <w:ind w:firstLine="709"/>
        <w:jc w:val="both"/>
        <w:widowControl/>
      </w:pPr>
      <w:r>
        <w:rPr>
          <w:rFonts w:ascii="Times New Roman" w:hAnsi="Times New Roman"/>
          <w:sz w:val="28"/>
        </w:rPr>
        <w:t>Xulosa qilib aytganda, "Navoiazot" AJ misolidagi ammiakli selitra ishlab chiqarish jarayonining energiya samaradorligini oshirishga qaratilgan texnik va texnologik yechimlarni joriy etish nafaqat korxona iqtisodiy ko'rsatkichlarini yaxshilaydi, balki energiya resurslarini tejash va atrof-muhitni muhofaza qilish bo'yicha milliy maqsadlarga erishishga ham hissa qo'shadi. Kelgusi tadqiqotlar ushbu taklif etilgan yechimlarning texnik-iqtisodiy asoslarini yanada chuqurroq o'rganishga qaratilishi lozim.</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Ammiakli selitra ishlab chiqarishda yangi texnologiyalar va innovatsiyalarni joriy etish</w:t>
      </w:r>
    </w:p>
    <w:p>
      <w:pPr>
        <w:spacing w:line="360" w:lineRule="auto" w:after="0"/>
        <w:ind w:firstLine="709"/>
        <w:jc w:val="both"/>
        <w:widowControl/>
      </w:pPr>
      <w:r>
        <w:rPr>
          <w:rFonts w:ascii="Times New Roman" w:hAnsi="Times New Roman"/>
          <w:sz w:val="28"/>
        </w:rPr>
        <w:t>Ammiakli selitra ishlab chiqarish jarayonining mavjud texnologik bosqichlari tahlili, ularning samaradorligi va ekologik xavfsizligi bo'yicha keng qamrovli baholashni taqdim etdi. Biroq, global kimyo sanoatining dinamik rivojlanishi, energiya samaradorligini oshirish, chiqindilarni kamaytirish va mahsulot sifatini yaxshilashga qaratilgan doimiy izlanishlar, ushbu sohadagi texnologik optimallashtirishning cheksiz imkoniyatlarini ko'rsatadi. Shu nuqtai nazardan, "Navoiazot" AJ kabi yirik ishlab chiqarish korxonalari uchun jahon tajribasidan kelib chiqib, yangi uskunalar va usullarni joriy etish imkoniyatlarini atroflicha o'rganish muhim ilmiy-amaliy ahamiyat kasb etadi. Ushbu yondashuv, nafaqat mavjud texnologik zaifliklarni bartaraf etish, balki ishlab chiqarishning umumiy raqobatbardoshligini oshirishga ham xizmat qiladi.</w:t>
      </w:r>
    </w:p>
    <w:p>
      <w:pPr>
        <w:spacing w:line="360" w:lineRule="auto" w:after="0"/>
        <w:ind w:firstLine="709"/>
        <w:jc w:val="both"/>
        <w:widowControl/>
      </w:pPr>
      <w:r>
        <w:rPr>
          <w:rFonts w:ascii="Times New Roman" w:hAnsi="Times New Roman"/>
          <w:sz w:val="28"/>
        </w:rPr>
        <w:t>Ammiakli selitra sintezining asosiy bosqichlari – ammiakning oksidlanishi, nitrat kislota hosil bo'lishi, neytrallash va granulatsiya (yoki prialling) jarayonlarida zamonaviy texnologik yutuqlar sezilarli darajada samaradorlikni oshirish imkonini beradi. Ammiakni nitrat kislotaga aylantirishda (Ostwald jarayoni) yangi avlod katalizatorlari, masalan, platina-rodiy qotishmalari asosidagi yuqori faollikka ega va uzoq umr ko'radigan katalizatorlar, oksidlanish darajasini va mahsulotni olishni oshiradi, shu bilan birga azot oksidlari (NOx) chiqindilarini kamaytiradi. Zamonaviy reaktor dizaynlari, jumladan, optimallashtirilgan gaz taqsimlash tizimlari va samarali issiqlik almashinuvi mexanizmlari, jarayonning termodinamik samaradorligini ta'minlaydi. Nitrat kislotani yutish bosqichida ishlatiladigan yangi turdagi yutish minorasi konstruksiyalari va yuqori samarali gidravlik elementlar, kislotaning konsentratsiyasini oshirishga va energiya sarfini kamaytirishga yordam beradi. Neytrallash jarayonida esa, intensiv aralashtirish texnologiyalari va aniq harorat nazorati, ammiakli selitraning bir xil kristallanishini ta'minlaydi, bu esa keyingi bosqichlarda mahsulotning sifatini yaxshilashga asos bo'ladi. Granulyatsiya va prialling texnologiyalaridagi innovatsiyalar, masalan, suyuqlashtirilgan qatlamli granulyatorlar (fluidized bed granulators) yoki nazorat ostidagi kristallanish usullari, har xil o'lchamdagi, mustahkam va chang hosil bo'lmaydigan granulalarni olish imkonini beradi. Bu esa, saqlash, tashish va qishloq xo'jaligida qo'llash jarayonlarida muhim afzalliklarni yaratadi. Xavfsizlikni ta'minlash bo'yicha esa, ilg'or avtomatlashtirilgan boshqaruv tizimlari (DCS), jarayon parametrlari monitoringi va nazoratini inqilobiy darajada o'zgartirib, avariyaviy vaziyatlarning oldini olishga yordam beradi.</w:t>
      </w:r>
    </w:p>
    <w:p>
      <w:pPr>
        <w:spacing w:line="360" w:lineRule="auto" w:after="0"/>
        <w:ind w:firstLine="709"/>
        <w:jc w:val="both"/>
        <w:widowControl/>
      </w:pPr>
      <w:r>
        <w:rPr>
          <w:rFonts w:ascii="Times New Roman" w:hAnsi="Times New Roman"/>
          <w:sz w:val="28"/>
        </w:rPr>
        <w:t>O'zbekiston iqtisodiyotining modernizatsiyalashuvi va sanoatni diversifikatsiyalashuviga qaratilgan davlat siyosati, "Navoiazot" AJ kabi strategik ahamiyatga ega korxonalarda yangi texnologiyalarni joriy etish uchun qulay sharoit yaratadi. Xususan, qishloq xo'jaligini rivojlantirish va oziq-ovqat xavfsizligini ta'minlash bo'yicha O'zbekiston Respublikasi Prezidentining qarorlari, yuqori sifatli va samarali o'g'itlar ishlab chiqarishning ahamiyatini yanada oshiradi. Jahon tajribasidan olingan ilg'or granulatsiya texnologiyalarini tatbiq etish, mahalliy fermer xo'jaliklari uchun sifatliroq va qo'shimcha qiymati yuqori bo'lgan ammiakli selitra mahsulotini taqdim etish imkonini beradi, bu esa o'z navbatida qishloq xo'jaligi mahsuldorligini oshirishga hissa qo'shadi. Shuningdek, ekologik standartlarning tobora qat'iylashuvi sharoitida, NOx emissiyalarini kamaytirishga qaratilgan zamonaviy texnologiyalarni joriy etish, O'zbekistonning xalqaro ekologik konvensiyalariga rioya qilishiga va atrof-muhitni muhofaza qilish bo'yicha milliy majburiyatlarini bajarishiga yordam beradi. Bu, shuningdek, "yashil" iqtisodiyot tamoyillarini qo'llash va kelajakda uglerod kreditlari bozorida ishtirok etish imkoniyatlarini ochib beradi. Xorijiy investitsiyalarni jalb qilish va ilg'or texnologiyalarni litsenziyalash orqali, "Navoiazot" AJ ishlab chiqarish samaradorligini oshirib, xalqaro bozorlarda raqobatbardoshligini mustahkamlay oladi.</w:t>
      </w:r>
    </w:p>
    <w:p>
      <w:pPr>
        <w:spacing w:line="360" w:lineRule="auto" w:after="0"/>
        <w:ind w:firstLine="709"/>
        <w:jc w:val="both"/>
        <w:widowControl/>
      </w:pPr>
      <w:r>
        <w:rPr>
          <w:rFonts w:ascii="Times New Roman" w:hAnsi="Times New Roman"/>
          <w:sz w:val="28"/>
        </w:rPr>
        <w:t>Xulosa qilib aytganda, ammiakli selitra ishlab chiqarishda yangi texnologiyalar va innovatsiyalarni joriy etish, jahon tajribasini o'rganish asosida, nafaqat texnik-iqtisodiy samaradorlikni oshirish, balki mahsulot sifatini yaxshilash, ekologik xavfsizlikni ta'minlash va O'zbekistonning sanoat strategik maqsadlariga erishishda muhim qadam bo'lib xizmat qiladi. Ushbu yondashuv, "Navoiazot" AJni kelajakdagi rivojlanish yo'lida yanada kuchliroq va barqaror korxonaga aylantirishning zaruriy shartidir.</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Xom ashyo sarfini kamaytirish va mahsulot sifatini oshirish bo'yicha tavsiyalar</w:t>
      </w:r>
    </w:p>
    <w:p>
      <w:pPr>
        <w:spacing w:line="360" w:lineRule="auto" w:after="0"/>
        <w:ind w:firstLine="709"/>
        <w:jc w:val="both"/>
        <w:widowControl/>
      </w:pPr>
      <w:r>
        <w:rPr>
          <w:rFonts w:ascii="Times New Roman" w:hAnsi="Times New Roman"/>
          <w:sz w:val="28"/>
        </w:rPr>
        <w:t>Mavjud ammiakli selitra ishlab chiqarish texnologiyasining "Navoiazot" AJ misolida chuqur tahlili asosida, ushbu bobda ushbu jarayonni optimallashtirish va takomillashtirishga qaratilgan amaliy tavsiyalar ishlab chiqishga e'tibor qaratiladi. Xususan, xom ashyo sarfini kamaytirish va mahsulot sifatini oshirishga yo'naltirilgan uslubiy yondashuvlar ilmiy-amaliy jihatdan asoslab beriladi. Ushbu yo'nalishdagi harakatlar korxona iqtisodiy samaradorligini oshirish, ishlab chiqarish xarajatlarini qisqartirish va raqobatbardoshlikni kuchaytirish uchun fundamental ahamiyat kasb etadi.</w:t>
      </w:r>
    </w:p>
    <w:p>
      <w:pPr>
        <w:spacing w:line="360" w:lineRule="auto" w:after="0"/>
        <w:ind w:firstLine="709"/>
        <w:jc w:val="both"/>
        <w:widowControl/>
      </w:pPr>
      <w:r>
        <w:rPr>
          <w:rFonts w:ascii="Times New Roman" w:hAnsi="Times New Roman"/>
          <w:sz w:val="28"/>
        </w:rPr>
        <w:t>Xom ashyo sarfini kamaytirish va mahsulot sifatini oshirishning nazariy asoslari kimyoviy texnologiya va muhandislikning asosiy tamoyillariga tayanadi. Ammiakli selitra (NH₄NO₃) sintezi, asosan, ammiak (NH₃) va nitrat kislotasi (HNO₃) o'rtasidagi neytrallash reaksiyasiga asoslanadi (NH₃ + HNO₃ → NH₄NO₃). Nazariy jihatdan, ushbu reaksiyaning samaradorligi juda yuqori bo'lishi kutiladi. Biroq, amaliy sharoitlarda xom ashyo yo'qotishlari bir qator omillar ta'sirida yuzaga keladi: reaksiyaning to'liq tugallanmasligi, yon reaksiyalar (masalan, ammoniy nitritning hosil bo'lishi va uning keyinchalik parchalanishi), shuningdek, texnologik jarayonlardagi jismoniy yo'qotishlar (bug'lanish, to'kilishlar, chang hosil bo'lishi). Reaksiyalar kinetikasi va termodinamikasini chuqur o'rganish, reaktorlarda harorat, bosim va reaktanlar nisbatini optimal darajada ushlab turish, shuningdek, to'liq reaksiyaga kirishmagan komponentlarni qayta siklga qaytarish yo'llarini ishlab chiqish xom ashyo sarfini kamaytirishning asosiy yo'nalishlaridir. Mahsulot sifatiga kelsak, uning tarkibidagi asosiy modda (ammiakli selitra) miqdori, namlik darajasi, zarralarining kattaligi va bir hil shakldagi granulometrik tarkibi, shuningdek, yig'ilib qolishga qarshi xususiyatlari muhimdir. Bu ko'rsatkichlar jarayonning har bir bosqichida, xususan, neytrallash, konsentratsiyalash, granulatsiya va quritish bosqichlarida nazorat qilinishi lozim. Harorat rejimidagi uzilishlar, noto'g'ri quritish, texnologik uskunalardan yoki xom ashyolardan tushadigan iflosliklar mahsulot sifatini pasaytirishi mumkin. Kristallanish kinetikasi, quritish termodinamikasi va qattiq moddalarning fizik xususiyatlarini tushunish sifatni oshirish uchun nazariy asos bo'lib xizmat qiladi.</w:t>
      </w:r>
    </w:p>
    <w:p>
      <w:pPr>
        <w:spacing w:line="360" w:lineRule="auto" w:after="0"/>
        <w:ind w:firstLine="709"/>
        <w:jc w:val="both"/>
        <w:widowControl/>
      </w:pPr>
      <w:r>
        <w:rPr>
          <w:rFonts w:ascii="Times New Roman" w:hAnsi="Times New Roman"/>
          <w:sz w:val="28"/>
        </w:rPr>
        <w:t>O'zbekiston Respublikasi sharoitida, "Navoiazot" AJ kabi yirik kimyo korxonalarida ushbu tavsiyalarni amaliyotga tatbiq etish muhimdir. Masalan, nitrat kislotasi ishlab chiqarishda ishlatiladigan ammoniy oksidlanishi jarayonida haroratni optimal 5-10% ga oshirish orqali azot oksidlarining hosil bo'lishini yaxshilab, umumiy nitrat kislota hosildorligini nazariy jihatdan 1-1.5% gacha ko'tarish mumkin. Ammiakli selitra ishlab chiqarishda neytrallash jarayonida pH qiymatini 5.8-6.2 oralig'ida qat'iy ushlab turish ammiakli nitritning hosil bo'lishini kamaytiradi, bu esa mahsulotning barqarorligini va sifatini oshiradi. Shuningdek, texnologik jarayonlarda hosil bo'ladigan va qayta ishlanishi mumkin bo'lgan chiqindi gazlar va suvlarni to'plash va ulardan ammoniy va nitrat ionlarini ajratib olish tizimlarini takomillashtirish xom ashyo sarfini kamaytirishga olib keladi. O'zbekiston Respublikasi Vazirlar Mahkamasining "Qishloq xo'jaligi ishlab chiqaruvchilari uchun mineral o'g'itlar narxini tartibga solish to'g'risidagi" qarorlari kabi normativ-huquqiy hujjatlar ham korxonalarni samaradorlikni oshirishga va mahsulot sifatini yaxshilashga undaydi. Yevropa Ittifoqi va boshqa ilg'or mamlakatlarning ammiakli selitra ishlab chiqarish texnologiyalarini o'rganish va ulardagi eng yaxshi amaliyotlarni (best practices) joriy etish, masalan, zamonaviy quritish va granulatsiya uskunalari, avtomatlashtirilgan boshqaruv tizimlari, hamda sifat nazorati laboratoriyalarining yangi uskunalar bilan ta'minlanishi mahsulotning xalqaro standartlarga mosligini ta'minlaydi.</w:t>
      </w:r>
    </w:p>
    <w:p>
      <w:pPr>
        <w:spacing w:line="360" w:lineRule="auto" w:after="0"/>
        <w:ind w:firstLine="709"/>
        <w:jc w:val="both"/>
        <w:widowControl/>
      </w:pPr>
      <w:r>
        <w:rPr>
          <w:rFonts w:ascii="Times New Roman" w:hAnsi="Times New Roman"/>
          <w:sz w:val="28"/>
        </w:rPr>
        <w:t>Xulosa qilib aytganda, "Navoiazot" AJ misolida ammiakli selitra ishlab chiqarish texnologiyasini optimallashtirish va takomillashtirish doirasida xom ashyo sarfini kamaytirish va mahsulot sifatini oshirishga qaratilgan tavsiyalar nazariy asoslar, jahon tajribasi va mahalliy sharoitlarning integratsiyalashuvi natijasidir. Jarayon parametrlarning aniq nazorati, qayta sikllash imkoniyatlaridan foydalanish, zamonaviy texnologiyalarni joriy etish va qat'iy sifat nazoratini o'rnatish korxona uchun iqtisodiy va ekologik samaradorlikni ta'minlovchi muhim qadamlardir.</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Ammiakli selitra ishlab chiqarishda ekologik xavfsizlikni kuchaytirish va chiqindilarni kamaytirish</w:t>
      </w:r>
    </w:p>
    <w:p>
      <w:pPr>
        <w:spacing w:line="360" w:lineRule="auto" w:after="0"/>
        <w:ind w:firstLine="709"/>
        <w:jc w:val="both"/>
        <w:widowControl/>
      </w:pPr>
      <w:r>
        <w:rPr>
          <w:rFonts w:ascii="Times New Roman" w:hAnsi="Times New Roman"/>
          <w:sz w:val="28"/>
        </w:rPr>
        <w:t>Ammiakli selitra ishlab chiqarish jarayonlarining tahlili Navoiazot AJ misolida, ushbu murakkab texnologik tizimlarni optimallashtirish va takomillashtirishning muhim bosqichi ekologik xavfsizlikni ta'minlash va chiqindilarni kamaytirishga qaratilgan tadbirlarni ishlab chiqishdan iboratligini ko'rsatadi. Ushbu yo'nalishdagi ilmiy-amaliy yondashuv, bir tomondan, ishlab chiqarish samaradorligini oshirishga xizmat qilsa, ikkinchi tomondan, atrof-muhitga salbiy ta'sirni minimal darajaga tushirishdek dolzarb global va mintaqaviy vazifalarni hal etishda muhim rol o'ynaydi.</w:t>
      </w:r>
    </w:p>
    <w:p>
      <w:pPr>
        <w:spacing w:line="360" w:lineRule="auto" w:after="0"/>
        <w:ind w:firstLine="709"/>
        <w:jc w:val="both"/>
        <w:widowControl/>
      </w:pPr>
      <w:r>
        <w:rPr>
          <w:rFonts w:ascii="Times New Roman" w:hAnsi="Times New Roman"/>
          <w:sz w:val="28"/>
        </w:rPr>
        <w:t>Ammiakli selitra ishlab chiqarish texnologiyalari, xususan, nitrat kislota va ammiakning reaksiyasi asosida amalga oshiriladigan asosiy bosqichlar, bir qator ekologik xavflarni keltirib chiqarishi mumkin. Bularga azot oksidlari (NOx) emissiyalari, ammiak (NH3) bug'lari, oqova suvlardagi ifloslanishlar (nitratlar, nitritlar, ammoniy ionlari) va qattiq chiqindilar kiradi. NOx emissiyalari kislotali yomg'irlar, smog hosil bo'lishi va inson salomatligiga salbiy ta'sir ko'rsatishi mumkin. Ammiakning havoga chiqarilishi esa havo sifatini yomonlashtiradi va ba'zi hollarda suv havzalarining evtrofikatsiyasiga olib keladi. Oqova suvlarning to'g'ri tozalashsiz chiqarilishi esa gidroekosistemalar uchun jiddiy tahdid soladi. Shuning uchun, ushbu jarayonlarni ekologik jihatdan xavfsizlashtirish uchun ilmiy asoslangan yechimlar zarur. Jumladan, azot oksidlari emissiyasini kamaytirish uchun katalitik neytrallash usullari (masalan, selektiv katalitik qaytarish - SCR yoki selektiv no-katalitik qaytarish - SNCR), gazlarni yutish tizimlari (absorbsion kolonnalar) va jarayon parametrlarni optimal nazorat qilish muhimdir. Ammiak emissiyasini kamaytirish uchun esa zamonaviy granulyatsiya va prilling texnologiyalaridan foydalanish, yopiq tizimlarni joriy etish va samarali gaz tozalash uskunalari qo'llanilishi kerak. Oqova suvlarni tozalashda esa ilg'or texnologiyalar, masalan, membrana texnologiyalari (teskari osmos, nanofiltratsiya), oksidlanish-qaytarish jarayonlari, biologik tozalash yoki bug'latish-kristallanish usullari qo'llanilishi mumkin. Bu usullar nafaqat ifloslantiruvchi moddalarni olib tashlaydi, balki ba'zi hollarda undan foydali moddalarni (masalan, nitratlarni) qayta tiklash imkonini beradi, bu esa "yashil" iqtisodiyot tamoyillariga mos keladi.</w:t>
      </w:r>
    </w:p>
    <w:p>
      <w:pPr>
        <w:spacing w:line="360" w:lineRule="auto" w:after="0"/>
        <w:ind w:firstLine="709"/>
        <w:jc w:val="both"/>
        <w:widowControl/>
      </w:pPr>
      <w:r>
        <w:rPr>
          <w:rFonts w:ascii="Times New Roman" w:hAnsi="Times New Roman"/>
          <w:sz w:val="28"/>
        </w:rPr>
        <w:t>O'zbekiston sharoitida ammiakli selitra ishlab chiqarishning ekologik xavfsizligini kuchaytirish va chiqindilarni kamaytirish bo'yicha chora-tadbirlarni ishlab chiqishda mahalliy qonunchilik va ekotizim xususiyatlarini hisobga olish muhimdir. O'zbekiston Respublikasining "Atrof-muhitni muhofaza qilish to'g'risidagi" qonuni va tegishli normativ-huquqiy hujjatlari sanoat korxonalaridan chiqindilarni kamaytirish, ularni qayta ishlash va atrof-muhitga zararli ta'sirni cheklashni talab etadi. Navoiazot AJ kabi yirik korxonalar uchun bu talablarni bajarish, birinchi navbatda, emissiyalar va oqova suvlarning monitoringini kuchaytirishni o'z ichiga oladi. Masalan, O'zbekistonda havoning ifloslanishini nazorat qilish bo'yicha qat'iy standartlar mavjud bo'lib, sanoat korxonalarida NOx va NH3 chiqindilarini belgilangan me'yorlardan oshmasligini ta'minlash zarur. Shu maqsadda, "Navoiazot" AJda zamonaviy gaz tozalash va suv tozalash inshootlarini o'rnatish, mavjudlarini modernizatsiya qilish, shuningdek, chiqindilarni boshqarishning integrallashgan tizimini yaratish bo'yicha loyihalar amalga oshirilishi mumkin. Misol tariqasida, korxonada azot kislotasi ishlab chiqarish bo'limida NOx emissiyasini kamaytirish maqsadida SCR texnologiyasini joriy etish yoki oqova suvlardan nitratlarni ajratib olish va qayta ishlatish uchun membranli filtrlash tizimlarini o'rnatish kabi amaliy qadamlar ko'rilishi mumkin. Shuningdek, qattiq chiqindilarni (masalan, changni) yig'ish va ularni selitra granulyatsiyasida yoki boshqa qurilish materiallarida qo'shimcha sifatida ishlatish imkoniyatlarini o'rganish ham muhimdir. Bu nafaqat chiqindilarni kamaytiradi, balki resurslardan oqilona foydalanishga olib keladi.</w:t>
      </w:r>
    </w:p>
    <w:p>
      <w:pPr>
        <w:spacing w:line="360" w:lineRule="auto" w:after="0"/>
        <w:ind w:firstLine="709"/>
        <w:jc w:val="both"/>
        <w:widowControl/>
      </w:pPr>
      <w:r>
        <w:rPr>
          <w:rFonts w:ascii="Times New Roman" w:hAnsi="Times New Roman"/>
          <w:sz w:val="28"/>
        </w:rPr>
        <w:t>Xulosa qilib aytganda, ammiakli selitra ishlab chiqarish jarayonlarida ekologik xavfsizlikni kuchaytirish va chiqindilarni kamaytirishga qaratilgan chora-tadbirlar ushbu sanoat tarmog'ining barqaror rivojlanishi uchun fundamental ahamiyatga ega. Texnologik optimallashtirishning ushbu muhim qismi, ilmiy-texnik yechimlarni O'zbekistonning ekologik va huquqiy talablariga moslashtirish orqali, Navoiazot AJ kabi korxonalarda atrof-muhitga salbiy ta'sirni sezilarli darajada kamaytirish va resurslardan samarali foydalanish imkoniyatini yaratadi.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pPr>
        <w:spacing w:line="360" w:lineRule="auto" w:after="0"/>
        <w:ind w:firstLine="709"/>
        <w:jc w:val="both"/>
        <w:widowControl/>
      </w:pPr>
      <w:r>
        <w:rPr>
          <w:rFonts w:ascii="Times New Roman" w:hAnsi="Times New Roman"/>
          <w:sz w:val="28"/>
        </w:rPr>
        <w:t>Taklif etilayotgan o'zgarishlarning iqtisodiy samaradorligini baholash va joriy etish mexanizmi</w:t>
      </w:r>
    </w:p>
    <w:p>
      <w:pPr>
        <w:spacing w:line="360" w:lineRule="auto" w:after="0"/>
        <w:ind w:firstLine="709"/>
        <w:jc w:val="both"/>
        <w:widowControl/>
      </w:pPr>
      <w:r>
        <w:rPr>
          <w:rFonts w:ascii="Times New Roman" w:hAnsi="Times New Roman"/>
          <w:sz w:val="28"/>
        </w:rPr>
        <w:t>Ushbu bobda "Navoiazot" AJ misolida ammiakli selitra ishlab chiqarish texnologiyasini optimallashtirish va takomillashtirishga qaratilgan bir qator ilmiy-amaliy takliflar ilgari surildi. Ushbu takliflarning muvaffaqiyatli joriy etilishi va korxona uchun real iqtisodiy foyda keltirishi uchun, ularning moliyaviy samaradorligini tizimli ravishda baholash hamda amalga oshirish mexanizmini ishlab chiqish zarurdir. Bu bo'lim ushbu muhim bosqichga bag'ishlangan bo'lib, ilgari surilgan texnologik yangiliklarning iqtisodiy asosliligini chuqur tahlil qilishga va ularni amaliyotga tatbiq etishning aniq yo'nalishlarini belgilashga qaratilgan.</w:t>
      </w:r>
    </w:p>
    <w:p>
      <w:pPr>
        <w:spacing w:line="360" w:lineRule="auto" w:after="0"/>
        <w:ind w:firstLine="709"/>
        <w:jc w:val="both"/>
        <w:widowControl/>
      </w:pPr>
      <w:r>
        <w:rPr>
          <w:rFonts w:ascii="Times New Roman" w:hAnsi="Times New Roman"/>
          <w:sz w:val="28"/>
        </w:rPr>
        <w:t>Taklif etilayotgan o'zgarishlarning moliyaviy samaradorligini baholash, investitsiya loyihalarining iqtisodiy hayotiyligini aniqlashning standartlashtirilgan metodologiyalariga asoslanadi. Bu jarayonda birinchi navbatda, loyihaga kiritiladigan dastlabki investitsiya xarajatlari (kapital qo'yilmalar, texnika va texnologiyalarni xarid qilish, o'rnatish, joriy etish) hamda operatsion xarajatlarning (xomashyo, energiya, mehnat, texnik xizmat ko'rsatish, soliqlar) aniq hisob-kitobi amalga oshiriladi. Shu bilan birga, takomillashtirilgan texnologiya natijasida hosil bo'ladigan qo'shimcha daromadlar (ishlab chiqarish hajmining oshishi, mahsulot sifatining yaxshilanishi, energiya va xomashyo sarfining kamayishi hisobiga tejalgan mablag'lar, bozor ulushining kengayishi) ham puxta hisoblab chiqiladi. Ushbu ma'lumotlar asosida, loyihaning iqtisodiy samaradorligini baholash uchun quyidagi asosiy ko'rsatkichlar qo'llaniladi: Sof qiymat (NPV - Net Present Value), Ichki rentabellik darajasi (IRR - Internal Rate of Return), Investitsiyaning qayta to'lash davri (PP - Payback Period) va Investitsiyadan olingan rentabellik (ROI - Return on Investment). Masalan, NPV ko'rsatkichi loyihaning bugungi kunda qancha qiymatga ega ekanligini, IRR esa loyihaning o'rtacha yillik rentabelligini ko'rsatadi. Ushbu ko'rsatkichlarning ijobiy qiymatlarga ega bo'lishi, taklif etilayotgan o'zgarishlarning iqtisodiy jihatdan maqsadga muvofiqligini tasdiqlaydi. Shuningdek, xavf-xatarlarni (risk) baholash va ularni kamaytirish choralari ham ushbu tahlilning ajralmas qismidir.</w:t>
      </w:r>
    </w:p>
    <w:p>
      <w:pPr>
        <w:spacing w:line="360" w:lineRule="auto" w:after="0"/>
        <w:ind w:firstLine="709"/>
        <w:jc w:val="both"/>
        <w:widowControl/>
      </w:pPr>
      <w:r>
        <w:rPr>
          <w:rFonts w:ascii="Times New Roman" w:hAnsi="Times New Roman"/>
          <w:sz w:val="28"/>
        </w:rPr>
        <w:t>O'zbekiston Respublikasida sanoatni rivojlantirishga qaratilgan davlat siyosati doirasida, "Navoiazot" AJ kabi yirik korxonalarda texnologik yangilanishlarni rag'batlantirish uchun turli mexanizmlar mavjud. Masalan, Investitsiyalar, sanoat va savdo vazirligi hamda boshqa tegishli idoralar tomonidan texnologik modernizatsiya va innovatsion loyihalarni amalga oshirish uchun imtiyozli kreditlar, soliq preferensiyalari va davlat kafolatlari taqdim etilishi mumkin. "O'zbekiston Respublikasi Innovatsion rivojlanish strategiyasi"da belgilangan maqsadlar hamda "Sanoatni rivojlantirish dasturlari"da nazarda tutilgan vazifalar, ammiakli selitra ishlab chiqarish texnologiyasini takomillashtirishga yo'naltirilgan loyihalarni moliyalashtirishda muhim rol o'ynaydi. Xususan, O'zbekiston Milliy banki, "O'zsanoatqurilishbank" AJ kabi tijorat banklari tomonidan sanoat korxonalari uchun mo'ljallangan maxsus kredit liniyalari mavjud. Joriy etilayotgan o'zgarishlarning iqtisodiy samaradorligini baholashda, ushbu davlat dasturlari va moliyaviyInstrumentlar ham hisobga olinishi, bu esa loyihaning umumiy rentabelligini oshirishga xizmat qiladi. Misol tariqasida, energiya samaradorligini oshiruvchi texnologiyalarni joriy etish uchun ajratiladigan davlat subsidiyalari yoki yangi uskunalarni olib kirishda bojxona imtiyozlari kabi omillar, dastlabki investitsiya xarajatlarini sezilarli darajada kamaytirishi mumkin.</w:t>
      </w:r>
    </w:p>
    <w:p>
      <w:pPr>
        <w:spacing w:line="360" w:lineRule="auto" w:after="0"/>
        <w:ind w:firstLine="709"/>
        <w:jc w:val="both"/>
        <w:widowControl/>
      </w:pPr>
      <w:r>
        <w:rPr>
          <w:rFonts w:ascii="Times New Roman" w:hAnsi="Times New Roman"/>
          <w:sz w:val="28"/>
        </w:rPr>
        <w:t>Yakunida, taklif etilayotgan texnologik o'zgarishlarning moliyaviy samaradorligini chuqur tahlil qilish va aniq hisob-kitoblarga asoslangan holda baholash, ularning amaliy jozibadorligini ta'minlaydi. Belgilangan iqtisodiy ko'rsatkichlar va O'zbekiston Respublikasining investitsiya muhitiga mos keladigan amalga oshirish mexanizmlarini ishlab chiqish, "Navoiazot" AJ kabi korxonalarda ishlab chiqarish samaradorligini oshirish, xarajatlarni kamaytirish va raqobatbardoshlikni yuksaltirishga qaratilgan strategik maqsadlarga erishish uchun mustahkam poydevor yaratadi. Bu esa korxona faoliyatini yanada barqaror va foydali bo'lishiga olib keladi.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p>
      <w:r>
        <w:br w:type="page"/>
      </w:r>
    </w:p>
    <w:p>
      <w:pPr>
        <w:jc w:val="center"/>
      </w:pPr>
      <w:r>
        <w:rPr>
          <w:rFonts w:ascii="Times New Roman" w:hAnsi="Times New Roman"/>
          <w:b/>
          <w:sz w:val="32"/>
        </w:rPr>
        <w:t>XULOSA VA TAKLIFLAR</w:t>
      </w:r>
    </w:p>
    <w:p/>
    <w:p>
      <w:pPr>
        <w:spacing w:line="360" w:lineRule="auto" w:after="0"/>
        <w:ind w:firstLine="709"/>
        <w:jc w:val="both"/>
        <w:widowControl/>
      </w:pPr>
      <w:r>
        <w:rPr>
          <w:rFonts w:ascii="Times New Roman" w:hAnsi="Times New Roman"/>
          <w:sz w:val="28"/>
        </w:rPr>
        <w:t>Ushbu dissertatsiya ishi "Navoiazot" AJ misolida ammiakli selitra ishlab chiqarish texnologiyasini chuqur o'rganish va tahlil qilishga bag'ishlandi. Tadqiqot davomida ammiakli selitra ishlab chiqarishning nazariy va metodologik asoslari atroflicha ko'rib chiqildi, "Navoiazot" AJ dagi mavjud texnologik jarayonlar amaliy tahlil qilindi hamda ishlab chiqarish samaradorligini oshirish, mahsulot sifatini yaxshilash va atrof-muhitga ta'sirini kamaytirish bo'yicha ilmiy asoslangan takliflar shakllantirildi. Ushbu bobda olib borilgan tadqiqot natijalari umumlashtirilib, asosiy xulosalar shakllantiriladi va "Navoiazot" AJ ning ammiakli selitra ishlab chiqarishini takomillashtirish bo'yicha yakuniy tavsiyalar beriladi.</w:t>
      </w:r>
    </w:p>
    <w:p>
      <w:pPr>
        <w:spacing w:line="360" w:lineRule="auto" w:after="0"/>
        <w:ind w:firstLine="709"/>
        <w:jc w:val="both"/>
        <w:widowControl/>
      </w:pPr>
      <w:r>
        <w:rPr>
          <w:rFonts w:ascii="Times New Roman" w:hAnsi="Times New Roman"/>
          <w:b/>
          <w:sz w:val="28"/>
        </w:rPr>
        <w:t>1. Tadqiqot Natijalarining Chuqur Akademik Tahlili va Asosiy Xulosalar</w:t>
      </w:r>
    </w:p>
    <w:p>
      <w:pPr>
        <w:spacing w:line="360" w:lineRule="auto" w:after="0"/>
        <w:ind w:firstLine="709"/>
        <w:jc w:val="both"/>
        <w:widowControl/>
      </w:pPr>
      <w:r>
        <w:rPr>
          <w:rFonts w:ascii="Times New Roman" w:hAnsi="Times New Roman"/>
          <w:sz w:val="28"/>
        </w:rPr>
        <w:t>Ammiakli selitra (NH₄NO₃) nafaqat O'zbekiston, balki butun dunyo qishloq xo'jaligi va sanoati uchun strategik ahamiyatga ega bo'lgan kimyoviy mahsulot hisoblanadi. Uning ishlab chiqarilishi ammiak (NH₃) va nitrat kislota (HNO₃) sintezi, ularning neytrallanish reaksiyasi, eritmani konsentratsiyalash va mahsulotni granulyatsiyalash kabi murakkab texnologik bosqichlarni o'z ichiga oladi. Tadqiqotning nazariy qismida ushbu jarayonlarning termodinamikasi, kinetikasi, issiqlik va massa almashinuvi mexanizmlari chuqur tahlil qilindi. Xususan, ammiak va nitrat kislota sintezi jarayonlarining energiya samaradorligi, katalizatorlarning roli va reaksiya sharoitlarining optimallashuvi mahsulot tannarxiga va ekologik izga bevosita ta'sir etuvchi omillar sifatida o'rganildi. Neytrallanish reaksiyasida issiqlik ajralishini samarali boshqarish, xavfsizlikni ta'minlash va yuqori konsentratsiyali eritmalarni olishning nazariy asoslari ko'rib chiqildi. Granulyatsiya jarayonida esa mahsulotning fizik-mexanik xususiyatlari (granulometrik tarkibi, mustahkamligi, namligi, yopishqoqligi) uning saqlash va qo'llashdagi samaradorligini belgilovchi asosiy omil ekanligi ilmiy jihatdan asoslandi. Prilling, barabanli granulyatsiya va tavali granulyatsiya kabi usullarning nazariy afzalliklari va kamchiliklari tahlil qilindi, bunda har bir usulning mahsulot sifatiga va energiya sarfiga ta'siri baholandi.</w:t>
      </w:r>
    </w:p>
    <w:p>
      <w:pPr>
        <w:spacing w:line="360" w:lineRule="auto" w:after="0"/>
        <w:ind w:firstLine="709"/>
        <w:jc w:val="both"/>
        <w:widowControl/>
      </w:pPr>
      <w:r>
        <w:rPr>
          <w:rFonts w:ascii="Times New Roman" w:hAnsi="Times New Roman"/>
          <w:sz w:val="28"/>
        </w:rPr>
        <w:t>"Navoiazot" AJ misolida olib borilgan amaliy tahlil shuni ko'rsatdiki, korxonada ammiakli selitra ishlab chiqarish zamonaviy texnologik asoslarga ega bo'lsa-da, ba'zi bir jarayonlarda optimallashtirish imkoniyatlari mavjud. Xususan, energiya sarfi me'yorlarini tahlil qilish natijasida, ammiak va nitrat kislota ishlab chiqarish bosqichlarida, shuningdek, ammiakli selitra eritmasini konsentratsiyalash jarayonida issiqlik almashinuvini takomillashtirish orqali sezilarli energiya tejashga erishish mumkinligi aniqlandi. Mavjud uskunalar parkini o'rganish natijasida ayrim agregatlarning eskirganligi, bu esa jarayonlarning barqarorligini pasaytirib, avariyaviy holatlar xavfini oshirishi hamda mahsulot sifati va tannarxiga salbiy ta'sir ko'rsatishi mumkinligi aniqlandi. Masalan, eski granulyatsiya minoralari va quritish uskunalarining samaradorligi zamonaviy analoglariga nisbatan pastligi qayd etildi, bu esa mahsulotning bir xil granulyometrik tarkibini ta'minlashda qiyinchiliklar tug'diradi va chang hosil bo'lishini oshiradi.</w:t>
      </w:r>
    </w:p>
    <w:p>
      <w:pPr>
        <w:spacing w:line="360" w:lineRule="auto" w:after="0"/>
        <w:ind w:firstLine="709"/>
        <w:jc w:val="both"/>
        <w:widowControl/>
      </w:pPr>
      <w:r>
        <w:rPr>
          <w:rFonts w:ascii="Times New Roman" w:hAnsi="Times New Roman"/>
          <w:sz w:val="28"/>
        </w:rPr>
        <w:t>Mahsulot sifati bo'yicha olib borilgan tahlillar shuni ko'rsatdiki, "Navoiazot" AJ tomonidan ishlab chiqarilayotgan ammiakli selitra xalqaro standartlarga asosan yuqori sifatli hisoblansa-da, granulalarining bir xilligini oshirish, yopishqoqlikka qarshi xususiyatlarini yaxshilash va namlikni yanada kamaytirish orqali uning raqobatbardoshligini oshirish imkoniyatlari mavjud. Bu esa, ayniqsa, eksport bozorlarida O'zbekiston mahsulotining ustunligini ta'minlashda muhim ahamiyatga ega. Atrof-muhitga ta'sirni baholashda esa, azot oksidlari (NOx) emissiyalarini kamaytirish va chiqindi suvlarni tozalash tizimlarini takomillashtirish zarurati ilmiy asoslandi. NOx emissiyalari atmosferani ifloslantiruvchi asosiy gazlardan biri bo'lib, uning miqdorini kamaytirish zamonaviy ekologik standartlarga rioya qilishning ajralmas qismidir.</w:t>
      </w:r>
    </w:p>
    <w:p>
      <w:pPr>
        <w:spacing w:line="360" w:lineRule="auto" w:after="0"/>
        <w:ind w:firstLine="709"/>
        <w:jc w:val="both"/>
        <w:widowControl/>
      </w:pPr>
      <w:r>
        <w:rPr>
          <w:rFonts w:ascii="Times New Roman" w:hAnsi="Times New Roman"/>
          <w:sz w:val="28"/>
        </w:rPr>
        <w:t>Ushbu tadqiqotlar natijasida aniqlangan muammolar va takomillashtirish imkoniyatlari, mavjud texnologik jarayonlarni chuqur nazariy va amaliy tahlil qilish asosida, "Navoiazot" AJ ning ammiakli selitra ishlab chiqarishini optimal holatga keltirish bo'yicha aniq yo'nalishlarni belgilab berdi. Xususan, energiya samaradorligini oshirish, xomashyo sarfini kamaytirish, mahsulot sifatini yaxshilash, atrof-muhitga salbiy ta'sirni minimallashtirish va ishlab chiqarish xavfsizligini ta'minlash masalalari ustuvor ahamiyatga ega ekanligi ilmiy jihatdan isbotlandi.</w:t>
      </w:r>
    </w:p>
    <w:p>
      <w:pPr>
        <w:spacing w:line="360" w:lineRule="auto" w:after="0"/>
        <w:ind w:firstLine="709"/>
        <w:jc w:val="both"/>
        <w:widowControl/>
      </w:pPr>
      <w:r>
        <w:rPr>
          <w:rFonts w:ascii="Times New Roman" w:hAnsi="Times New Roman"/>
          <w:b/>
          <w:sz w:val="28"/>
        </w:rPr>
        <w:t>2. O'zbekiston Ekotizimi va Mahalliy Siyosatga Yo'naltirilgan Amaliy Misollar va Tavsiyalar</w:t>
      </w:r>
    </w:p>
    <w:p>
      <w:pPr>
        <w:spacing w:line="360" w:lineRule="auto" w:after="0"/>
        <w:ind w:firstLine="709"/>
        <w:jc w:val="both"/>
        <w:widowControl/>
      </w:pPr>
      <w:r>
        <w:rPr>
          <w:rFonts w:ascii="Times New Roman" w:hAnsi="Times New Roman"/>
          <w:sz w:val="28"/>
        </w:rPr>
        <w:t>"Navoiazot" AJ O'zbekiston iqtisodiyotining muhim strategik korxonalaridan biri bo'lib, mamlakat qishloq xo'jaligini mineral o'g'itlar bilan ta'minlashda hal qiluvchi rol o'ynaydi. O'zbekistonning oziq-ovqat xavfsizligini ta'minlash, paxta va g'alla hosildorligini oshirish borasidagi davlat siyosati doirasida "Navoiazot" AJ ning barqaror va samarali ishlashi ustuvor ahamiyatga ega. Shu bois, ushbu korxonaning ammiakli selitra ishlab chiqarish texnologiyasini takomillashtirish nafaqat iqtisodiy, balki ijtimoiy va ekologik jihatdan ham dolzarbdir.</w:t>
      </w:r>
    </w:p>
    <w:p>
      <w:pPr>
        <w:spacing w:line="360" w:lineRule="auto" w:after="0"/>
        <w:ind w:firstLine="709"/>
        <w:jc w:val="both"/>
        <w:widowControl/>
      </w:pPr>
      <w:r>
        <w:rPr>
          <w:rFonts w:ascii="Times New Roman" w:hAnsi="Times New Roman"/>
          <w:sz w:val="28"/>
        </w:rPr>
        <w:t>O'zbekiston Respublikasi Prezidentining 2017-yil 2-fevraldagi "Sanoat tarmoqlarida ishlab chiqarishni modernizatsiya qilish, texnik va texnologik qayta jihozlashni jadallashtirish chora-tadbirlari to'g'risida"gi PQ-2757-sonli qarori hamda 2019-yil 28-avgustdagi "Kimyo sanoatini yanada rivojlantirish va modernizatsiya qilish chora-tadbirlari to'g'risida"gi PQ-4433-sonli qarori kabi hujjatlar mamlakat kimyo sanoatini tubdan yangilash, zamonaviy texnologiyalarni joriy etish va energiya samaradorligini oshirishga qaratilgan. Ushbu siyosat "Navoiazot" AJ da ammiakli selitra ishlab chiqarishni takomillashtirish bo'yicha quyidagi aniq tavsiyalarni shakllantirish uchun mustahkam asos bo'lib xizmat qiladi:</w:t>
      </w:r>
    </w:p>
    <w:p>
      <w:pPr>
        <w:spacing w:line="360" w:lineRule="auto" w:after="0"/>
        <w:ind w:firstLine="709"/>
        <w:jc w:val="both"/>
        <w:widowControl/>
      </w:pPr>
      <w:r>
        <w:rPr>
          <w:rFonts w:ascii="Times New Roman" w:hAnsi="Times New Roman"/>
          <w:b/>
          <w:sz w:val="28"/>
        </w:rPr>
        <w:t>1. Texnologik Jarayonlarni Modernizatsiya Qilish va Energiya Samaradorligini Oshirish:</w:t>
      </w:r>
      <w:r>
        <w:rPr>
          <w:rFonts w:ascii="Times New Roman" w:hAnsi="Times New Roman"/>
          <w:sz w:val="28"/>
        </w:rPr>
        <w:br/>
        <w:t xml:space="preserve">    *   </w:t>
      </w:r>
      <w:r>
        <w:rPr>
          <w:rFonts w:ascii="Times New Roman" w:hAnsi="Times New Roman"/>
          <w:b/>
          <w:sz w:val="28"/>
        </w:rPr>
        <w:t>Issiqlik Integratsiyasi va Qayta Tiklanuvchi Energiya Manbalarini Joriy Etish:</w:t>
      </w:r>
      <w:r>
        <w:rPr>
          <w:rFonts w:ascii="Times New Roman" w:hAnsi="Times New Roman"/>
          <w:sz w:val="28"/>
        </w:rPr>
        <w:t xml:space="preserve"> Ammiak va nitrat kislota ishlab chiqarish jarayonlarida ajralib chiqadigan issiqlikni qayta ishlatish tizimlarini (masalan, bug' turbinalari orqali elektr energiya ishlab chiqarish) kengaytirish. "Navoiazot" AJ ning geografik joylashuvini hisobga olgan holda, quyosh energiyasidan foydalanish imkoniyatlarini o'rganish, ayniqsa yordamchi jarayonlar (isitish, suvni bug'lantirish) uchun. Bu O'zbekistonning energiya tejash va qayta tiklanuvchi energiya manbalarini rivojlantirish borasidagi siyosatiga mos keladi.</w:t>
        <w:br/>
        <w:t xml:space="preserve">    *   </w:t>
      </w:r>
      <w:r>
        <w:rPr>
          <w:rFonts w:ascii="Times New Roman" w:hAnsi="Times New Roman"/>
          <w:b/>
          <w:sz w:val="28"/>
        </w:rPr>
        <w:t>Yuqori Samaradorlikka ega Uskunalarni O'rnatish:</w:t>
      </w:r>
      <w:r>
        <w:rPr>
          <w:rFonts w:ascii="Times New Roman" w:hAnsi="Times New Roman"/>
          <w:sz w:val="28"/>
        </w:rPr>
        <w:t xml:space="preserve"> Eski reaktorlar, nasoslar, kompressorlar va granulyatsiya minoralari o'rniga zamonaviy, energiya tejamkor va avtomatlashtirilgan uskunalar o'rnatish. Xususan, yuqori bosimli ammiak sintezi reaktorlari va katalitik oksidlanish texnologiyalari orqali energiya sarfini kamaytirish. Bu esa ishlab chiqarish tannarxini pasaytirib, korxonaning raqobatbardoshligini oshiradi.</w:t>
        <w:br/>
        <w:t xml:space="preserve">    *   </w:t>
      </w:r>
      <w:r>
        <w:rPr>
          <w:rFonts w:ascii="Times New Roman" w:hAnsi="Times New Roman"/>
          <w:b/>
          <w:sz w:val="28"/>
        </w:rPr>
        <w:t>Jarayonlarni Avtomatlashtirish va Raqamlashtirish:</w:t>
      </w:r>
      <w:r>
        <w:rPr>
          <w:rFonts w:ascii="Times New Roman" w:hAnsi="Times New Roman"/>
          <w:sz w:val="28"/>
        </w:rPr>
        <w:t xml:space="preserve"> Jarayonlarni boshqarishning zamonaviy tizimlarini (DCS – Distributed Control System) joriy etish orqali xomashyo sarfini optimallashtirish, energiya sarfini nazorat qilish va avariyaviy holatlarning oldini olish. Bu O'zbekistonda raqamli iqtisodiyotni rivojlantirish bo'yicha qabul qilingan davlat dasturlariga uyg'unlashadi.</w:t>
      </w:r>
    </w:p>
    <w:p>
      <w:pPr>
        <w:spacing w:line="360" w:lineRule="auto" w:after="0"/>
        <w:ind w:firstLine="709"/>
        <w:jc w:val="both"/>
        <w:widowControl/>
      </w:pPr>
      <w:r>
        <w:rPr>
          <w:rFonts w:ascii="Times New Roman" w:hAnsi="Times New Roman"/>
          <w:b/>
          <w:sz w:val="28"/>
        </w:rPr>
        <w:t>2. Mahsulot Sifatini Yaxshilash va Innovatsion Mahsulotlar Yaratish:</w:t>
      </w:r>
      <w:r>
        <w:rPr>
          <w:rFonts w:ascii="Times New Roman" w:hAnsi="Times New Roman"/>
          <w:sz w:val="28"/>
        </w:rPr>
        <w:br/>
        <w:t xml:space="preserve">    *   </w:t>
      </w:r>
      <w:r>
        <w:rPr>
          <w:rFonts w:ascii="Times New Roman" w:hAnsi="Times New Roman"/>
          <w:b/>
          <w:sz w:val="28"/>
        </w:rPr>
        <w:t>Granulyatsiya Jarayonini Takomillashtirish:</w:t>
      </w:r>
      <w:r>
        <w:rPr>
          <w:rFonts w:ascii="Times New Roman" w:hAnsi="Times New Roman"/>
          <w:sz w:val="28"/>
        </w:rPr>
        <w:t xml:space="preserve"> Granulalarning bir xilligini oshirish, mustahkamligini yaxshilash va chang hosil bo'lishini kamaytirish maqsadida zamonaviy granulyatsiya usullarini (masalan, yuqori bosimli prilling yoki tavali granulyatsiya) joriy etish. Bu mahsulotning saqlash va tashishdagi sifatini kafolatlaydi, shuningdek, eksport salohiyatini oshiradi.</w:t>
        <w:br/>
        <w:t xml:space="preserve">    *   </w:t>
      </w:r>
      <w:r>
        <w:rPr>
          <w:rFonts w:ascii="Times New Roman" w:hAnsi="Times New Roman"/>
          <w:b/>
          <w:sz w:val="28"/>
        </w:rPr>
        <w:t>Yopishqoqlikka Qarshi Qo'shimchalarni Qo'llash:</w:t>
      </w:r>
      <w:r>
        <w:rPr>
          <w:rFonts w:ascii="Times New Roman" w:hAnsi="Times New Roman"/>
          <w:sz w:val="28"/>
        </w:rPr>
        <w:t xml:space="preserve"> Ammiakli selitraning namlikni tortish va yopishib qolish xususiyatini kamaytirish uchun samarali yopishqoqlikka qarshi qo'shimchalarni (anti-caking agentlar) qo'llash. Bu mahsulotning iste'mol xususiyatlarini sezilarli darajada yaxshilaydi.</w:t>
        <w:br/>
        <w:t xml:space="preserve">    *   </w:t>
      </w:r>
      <w:r>
        <w:rPr>
          <w:rFonts w:ascii="Times New Roman" w:hAnsi="Times New Roman"/>
          <w:b/>
          <w:sz w:val="28"/>
        </w:rPr>
        <w:t>Yangi Turdagi O'g'itlarni Ishlab Chiqarish:</w:t>
      </w:r>
      <w:r>
        <w:rPr>
          <w:rFonts w:ascii="Times New Roman" w:hAnsi="Times New Roman"/>
          <w:sz w:val="28"/>
        </w:rPr>
        <w:t xml:space="preserve"> Ammiakli selitra asosida azot-fosfor-kaliy (NPK) aralash o'g'itlari yoki mikroelementlar bilan boyitilgan o'g'itlar ishlab chiqarishni yo'lga qo'yish. Bu O'zbekiston qishloq xo'jaligining turli ekinlar uchun maxsus o'g'itlar bo'yicha ehtiyojlarini qondirishga yordam beradi va korxonaning mahsulot portfelini kengaytiradi.</w:t>
      </w:r>
    </w:p>
    <w:p>
      <w:pPr>
        <w:spacing w:line="360" w:lineRule="auto" w:after="0"/>
        <w:ind w:firstLine="709"/>
        <w:jc w:val="both"/>
        <w:widowControl/>
      </w:pPr>
      <w:r>
        <w:rPr>
          <w:rFonts w:ascii="Times New Roman" w:hAnsi="Times New Roman"/>
          <w:b/>
          <w:sz w:val="28"/>
        </w:rPr>
        <w:t>3. Atrof-muhitni Muhofaza Qilish va Xavfsizlikni Ta'minlash:</w:t>
      </w:r>
      <w:r>
        <w:rPr>
          <w:rFonts w:ascii="Times New Roman" w:hAnsi="Times New Roman"/>
          <w:sz w:val="28"/>
        </w:rPr>
        <w:br/>
        <w:t xml:space="preserve">    *   </w:t>
      </w:r>
      <w:r>
        <w:rPr>
          <w:rFonts w:ascii="Times New Roman" w:hAnsi="Times New Roman"/>
          <w:b/>
          <w:sz w:val="28"/>
        </w:rPr>
        <w:t>NOx Emissiyalarini Kamaytirish:</w:t>
      </w:r>
      <w:r>
        <w:rPr>
          <w:rFonts w:ascii="Times New Roman" w:hAnsi="Times New Roman"/>
          <w:sz w:val="28"/>
        </w:rPr>
        <w:t xml:space="preserve"> Nitrat kislota ishlab chiqarish bosqichida azot oksidlari (NOx) emissiyalarini kamaytirish uchun katalitik tozalash tizimlarini (masalan, selektiv katalitik qaytarish – SCR) joriy etish. Bu O'zbekistonning ekologik standartlarini yaxshilash va havo ifloslanishini kamaytirish bo'yicha xalqaro majburiyatlariga mos keladi.</w:t>
        <w:br/>
        <w:t xml:space="preserve">    *   </w:t>
      </w:r>
      <w:r>
        <w:rPr>
          <w:rFonts w:ascii="Times New Roman" w:hAnsi="Times New Roman"/>
          <w:b/>
          <w:sz w:val="28"/>
        </w:rPr>
        <w:t>Chiqindi Suvlarni Tozalash Tizimlarini Takomillashtirish:</w:t>
      </w:r>
      <w:r>
        <w:rPr>
          <w:rFonts w:ascii="Times New Roman" w:hAnsi="Times New Roman"/>
          <w:sz w:val="28"/>
        </w:rPr>
        <w:t xml:space="preserve"> Ishlab chiqarish jarayonlarida hosil bo'ladigan chiqindi suvlarni zamonaviy fizik-kimyoviy va biologik tozalash usullari orqali tozalash, suvlarni qayta ishlatish (aylanma suv ta'minoti) tizimini joriy etish.</w:t>
        <w:br/>
        <w:t xml:space="preserve">    *   </w:t>
      </w:r>
      <w:r>
        <w:rPr>
          <w:rFonts w:ascii="Times New Roman" w:hAnsi="Times New Roman"/>
          <w:b/>
          <w:sz w:val="28"/>
        </w:rPr>
        <w:t>Sanoat Xavfsizligi Standartlarini Kuchaytirish:</w:t>
      </w:r>
      <w:r>
        <w:rPr>
          <w:rFonts w:ascii="Times New Roman" w:hAnsi="Times New Roman"/>
          <w:sz w:val="28"/>
        </w:rPr>
        <w:t xml:space="preserve"> Ammiakli selitra ishlab chiqarishning portlash xavfi yuqori bo'lganligi sababli, xavfsizlik protokollarini muntazam yangilab borish, avtomatik nazorat va favqulodda vaziyatlarda ishga tushuvchi tizimlarni takomillashtirish. Xususan, O'zbekistonning sanoat xavfsizligi bo'yicha qonunchilik talablariga qat'iy rioya etish va xalqaro ilg'or tajribalarni joriy etish.</w:t>
      </w:r>
    </w:p>
    <w:p>
      <w:pPr>
        <w:spacing w:line="360" w:lineRule="auto" w:after="0"/>
        <w:ind w:firstLine="709"/>
        <w:jc w:val="both"/>
        <w:widowControl/>
      </w:pPr>
      <w:r>
        <w:rPr>
          <w:rFonts w:ascii="Times New Roman" w:hAnsi="Times New Roman"/>
          <w:b/>
          <w:sz w:val="28"/>
        </w:rPr>
        <w:t>4. Ilmiy-Tadqiqot va Kadrlar Salohiyatini Rivojlantirish:</w:t>
      </w:r>
      <w:r>
        <w:rPr>
          <w:rFonts w:ascii="Times New Roman" w:hAnsi="Times New Roman"/>
          <w:sz w:val="28"/>
        </w:rPr>
        <w:br/>
        <w:t xml:space="preserve">    *   </w:t>
      </w:r>
      <w:r>
        <w:rPr>
          <w:rFonts w:ascii="Times New Roman" w:hAnsi="Times New Roman"/>
          <w:b/>
          <w:sz w:val="28"/>
        </w:rPr>
        <w:t>Innovatsion Tadqiqotlar O'tkazish:</w:t>
      </w:r>
      <w:r>
        <w:rPr>
          <w:rFonts w:ascii="Times New Roman" w:hAnsi="Times New Roman"/>
          <w:sz w:val="28"/>
        </w:rPr>
        <w:t xml:space="preserve"> O'zbekistonning kimyo-texnologiya institutlari va universitetlari bilan hamkorlikda ammiakli selitra ishlab chiqarish texnologiyasini yanada takomillashtirish bo'yicha ilmiy-tadqiqot ishlarini olib borish. Bu mahalliy olimlar va mutaxassislarning salohiyatini oshirishga xizmat qiladi.</w:t>
        <w:br/>
        <w:t xml:space="preserve">    *   </w:t>
      </w:r>
      <w:r>
        <w:rPr>
          <w:rFonts w:ascii="Times New Roman" w:hAnsi="Times New Roman"/>
          <w:b/>
          <w:sz w:val="28"/>
        </w:rPr>
        <w:t>Malakali Kadrlar Tayyorlash:</w:t>
      </w:r>
      <w:r>
        <w:rPr>
          <w:rFonts w:ascii="Times New Roman" w:hAnsi="Times New Roman"/>
          <w:sz w:val="28"/>
        </w:rPr>
        <w:t xml:space="preserve"> Korxona mutaxassislarining malakasini oshirish, ularni zamonaviy texnologiyalar va uskunalar bilan ishlashga o'rgatish maqsadida muntazam o'quv kurslari va stajirovkalar tashkil etish. Bu esa O'zbekistonning kadrlar salohiyatini rivojlantirishga qaratilgan davlat dasturlari bilan uyg'unlashadi.</w:t>
      </w:r>
    </w:p>
    <w:p>
      <w:pPr>
        <w:spacing w:line="360" w:lineRule="auto" w:after="0"/>
        <w:ind w:firstLine="709"/>
        <w:jc w:val="both"/>
        <w:widowControl/>
      </w:pPr>
      <w:r>
        <w:rPr>
          <w:rFonts w:ascii="Times New Roman" w:hAnsi="Times New Roman"/>
          <w:sz w:val="28"/>
        </w:rPr>
        <w:t>Ushbu tavsiyalar "Navoiazot" AJ ning ishlab chiqarish samaradorligini oshirish, mahsulot sifatini yaxshilash, ekologik izini kamaytirish va xalqaro bozorlarda raqobatbardoshligini mustahkamlashga qaratilgan bo'lib, O'zbekistonning sanoatni modernizatsiya qilish va barqaror rivojlanish strategiyasiga to'liq mos keladi. Ularning amalga oshirilishi korxonaning iqtisodiy samaradorligini oshirish bilan birga, mamlakatning qishloq xo'jaligi va ekologik xavfsizligini ta'minlashda muhim rol o'ynaydi.</w:t>
      </w:r>
    </w:p>
    <w:p>
      <w:pPr>
        <w:spacing w:line="360" w:lineRule="auto" w:after="0"/>
        <w:ind w:firstLine="709"/>
        <w:jc w:val="both"/>
        <w:widowControl/>
      </w:pPr>
      <w:r>
        <w:rPr>
          <w:rFonts w:ascii="Times New Roman" w:hAnsi="Times New Roman"/>
          <w:b/>
          <w:sz w:val="28"/>
        </w:rPr>
        <w:t>3. Yakuniy Xulosa va Tadqiqot Natijalarini Umumlashtiruvchi Ko'prik</w:t>
      </w:r>
    </w:p>
    <w:p>
      <w:pPr>
        <w:spacing w:line="360" w:lineRule="auto" w:after="0"/>
        <w:ind w:firstLine="709"/>
        <w:jc w:val="both"/>
        <w:widowControl/>
      </w:pPr>
      <w:r>
        <w:rPr>
          <w:rFonts w:ascii="Times New Roman" w:hAnsi="Times New Roman"/>
          <w:sz w:val="28"/>
        </w:rPr>
        <w:t>Olib borilgan tadqiqotlar "Navoiazot" AJ misolida ammiakli selitra ishlab chiqarish texnologiyasini har tomonlama tahlil qilish va uni takomillashtirish bo'yicha ilmiy asoslangan yechimlarni taqdim etdi. Dissertatsiya ishi davomida ammiakli selitra ishlab chiqarishning nazariy asoslari chuqur o'rganilib, mavjud texnologik jarayonlarning samaradorligi baholandi va optimallashtirish uchun asosiy yo'nalishlar belgilandi. Xususan, energiya sarfini kamaytirish, xomashyo resurslaridan samarali foydalanish, mahsulot sifatini xalqaro standartlar darajasiga olib chiqish, atrof-muhitga salbiy ta'sirni minimallashtirish hamda ishlab chiqarish xavfsizligini ta'minlash masalalari ustuvor ahamiyatga ega ekanligi ilmiy va amaliy jihatdan isbotlandi.</w:t>
      </w:r>
    </w:p>
    <w:p>
      <w:pPr>
        <w:spacing w:line="360" w:lineRule="auto" w:after="0"/>
        <w:ind w:firstLine="709"/>
        <w:jc w:val="both"/>
        <w:widowControl/>
      </w:pPr>
      <w:r>
        <w:rPr>
          <w:rFonts w:ascii="Times New Roman" w:hAnsi="Times New Roman"/>
          <w:sz w:val="28"/>
        </w:rPr>
        <w:t>Shakllantirilgan tavsiyalar "Navoiazot" AJ ning kelajakdagi rivojlanish strategiyasiga muhim hissa qo'shishga qaratilgan bo'lib, ular O'zbekistonning sanoatni modernizatsiya qilish, energiya samaradorligini oshirish, qayta tiklanuvchi energiya manbalarini joriy etish, raqamli iqtisodiyotni rivojlantirish va ekologik xavfsizlikni ta'minlash bo'yicha davlat siyosati bilan uyg'unlashadi. Ushbu tavsiyalarni amaliyotga joriy etish nafaqat korxonaning iqtisodiy ko'rsatkichlarini sezilarli darajada yaxshilaydi, balki O'zbekiston qishloq xo'jaligining barqaror rivojlanishiga xizmat qiladi, mamlakatning eksport salohiyatini oshiradi va atrof-muhitni muhofaza qilishga munosib hissa qo'shadi.</w:t>
      </w:r>
    </w:p>
    <w:p>
      <w:pPr>
        <w:spacing w:line="360" w:lineRule="auto" w:after="0"/>
        <w:ind w:firstLine="709"/>
        <w:jc w:val="both"/>
        <w:widowControl/>
      </w:pPr>
      <w:r>
        <w:rPr>
          <w:rFonts w:ascii="Times New Roman" w:hAnsi="Times New Roman"/>
          <w:sz w:val="28"/>
        </w:rPr>
        <w:t>Xulosa qilib aytganda, ushbu dissertatsiya ishi "Navoiazot" AJ da ammiakli selitra ishlab chiqarish texnologiyasini takomillashtirish bo'yicha kompleks yechimlarni taqdim etib, mahalliy kimyo sanoatining barqaror va innovatsion rivojlanishi uchun mustahkam ilmiy asos yaratdi. Tadqiqot natijalari va tavsiyalar kelajakda O'zbekistonning kimyo sanoatini yanada takomillashtirish, ilmiy-texnik salohiyatini oshirish va xalqaro bozorlarda raqobatbardoshligini mustahkamlashga xizmat qiladi.</w:t>
      </w:r>
    </w:p>
    <w:p>
      <w:pPr>
        <w:spacing w:line="360" w:lineRule="auto" w:after="0"/>
        <w:ind w:firstLine="709"/>
        <w:jc w:val="both"/>
        <w:widowControl/>
      </w:pPr>
      <w:r>
        <w:rPr>
          <w:rFonts w:ascii="Times New Roman" w:hAnsi="Times New Roman"/>
          <w:sz w:val="28"/>
        </w:rPr>
        <w:t>Tadqiqot doirasida O'zbekiston Respublikasi Davlat Statistika agentligi va qator tashkilotlarning so'nggi ma'lumotlari (2023-2024 y.) tahlil qilindi hamda 50 dan ortiq respondent ishtirokida so'rovnoma o'tkazildi.</w:t>
      </w:r>
    </w:p>
    <w:sectPr w:rsidR="00FC693F" w:rsidRPr="0006063C" w:rsidSect="00034616">
      <w:footerReference w:type="default" r:id="rId9"/>
      <w:footerReference w:type="first" r:id="rId10"/>
      <w:pgSz w:w="12240" w:h="15840"/>
      <w:pgMar w:top="1134" w:right="850"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4"/>
      </w:rP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8"/>
      </w:rPr>
      <w:t>Toshkent –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