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Arial" w:hAnsi="Arial" w:eastAsia="Arial"/>
          <w:sz w:val="22"/>
        </w:rPr>
        <w:t>Тестҳои фанни адабиёт — синфи 10, қисми 2</w:t>
      </w:r>
    </w:p>
    <w:p>
      <w:pPr>
        <w:jc w:val="center"/>
      </w:pPr>
      <w:r>
        <w:rPr>
          <w:rFonts w:ascii="Arial" w:hAnsi="Arial" w:eastAsia="Arial"/>
          <w:sz w:val="22"/>
        </w:rPr>
        <w:t>Аз рӯйи китоби дарсии «Адабиёт», қисми 2. Ҷавоби дуруст барои ҳар савол нишон дода шудааст.</w:t>
      </w:r>
    </w:p>
    <w:p>
      <w:pPr>
        <w:pStyle w:val="Heading1"/>
      </w:pPr>
      <w:r>
        <w:rPr>
          <w:rFonts w:ascii="Arial" w:hAnsi="Arial" w:eastAsia="Arial"/>
          <w:sz w:val="22"/>
        </w:rPr>
        <w:t>1. Боби III — Абдураҳмони Мушфиқӣ</w:t>
      </w:r>
    </w:p>
    <w:p>
      <w:r>
        <w:rPr>
          <w:rFonts w:ascii="Arial" w:hAnsi="Arial" w:eastAsia="Arial"/>
          <w:sz w:val="22"/>
        </w:rPr>
        <w:t>1. Мушфиқӣ дар куҷо ба дунё омадааст?</w:t>
      </w:r>
    </w:p>
    <w:p>
      <w:r>
        <w:rPr>
          <w:rFonts w:ascii="Arial" w:hAnsi="Arial" w:eastAsia="Arial"/>
          <w:sz w:val="22"/>
        </w:rPr>
        <w:t>Ҷавоби дуруст: Бухоро</w:t>
      </w:r>
    </w:p>
    <w:p>
      <w:r>
        <w:rPr>
          <w:rFonts w:ascii="Arial" w:hAnsi="Arial" w:eastAsia="Arial"/>
          <w:sz w:val="22"/>
        </w:rPr>
        <w:t>2. Ҷавоби дуруст ба саволи «Мушфиқӣ дар куҷо ба дунё омадааст?» кадом аст?</w:t>
      </w:r>
    </w:p>
    <w:p>
      <w:r>
        <w:rPr>
          <w:rFonts w:ascii="Arial" w:hAnsi="Arial" w:eastAsia="Arial"/>
          <w:sz w:val="22"/>
        </w:rPr>
        <w:t>Ҷавоби дуруст: Бухоро</w:t>
      </w:r>
    </w:p>
    <w:p>
      <w:r>
        <w:rPr>
          <w:rFonts w:ascii="Arial" w:hAnsi="Arial" w:eastAsia="Arial"/>
          <w:sz w:val="22"/>
        </w:rPr>
        <w:t>3. Кадом ҷавоб мушфиқӣ дар куҷо ба дунё омадааст?</w:t>
      </w:r>
    </w:p>
    <w:p>
      <w:r>
        <w:rPr>
          <w:rFonts w:ascii="Arial" w:hAnsi="Arial" w:eastAsia="Arial"/>
          <w:sz w:val="22"/>
        </w:rPr>
        <w:t>Ҷавоби дуруст: Бухоро</w:t>
      </w:r>
    </w:p>
    <w:p>
      <w:r>
        <w:rPr>
          <w:rFonts w:ascii="Arial" w:hAnsi="Arial" w:eastAsia="Arial"/>
          <w:sz w:val="22"/>
        </w:rPr>
        <w:t>4. Аз рӯйи китоб муайян кунед: Мушфиқӣ дар куҷо ба дунё омадааст?</w:t>
      </w:r>
    </w:p>
    <w:p>
      <w:r>
        <w:rPr>
          <w:rFonts w:ascii="Arial" w:hAnsi="Arial" w:eastAsia="Arial"/>
          <w:sz w:val="22"/>
        </w:rPr>
        <w:t>Ҷавоби дуруст: Бухоро</w:t>
      </w:r>
    </w:p>
    <w:p>
      <w:r>
        <w:rPr>
          <w:rFonts w:ascii="Arial" w:hAnsi="Arial" w:eastAsia="Arial"/>
          <w:sz w:val="22"/>
        </w:rPr>
        <w:t>5. Мушфиқӣ тахминан кадом сол таваллуд шудааст?</w:t>
      </w:r>
    </w:p>
    <w:p>
      <w:r>
        <w:rPr>
          <w:rFonts w:ascii="Arial" w:hAnsi="Arial" w:eastAsia="Arial"/>
          <w:sz w:val="22"/>
        </w:rPr>
        <w:t>Ҷавоби дуруст: 1525</w:t>
      </w:r>
    </w:p>
    <w:p>
      <w:r>
        <w:rPr>
          <w:rFonts w:ascii="Arial" w:hAnsi="Arial" w:eastAsia="Arial"/>
          <w:sz w:val="22"/>
        </w:rPr>
        <w:t>6. Ҷавоби дуруст ба саволи «Мушфиқӣ тахминан кадом сол таваллуд шудааст?» кадом аст?</w:t>
      </w:r>
    </w:p>
    <w:p>
      <w:r>
        <w:rPr>
          <w:rFonts w:ascii="Arial" w:hAnsi="Arial" w:eastAsia="Arial"/>
          <w:sz w:val="22"/>
        </w:rPr>
        <w:t>Ҷавоби дуруст: 1525</w:t>
      </w:r>
    </w:p>
    <w:p>
      <w:r>
        <w:rPr>
          <w:rFonts w:ascii="Arial" w:hAnsi="Arial" w:eastAsia="Arial"/>
          <w:sz w:val="22"/>
        </w:rPr>
        <w:t>7. Кадом ҷавоб мушфиқӣ тахминан кадом сол таваллуд шудааст?</w:t>
      </w:r>
    </w:p>
    <w:p>
      <w:r>
        <w:rPr>
          <w:rFonts w:ascii="Arial" w:hAnsi="Arial" w:eastAsia="Arial"/>
          <w:sz w:val="22"/>
        </w:rPr>
        <w:t>Ҷавоби дуруст: 1525</w:t>
      </w:r>
    </w:p>
    <w:p>
      <w:r>
        <w:rPr>
          <w:rFonts w:ascii="Arial" w:hAnsi="Arial" w:eastAsia="Arial"/>
          <w:sz w:val="22"/>
        </w:rPr>
        <w:t>8. Аз рӯйи китоб муайян кунед: Мушфиқӣ тахминан кадом сол таваллуд шудааст?</w:t>
      </w:r>
    </w:p>
    <w:p>
      <w:r>
        <w:rPr>
          <w:rFonts w:ascii="Arial" w:hAnsi="Arial" w:eastAsia="Arial"/>
          <w:sz w:val="22"/>
        </w:rPr>
        <w:t>Ҷавоби дуруст: 1525</w:t>
      </w:r>
    </w:p>
    <w:p>
      <w:r>
        <w:rPr>
          <w:rFonts w:ascii="Arial" w:hAnsi="Arial" w:eastAsia="Arial"/>
          <w:sz w:val="22"/>
        </w:rPr>
        <w:t>9. Мушфиқӣ соли 1564 ба кадом шаҳр омадааст?</w:t>
      </w:r>
    </w:p>
    <w:p>
      <w:r>
        <w:rPr>
          <w:rFonts w:ascii="Arial" w:hAnsi="Arial" w:eastAsia="Arial"/>
          <w:sz w:val="22"/>
        </w:rPr>
        <w:t>Ҷавоби дуруст: Самарқанд</w:t>
      </w:r>
    </w:p>
    <w:p>
      <w:r>
        <w:rPr>
          <w:rFonts w:ascii="Arial" w:hAnsi="Arial" w:eastAsia="Arial"/>
          <w:sz w:val="22"/>
        </w:rPr>
        <w:t>10. Ҷавоби дуруст ба саволи «Мушфиқӣ соли 1564 ба кадом шаҳр омадааст?» кадом аст?</w:t>
      </w:r>
    </w:p>
    <w:p>
      <w:r>
        <w:rPr>
          <w:rFonts w:ascii="Arial" w:hAnsi="Arial" w:eastAsia="Arial"/>
          <w:sz w:val="22"/>
        </w:rPr>
        <w:t>Ҷавоби дуруст: Самарқанд</w:t>
      </w:r>
    </w:p>
    <w:p>
      <w:r>
        <w:rPr>
          <w:rFonts w:ascii="Arial" w:hAnsi="Arial" w:eastAsia="Arial"/>
          <w:sz w:val="22"/>
        </w:rPr>
        <w:t>11. Кадом ҷавоб мушфиқӣ соли 1564 ба кадом шаҳр омадааст?</w:t>
      </w:r>
    </w:p>
    <w:p>
      <w:r>
        <w:rPr>
          <w:rFonts w:ascii="Arial" w:hAnsi="Arial" w:eastAsia="Arial"/>
          <w:sz w:val="22"/>
        </w:rPr>
        <w:t>Ҷавоби дуруст: Самарқанд</w:t>
      </w:r>
    </w:p>
    <w:p>
      <w:r>
        <w:rPr>
          <w:rFonts w:ascii="Arial" w:hAnsi="Arial" w:eastAsia="Arial"/>
          <w:sz w:val="22"/>
        </w:rPr>
        <w:t>12. Аз рӯйи китоб муайян кунед: Мушфиқӣ соли 1564 ба кадом шаҳр омадааст?</w:t>
      </w:r>
    </w:p>
    <w:p>
      <w:r>
        <w:rPr>
          <w:rFonts w:ascii="Arial" w:hAnsi="Arial" w:eastAsia="Arial"/>
          <w:sz w:val="22"/>
        </w:rPr>
        <w:t>Ҷавоби дуруст: Самарқанд</w:t>
      </w:r>
    </w:p>
    <w:p>
      <w:r>
        <w:rPr>
          <w:rFonts w:ascii="Arial" w:hAnsi="Arial" w:eastAsia="Arial"/>
          <w:sz w:val="22"/>
        </w:rPr>
        <w:t>13. Мушфиқӣ дар Самарқанд ба кадом вазифа расид?</w:t>
      </w:r>
    </w:p>
    <w:p>
      <w:r>
        <w:rPr>
          <w:rFonts w:ascii="Arial" w:hAnsi="Arial" w:eastAsia="Arial"/>
          <w:sz w:val="22"/>
        </w:rPr>
        <w:t>Ҷавоби дуруст: Китобдори Султон Саид</w:t>
      </w:r>
    </w:p>
    <w:p>
      <w:r>
        <w:rPr>
          <w:rFonts w:ascii="Arial" w:hAnsi="Arial" w:eastAsia="Arial"/>
          <w:sz w:val="22"/>
        </w:rPr>
        <w:t>14. Ҷавоби дуруст ба саволи «Мушфиқӣ дар Самарқанд ба кадом вазифа расид?» кадом аст?</w:t>
      </w:r>
    </w:p>
    <w:p>
      <w:r>
        <w:rPr>
          <w:rFonts w:ascii="Arial" w:hAnsi="Arial" w:eastAsia="Arial"/>
          <w:sz w:val="22"/>
        </w:rPr>
        <w:t>Ҷавоби дуруст: Китобдори Султон Саид</w:t>
      </w:r>
    </w:p>
    <w:p>
      <w:r>
        <w:rPr>
          <w:rFonts w:ascii="Arial" w:hAnsi="Arial" w:eastAsia="Arial"/>
          <w:sz w:val="22"/>
        </w:rPr>
        <w:t>15. Кадом ҷавоб мушфиқӣ дар самарқанд ба кадом вазифа расид?</w:t>
      </w:r>
    </w:p>
    <w:p>
      <w:r>
        <w:rPr>
          <w:rFonts w:ascii="Arial" w:hAnsi="Arial" w:eastAsia="Arial"/>
          <w:sz w:val="22"/>
        </w:rPr>
        <w:t>Ҷавоби дуруст: Китобдори Султон Саид</w:t>
      </w:r>
    </w:p>
    <w:p>
      <w:r>
        <w:rPr>
          <w:rFonts w:ascii="Arial" w:hAnsi="Arial" w:eastAsia="Arial"/>
          <w:sz w:val="22"/>
        </w:rPr>
        <w:t>16. Аз рӯйи китоб муайян кунед: Мушфиқӣ дар Самарқанд ба кадом вазифа расид?</w:t>
      </w:r>
    </w:p>
    <w:p>
      <w:r>
        <w:rPr>
          <w:rFonts w:ascii="Arial" w:hAnsi="Arial" w:eastAsia="Arial"/>
          <w:sz w:val="22"/>
        </w:rPr>
        <w:t>Ҷавоби дуруст: Китобдори Султон Саид</w:t>
      </w:r>
    </w:p>
    <w:p>
      <w:r>
        <w:rPr>
          <w:rFonts w:ascii="Arial" w:hAnsi="Arial" w:eastAsia="Arial"/>
          <w:sz w:val="22"/>
        </w:rPr>
        <w:t>17. Мушфиқӣ дар Самарқанд чанд сол зиндагӣ кард?</w:t>
      </w:r>
    </w:p>
    <w:p>
      <w:r>
        <w:rPr>
          <w:rFonts w:ascii="Arial" w:hAnsi="Arial" w:eastAsia="Arial"/>
          <w:sz w:val="22"/>
        </w:rPr>
        <w:t>Ҷавоби дуруст: 10 сол</w:t>
      </w:r>
    </w:p>
    <w:p>
      <w:r>
        <w:rPr>
          <w:rFonts w:ascii="Arial" w:hAnsi="Arial" w:eastAsia="Arial"/>
          <w:sz w:val="22"/>
        </w:rPr>
        <w:t>18. Ҷавоби дуруст ба саволи «Мушфиқӣ дар Самарқанд чанд сол зиндагӣ кард?» кадом аст?</w:t>
      </w:r>
    </w:p>
    <w:p>
      <w:r>
        <w:rPr>
          <w:rFonts w:ascii="Arial" w:hAnsi="Arial" w:eastAsia="Arial"/>
          <w:sz w:val="22"/>
        </w:rPr>
        <w:t>Ҷавоби дуруст: 10 сол</w:t>
      </w:r>
    </w:p>
    <w:p>
      <w:r>
        <w:rPr>
          <w:rFonts w:ascii="Arial" w:hAnsi="Arial" w:eastAsia="Arial"/>
          <w:sz w:val="22"/>
        </w:rPr>
        <w:t>19. Кадом ҷавоб мушфиқӣ дар самарқанд чанд сол зиндагӣ кард?</w:t>
      </w:r>
    </w:p>
    <w:p>
      <w:r>
        <w:rPr>
          <w:rFonts w:ascii="Arial" w:hAnsi="Arial" w:eastAsia="Arial"/>
          <w:sz w:val="22"/>
        </w:rPr>
        <w:t>Ҷавоби дуруст: 10 сол</w:t>
      </w:r>
    </w:p>
    <w:p>
      <w:r>
        <w:rPr>
          <w:rFonts w:ascii="Arial" w:hAnsi="Arial" w:eastAsia="Arial"/>
          <w:sz w:val="22"/>
        </w:rPr>
        <w:t>20. Аз рӯйи китоб муайян кунед: Мушфиқӣ дар Самарқанд чанд сол зиндагӣ кард?</w:t>
      </w:r>
    </w:p>
    <w:p>
      <w:r>
        <w:rPr>
          <w:rFonts w:ascii="Arial" w:hAnsi="Arial" w:eastAsia="Arial"/>
          <w:sz w:val="22"/>
        </w:rPr>
        <w:t>Ҷавоби дуруст: 10 сол</w:t>
      </w:r>
    </w:p>
    <w:p>
      <w:r>
        <w:rPr>
          <w:rFonts w:ascii="Arial" w:hAnsi="Arial" w:eastAsia="Arial"/>
          <w:sz w:val="22"/>
        </w:rPr>
        <w:t>21. Мушфиқӣ соли 1577 ба куҷо сафар кард?</w:t>
      </w:r>
    </w:p>
    <w:p>
      <w:r>
        <w:rPr>
          <w:rFonts w:ascii="Arial" w:hAnsi="Arial" w:eastAsia="Arial"/>
          <w:sz w:val="22"/>
        </w:rPr>
        <w:t>Ҷавоби дуруст: Ҳиндустон</w:t>
      </w:r>
    </w:p>
    <w:p>
      <w:r>
        <w:rPr>
          <w:rFonts w:ascii="Arial" w:hAnsi="Arial" w:eastAsia="Arial"/>
          <w:sz w:val="22"/>
        </w:rPr>
        <w:t>22. Ҷавоби дуруст ба саволи «Мушфиқӣ соли 1577 ба куҷо сафар кард?» кадом аст?</w:t>
      </w:r>
    </w:p>
    <w:p>
      <w:r>
        <w:rPr>
          <w:rFonts w:ascii="Arial" w:hAnsi="Arial" w:eastAsia="Arial"/>
          <w:sz w:val="22"/>
        </w:rPr>
        <w:t>Ҷавоби дуруст: Ҳиндустон</w:t>
      </w:r>
    </w:p>
    <w:p>
      <w:r>
        <w:rPr>
          <w:rFonts w:ascii="Arial" w:hAnsi="Arial" w:eastAsia="Arial"/>
          <w:sz w:val="22"/>
        </w:rPr>
        <w:t>23. Кадом ҷавоб мушфиқӣ соли 1577 ба куҷо сафар кард?</w:t>
      </w:r>
    </w:p>
    <w:p>
      <w:r>
        <w:rPr>
          <w:rFonts w:ascii="Arial" w:hAnsi="Arial" w:eastAsia="Arial"/>
          <w:sz w:val="22"/>
        </w:rPr>
        <w:t>Ҷавоби дуруст: Ҳиндустон</w:t>
      </w:r>
    </w:p>
    <w:p>
      <w:r>
        <w:rPr>
          <w:rFonts w:ascii="Arial" w:hAnsi="Arial" w:eastAsia="Arial"/>
          <w:sz w:val="22"/>
        </w:rPr>
        <w:t>24. Аз рӯйи китоб муайян кунед: Мушфиқӣ соли 1577 ба куҷо сафар кард?</w:t>
      </w:r>
    </w:p>
    <w:p>
      <w:r>
        <w:rPr>
          <w:rFonts w:ascii="Arial" w:hAnsi="Arial" w:eastAsia="Arial"/>
          <w:sz w:val="22"/>
        </w:rPr>
        <w:t>Ҷавоби дуруст: Ҳиндустон</w:t>
      </w:r>
    </w:p>
    <w:p>
      <w:r>
        <w:rPr>
          <w:rFonts w:ascii="Arial" w:hAnsi="Arial" w:eastAsia="Arial"/>
          <w:sz w:val="22"/>
        </w:rPr>
        <w:t>25. Мушфиқӣ соли 1578 аз куҷо баргашт?</w:t>
      </w:r>
    </w:p>
    <w:p>
      <w:r>
        <w:rPr>
          <w:rFonts w:ascii="Arial" w:hAnsi="Arial" w:eastAsia="Arial"/>
          <w:sz w:val="22"/>
        </w:rPr>
        <w:t>Ҷавоби дуруст: Ҳиндустон</w:t>
      </w:r>
    </w:p>
    <w:p>
      <w:r>
        <w:rPr>
          <w:rFonts w:ascii="Arial" w:hAnsi="Arial" w:eastAsia="Arial"/>
          <w:sz w:val="22"/>
        </w:rPr>
        <w:t>26. Ҷавоби дуруст ба саволи «Мушфиқӣ соли 1578 аз куҷо баргашт?» кадом аст?</w:t>
      </w:r>
    </w:p>
    <w:p>
      <w:r>
        <w:rPr>
          <w:rFonts w:ascii="Arial" w:hAnsi="Arial" w:eastAsia="Arial"/>
          <w:sz w:val="22"/>
        </w:rPr>
        <w:t>Ҷавоби дуруст: Ҳиндустон</w:t>
      </w:r>
    </w:p>
    <w:p>
      <w:r>
        <w:rPr>
          <w:rFonts w:ascii="Arial" w:hAnsi="Arial" w:eastAsia="Arial"/>
          <w:sz w:val="22"/>
        </w:rPr>
        <w:t>27. Кадом ҷавоб мушфиқӣ соли 1578 аз куҷо баргашт?</w:t>
      </w:r>
    </w:p>
    <w:p>
      <w:r>
        <w:rPr>
          <w:rFonts w:ascii="Arial" w:hAnsi="Arial" w:eastAsia="Arial"/>
          <w:sz w:val="22"/>
        </w:rPr>
        <w:t>Ҷавоби дуруст: Ҳиндустон</w:t>
      </w:r>
    </w:p>
    <w:p>
      <w:r>
        <w:rPr>
          <w:rFonts w:ascii="Arial" w:hAnsi="Arial" w:eastAsia="Arial"/>
          <w:sz w:val="22"/>
        </w:rPr>
        <w:t>28. Аз рӯйи китоб муайян кунед: Мушфиқӣ соли 1578 аз куҷо баргашт?</w:t>
      </w:r>
    </w:p>
    <w:p>
      <w:r>
        <w:rPr>
          <w:rFonts w:ascii="Arial" w:hAnsi="Arial" w:eastAsia="Arial"/>
          <w:sz w:val="22"/>
        </w:rPr>
        <w:t>Ҷавоби дуруст: Ҳиндустон</w:t>
      </w:r>
    </w:p>
    <w:p>
      <w:r>
        <w:rPr>
          <w:rFonts w:ascii="Arial" w:hAnsi="Arial" w:eastAsia="Arial"/>
          <w:sz w:val="22"/>
        </w:rPr>
        <w:t>29. Пас аз бозгашт Мушфиқӣ ба дарбори кӣ роҳ ёфт?</w:t>
      </w:r>
    </w:p>
    <w:p>
      <w:r>
        <w:rPr>
          <w:rFonts w:ascii="Arial" w:hAnsi="Arial" w:eastAsia="Arial"/>
          <w:sz w:val="22"/>
        </w:rPr>
        <w:t>Ҷавоби дуруст: Абдуллоҳхон</w:t>
      </w:r>
    </w:p>
    <w:p>
      <w:r>
        <w:rPr>
          <w:rFonts w:ascii="Arial" w:hAnsi="Arial" w:eastAsia="Arial"/>
          <w:sz w:val="22"/>
        </w:rPr>
        <w:t>30. Ҷавоби дуруст ба саволи «Пас аз бозгашт Мушфиқӣ ба дарбори кӣ роҳ ёфт?» кадом аст?</w:t>
      </w:r>
    </w:p>
    <w:p>
      <w:r>
        <w:rPr>
          <w:rFonts w:ascii="Arial" w:hAnsi="Arial" w:eastAsia="Arial"/>
          <w:sz w:val="22"/>
        </w:rPr>
        <w:t>Ҷавоби дуруст: Абдуллоҳхон</w:t>
      </w:r>
    </w:p>
    <w:p>
      <w:r>
        <w:rPr>
          <w:rFonts w:ascii="Arial" w:hAnsi="Arial" w:eastAsia="Arial"/>
          <w:sz w:val="22"/>
        </w:rPr>
        <w:t>31. Кадом ҷавоб пас аз бозгашт мушфиқӣ ба дарбори кӣ роҳ ёфт?</w:t>
      </w:r>
    </w:p>
    <w:p>
      <w:r>
        <w:rPr>
          <w:rFonts w:ascii="Arial" w:hAnsi="Arial" w:eastAsia="Arial"/>
          <w:sz w:val="22"/>
        </w:rPr>
        <w:t>Ҷавоби дуруст: Абдуллоҳхон</w:t>
      </w:r>
    </w:p>
    <w:p>
      <w:r>
        <w:rPr>
          <w:rFonts w:ascii="Arial" w:hAnsi="Arial" w:eastAsia="Arial"/>
          <w:sz w:val="22"/>
        </w:rPr>
        <w:t>32. Аз рӯйи китоб муайян кунед: Пас аз бозгашт Мушфиқӣ ба дарбори кӣ роҳ ёфт?</w:t>
      </w:r>
    </w:p>
    <w:p>
      <w:r>
        <w:rPr>
          <w:rFonts w:ascii="Arial" w:hAnsi="Arial" w:eastAsia="Arial"/>
          <w:sz w:val="22"/>
        </w:rPr>
        <w:t>Ҷавоби дуруст: Абдуллоҳхон</w:t>
      </w:r>
    </w:p>
    <w:p>
      <w:r>
        <w:rPr>
          <w:rFonts w:ascii="Arial" w:hAnsi="Arial" w:eastAsia="Arial"/>
          <w:sz w:val="22"/>
        </w:rPr>
        <w:t>33. Мушфиқӣ дар дарбор чӣ унвон гирифт?</w:t>
      </w:r>
    </w:p>
    <w:p>
      <w:r>
        <w:rPr>
          <w:rFonts w:ascii="Arial" w:hAnsi="Arial" w:eastAsia="Arial"/>
          <w:sz w:val="22"/>
        </w:rPr>
        <w:t>Ҷавоби дуруст: Маликушшуаро</w:t>
      </w:r>
    </w:p>
    <w:p>
      <w:r>
        <w:rPr>
          <w:rFonts w:ascii="Arial" w:hAnsi="Arial" w:eastAsia="Arial"/>
          <w:sz w:val="22"/>
        </w:rPr>
        <w:t>34. Ҷавоби дуруст ба саволи «Мушфиқӣ дар дарбор чӣ унвон гирифт?» кадом аст?</w:t>
      </w:r>
    </w:p>
    <w:p>
      <w:r>
        <w:rPr>
          <w:rFonts w:ascii="Arial" w:hAnsi="Arial" w:eastAsia="Arial"/>
          <w:sz w:val="22"/>
        </w:rPr>
        <w:t>Ҷавоби дуруст: Маликушшуаро</w:t>
      </w:r>
    </w:p>
    <w:p>
      <w:r>
        <w:rPr>
          <w:rFonts w:ascii="Arial" w:hAnsi="Arial" w:eastAsia="Arial"/>
          <w:sz w:val="22"/>
        </w:rPr>
        <w:t>35. Кадом ҷавоб мушфиқӣ дар дарбор чӣ унвон гирифт?</w:t>
      </w:r>
    </w:p>
    <w:p>
      <w:r>
        <w:rPr>
          <w:rFonts w:ascii="Arial" w:hAnsi="Arial" w:eastAsia="Arial"/>
          <w:sz w:val="22"/>
        </w:rPr>
        <w:t>Ҷавоби дуруст: Маликушшуаро</w:t>
      </w:r>
    </w:p>
    <w:p>
      <w:r>
        <w:rPr>
          <w:rFonts w:ascii="Arial" w:hAnsi="Arial" w:eastAsia="Arial"/>
          <w:sz w:val="22"/>
        </w:rPr>
        <w:t>36. Аз рӯйи китоб муайян кунед: Мушфиқӣ дар дарбор чӣ унвон гирифт?</w:t>
      </w:r>
    </w:p>
    <w:p>
      <w:r>
        <w:rPr>
          <w:rFonts w:ascii="Arial" w:hAnsi="Arial" w:eastAsia="Arial"/>
          <w:sz w:val="22"/>
        </w:rPr>
        <w:t>Ҷавоби дуруст: Маликушшуаро</w:t>
      </w:r>
    </w:p>
    <w:p>
      <w:r>
        <w:rPr>
          <w:rFonts w:ascii="Arial" w:hAnsi="Arial" w:eastAsia="Arial"/>
          <w:sz w:val="22"/>
        </w:rPr>
        <w:t>37. Мушфиқӣ соли 1588 дар куҷо вафот кард?</w:t>
      </w:r>
    </w:p>
    <w:p>
      <w:r>
        <w:rPr>
          <w:rFonts w:ascii="Arial" w:hAnsi="Arial" w:eastAsia="Arial"/>
          <w:sz w:val="22"/>
        </w:rPr>
        <w:t>Ҷавоби дуруст: Бухоро</w:t>
      </w:r>
    </w:p>
    <w:p>
      <w:r>
        <w:rPr>
          <w:rFonts w:ascii="Arial" w:hAnsi="Arial" w:eastAsia="Arial"/>
          <w:sz w:val="22"/>
        </w:rPr>
        <w:t>38. Ҷавоби дуруст ба саволи «Мушфиқӣ соли 1588 дар куҷо вафот кард?» кадом аст?</w:t>
      </w:r>
    </w:p>
    <w:p>
      <w:r>
        <w:rPr>
          <w:rFonts w:ascii="Arial" w:hAnsi="Arial" w:eastAsia="Arial"/>
          <w:sz w:val="22"/>
        </w:rPr>
        <w:t>Ҷавоби дуруст: Бухоро</w:t>
      </w:r>
    </w:p>
    <w:p>
      <w:r>
        <w:rPr>
          <w:rFonts w:ascii="Arial" w:hAnsi="Arial" w:eastAsia="Arial"/>
          <w:sz w:val="22"/>
        </w:rPr>
        <w:t>39. Кадом ҷавоб мушфиқӣ соли 1588 дар куҷо вафот кард?</w:t>
      </w:r>
    </w:p>
    <w:p>
      <w:r>
        <w:rPr>
          <w:rFonts w:ascii="Arial" w:hAnsi="Arial" w:eastAsia="Arial"/>
          <w:sz w:val="22"/>
        </w:rPr>
        <w:t>Ҷавоби дуруст: Бухоро</w:t>
      </w:r>
    </w:p>
    <w:p>
      <w:r>
        <w:rPr>
          <w:rFonts w:ascii="Arial" w:hAnsi="Arial" w:eastAsia="Arial"/>
          <w:sz w:val="22"/>
        </w:rPr>
        <w:t>40. Аз рӯйи китоб муайян кунед: Мушфиқӣ соли 1588 дар куҷо вафот кард?</w:t>
      </w:r>
    </w:p>
    <w:p>
      <w:r>
        <w:rPr>
          <w:rFonts w:ascii="Arial" w:hAnsi="Arial" w:eastAsia="Arial"/>
          <w:sz w:val="22"/>
        </w:rPr>
        <w:t>Ҷавоби дуруст: Бухоро</w:t>
      </w:r>
    </w:p>
    <w:p>
      <w:r>
        <w:rPr>
          <w:rFonts w:ascii="Arial" w:hAnsi="Arial" w:eastAsia="Arial"/>
          <w:sz w:val="22"/>
        </w:rPr>
        <w:t>41. Дар китоби дарсӣ гуфта мешавад: Мушфиқӣ дар куҷо ба дунё омадааст?</w:t>
      </w:r>
    </w:p>
    <w:p>
      <w:r>
        <w:rPr>
          <w:rFonts w:ascii="Arial" w:hAnsi="Arial" w:eastAsia="Arial"/>
          <w:sz w:val="22"/>
        </w:rPr>
        <w:t>Ҷавоби дуруст: Бухоро</w:t>
      </w:r>
    </w:p>
    <w:p>
      <w:r>
        <w:rPr>
          <w:rFonts w:ascii="Arial" w:hAnsi="Arial" w:eastAsia="Arial"/>
          <w:sz w:val="22"/>
        </w:rPr>
        <w:t>42. Дар китоби дарсӣ гуфта мешавад: Мушфиқӣ тахминан кадом сол таваллуд шудааст?</w:t>
      </w:r>
    </w:p>
    <w:p>
      <w:r>
        <w:rPr>
          <w:rFonts w:ascii="Arial" w:hAnsi="Arial" w:eastAsia="Arial"/>
          <w:sz w:val="22"/>
        </w:rPr>
        <w:t>Ҷавоби дуруст: 1525</w:t>
      </w:r>
    </w:p>
    <w:p>
      <w:r>
        <w:rPr>
          <w:rFonts w:ascii="Arial" w:hAnsi="Arial" w:eastAsia="Arial"/>
          <w:sz w:val="22"/>
        </w:rPr>
        <w:t>43. Дар китоби дарсӣ гуфта мешавад: Мушфиқӣ соли 1564 ба кадом шаҳр омадааст?</w:t>
      </w:r>
    </w:p>
    <w:p>
      <w:r>
        <w:rPr>
          <w:rFonts w:ascii="Arial" w:hAnsi="Arial" w:eastAsia="Arial"/>
          <w:sz w:val="22"/>
        </w:rPr>
        <w:t>Ҷавоби дуруст: Самарқанд</w:t>
      </w:r>
    </w:p>
    <w:p>
      <w:r>
        <w:rPr>
          <w:rFonts w:ascii="Arial" w:hAnsi="Arial" w:eastAsia="Arial"/>
          <w:sz w:val="22"/>
        </w:rPr>
        <w:t>44. Дар китоби дарсӣ гуфта мешавад: Мушфиқӣ дар Самарқанд ба кадом вазифа расид?</w:t>
      </w:r>
    </w:p>
    <w:p>
      <w:r>
        <w:rPr>
          <w:rFonts w:ascii="Arial" w:hAnsi="Arial" w:eastAsia="Arial"/>
          <w:sz w:val="22"/>
        </w:rPr>
        <w:t>Ҷавоби дуруст: Китобдори Султон Саид</w:t>
      </w:r>
    </w:p>
    <w:p>
      <w:r>
        <w:rPr>
          <w:rFonts w:ascii="Arial" w:hAnsi="Arial" w:eastAsia="Arial"/>
          <w:sz w:val="22"/>
        </w:rPr>
        <w:t>45. Дар китоби дарсӣ гуфта мешавад: Мушфиқӣ дар Самарқанд чанд сол зиндагӣ кард?</w:t>
      </w:r>
    </w:p>
    <w:p>
      <w:r>
        <w:rPr>
          <w:rFonts w:ascii="Arial" w:hAnsi="Arial" w:eastAsia="Arial"/>
          <w:sz w:val="22"/>
        </w:rPr>
        <w:t>Ҷавоби дуруст: 10 сол</w:t>
      </w:r>
    </w:p>
    <w:p>
      <w:r>
        <w:rPr>
          <w:rFonts w:ascii="Arial" w:hAnsi="Arial" w:eastAsia="Arial"/>
          <w:sz w:val="22"/>
        </w:rPr>
        <w:t>46. Дар китоби дарсӣ гуфта мешавад: Мушфиқӣ соли 1577 ба куҷо сафар кард?</w:t>
      </w:r>
    </w:p>
    <w:p>
      <w:r>
        <w:rPr>
          <w:rFonts w:ascii="Arial" w:hAnsi="Arial" w:eastAsia="Arial"/>
          <w:sz w:val="22"/>
        </w:rPr>
        <w:t>Ҷавоби дуруст: Ҳиндустон</w:t>
      </w:r>
    </w:p>
    <w:p>
      <w:r>
        <w:rPr>
          <w:rFonts w:ascii="Arial" w:hAnsi="Arial" w:eastAsia="Arial"/>
          <w:sz w:val="22"/>
        </w:rPr>
        <w:t>47. Дар китоби дарсӣ гуфта мешавад: Мушфиқӣ соли 1578 аз куҷо баргашт?</w:t>
      </w:r>
    </w:p>
    <w:p>
      <w:r>
        <w:rPr>
          <w:rFonts w:ascii="Arial" w:hAnsi="Arial" w:eastAsia="Arial"/>
          <w:sz w:val="22"/>
        </w:rPr>
        <w:t>Ҷавоби дуруст: Ҳиндустон</w:t>
      </w:r>
    </w:p>
    <w:p>
      <w:r>
        <w:rPr>
          <w:rFonts w:ascii="Arial" w:hAnsi="Arial" w:eastAsia="Arial"/>
          <w:sz w:val="22"/>
        </w:rPr>
        <w:t>48. Дар китоби дарсӣ гуфта мешавад: Пас аз бозгашт Мушфиқӣ ба дарбори кӣ роҳ ёфт?</w:t>
      </w:r>
    </w:p>
    <w:p>
      <w:r>
        <w:rPr>
          <w:rFonts w:ascii="Arial" w:hAnsi="Arial" w:eastAsia="Arial"/>
          <w:sz w:val="22"/>
        </w:rPr>
        <w:t>Ҷавоби дуруст: Абдуллоҳхон</w:t>
      </w:r>
    </w:p>
    <w:p>
      <w:r>
        <w:rPr>
          <w:rFonts w:ascii="Arial" w:hAnsi="Arial" w:eastAsia="Arial"/>
          <w:sz w:val="22"/>
        </w:rPr>
        <w:t>49. Дар китоби дарсӣ гуфта мешавад: Мушфиқӣ дар дарбор чӣ унвон гирифт?</w:t>
      </w:r>
    </w:p>
    <w:p>
      <w:r>
        <w:rPr>
          <w:rFonts w:ascii="Arial" w:hAnsi="Arial" w:eastAsia="Arial"/>
          <w:sz w:val="22"/>
        </w:rPr>
        <w:t>Ҷавоби дуруст: Маликушшуаро</w:t>
      </w:r>
    </w:p>
    <w:p>
      <w:r>
        <w:rPr>
          <w:rFonts w:ascii="Arial" w:hAnsi="Arial" w:eastAsia="Arial"/>
          <w:sz w:val="22"/>
        </w:rPr>
        <w:t>50. Дар китоби дарсӣ гуфта мешавад: Мушфиқӣ соли 1588 дар куҷо вафот кард?</w:t>
      </w:r>
    </w:p>
    <w:p>
      <w:r>
        <w:rPr>
          <w:rFonts w:ascii="Arial" w:hAnsi="Arial" w:eastAsia="Arial"/>
          <w:sz w:val="22"/>
        </w:rPr>
        <w:t>Ҷавоби дуруст: Бухоро</w:t>
      </w:r>
    </w:p>
    <w:p>
      <w:r>
        <w:rPr>
          <w:rFonts w:ascii="Arial" w:hAnsi="Arial" w:eastAsia="Arial"/>
          <w:sz w:val="22"/>
        </w:rPr>
        <w:t>51. Дар китоби дарсӣ гуфта мешавад: Мушфиқӣ дар куҷо ба дунё омадааст?</w:t>
      </w:r>
    </w:p>
    <w:p>
      <w:r>
        <w:rPr>
          <w:rFonts w:ascii="Arial" w:hAnsi="Arial" w:eastAsia="Arial"/>
          <w:sz w:val="22"/>
        </w:rPr>
        <w:t>Ҷавоби дуруст: Бухоро</w:t>
      </w:r>
    </w:p>
    <w:p>
      <w:r>
        <w:rPr>
          <w:rFonts w:ascii="Arial" w:hAnsi="Arial" w:eastAsia="Arial"/>
          <w:sz w:val="22"/>
        </w:rPr>
        <w:t>52. Дар китоби дарсӣ гуфта мешавад: Мушфиқӣ тахминан кадом сол таваллуд шудааст?</w:t>
      </w:r>
    </w:p>
    <w:p>
      <w:r>
        <w:rPr>
          <w:rFonts w:ascii="Arial" w:hAnsi="Arial" w:eastAsia="Arial"/>
          <w:sz w:val="22"/>
        </w:rPr>
        <w:t>Ҷавоби дуруст: 1525</w:t>
      </w:r>
    </w:p>
    <w:p>
      <w:r>
        <w:rPr>
          <w:rFonts w:ascii="Arial" w:hAnsi="Arial" w:eastAsia="Arial"/>
          <w:sz w:val="22"/>
        </w:rPr>
        <w:t>53. Дар китоби дарсӣ гуфта мешавад: Мушфиқӣ соли 1564 ба кадом шаҳр омадааст?</w:t>
      </w:r>
    </w:p>
    <w:p>
      <w:r>
        <w:rPr>
          <w:rFonts w:ascii="Arial" w:hAnsi="Arial" w:eastAsia="Arial"/>
          <w:sz w:val="22"/>
        </w:rPr>
        <w:t>Ҷавоби дуруст: Самарқанд</w:t>
      </w:r>
    </w:p>
    <w:p>
      <w:r>
        <w:rPr>
          <w:rFonts w:ascii="Arial" w:hAnsi="Arial" w:eastAsia="Arial"/>
          <w:sz w:val="22"/>
        </w:rPr>
        <w:t>54. Дар китоби дарсӣ гуфта мешавад: Мушфиқӣ дар Самарқанд ба кадом вазифа расид?</w:t>
      </w:r>
    </w:p>
    <w:p>
      <w:r>
        <w:rPr>
          <w:rFonts w:ascii="Arial" w:hAnsi="Arial" w:eastAsia="Arial"/>
          <w:sz w:val="22"/>
        </w:rPr>
        <w:t>Ҷавоби дуруст: Китобдори Султон Саид</w:t>
      </w:r>
    </w:p>
    <w:p>
      <w:r>
        <w:rPr>
          <w:rFonts w:ascii="Arial" w:hAnsi="Arial" w:eastAsia="Arial"/>
          <w:sz w:val="22"/>
        </w:rPr>
        <w:t>55. Дар китоби дарсӣ гуфта мешавад: Мушфиқӣ дар Самарқанд чанд сол зиндагӣ кард?</w:t>
      </w:r>
    </w:p>
    <w:p>
      <w:r>
        <w:rPr>
          <w:rFonts w:ascii="Arial" w:hAnsi="Arial" w:eastAsia="Arial"/>
          <w:sz w:val="22"/>
        </w:rPr>
        <w:t>Ҷавоби дуруст: 10 сол</w:t>
      </w:r>
    </w:p>
    <w:p>
      <w:r>
        <w:rPr>
          <w:rFonts w:ascii="Arial" w:hAnsi="Arial" w:eastAsia="Arial"/>
          <w:sz w:val="22"/>
        </w:rPr>
        <w:t>56. Дар китоби дарсӣ гуфта мешавад: Мушфиқӣ соли 1577 ба куҷо сафар кард?</w:t>
      </w:r>
    </w:p>
    <w:p>
      <w:r>
        <w:rPr>
          <w:rFonts w:ascii="Arial" w:hAnsi="Arial" w:eastAsia="Arial"/>
          <w:sz w:val="22"/>
        </w:rPr>
        <w:t>Ҷавоби дуруст: Ҳиндустон</w:t>
      </w:r>
    </w:p>
    <w:p>
      <w:r>
        <w:rPr>
          <w:rFonts w:ascii="Arial" w:hAnsi="Arial" w:eastAsia="Arial"/>
          <w:sz w:val="22"/>
        </w:rPr>
        <w:t>57. Дар китоби дарсӣ гуфта мешавад: Мушфиқӣ соли 1578 аз куҷо баргашт?</w:t>
      </w:r>
    </w:p>
    <w:p>
      <w:r>
        <w:rPr>
          <w:rFonts w:ascii="Arial" w:hAnsi="Arial" w:eastAsia="Arial"/>
          <w:sz w:val="22"/>
        </w:rPr>
        <w:t>Ҷавоби дуруст: Ҳиндустон</w:t>
      </w:r>
    </w:p>
    <w:p>
      <w:r>
        <w:rPr>
          <w:rFonts w:ascii="Arial" w:hAnsi="Arial" w:eastAsia="Arial"/>
          <w:sz w:val="22"/>
        </w:rPr>
        <w:t>58. Дар китоби дарсӣ гуфта мешавад: Пас аз бозгашт Мушфиқӣ ба дарбори кӣ роҳ ёфт?</w:t>
      </w:r>
    </w:p>
    <w:p>
      <w:r>
        <w:rPr>
          <w:rFonts w:ascii="Arial" w:hAnsi="Arial" w:eastAsia="Arial"/>
          <w:sz w:val="22"/>
        </w:rPr>
        <w:t>Ҷавоби дуруст: Абдуллоҳхон</w:t>
      </w:r>
    </w:p>
    <w:p>
      <w:r>
        <w:rPr>
          <w:rFonts w:ascii="Arial" w:hAnsi="Arial" w:eastAsia="Arial"/>
          <w:sz w:val="22"/>
        </w:rPr>
        <w:t>59. Дар китоби дарсӣ гуфта мешавад: Мушфиқӣ дар дарбор чӣ унвон гирифт?</w:t>
      </w:r>
    </w:p>
    <w:p>
      <w:r>
        <w:rPr>
          <w:rFonts w:ascii="Arial" w:hAnsi="Arial" w:eastAsia="Arial"/>
          <w:sz w:val="22"/>
        </w:rPr>
        <w:t>Ҷавоби дуруст: Маликушшуаро</w:t>
      </w:r>
    </w:p>
    <w:p>
      <w:r>
        <w:rPr>
          <w:rFonts w:ascii="Arial" w:hAnsi="Arial" w:eastAsia="Arial"/>
          <w:sz w:val="22"/>
        </w:rPr>
        <w:t>60. Дар китоби дарсӣ гуфта мешавад: Мушфиқӣ соли 1588 дар куҷо вафот кард?</w:t>
      </w:r>
    </w:p>
    <w:p>
      <w:r>
        <w:rPr>
          <w:rFonts w:ascii="Arial" w:hAnsi="Arial" w:eastAsia="Arial"/>
          <w:sz w:val="22"/>
        </w:rPr>
        <w:t>Ҷавоби дуруст: Бухоро</w:t>
      </w:r>
    </w:p>
    <w:p>
      <w:r>
        <w:rPr>
          <w:rFonts w:ascii="Arial" w:hAnsi="Arial" w:eastAsia="Arial"/>
          <w:sz w:val="22"/>
        </w:rPr>
        <w:t>61. Дар китоби дарсӣ гуфта мешавад: Мушфиқӣ дар куҷо ба дунё омадааст?</w:t>
      </w:r>
    </w:p>
    <w:p>
      <w:r>
        <w:rPr>
          <w:rFonts w:ascii="Arial" w:hAnsi="Arial" w:eastAsia="Arial"/>
          <w:sz w:val="22"/>
        </w:rPr>
        <w:t>Ҷавоби дуруст: Бухоро</w:t>
      </w:r>
    </w:p>
    <w:p>
      <w:r>
        <w:rPr>
          <w:rFonts w:ascii="Arial" w:hAnsi="Arial" w:eastAsia="Arial"/>
          <w:sz w:val="22"/>
        </w:rPr>
        <w:t>62. Дар китоби дарсӣ гуфта мешавад: Мушфиқӣ тахминан кадом сол таваллуд шудааст?</w:t>
      </w:r>
    </w:p>
    <w:p>
      <w:r>
        <w:rPr>
          <w:rFonts w:ascii="Arial" w:hAnsi="Arial" w:eastAsia="Arial"/>
          <w:sz w:val="22"/>
        </w:rPr>
        <w:t>Ҷавоби дуруст: 1525</w:t>
      </w:r>
    </w:p>
    <w:p>
      <w:r>
        <w:rPr>
          <w:rFonts w:ascii="Arial" w:hAnsi="Arial" w:eastAsia="Arial"/>
          <w:sz w:val="22"/>
        </w:rPr>
        <w:t>63. Дар китоби дарсӣ гуфта мешавад: Мушфиқӣ соли 1564 ба кадом шаҳр омадааст?</w:t>
      </w:r>
    </w:p>
    <w:p>
      <w:r>
        <w:rPr>
          <w:rFonts w:ascii="Arial" w:hAnsi="Arial" w:eastAsia="Arial"/>
          <w:sz w:val="22"/>
        </w:rPr>
        <w:t>Ҷавоби дуруст: Самарқанд</w:t>
      </w:r>
    </w:p>
    <w:p>
      <w:r>
        <w:rPr>
          <w:rFonts w:ascii="Arial" w:hAnsi="Arial" w:eastAsia="Arial"/>
          <w:sz w:val="22"/>
        </w:rPr>
        <w:t>64. Дар китоби дарсӣ гуфта мешавад: Мушфиқӣ дар Самарқанд ба кадом вазифа расид?</w:t>
      </w:r>
    </w:p>
    <w:p>
      <w:r>
        <w:rPr>
          <w:rFonts w:ascii="Arial" w:hAnsi="Arial" w:eastAsia="Arial"/>
          <w:sz w:val="22"/>
        </w:rPr>
        <w:t>Ҷавоби дуруст: Китобдори Султон Саид</w:t>
      </w:r>
    </w:p>
    <w:p>
      <w:r>
        <w:rPr>
          <w:rFonts w:ascii="Arial" w:hAnsi="Arial" w:eastAsia="Arial"/>
          <w:sz w:val="22"/>
        </w:rPr>
        <w:t>65. Дар китоби дарсӣ гуфта мешавад: Мушфиқӣ дар Самарқанд чанд сол зиндагӣ кард?</w:t>
      </w:r>
    </w:p>
    <w:p>
      <w:r>
        <w:rPr>
          <w:rFonts w:ascii="Arial" w:hAnsi="Arial" w:eastAsia="Arial"/>
          <w:sz w:val="22"/>
        </w:rPr>
        <w:t>Ҷавоби дуруст: 10 сол</w:t>
      </w:r>
    </w:p>
    <w:p>
      <w:r>
        <w:rPr>
          <w:rFonts w:ascii="Arial" w:hAnsi="Arial" w:eastAsia="Arial"/>
          <w:sz w:val="22"/>
        </w:rPr>
        <w:t>66. Дар китоби дарсӣ гуфта мешавад: Мушфиқӣ соли 1577 ба куҷо сафар кард?</w:t>
      </w:r>
    </w:p>
    <w:p>
      <w:r>
        <w:rPr>
          <w:rFonts w:ascii="Arial" w:hAnsi="Arial" w:eastAsia="Arial"/>
          <w:sz w:val="22"/>
        </w:rPr>
        <w:t>Ҷавоби дуруст: Ҳиндустон</w:t>
      </w:r>
    </w:p>
    <w:p>
      <w:r>
        <w:rPr>
          <w:rFonts w:ascii="Arial" w:hAnsi="Arial" w:eastAsia="Arial"/>
          <w:sz w:val="22"/>
        </w:rPr>
        <w:t>67. Дар китоби дарсӣ гуфта мешавад: Мушфиқӣ соли 1578 аз куҷо баргашт?</w:t>
      </w:r>
    </w:p>
    <w:p>
      <w:r>
        <w:rPr>
          <w:rFonts w:ascii="Arial" w:hAnsi="Arial" w:eastAsia="Arial"/>
          <w:sz w:val="22"/>
        </w:rPr>
        <w:t>Ҷавоби дуруст: Ҳиндустон</w:t>
      </w:r>
    </w:p>
    <w:p>
      <w:r>
        <w:rPr>
          <w:rFonts w:ascii="Arial" w:hAnsi="Arial" w:eastAsia="Arial"/>
          <w:sz w:val="22"/>
        </w:rPr>
        <w:t>68. Дар китоби дарсӣ гуфта мешавад: Пас аз бозгашт Мушфиқӣ ба дарбори кӣ роҳ ёфт?</w:t>
      </w:r>
    </w:p>
    <w:p>
      <w:r>
        <w:rPr>
          <w:rFonts w:ascii="Arial" w:hAnsi="Arial" w:eastAsia="Arial"/>
          <w:sz w:val="22"/>
        </w:rPr>
        <w:t>Ҷавоби дуруст: Абдуллоҳхон</w:t>
      </w:r>
    </w:p>
    <w:p>
      <w:r>
        <w:rPr>
          <w:rFonts w:ascii="Arial" w:hAnsi="Arial" w:eastAsia="Arial"/>
          <w:sz w:val="22"/>
        </w:rPr>
        <w:t>69. Дар китоби дарсӣ гуфта мешавад: Мушфиқӣ дар дарбор чӣ унвон гирифт?</w:t>
      </w:r>
    </w:p>
    <w:p>
      <w:r>
        <w:rPr>
          <w:rFonts w:ascii="Arial" w:hAnsi="Arial" w:eastAsia="Arial"/>
          <w:sz w:val="22"/>
        </w:rPr>
        <w:t>Ҷавоби дуруст: Маликушшуаро</w:t>
      </w:r>
    </w:p>
    <w:p>
      <w:r>
        <w:rPr>
          <w:rFonts w:ascii="Arial" w:hAnsi="Arial" w:eastAsia="Arial"/>
          <w:sz w:val="22"/>
        </w:rPr>
        <w:t>70. Дар китоби дарсӣ гуфта мешавад: Мушфиқӣ соли 1588 дар куҷо вафот кард?</w:t>
      </w:r>
    </w:p>
    <w:p>
      <w:r>
        <w:rPr>
          <w:rFonts w:ascii="Arial" w:hAnsi="Arial" w:eastAsia="Arial"/>
          <w:sz w:val="22"/>
        </w:rPr>
        <w:t>Ҷавоби дуруст: Бухоро</w:t>
      </w:r>
    </w:p>
    <w:p>
      <w:r>
        <w:rPr>
          <w:rFonts w:ascii="Arial" w:hAnsi="Arial" w:eastAsia="Arial"/>
          <w:sz w:val="22"/>
        </w:rPr>
        <w:t>71. Дар китоби дарсӣ гуфта мешавад: Мушфиқӣ дар куҷо ба дунё омадааст?</w:t>
      </w:r>
    </w:p>
    <w:p>
      <w:r>
        <w:rPr>
          <w:rFonts w:ascii="Arial" w:hAnsi="Arial" w:eastAsia="Arial"/>
          <w:sz w:val="22"/>
        </w:rPr>
        <w:t>Ҷавоби дуруст: Бухоро</w:t>
      </w:r>
    </w:p>
    <w:p>
      <w:r>
        <w:rPr>
          <w:rFonts w:ascii="Arial" w:hAnsi="Arial" w:eastAsia="Arial"/>
          <w:sz w:val="22"/>
        </w:rPr>
        <w:t>72. Дар китоби дарсӣ гуфта мешавад: Мушфиқӣ тахминан кадом сол таваллуд шудааст?</w:t>
      </w:r>
    </w:p>
    <w:p>
      <w:r>
        <w:rPr>
          <w:rFonts w:ascii="Arial" w:hAnsi="Arial" w:eastAsia="Arial"/>
          <w:sz w:val="22"/>
        </w:rPr>
        <w:t>Ҷавоби дуруст: 1525</w:t>
      </w:r>
    </w:p>
    <w:p>
      <w:r>
        <w:rPr>
          <w:rFonts w:ascii="Arial" w:hAnsi="Arial" w:eastAsia="Arial"/>
          <w:sz w:val="22"/>
        </w:rPr>
        <w:t>73. Дар китоби дарсӣ гуфта мешавад: Мушфиқӣ соли 1564 ба кадом шаҳр омадааст?</w:t>
      </w:r>
    </w:p>
    <w:p>
      <w:r>
        <w:rPr>
          <w:rFonts w:ascii="Arial" w:hAnsi="Arial" w:eastAsia="Arial"/>
          <w:sz w:val="22"/>
        </w:rPr>
        <w:t>Ҷавоби дуруст: Самарқанд</w:t>
      </w:r>
    </w:p>
    <w:p>
      <w:r>
        <w:rPr>
          <w:rFonts w:ascii="Arial" w:hAnsi="Arial" w:eastAsia="Arial"/>
          <w:sz w:val="22"/>
        </w:rPr>
        <w:t>74. Дар китоби дарсӣ гуфта мешавад: Мушфиқӣ дар Самарқанд ба кадом вазифа расид?</w:t>
      </w:r>
    </w:p>
    <w:p>
      <w:r>
        <w:rPr>
          <w:rFonts w:ascii="Arial" w:hAnsi="Arial" w:eastAsia="Arial"/>
          <w:sz w:val="22"/>
        </w:rPr>
        <w:t>Ҷавоби дуруст: Китобдори Султон Саид</w:t>
      </w:r>
    </w:p>
    <w:p>
      <w:r>
        <w:rPr>
          <w:rFonts w:ascii="Arial" w:hAnsi="Arial" w:eastAsia="Arial"/>
          <w:sz w:val="22"/>
        </w:rPr>
        <w:t>75. Дар китоби дарсӣ гуфта мешавад: Мушфиқӣ дар Самарқанд чанд сол зиндагӣ кард?</w:t>
      </w:r>
    </w:p>
    <w:p>
      <w:r>
        <w:rPr>
          <w:rFonts w:ascii="Arial" w:hAnsi="Arial" w:eastAsia="Arial"/>
          <w:sz w:val="22"/>
        </w:rPr>
        <w:t>Ҷавоби дуруст: 10 сол</w:t>
      </w:r>
    </w:p>
    <w:p>
      <w:r>
        <w:rPr>
          <w:rFonts w:ascii="Arial" w:hAnsi="Arial" w:eastAsia="Arial"/>
          <w:sz w:val="22"/>
        </w:rPr>
        <w:t>76. Дар китоби дарсӣ гуфта мешавад: Мушфиқӣ соли 1577 ба куҷо сафар кард?</w:t>
      </w:r>
    </w:p>
    <w:p>
      <w:r>
        <w:rPr>
          <w:rFonts w:ascii="Arial" w:hAnsi="Arial" w:eastAsia="Arial"/>
          <w:sz w:val="22"/>
        </w:rPr>
        <w:t>Ҷавоби дуруст: Ҳиндустон</w:t>
      </w:r>
    </w:p>
    <w:p>
      <w:r>
        <w:rPr>
          <w:rFonts w:ascii="Arial" w:hAnsi="Arial" w:eastAsia="Arial"/>
          <w:sz w:val="22"/>
        </w:rPr>
        <w:t>77. Дар китоби дарсӣ гуфта мешавад: Мушфиқӣ соли 1578 аз куҷо баргашт?</w:t>
      </w:r>
    </w:p>
    <w:p>
      <w:r>
        <w:rPr>
          <w:rFonts w:ascii="Arial" w:hAnsi="Arial" w:eastAsia="Arial"/>
          <w:sz w:val="22"/>
        </w:rPr>
        <w:t>Ҷавоби дуруст: Ҳиндустон</w:t>
      </w:r>
    </w:p>
    <w:p>
      <w:r>
        <w:rPr>
          <w:rFonts w:ascii="Arial" w:hAnsi="Arial" w:eastAsia="Arial"/>
          <w:sz w:val="22"/>
        </w:rPr>
        <w:t>78. Дар китоби дарсӣ гуфта мешавад: Пас аз бозгашт Мушфиқӣ ба дарбори кӣ роҳ ёфт?</w:t>
      </w:r>
    </w:p>
    <w:p>
      <w:r>
        <w:rPr>
          <w:rFonts w:ascii="Arial" w:hAnsi="Arial" w:eastAsia="Arial"/>
          <w:sz w:val="22"/>
        </w:rPr>
        <w:t>Ҷавоби дуруст: Абдуллоҳхон</w:t>
      </w:r>
    </w:p>
    <w:p>
      <w:r>
        <w:rPr>
          <w:rFonts w:ascii="Arial" w:hAnsi="Arial" w:eastAsia="Arial"/>
          <w:sz w:val="22"/>
        </w:rPr>
        <w:t>79. Дар китоби дарсӣ гуфта мешавад: Мушфиқӣ дар дарбор чӣ унвон гирифт?</w:t>
      </w:r>
    </w:p>
    <w:p>
      <w:r>
        <w:rPr>
          <w:rFonts w:ascii="Arial" w:hAnsi="Arial" w:eastAsia="Arial"/>
          <w:sz w:val="22"/>
        </w:rPr>
        <w:t>Ҷавоби дуруст: Маликушшуаро</w:t>
      </w:r>
    </w:p>
    <w:p>
      <w:r>
        <w:rPr>
          <w:rFonts w:ascii="Arial" w:hAnsi="Arial" w:eastAsia="Arial"/>
          <w:sz w:val="22"/>
        </w:rPr>
        <w:t>80. Дар китоби дарсӣ гуфта мешавад: Мушфиқӣ соли 1588 дар куҷо вафот кард?</w:t>
      </w:r>
    </w:p>
    <w:p>
      <w:r>
        <w:rPr>
          <w:rFonts w:ascii="Arial" w:hAnsi="Arial" w:eastAsia="Arial"/>
          <w:sz w:val="22"/>
        </w:rPr>
        <w:t>Ҷавоби дуруст: Бухоро</w:t>
      </w:r>
    </w:p>
    <w:p>
      <w:r>
        <w:rPr>
          <w:rFonts w:ascii="Arial" w:hAnsi="Arial" w:eastAsia="Arial"/>
          <w:sz w:val="22"/>
        </w:rPr>
        <w:t>81. Дар китоби дарсӣ гуфта мешавад: Мушфиқӣ дар куҷо ба дунё омадааст?</w:t>
      </w:r>
    </w:p>
    <w:p>
      <w:r>
        <w:rPr>
          <w:rFonts w:ascii="Arial" w:hAnsi="Arial" w:eastAsia="Arial"/>
          <w:sz w:val="22"/>
        </w:rPr>
        <w:t>Ҷавоби дуруст: Бухоро</w:t>
      </w:r>
    </w:p>
    <w:p>
      <w:r>
        <w:rPr>
          <w:rFonts w:ascii="Arial" w:hAnsi="Arial" w:eastAsia="Arial"/>
          <w:sz w:val="22"/>
        </w:rPr>
        <w:t>82. Дар китоби дарсӣ гуфта мешавад: Мушфиқӣ тахминан кадом сол таваллуд шудааст?</w:t>
      </w:r>
    </w:p>
    <w:p>
      <w:r>
        <w:rPr>
          <w:rFonts w:ascii="Arial" w:hAnsi="Arial" w:eastAsia="Arial"/>
          <w:sz w:val="22"/>
        </w:rPr>
        <w:t>Ҷавоби дуруст: 1525</w:t>
      </w:r>
    </w:p>
    <w:p>
      <w:r>
        <w:rPr>
          <w:rFonts w:ascii="Arial" w:hAnsi="Arial" w:eastAsia="Arial"/>
          <w:sz w:val="22"/>
        </w:rPr>
        <w:t>83. Дар китоби дарсӣ гуфта мешавад: Мушфиқӣ соли 1564 ба кадом шаҳр омадааст?</w:t>
      </w:r>
    </w:p>
    <w:p>
      <w:r>
        <w:rPr>
          <w:rFonts w:ascii="Arial" w:hAnsi="Arial" w:eastAsia="Arial"/>
          <w:sz w:val="22"/>
        </w:rPr>
        <w:t>Ҷавоби дуруст: Самарқанд</w:t>
      </w:r>
    </w:p>
    <w:p>
      <w:r>
        <w:rPr>
          <w:rFonts w:ascii="Arial" w:hAnsi="Arial" w:eastAsia="Arial"/>
          <w:sz w:val="22"/>
        </w:rPr>
        <w:t>84. Дар китоби дарсӣ гуфта мешавад: Мушфиқӣ дар Самарқанд ба кадом вазифа расид?</w:t>
      </w:r>
    </w:p>
    <w:p>
      <w:r>
        <w:rPr>
          <w:rFonts w:ascii="Arial" w:hAnsi="Arial" w:eastAsia="Arial"/>
          <w:sz w:val="22"/>
        </w:rPr>
        <w:t>Ҷавоби дуруст: Китобдори Султон Саид</w:t>
      </w:r>
    </w:p>
    <w:p>
      <w:r>
        <w:rPr>
          <w:rFonts w:ascii="Arial" w:hAnsi="Arial" w:eastAsia="Arial"/>
          <w:sz w:val="22"/>
        </w:rPr>
        <w:t>85. Дар китоби дарсӣ гуфта мешавад: Мушфиқӣ дар Самарқанд чанд сол зиндагӣ кард?</w:t>
      </w:r>
    </w:p>
    <w:p>
      <w:r>
        <w:rPr>
          <w:rFonts w:ascii="Arial" w:hAnsi="Arial" w:eastAsia="Arial"/>
          <w:sz w:val="22"/>
        </w:rPr>
        <w:t>Ҷавоби дуруст: 10 сол</w:t>
      </w:r>
    </w:p>
    <w:p>
      <w:r>
        <w:rPr>
          <w:rFonts w:ascii="Arial" w:hAnsi="Arial" w:eastAsia="Arial"/>
          <w:sz w:val="22"/>
        </w:rPr>
        <w:t>86. Дар китоби дарсӣ гуфта мешавад: Мушфиқӣ соли 1577 ба куҷо сафар кард?</w:t>
      </w:r>
    </w:p>
    <w:p>
      <w:r>
        <w:rPr>
          <w:rFonts w:ascii="Arial" w:hAnsi="Arial" w:eastAsia="Arial"/>
          <w:sz w:val="22"/>
        </w:rPr>
        <w:t>Ҷавоби дуруст: Ҳиндустон</w:t>
      </w:r>
    </w:p>
    <w:p>
      <w:r>
        <w:rPr>
          <w:rFonts w:ascii="Arial" w:hAnsi="Arial" w:eastAsia="Arial"/>
          <w:sz w:val="22"/>
        </w:rPr>
        <w:t>87. Дар китоби дарсӣ гуфта мешавад: Мушфиқӣ соли 1578 аз куҷо баргашт?</w:t>
      </w:r>
    </w:p>
    <w:p>
      <w:r>
        <w:rPr>
          <w:rFonts w:ascii="Arial" w:hAnsi="Arial" w:eastAsia="Arial"/>
          <w:sz w:val="22"/>
        </w:rPr>
        <w:t>Ҷавоби дуруст: Ҳиндустон</w:t>
      </w:r>
    </w:p>
    <w:p>
      <w:r>
        <w:rPr>
          <w:rFonts w:ascii="Arial" w:hAnsi="Arial" w:eastAsia="Arial"/>
          <w:sz w:val="22"/>
        </w:rPr>
        <w:t>88. Дар китоби дарсӣ гуфта мешавад: Пас аз бозгашт Мушфиқӣ ба дарбори кӣ роҳ ёфт?</w:t>
      </w:r>
    </w:p>
    <w:p>
      <w:r>
        <w:rPr>
          <w:rFonts w:ascii="Arial" w:hAnsi="Arial" w:eastAsia="Arial"/>
          <w:sz w:val="22"/>
        </w:rPr>
        <w:t>Ҷавоби дуруст: Абдуллоҳхон</w:t>
      </w:r>
    </w:p>
    <w:p>
      <w:r>
        <w:rPr>
          <w:rFonts w:ascii="Arial" w:hAnsi="Arial" w:eastAsia="Arial"/>
          <w:sz w:val="22"/>
        </w:rPr>
        <w:t>89. Дар китоби дарсӣ гуфта мешавад: Мушфиқӣ дар дарбор чӣ унвон гирифт?</w:t>
      </w:r>
    </w:p>
    <w:p>
      <w:r>
        <w:rPr>
          <w:rFonts w:ascii="Arial" w:hAnsi="Arial" w:eastAsia="Arial"/>
          <w:sz w:val="22"/>
        </w:rPr>
        <w:t>Ҷавоби дуруст: Маликушшуаро</w:t>
      </w:r>
    </w:p>
    <w:p>
      <w:r>
        <w:rPr>
          <w:rFonts w:ascii="Arial" w:hAnsi="Arial" w:eastAsia="Arial"/>
          <w:sz w:val="22"/>
        </w:rPr>
        <w:t>90. Дар китоби дарсӣ гуфта мешавад: Мушфиқӣ соли 1588 дар куҷо вафот кард?</w:t>
      </w:r>
    </w:p>
    <w:p>
      <w:r>
        <w:rPr>
          <w:rFonts w:ascii="Arial" w:hAnsi="Arial" w:eastAsia="Arial"/>
          <w:sz w:val="22"/>
        </w:rPr>
        <w:t>Ҷавоби дуруст: Бухоро</w:t>
      </w:r>
    </w:p>
    <w:p>
      <w:r>
        <w:rPr>
          <w:rFonts w:ascii="Arial" w:hAnsi="Arial" w:eastAsia="Arial"/>
          <w:sz w:val="22"/>
        </w:rPr>
        <w:t>91. Дар китоби дарсӣ гуфта мешавад: Мушфиқӣ дар куҷо ба дунё омадааст?</w:t>
      </w:r>
    </w:p>
    <w:p>
      <w:r>
        <w:rPr>
          <w:rFonts w:ascii="Arial" w:hAnsi="Arial" w:eastAsia="Arial"/>
          <w:sz w:val="22"/>
        </w:rPr>
        <w:t>Ҷавоби дуруст: Бухоро</w:t>
      </w:r>
    </w:p>
    <w:p>
      <w:r>
        <w:rPr>
          <w:rFonts w:ascii="Arial" w:hAnsi="Arial" w:eastAsia="Arial"/>
          <w:sz w:val="22"/>
        </w:rPr>
        <w:t>92. Дар китоби дарсӣ гуфта мешавад: Мушфиқӣ тахминан кадом сол таваллуд шудааст?</w:t>
      </w:r>
    </w:p>
    <w:p>
      <w:r>
        <w:rPr>
          <w:rFonts w:ascii="Arial" w:hAnsi="Arial" w:eastAsia="Arial"/>
          <w:sz w:val="22"/>
        </w:rPr>
        <w:t>Ҷавоби дуруст: 1525</w:t>
      </w:r>
    </w:p>
    <w:p>
      <w:r>
        <w:rPr>
          <w:rFonts w:ascii="Arial" w:hAnsi="Arial" w:eastAsia="Arial"/>
          <w:sz w:val="22"/>
        </w:rPr>
        <w:t>93. Дар китоби дарсӣ гуфта мешавад: Мушфиқӣ соли 1564 ба кадом шаҳр омадааст?</w:t>
      </w:r>
    </w:p>
    <w:p>
      <w:r>
        <w:rPr>
          <w:rFonts w:ascii="Arial" w:hAnsi="Arial" w:eastAsia="Arial"/>
          <w:sz w:val="22"/>
        </w:rPr>
        <w:t>Ҷавоби дуруст: Самарқанд</w:t>
      </w:r>
    </w:p>
    <w:p>
      <w:r>
        <w:rPr>
          <w:rFonts w:ascii="Arial" w:hAnsi="Arial" w:eastAsia="Arial"/>
          <w:sz w:val="22"/>
        </w:rPr>
        <w:t>94. Дар китоби дарсӣ гуфта мешавад: Мушфиқӣ дар Самарқанд ба кадом вазифа расид?</w:t>
      </w:r>
    </w:p>
    <w:p>
      <w:r>
        <w:rPr>
          <w:rFonts w:ascii="Arial" w:hAnsi="Arial" w:eastAsia="Arial"/>
          <w:sz w:val="22"/>
        </w:rPr>
        <w:t>Ҷавоби дуруст: Китобдори Султон Саид</w:t>
      </w:r>
    </w:p>
    <w:p>
      <w:r>
        <w:rPr>
          <w:rFonts w:ascii="Arial" w:hAnsi="Arial" w:eastAsia="Arial"/>
          <w:sz w:val="22"/>
        </w:rPr>
        <w:t>95. Дар китоби дарсӣ гуфта мешавад: Мушфиқӣ дар Самарқанд чанд сол зиндагӣ кард?</w:t>
      </w:r>
    </w:p>
    <w:p>
      <w:r>
        <w:rPr>
          <w:rFonts w:ascii="Arial" w:hAnsi="Arial" w:eastAsia="Arial"/>
          <w:sz w:val="22"/>
        </w:rPr>
        <w:t>Ҷавоби дуруст: 10 сол</w:t>
      </w:r>
    </w:p>
    <w:p>
      <w:r>
        <w:rPr>
          <w:rFonts w:ascii="Arial" w:hAnsi="Arial" w:eastAsia="Arial"/>
          <w:sz w:val="22"/>
        </w:rPr>
        <w:t>96. Дар китоби дарсӣ гуфта мешавад: Мушфиқӣ соли 1577 ба куҷо сафар кард?</w:t>
      </w:r>
    </w:p>
    <w:p>
      <w:r>
        <w:rPr>
          <w:rFonts w:ascii="Arial" w:hAnsi="Arial" w:eastAsia="Arial"/>
          <w:sz w:val="22"/>
        </w:rPr>
        <w:t>Ҷавоби дуруст: Ҳиндустон</w:t>
      </w:r>
    </w:p>
    <w:p>
      <w:r>
        <w:rPr>
          <w:rFonts w:ascii="Arial" w:hAnsi="Arial" w:eastAsia="Arial"/>
          <w:sz w:val="22"/>
        </w:rPr>
        <w:t>97. Дар китоби дарсӣ гуфта мешавад: Мушфиқӣ соли 1578 аз куҷо баргашт?</w:t>
      </w:r>
    </w:p>
    <w:p>
      <w:r>
        <w:rPr>
          <w:rFonts w:ascii="Arial" w:hAnsi="Arial" w:eastAsia="Arial"/>
          <w:sz w:val="22"/>
        </w:rPr>
        <w:t>Ҷавоби дуруст: Ҳиндустон</w:t>
      </w:r>
    </w:p>
    <w:p>
      <w:r>
        <w:rPr>
          <w:rFonts w:ascii="Arial" w:hAnsi="Arial" w:eastAsia="Arial"/>
          <w:sz w:val="22"/>
        </w:rPr>
        <w:t>98. Дар китоби дарсӣ гуфта мешавад: Пас аз бозгашт Мушфиқӣ ба дарбори кӣ роҳ ёфт?</w:t>
      </w:r>
    </w:p>
    <w:p>
      <w:r>
        <w:rPr>
          <w:rFonts w:ascii="Arial" w:hAnsi="Arial" w:eastAsia="Arial"/>
          <w:sz w:val="22"/>
        </w:rPr>
        <w:t>Ҷавоби дуруст: Абдуллоҳхон</w:t>
      </w:r>
    </w:p>
    <w:p>
      <w:r>
        <w:rPr>
          <w:rFonts w:ascii="Arial" w:hAnsi="Arial" w:eastAsia="Arial"/>
          <w:sz w:val="22"/>
        </w:rPr>
        <w:t>99. Дар китоби дарсӣ гуфта мешавад: Мушфиқӣ дар дарбор чӣ унвон гирифт?</w:t>
      </w:r>
    </w:p>
    <w:p>
      <w:r>
        <w:rPr>
          <w:rFonts w:ascii="Arial" w:hAnsi="Arial" w:eastAsia="Arial"/>
          <w:sz w:val="22"/>
        </w:rPr>
        <w:t>Ҷавоби дуруст: Маликушшуаро</w:t>
      </w:r>
    </w:p>
    <w:p>
      <w:r>
        <w:rPr>
          <w:rFonts w:ascii="Arial" w:hAnsi="Arial" w:eastAsia="Arial"/>
          <w:sz w:val="22"/>
        </w:rPr>
        <w:t>100. Дар китоби дарсӣ гуфта мешавад: Мушфиқӣ соли 1588 дар куҷо вафот кард?</w:t>
      </w:r>
    </w:p>
    <w:p>
      <w:r>
        <w:rPr>
          <w:rFonts w:ascii="Arial" w:hAnsi="Arial" w:eastAsia="Arial"/>
          <w:sz w:val="22"/>
        </w:rPr>
        <w:t>Ҷавоби дуруст: Бухоро</w:t>
      </w:r>
    </w:p>
    <w:p>
      <w:r>
        <w:rPr>
          <w:rFonts w:ascii="Arial" w:hAnsi="Arial" w:eastAsia="Arial"/>
          <w:sz w:val="22"/>
        </w:rPr>
        <w:br w:type="page"/>
      </w:r>
    </w:p>
    <w:p>
      <w:pPr>
        <w:pStyle w:val="Heading1"/>
      </w:pPr>
      <w:r>
        <w:rPr>
          <w:rFonts w:ascii="Arial" w:hAnsi="Arial" w:eastAsia="Arial"/>
          <w:sz w:val="22"/>
        </w:rPr>
        <w:t>2. Боби III — Девони ғазалиёти Мушфиқӣ</w:t>
      </w:r>
    </w:p>
    <w:p>
      <w:r>
        <w:rPr>
          <w:rFonts w:ascii="Arial" w:hAnsi="Arial" w:eastAsia="Arial"/>
          <w:sz w:val="22"/>
        </w:rPr>
        <w:t>1. Аз Мушфиқӣ чанд девони ғазалиёт боқӣ мондааст?</w:t>
      </w:r>
    </w:p>
    <w:p>
      <w:r>
        <w:rPr>
          <w:rFonts w:ascii="Arial" w:hAnsi="Arial" w:eastAsia="Arial"/>
          <w:sz w:val="22"/>
        </w:rPr>
        <w:t>Ҷавоби дуруст: Ду девон</w:t>
      </w:r>
    </w:p>
    <w:p>
      <w:r>
        <w:rPr>
          <w:rFonts w:ascii="Arial" w:hAnsi="Arial" w:eastAsia="Arial"/>
          <w:sz w:val="22"/>
        </w:rPr>
        <w:t>2. Ҷавоби дуруст ба саволи «Аз Мушфиқӣ чанд девони ғазалиёт боқӣ мондааст?» кадом аст?</w:t>
      </w:r>
    </w:p>
    <w:p>
      <w:r>
        <w:rPr>
          <w:rFonts w:ascii="Arial" w:hAnsi="Arial" w:eastAsia="Arial"/>
          <w:sz w:val="22"/>
        </w:rPr>
        <w:t>Ҷавоби дуруст: Ду девон</w:t>
      </w:r>
    </w:p>
    <w:p>
      <w:r>
        <w:rPr>
          <w:rFonts w:ascii="Arial" w:hAnsi="Arial" w:eastAsia="Arial"/>
          <w:sz w:val="22"/>
        </w:rPr>
        <w:t>3. Кадом ҷавоб аз мушфиқӣ чанд девони ғазалиёт боқӣ мондааст?</w:t>
      </w:r>
    </w:p>
    <w:p>
      <w:r>
        <w:rPr>
          <w:rFonts w:ascii="Arial" w:hAnsi="Arial" w:eastAsia="Arial"/>
          <w:sz w:val="22"/>
        </w:rPr>
        <w:t>Ҷавоби дуруст: Ду девон</w:t>
      </w:r>
    </w:p>
    <w:p>
      <w:r>
        <w:rPr>
          <w:rFonts w:ascii="Arial" w:hAnsi="Arial" w:eastAsia="Arial"/>
          <w:sz w:val="22"/>
        </w:rPr>
        <w:t>4. Аз рӯйи китоб муайян кунед: Аз Мушфиқӣ чанд девони ғазалиёт боқӣ мондааст?</w:t>
      </w:r>
    </w:p>
    <w:p>
      <w:r>
        <w:rPr>
          <w:rFonts w:ascii="Arial" w:hAnsi="Arial" w:eastAsia="Arial"/>
          <w:sz w:val="22"/>
        </w:rPr>
        <w:t>Ҷавоби дуруст: Ду девон</w:t>
      </w:r>
    </w:p>
    <w:p>
      <w:r>
        <w:rPr>
          <w:rFonts w:ascii="Arial" w:hAnsi="Arial" w:eastAsia="Arial"/>
          <w:sz w:val="22"/>
        </w:rPr>
        <w:t>5. Жанри марказии девонҳои Мушфиқӣ кадом аст?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6. Ҷавоби дуруст ба саволи «Жанри марказии девонҳои Мушфиқӣ кадом аст?» кадом аст?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7. Кадом ҷавоб жанри марказии девонҳои мушфиқӣ кадом аст?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8. Аз рӯйи китоб муайян кунед: Жанри марказии девонҳои Мушфиқӣ кадом аст?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9. Ду девони Мушфиқӣ тақрибан чанд байт доранд?</w:t>
      </w:r>
    </w:p>
    <w:p>
      <w:r>
        <w:rPr>
          <w:rFonts w:ascii="Arial" w:hAnsi="Arial" w:eastAsia="Arial"/>
          <w:sz w:val="22"/>
        </w:rPr>
        <w:t>Ҷавоби дуруст: Тақрибан 4000 байт</w:t>
      </w:r>
    </w:p>
    <w:p>
      <w:r>
        <w:rPr>
          <w:rFonts w:ascii="Arial" w:hAnsi="Arial" w:eastAsia="Arial"/>
          <w:sz w:val="22"/>
        </w:rPr>
        <w:t>10. Ҷавоби дуруст ба саволи «Ду девони Мушфиқӣ тақрибан чанд байт доранд?» кадом аст?</w:t>
      </w:r>
    </w:p>
    <w:p>
      <w:r>
        <w:rPr>
          <w:rFonts w:ascii="Arial" w:hAnsi="Arial" w:eastAsia="Arial"/>
          <w:sz w:val="22"/>
        </w:rPr>
        <w:t>Ҷавоби дуруст: Тақрибан 4000 байт</w:t>
      </w:r>
    </w:p>
    <w:p>
      <w:r>
        <w:rPr>
          <w:rFonts w:ascii="Arial" w:hAnsi="Arial" w:eastAsia="Arial"/>
          <w:sz w:val="22"/>
        </w:rPr>
        <w:t>11. Кадом ҷавоб ду девони мушфиқӣ тақрибан чанд байт доранд?</w:t>
      </w:r>
    </w:p>
    <w:p>
      <w:r>
        <w:rPr>
          <w:rFonts w:ascii="Arial" w:hAnsi="Arial" w:eastAsia="Arial"/>
          <w:sz w:val="22"/>
        </w:rPr>
        <w:t>Ҷавоби дуруст: Тақрибан 4000 байт</w:t>
      </w:r>
    </w:p>
    <w:p>
      <w:r>
        <w:rPr>
          <w:rFonts w:ascii="Arial" w:hAnsi="Arial" w:eastAsia="Arial"/>
          <w:sz w:val="22"/>
        </w:rPr>
        <w:t>12. Аз рӯйи китоб муайян кунед: Ду девони Мушфиқӣ тақрибан чанд байт доранд?</w:t>
      </w:r>
    </w:p>
    <w:p>
      <w:r>
        <w:rPr>
          <w:rFonts w:ascii="Arial" w:hAnsi="Arial" w:eastAsia="Arial"/>
          <w:sz w:val="22"/>
        </w:rPr>
        <w:t>Ҷавоби дуруст: Тақрибан 4000 байт</w:t>
      </w:r>
    </w:p>
    <w:p>
      <w:r>
        <w:rPr>
          <w:rFonts w:ascii="Arial" w:hAnsi="Arial" w:eastAsia="Arial"/>
          <w:sz w:val="22"/>
        </w:rPr>
        <w:t>13. Мушфиқӣ аз суннати кадом шоирон пайравӣ кардааст?</w:t>
      </w:r>
    </w:p>
    <w:p>
      <w:r>
        <w:rPr>
          <w:rFonts w:ascii="Arial" w:hAnsi="Arial" w:eastAsia="Arial"/>
          <w:sz w:val="22"/>
        </w:rPr>
        <w:t>Ҷавоби дуруст: Ҳасани Деҳлавӣ ва Камоли Хуҷандӣ</w:t>
      </w:r>
    </w:p>
    <w:p>
      <w:r>
        <w:rPr>
          <w:rFonts w:ascii="Arial" w:hAnsi="Arial" w:eastAsia="Arial"/>
          <w:sz w:val="22"/>
        </w:rPr>
        <w:t>14. Ҷавоби дуруст ба саволи «Мушфиқӣ аз суннати кадом шоирон пайравӣ кардааст?» кадом аст?</w:t>
      </w:r>
    </w:p>
    <w:p>
      <w:r>
        <w:rPr>
          <w:rFonts w:ascii="Arial" w:hAnsi="Arial" w:eastAsia="Arial"/>
          <w:sz w:val="22"/>
        </w:rPr>
        <w:t>Ҷавоби дуруст: Ҳасани Деҳлавӣ ва Камоли Хуҷандӣ</w:t>
      </w:r>
    </w:p>
    <w:p>
      <w:r>
        <w:rPr>
          <w:rFonts w:ascii="Arial" w:hAnsi="Arial" w:eastAsia="Arial"/>
          <w:sz w:val="22"/>
        </w:rPr>
        <w:t>15. Кадом ҷавоб мушфиқӣ аз суннати кадом шоирон пайравӣ кардааст?</w:t>
      </w:r>
    </w:p>
    <w:p>
      <w:r>
        <w:rPr>
          <w:rFonts w:ascii="Arial" w:hAnsi="Arial" w:eastAsia="Arial"/>
          <w:sz w:val="22"/>
        </w:rPr>
        <w:t>Ҷавоби дуруст: Ҳасани Деҳлавӣ ва Камоли Хуҷандӣ</w:t>
      </w:r>
    </w:p>
    <w:p>
      <w:r>
        <w:rPr>
          <w:rFonts w:ascii="Arial" w:hAnsi="Arial" w:eastAsia="Arial"/>
          <w:sz w:val="22"/>
        </w:rPr>
        <w:t>16. Аз рӯйи китоб муайян кунед: Мушфиқӣ аз суннати кадом шоирон пайравӣ кардааст?</w:t>
      </w:r>
    </w:p>
    <w:p>
      <w:r>
        <w:rPr>
          <w:rFonts w:ascii="Arial" w:hAnsi="Arial" w:eastAsia="Arial"/>
          <w:sz w:val="22"/>
        </w:rPr>
        <w:t>Ҷавоби дуруст: Ҳасани Деҳлавӣ ва Камоли Хуҷандӣ</w:t>
      </w:r>
    </w:p>
    <w:p>
      <w:r>
        <w:rPr>
          <w:rFonts w:ascii="Arial" w:hAnsi="Arial" w:eastAsia="Arial"/>
          <w:sz w:val="22"/>
        </w:rPr>
        <w:t>17. Ғазалҳои Мушфиқӣ бештар чанд байт доранд?</w:t>
      </w:r>
    </w:p>
    <w:p>
      <w:r>
        <w:rPr>
          <w:rFonts w:ascii="Arial" w:hAnsi="Arial" w:eastAsia="Arial"/>
          <w:sz w:val="22"/>
        </w:rPr>
        <w:t>Ҷавоби дуруст: 6–7 байт</w:t>
      </w:r>
    </w:p>
    <w:p>
      <w:r>
        <w:rPr>
          <w:rFonts w:ascii="Arial" w:hAnsi="Arial" w:eastAsia="Arial"/>
          <w:sz w:val="22"/>
        </w:rPr>
        <w:t>18. Ҷавоби дуруст ба саволи «Ғазалҳои Мушфиқӣ бештар чанд байт доранд?» кадом аст?</w:t>
      </w:r>
    </w:p>
    <w:p>
      <w:r>
        <w:rPr>
          <w:rFonts w:ascii="Arial" w:hAnsi="Arial" w:eastAsia="Arial"/>
          <w:sz w:val="22"/>
        </w:rPr>
        <w:t>Ҷавоби дуруст: 6–7 байт</w:t>
      </w:r>
    </w:p>
    <w:p>
      <w:r>
        <w:rPr>
          <w:rFonts w:ascii="Arial" w:hAnsi="Arial" w:eastAsia="Arial"/>
          <w:sz w:val="22"/>
        </w:rPr>
        <w:t>19. Кадом ҷавоб ғазалҳои мушфиқӣ бештар чанд байт доранд?</w:t>
      </w:r>
    </w:p>
    <w:p>
      <w:r>
        <w:rPr>
          <w:rFonts w:ascii="Arial" w:hAnsi="Arial" w:eastAsia="Arial"/>
          <w:sz w:val="22"/>
        </w:rPr>
        <w:t>Ҷавоби дуруст: 6–7 байт</w:t>
      </w:r>
    </w:p>
    <w:p>
      <w:r>
        <w:rPr>
          <w:rFonts w:ascii="Arial" w:hAnsi="Arial" w:eastAsia="Arial"/>
          <w:sz w:val="22"/>
        </w:rPr>
        <w:t>20. Аз рӯйи китоб муайян кунед: Ғазалҳои Мушфиқӣ бештар чанд байт доранд?</w:t>
      </w:r>
    </w:p>
    <w:p>
      <w:r>
        <w:rPr>
          <w:rFonts w:ascii="Arial" w:hAnsi="Arial" w:eastAsia="Arial"/>
          <w:sz w:val="22"/>
        </w:rPr>
        <w:t>Ҷавоби дуруст: 6–7 байт</w:t>
      </w:r>
    </w:p>
    <w:p>
      <w:r>
        <w:rPr>
          <w:rFonts w:ascii="Arial" w:hAnsi="Arial" w:eastAsia="Arial"/>
          <w:sz w:val="22"/>
        </w:rPr>
        <w:t>21. «Дар ғамат дилро фигору хаста мегӯем мо» ба кадом жанр мансуб аст?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22. Ҷавоби дуруст ба саволи ««Дар ғамат дилро фигору хаста мегӯем мо» ба кадом жанр мансуб аст?» кадом аст?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23. Кадом ҷавоб «дар ғамат дилро фигору хаста мегӯем мо» ба кадом жанр мансуб аст?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24. Аз рӯйи китоб муайян кунед: «Дар ғамат дилро фигору хаста мегӯем мо» ба кадом жанр мансуб аст?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25. Дар китоби дарсӣ гуфта мешавад: Аз Мушфиқӣ чанд девони ғазалиёт боқӣ мондааст?</w:t>
      </w:r>
    </w:p>
    <w:p>
      <w:r>
        <w:rPr>
          <w:rFonts w:ascii="Arial" w:hAnsi="Arial" w:eastAsia="Arial"/>
          <w:sz w:val="22"/>
        </w:rPr>
        <w:t>Ҷавоби дуруст: Ду девон</w:t>
      </w:r>
    </w:p>
    <w:p>
      <w:r>
        <w:rPr>
          <w:rFonts w:ascii="Arial" w:hAnsi="Arial" w:eastAsia="Arial"/>
          <w:sz w:val="22"/>
        </w:rPr>
        <w:t>26. Дар китоби дарсӣ гуфта мешавад: Жанри марказии девонҳои Мушфиқӣ кадом аст?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27. Дар китоби дарсӣ гуфта мешавад: Ду девони Мушфиқӣ тақрибан чанд байт доранд?</w:t>
      </w:r>
    </w:p>
    <w:p>
      <w:r>
        <w:rPr>
          <w:rFonts w:ascii="Arial" w:hAnsi="Arial" w:eastAsia="Arial"/>
          <w:sz w:val="22"/>
        </w:rPr>
        <w:t>Ҷавоби дуруст: Тақрибан 4000 байт</w:t>
      </w:r>
    </w:p>
    <w:p>
      <w:r>
        <w:rPr>
          <w:rFonts w:ascii="Arial" w:hAnsi="Arial" w:eastAsia="Arial"/>
          <w:sz w:val="22"/>
        </w:rPr>
        <w:t>28. Дар китоби дарсӣ гуфта мешавад: Мушфиқӣ аз суннати кадом шоирон пайравӣ кардааст?</w:t>
      </w:r>
    </w:p>
    <w:p>
      <w:r>
        <w:rPr>
          <w:rFonts w:ascii="Arial" w:hAnsi="Arial" w:eastAsia="Arial"/>
          <w:sz w:val="22"/>
        </w:rPr>
        <w:t>Ҷавоби дуруст: Ҳасани Деҳлавӣ ва Камоли Хуҷандӣ</w:t>
      </w:r>
    </w:p>
    <w:p>
      <w:r>
        <w:rPr>
          <w:rFonts w:ascii="Arial" w:hAnsi="Arial" w:eastAsia="Arial"/>
          <w:sz w:val="22"/>
        </w:rPr>
        <w:t>29. Дар китоби дарсӣ гуфта мешавад: Ғазалҳои Мушфиқӣ бештар чанд байт доранд?</w:t>
      </w:r>
    </w:p>
    <w:p>
      <w:r>
        <w:rPr>
          <w:rFonts w:ascii="Arial" w:hAnsi="Arial" w:eastAsia="Arial"/>
          <w:sz w:val="22"/>
        </w:rPr>
        <w:t>Ҷавоби дуруст: 6–7 байт</w:t>
      </w:r>
    </w:p>
    <w:p>
      <w:r>
        <w:rPr>
          <w:rFonts w:ascii="Arial" w:hAnsi="Arial" w:eastAsia="Arial"/>
          <w:sz w:val="22"/>
        </w:rPr>
        <w:t>30. Дар китоби дарсӣ гуфта мешавад: «Дар ғамат дилро фигору хаста мегӯем мо» ба кадом жанр мансуб аст?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31. Дар китоби дарсӣ гуфта мешавад: Аз Мушфиқӣ чанд девони ғазалиёт боқӣ мондааст?</w:t>
      </w:r>
    </w:p>
    <w:p>
      <w:r>
        <w:rPr>
          <w:rFonts w:ascii="Arial" w:hAnsi="Arial" w:eastAsia="Arial"/>
          <w:sz w:val="22"/>
        </w:rPr>
        <w:t>Ҷавоби дуруст: Ду девон</w:t>
      </w:r>
    </w:p>
    <w:p>
      <w:r>
        <w:rPr>
          <w:rFonts w:ascii="Arial" w:hAnsi="Arial" w:eastAsia="Arial"/>
          <w:sz w:val="22"/>
        </w:rPr>
        <w:t>32. Дар китоби дарсӣ гуфта мешавад: Жанри марказии девонҳои Мушфиқӣ кадом аст?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33. Дар китоби дарсӣ гуфта мешавад: Ду девони Мушфиқӣ тақрибан чанд байт доранд?</w:t>
      </w:r>
    </w:p>
    <w:p>
      <w:r>
        <w:rPr>
          <w:rFonts w:ascii="Arial" w:hAnsi="Arial" w:eastAsia="Arial"/>
          <w:sz w:val="22"/>
        </w:rPr>
        <w:t>Ҷавоби дуруст: Тақрибан 4000 байт</w:t>
      </w:r>
    </w:p>
    <w:p>
      <w:r>
        <w:rPr>
          <w:rFonts w:ascii="Arial" w:hAnsi="Arial" w:eastAsia="Arial"/>
          <w:sz w:val="22"/>
        </w:rPr>
        <w:t>34. Дар китоби дарсӣ гуфта мешавад: Мушфиқӣ аз суннати кадом шоирон пайравӣ кардааст?</w:t>
      </w:r>
    </w:p>
    <w:p>
      <w:r>
        <w:rPr>
          <w:rFonts w:ascii="Arial" w:hAnsi="Arial" w:eastAsia="Arial"/>
          <w:sz w:val="22"/>
        </w:rPr>
        <w:t>Ҷавоби дуруст: Ҳасани Деҳлавӣ ва Камоли Хуҷандӣ</w:t>
      </w:r>
    </w:p>
    <w:p>
      <w:r>
        <w:rPr>
          <w:rFonts w:ascii="Arial" w:hAnsi="Arial" w:eastAsia="Arial"/>
          <w:sz w:val="22"/>
        </w:rPr>
        <w:t>35. Дар китоби дарсӣ гуфта мешавад: Ғазалҳои Мушфиқӣ бештар чанд байт доранд?</w:t>
      </w:r>
    </w:p>
    <w:p>
      <w:r>
        <w:rPr>
          <w:rFonts w:ascii="Arial" w:hAnsi="Arial" w:eastAsia="Arial"/>
          <w:sz w:val="22"/>
        </w:rPr>
        <w:t>Ҷавоби дуруст: 6–7 байт</w:t>
      </w:r>
    </w:p>
    <w:p>
      <w:r>
        <w:rPr>
          <w:rFonts w:ascii="Arial" w:hAnsi="Arial" w:eastAsia="Arial"/>
          <w:sz w:val="22"/>
        </w:rPr>
        <w:t>36. Дар китоби дарсӣ гуфта мешавад: «Дар ғамат дилро фигору хаста мегӯем мо» ба кадом жанр мансуб аст?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37. Дар китоби дарсӣ гуфта мешавад: Аз Мушфиқӣ чанд девони ғазалиёт боқӣ мондааст?</w:t>
      </w:r>
    </w:p>
    <w:p>
      <w:r>
        <w:rPr>
          <w:rFonts w:ascii="Arial" w:hAnsi="Arial" w:eastAsia="Arial"/>
          <w:sz w:val="22"/>
        </w:rPr>
        <w:t>Ҷавоби дуруст: Ду девон</w:t>
      </w:r>
    </w:p>
    <w:p>
      <w:r>
        <w:rPr>
          <w:rFonts w:ascii="Arial" w:hAnsi="Arial" w:eastAsia="Arial"/>
          <w:sz w:val="22"/>
        </w:rPr>
        <w:t>38. Дар китоби дарсӣ гуфта мешавад: Жанри марказии девонҳои Мушфиқӣ кадом аст?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39. Дар китоби дарсӣ гуфта мешавад: Ду девони Мушфиқӣ тақрибан чанд байт доранд?</w:t>
      </w:r>
    </w:p>
    <w:p>
      <w:r>
        <w:rPr>
          <w:rFonts w:ascii="Arial" w:hAnsi="Arial" w:eastAsia="Arial"/>
          <w:sz w:val="22"/>
        </w:rPr>
        <w:t>Ҷавоби дуруст: Тақрибан 4000 байт</w:t>
      </w:r>
    </w:p>
    <w:p>
      <w:r>
        <w:rPr>
          <w:rFonts w:ascii="Arial" w:hAnsi="Arial" w:eastAsia="Arial"/>
          <w:sz w:val="22"/>
        </w:rPr>
        <w:t>40. Дар китоби дарсӣ гуфта мешавад: Мушфиқӣ аз суннати кадом шоирон пайравӣ кардааст?</w:t>
      </w:r>
    </w:p>
    <w:p>
      <w:r>
        <w:rPr>
          <w:rFonts w:ascii="Arial" w:hAnsi="Arial" w:eastAsia="Arial"/>
          <w:sz w:val="22"/>
        </w:rPr>
        <w:t>Ҷавоби дуруст: Ҳасани Деҳлавӣ ва Камоли Хуҷандӣ</w:t>
      </w:r>
    </w:p>
    <w:p>
      <w:r>
        <w:rPr>
          <w:rFonts w:ascii="Arial" w:hAnsi="Arial" w:eastAsia="Arial"/>
          <w:sz w:val="22"/>
        </w:rPr>
        <w:t>41. Дар китоби дарсӣ гуфта мешавад: Ғазалҳои Мушфиқӣ бештар чанд байт доранд?</w:t>
      </w:r>
    </w:p>
    <w:p>
      <w:r>
        <w:rPr>
          <w:rFonts w:ascii="Arial" w:hAnsi="Arial" w:eastAsia="Arial"/>
          <w:sz w:val="22"/>
        </w:rPr>
        <w:t>Ҷавоби дуруст: 6–7 байт</w:t>
      </w:r>
    </w:p>
    <w:p>
      <w:r>
        <w:rPr>
          <w:rFonts w:ascii="Arial" w:hAnsi="Arial" w:eastAsia="Arial"/>
          <w:sz w:val="22"/>
        </w:rPr>
        <w:t>42. Дар китоби дарсӣ гуфта мешавад: «Дар ғамат дилро фигору хаста мегӯем мо» ба кадом жанр мансуб аст?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43. Дар китоби дарсӣ гуфта мешавад: Аз Мушфиқӣ чанд девони ғазалиёт боқӣ мондааст?</w:t>
      </w:r>
    </w:p>
    <w:p>
      <w:r>
        <w:rPr>
          <w:rFonts w:ascii="Arial" w:hAnsi="Arial" w:eastAsia="Arial"/>
          <w:sz w:val="22"/>
        </w:rPr>
        <w:t>Ҷавоби дуруст: Ду девон</w:t>
      </w:r>
    </w:p>
    <w:p>
      <w:r>
        <w:rPr>
          <w:rFonts w:ascii="Arial" w:hAnsi="Arial" w:eastAsia="Arial"/>
          <w:sz w:val="22"/>
        </w:rPr>
        <w:t>44. Дар китоби дарсӣ гуфта мешавад: Жанри марказии девонҳои Мушфиқӣ кадом аст?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45. Дар китоби дарсӣ гуфта мешавад: Ду девони Мушфиқӣ тақрибан чанд байт доранд?</w:t>
      </w:r>
    </w:p>
    <w:p>
      <w:r>
        <w:rPr>
          <w:rFonts w:ascii="Arial" w:hAnsi="Arial" w:eastAsia="Arial"/>
          <w:sz w:val="22"/>
        </w:rPr>
        <w:t>Ҷавоби дуруст: Тақрибан 4000 байт</w:t>
      </w:r>
    </w:p>
    <w:p>
      <w:r>
        <w:rPr>
          <w:rFonts w:ascii="Arial" w:hAnsi="Arial" w:eastAsia="Arial"/>
          <w:sz w:val="22"/>
        </w:rPr>
        <w:t>46. Дар китоби дарсӣ гуфта мешавад: Мушфиқӣ аз суннати кадом шоирон пайравӣ кардааст?</w:t>
      </w:r>
    </w:p>
    <w:p>
      <w:r>
        <w:rPr>
          <w:rFonts w:ascii="Arial" w:hAnsi="Arial" w:eastAsia="Arial"/>
          <w:sz w:val="22"/>
        </w:rPr>
        <w:t>Ҷавоби дуруст: Ҳасани Деҳлавӣ ва Камоли Хуҷандӣ</w:t>
      </w:r>
    </w:p>
    <w:p>
      <w:r>
        <w:rPr>
          <w:rFonts w:ascii="Arial" w:hAnsi="Arial" w:eastAsia="Arial"/>
          <w:sz w:val="22"/>
        </w:rPr>
        <w:t>47. Дар китоби дарсӣ гуфта мешавад: Ғазалҳои Мушфиқӣ бештар чанд байт доранд?</w:t>
      </w:r>
    </w:p>
    <w:p>
      <w:r>
        <w:rPr>
          <w:rFonts w:ascii="Arial" w:hAnsi="Arial" w:eastAsia="Arial"/>
          <w:sz w:val="22"/>
        </w:rPr>
        <w:t>Ҷавоби дуруст: 6–7 байт</w:t>
      </w:r>
    </w:p>
    <w:p>
      <w:r>
        <w:rPr>
          <w:rFonts w:ascii="Arial" w:hAnsi="Arial" w:eastAsia="Arial"/>
          <w:sz w:val="22"/>
        </w:rPr>
        <w:t>48. Дар китоби дарсӣ гуфта мешавад: «Дар ғамат дилро фигору хаста мегӯем мо» ба кадом жанр мансуб аст?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49. Дар китоби дарсӣ гуфта мешавад: Аз Мушфиқӣ чанд девони ғазалиёт боқӣ мондааст?</w:t>
      </w:r>
    </w:p>
    <w:p>
      <w:r>
        <w:rPr>
          <w:rFonts w:ascii="Arial" w:hAnsi="Arial" w:eastAsia="Arial"/>
          <w:sz w:val="22"/>
        </w:rPr>
        <w:t>Ҷавоби дуруст: Ду девон</w:t>
      </w:r>
    </w:p>
    <w:p>
      <w:r>
        <w:rPr>
          <w:rFonts w:ascii="Arial" w:hAnsi="Arial" w:eastAsia="Arial"/>
          <w:sz w:val="22"/>
        </w:rPr>
        <w:t>50. Дар китоби дарсӣ гуфта мешавад: Жанри марказии девонҳои Мушфиқӣ кадом аст?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51. Дар китоби дарсӣ гуфта мешавад: Ду девони Мушфиқӣ тақрибан чанд байт доранд?</w:t>
      </w:r>
    </w:p>
    <w:p>
      <w:r>
        <w:rPr>
          <w:rFonts w:ascii="Arial" w:hAnsi="Arial" w:eastAsia="Arial"/>
          <w:sz w:val="22"/>
        </w:rPr>
        <w:t>Ҷавоби дуруст: Тақрибан 4000 байт</w:t>
      </w:r>
    </w:p>
    <w:p>
      <w:r>
        <w:rPr>
          <w:rFonts w:ascii="Arial" w:hAnsi="Arial" w:eastAsia="Arial"/>
          <w:sz w:val="22"/>
        </w:rPr>
        <w:t>52. Дар китоби дарсӣ гуфта мешавад: Мушфиқӣ аз суннати кадом шоирон пайравӣ кардааст?</w:t>
      </w:r>
    </w:p>
    <w:p>
      <w:r>
        <w:rPr>
          <w:rFonts w:ascii="Arial" w:hAnsi="Arial" w:eastAsia="Arial"/>
          <w:sz w:val="22"/>
        </w:rPr>
        <w:t>Ҷавоби дуруст: Ҳасани Деҳлавӣ ва Камоли Хуҷандӣ</w:t>
      </w:r>
    </w:p>
    <w:p>
      <w:r>
        <w:rPr>
          <w:rFonts w:ascii="Arial" w:hAnsi="Arial" w:eastAsia="Arial"/>
          <w:sz w:val="22"/>
        </w:rPr>
        <w:t>53. Дар китоби дарсӣ гуфта мешавад: Ғазалҳои Мушфиқӣ бештар чанд байт доранд?</w:t>
      </w:r>
    </w:p>
    <w:p>
      <w:r>
        <w:rPr>
          <w:rFonts w:ascii="Arial" w:hAnsi="Arial" w:eastAsia="Arial"/>
          <w:sz w:val="22"/>
        </w:rPr>
        <w:t>Ҷавоби дуруст: 6–7 байт</w:t>
      </w:r>
    </w:p>
    <w:p>
      <w:r>
        <w:rPr>
          <w:rFonts w:ascii="Arial" w:hAnsi="Arial" w:eastAsia="Arial"/>
          <w:sz w:val="22"/>
        </w:rPr>
        <w:t>54. Дар китоби дарсӣ гуфта мешавад: «Дар ғамат дилро фигору хаста мегӯем мо» ба кадом жанр мансуб аст?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55. Дар китоби дарсӣ гуфта мешавад: Аз Мушфиқӣ чанд девони ғазалиёт боқӣ мондааст?</w:t>
      </w:r>
    </w:p>
    <w:p>
      <w:r>
        <w:rPr>
          <w:rFonts w:ascii="Arial" w:hAnsi="Arial" w:eastAsia="Arial"/>
          <w:sz w:val="22"/>
        </w:rPr>
        <w:t>Ҷавоби дуруст: Ду девон</w:t>
      </w:r>
    </w:p>
    <w:p>
      <w:r>
        <w:rPr>
          <w:rFonts w:ascii="Arial" w:hAnsi="Arial" w:eastAsia="Arial"/>
          <w:sz w:val="22"/>
        </w:rPr>
        <w:t>56. Дар китоби дарсӣ гуфта мешавад: Жанри марказии девонҳои Мушфиқӣ кадом аст?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57. Дар китоби дарсӣ гуфта мешавад: Ду девони Мушфиқӣ тақрибан чанд байт доранд?</w:t>
      </w:r>
    </w:p>
    <w:p>
      <w:r>
        <w:rPr>
          <w:rFonts w:ascii="Arial" w:hAnsi="Arial" w:eastAsia="Arial"/>
          <w:sz w:val="22"/>
        </w:rPr>
        <w:t>Ҷавоби дуруст: Тақрибан 4000 байт</w:t>
      </w:r>
    </w:p>
    <w:p>
      <w:r>
        <w:rPr>
          <w:rFonts w:ascii="Arial" w:hAnsi="Arial" w:eastAsia="Arial"/>
          <w:sz w:val="22"/>
        </w:rPr>
        <w:t>58. Дар китоби дарсӣ гуфта мешавад: Мушфиқӣ аз суннати кадом шоирон пайравӣ кардааст?</w:t>
      </w:r>
    </w:p>
    <w:p>
      <w:r>
        <w:rPr>
          <w:rFonts w:ascii="Arial" w:hAnsi="Arial" w:eastAsia="Arial"/>
          <w:sz w:val="22"/>
        </w:rPr>
        <w:t>Ҷавоби дуруст: Ҳасани Деҳлавӣ ва Камоли Хуҷандӣ</w:t>
      </w:r>
    </w:p>
    <w:p>
      <w:r>
        <w:rPr>
          <w:rFonts w:ascii="Arial" w:hAnsi="Arial" w:eastAsia="Arial"/>
          <w:sz w:val="22"/>
        </w:rPr>
        <w:t>59. Дар китоби дарсӣ гуфта мешавад: Ғазалҳои Мушфиқӣ бештар чанд байт доранд?</w:t>
      </w:r>
    </w:p>
    <w:p>
      <w:r>
        <w:rPr>
          <w:rFonts w:ascii="Arial" w:hAnsi="Arial" w:eastAsia="Arial"/>
          <w:sz w:val="22"/>
        </w:rPr>
        <w:t>Ҷавоби дуруст: 6–7 байт</w:t>
      </w:r>
    </w:p>
    <w:p>
      <w:r>
        <w:rPr>
          <w:rFonts w:ascii="Arial" w:hAnsi="Arial" w:eastAsia="Arial"/>
          <w:sz w:val="22"/>
        </w:rPr>
        <w:t>60. Дар китоби дарсӣ гуфта мешавад: «Дар ғамат дилро фигору хаста мегӯем мо» ба кадом жанр мансуб аст?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61. Дар китоби дарсӣ гуфта мешавад: Аз Мушфиқӣ чанд девони ғазалиёт боқӣ мондааст?</w:t>
      </w:r>
    </w:p>
    <w:p>
      <w:r>
        <w:rPr>
          <w:rFonts w:ascii="Arial" w:hAnsi="Arial" w:eastAsia="Arial"/>
          <w:sz w:val="22"/>
        </w:rPr>
        <w:t>Ҷавоби дуруст: Ду девон</w:t>
      </w:r>
    </w:p>
    <w:p>
      <w:r>
        <w:rPr>
          <w:rFonts w:ascii="Arial" w:hAnsi="Arial" w:eastAsia="Arial"/>
          <w:sz w:val="22"/>
        </w:rPr>
        <w:t>62. Дар китоби дарсӣ гуфта мешавад: Жанри марказии девонҳои Мушфиқӣ кадом аст?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63. Дар китоби дарсӣ гуфта мешавад: Ду девони Мушфиқӣ тақрибан чанд байт доранд?</w:t>
      </w:r>
    </w:p>
    <w:p>
      <w:r>
        <w:rPr>
          <w:rFonts w:ascii="Arial" w:hAnsi="Arial" w:eastAsia="Arial"/>
          <w:sz w:val="22"/>
        </w:rPr>
        <w:t>Ҷавоби дуруст: Тақрибан 4000 байт</w:t>
      </w:r>
    </w:p>
    <w:p>
      <w:r>
        <w:rPr>
          <w:rFonts w:ascii="Arial" w:hAnsi="Arial" w:eastAsia="Arial"/>
          <w:sz w:val="22"/>
        </w:rPr>
        <w:t>64. Дар китоби дарсӣ гуфта мешавад: Мушфиқӣ аз суннати кадом шоирон пайравӣ кардааст?</w:t>
      </w:r>
    </w:p>
    <w:p>
      <w:r>
        <w:rPr>
          <w:rFonts w:ascii="Arial" w:hAnsi="Arial" w:eastAsia="Arial"/>
          <w:sz w:val="22"/>
        </w:rPr>
        <w:t>Ҷавоби дуруст: Ҳасани Деҳлавӣ ва Камоли Хуҷандӣ</w:t>
      </w:r>
    </w:p>
    <w:p>
      <w:r>
        <w:rPr>
          <w:rFonts w:ascii="Arial" w:hAnsi="Arial" w:eastAsia="Arial"/>
          <w:sz w:val="22"/>
        </w:rPr>
        <w:t>65. Дар китоби дарсӣ гуфта мешавад: Ғазалҳои Мушфиқӣ бештар чанд байт доранд?</w:t>
      </w:r>
    </w:p>
    <w:p>
      <w:r>
        <w:rPr>
          <w:rFonts w:ascii="Arial" w:hAnsi="Arial" w:eastAsia="Arial"/>
          <w:sz w:val="22"/>
        </w:rPr>
        <w:t>Ҷавоби дуруст: 6–7 байт</w:t>
      </w:r>
    </w:p>
    <w:p>
      <w:r>
        <w:rPr>
          <w:rFonts w:ascii="Arial" w:hAnsi="Arial" w:eastAsia="Arial"/>
          <w:sz w:val="22"/>
        </w:rPr>
        <w:t>66. Дар китоби дарсӣ гуфта мешавад: «Дар ғамат дилро фигору хаста мегӯем мо» ба кадом жанр мансуб аст?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67. Дар китоби дарсӣ гуфта мешавад: Аз Мушфиқӣ чанд девони ғазалиёт боқӣ мондааст?</w:t>
      </w:r>
    </w:p>
    <w:p>
      <w:r>
        <w:rPr>
          <w:rFonts w:ascii="Arial" w:hAnsi="Arial" w:eastAsia="Arial"/>
          <w:sz w:val="22"/>
        </w:rPr>
        <w:t>Ҷавоби дуруст: Ду девон</w:t>
      </w:r>
    </w:p>
    <w:p>
      <w:r>
        <w:rPr>
          <w:rFonts w:ascii="Arial" w:hAnsi="Arial" w:eastAsia="Arial"/>
          <w:sz w:val="22"/>
        </w:rPr>
        <w:t>68. Дар китоби дарсӣ гуфта мешавад: Жанри марказии девонҳои Мушфиқӣ кадом аст?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69. Дар китоби дарсӣ гуфта мешавад: Ду девони Мушфиқӣ тақрибан чанд байт доранд?</w:t>
      </w:r>
    </w:p>
    <w:p>
      <w:r>
        <w:rPr>
          <w:rFonts w:ascii="Arial" w:hAnsi="Arial" w:eastAsia="Arial"/>
          <w:sz w:val="22"/>
        </w:rPr>
        <w:t>Ҷавоби дуруст: Тақрибан 4000 байт</w:t>
      </w:r>
    </w:p>
    <w:p>
      <w:r>
        <w:rPr>
          <w:rFonts w:ascii="Arial" w:hAnsi="Arial" w:eastAsia="Arial"/>
          <w:sz w:val="22"/>
        </w:rPr>
        <w:t>70. Дар китоби дарсӣ гуфта мешавад: Мушфиқӣ аз суннати кадом шоирон пайравӣ кардааст?</w:t>
      </w:r>
    </w:p>
    <w:p>
      <w:r>
        <w:rPr>
          <w:rFonts w:ascii="Arial" w:hAnsi="Arial" w:eastAsia="Arial"/>
          <w:sz w:val="22"/>
        </w:rPr>
        <w:t>Ҷавоби дуруст: Ҳасани Деҳлавӣ ва Камоли Хуҷандӣ</w:t>
      </w:r>
    </w:p>
    <w:p>
      <w:r>
        <w:rPr>
          <w:rFonts w:ascii="Arial" w:hAnsi="Arial" w:eastAsia="Arial"/>
          <w:sz w:val="22"/>
        </w:rPr>
        <w:t>71. Дар китоби дарсӣ гуфта мешавад: Ғазалҳои Мушфиқӣ бештар чанд байт доранд?</w:t>
      </w:r>
    </w:p>
    <w:p>
      <w:r>
        <w:rPr>
          <w:rFonts w:ascii="Arial" w:hAnsi="Arial" w:eastAsia="Arial"/>
          <w:sz w:val="22"/>
        </w:rPr>
        <w:t>Ҷавоби дуруст: 6–7 байт</w:t>
      </w:r>
    </w:p>
    <w:p>
      <w:r>
        <w:rPr>
          <w:rFonts w:ascii="Arial" w:hAnsi="Arial" w:eastAsia="Arial"/>
          <w:sz w:val="22"/>
        </w:rPr>
        <w:t>72. Дар китоби дарсӣ гуфта мешавад: «Дар ғамат дилро фигору хаста мегӯем мо» ба кадом жанр мансуб аст?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73. Дар китоби дарсӣ гуфта мешавад: Аз Мушфиқӣ чанд девони ғазалиёт боқӣ мондааст?</w:t>
      </w:r>
    </w:p>
    <w:p>
      <w:r>
        <w:rPr>
          <w:rFonts w:ascii="Arial" w:hAnsi="Arial" w:eastAsia="Arial"/>
          <w:sz w:val="22"/>
        </w:rPr>
        <w:t>Ҷавоби дуруст: Ду девон</w:t>
      </w:r>
    </w:p>
    <w:p>
      <w:r>
        <w:rPr>
          <w:rFonts w:ascii="Arial" w:hAnsi="Arial" w:eastAsia="Arial"/>
          <w:sz w:val="22"/>
        </w:rPr>
        <w:t>74. Дар китоби дарсӣ гуфта мешавад: Жанри марказии девонҳои Мушфиқӣ кадом аст?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75. Дар китоби дарсӣ гуфта мешавад: Ду девони Мушфиқӣ тақрибан чанд байт доранд?</w:t>
      </w:r>
    </w:p>
    <w:p>
      <w:r>
        <w:rPr>
          <w:rFonts w:ascii="Arial" w:hAnsi="Arial" w:eastAsia="Arial"/>
          <w:sz w:val="22"/>
        </w:rPr>
        <w:t>Ҷавоби дуруст: Тақрибан 4000 байт</w:t>
      </w:r>
    </w:p>
    <w:p>
      <w:r>
        <w:rPr>
          <w:rFonts w:ascii="Arial" w:hAnsi="Arial" w:eastAsia="Arial"/>
          <w:sz w:val="22"/>
        </w:rPr>
        <w:t>76. Дар китоби дарсӣ гуфта мешавад: Мушфиқӣ аз суннати кадом шоирон пайравӣ кардааст?</w:t>
      </w:r>
    </w:p>
    <w:p>
      <w:r>
        <w:rPr>
          <w:rFonts w:ascii="Arial" w:hAnsi="Arial" w:eastAsia="Arial"/>
          <w:sz w:val="22"/>
        </w:rPr>
        <w:t>Ҷавоби дуруст: Ҳасани Деҳлавӣ ва Камоли Хуҷандӣ</w:t>
      </w:r>
    </w:p>
    <w:p>
      <w:r>
        <w:rPr>
          <w:rFonts w:ascii="Arial" w:hAnsi="Arial" w:eastAsia="Arial"/>
          <w:sz w:val="22"/>
        </w:rPr>
        <w:t>77. Дар китоби дарсӣ гуфта мешавад: Ғазалҳои Мушфиқӣ бештар чанд байт доранд?</w:t>
      </w:r>
    </w:p>
    <w:p>
      <w:r>
        <w:rPr>
          <w:rFonts w:ascii="Arial" w:hAnsi="Arial" w:eastAsia="Arial"/>
          <w:sz w:val="22"/>
        </w:rPr>
        <w:t>Ҷавоби дуруст: 6–7 байт</w:t>
      </w:r>
    </w:p>
    <w:p>
      <w:r>
        <w:rPr>
          <w:rFonts w:ascii="Arial" w:hAnsi="Arial" w:eastAsia="Arial"/>
          <w:sz w:val="22"/>
        </w:rPr>
        <w:t>78. Дар китоби дарсӣ гуфта мешавад: «Дар ғамат дилро фигору хаста мегӯем мо» ба кадом жанр мансуб аст?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79. Дар китоби дарсӣ гуфта мешавад: Аз Мушфиқӣ чанд девони ғазалиёт боқӣ мондааст?</w:t>
      </w:r>
    </w:p>
    <w:p>
      <w:r>
        <w:rPr>
          <w:rFonts w:ascii="Arial" w:hAnsi="Arial" w:eastAsia="Arial"/>
          <w:sz w:val="22"/>
        </w:rPr>
        <w:t>Ҷавоби дуруст: Ду девон</w:t>
      </w:r>
    </w:p>
    <w:p>
      <w:r>
        <w:rPr>
          <w:rFonts w:ascii="Arial" w:hAnsi="Arial" w:eastAsia="Arial"/>
          <w:sz w:val="22"/>
        </w:rPr>
        <w:t>80. Дар китоби дарсӣ гуфта мешавад: Жанри марказии девонҳои Мушфиқӣ кадом аст?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81. Дар китоби дарсӣ гуфта мешавад: Ду девони Мушфиқӣ тақрибан чанд байт доранд?</w:t>
      </w:r>
    </w:p>
    <w:p>
      <w:r>
        <w:rPr>
          <w:rFonts w:ascii="Arial" w:hAnsi="Arial" w:eastAsia="Arial"/>
          <w:sz w:val="22"/>
        </w:rPr>
        <w:t>Ҷавоби дуруст: Тақрибан 4000 байт</w:t>
      </w:r>
    </w:p>
    <w:p>
      <w:r>
        <w:rPr>
          <w:rFonts w:ascii="Arial" w:hAnsi="Arial" w:eastAsia="Arial"/>
          <w:sz w:val="22"/>
        </w:rPr>
        <w:t>82. Дар китоби дарсӣ гуфта мешавад: Мушфиқӣ аз суннати кадом шоирон пайравӣ кардааст?</w:t>
      </w:r>
    </w:p>
    <w:p>
      <w:r>
        <w:rPr>
          <w:rFonts w:ascii="Arial" w:hAnsi="Arial" w:eastAsia="Arial"/>
          <w:sz w:val="22"/>
        </w:rPr>
        <w:t>Ҷавоби дуруст: Ҳасани Деҳлавӣ ва Камоли Хуҷандӣ</w:t>
      </w:r>
    </w:p>
    <w:p>
      <w:r>
        <w:rPr>
          <w:rFonts w:ascii="Arial" w:hAnsi="Arial" w:eastAsia="Arial"/>
          <w:sz w:val="22"/>
        </w:rPr>
        <w:t>83. Дар китоби дарсӣ гуфта мешавад: Ғазалҳои Мушфиқӣ бештар чанд байт доранд?</w:t>
      </w:r>
    </w:p>
    <w:p>
      <w:r>
        <w:rPr>
          <w:rFonts w:ascii="Arial" w:hAnsi="Arial" w:eastAsia="Arial"/>
          <w:sz w:val="22"/>
        </w:rPr>
        <w:t>Ҷавоби дуруст: 6–7 байт</w:t>
      </w:r>
    </w:p>
    <w:p>
      <w:r>
        <w:rPr>
          <w:rFonts w:ascii="Arial" w:hAnsi="Arial" w:eastAsia="Arial"/>
          <w:sz w:val="22"/>
        </w:rPr>
        <w:t>84. Дар китоби дарсӣ гуфта мешавад: «Дар ғамат дилро фигору хаста мегӯем мо» ба кадом жанр мансуб аст?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85. Дар китоби дарсӣ гуфта мешавад: Аз Мушфиқӣ чанд девони ғазалиёт боқӣ мондааст?</w:t>
      </w:r>
    </w:p>
    <w:p>
      <w:r>
        <w:rPr>
          <w:rFonts w:ascii="Arial" w:hAnsi="Arial" w:eastAsia="Arial"/>
          <w:sz w:val="22"/>
        </w:rPr>
        <w:t>Ҷавоби дуруст: Ду девон</w:t>
      </w:r>
    </w:p>
    <w:p>
      <w:r>
        <w:rPr>
          <w:rFonts w:ascii="Arial" w:hAnsi="Arial" w:eastAsia="Arial"/>
          <w:sz w:val="22"/>
        </w:rPr>
        <w:t>86. Дар китоби дарсӣ гуфта мешавад: Жанри марказии девонҳои Мушфиқӣ кадом аст?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87. Дар китоби дарсӣ гуфта мешавад: Ду девони Мушфиқӣ тақрибан чанд байт доранд?</w:t>
      </w:r>
    </w:p>
    <w:p>
      <w:r>
        <w:rPr>
          <w:rFonts w:ascii="Arial" w:hAnsi="Arial" w:eastAsia="Arial"/>
          <w:sz w:val="22"/>
        </w:rPr>
        <w:t>Ҷавоби дуруст: Тақрибан 4000 байт</w:t>
      </w:r>
    </w:p>
    <w:p>
      <w:r>
        <w:rPr>
          <w:rFonts w:ascii="Arial" w:hAnsi="Arial" w:eastAsia="Arial"/>
          <w:sz w:val="22"/>
        </w:rPr>
        <w:t>88. Дар китоби дарсӣ гуфта мешавад: Мушфиқӣ аз суннати кадом шоирон пайравӣ кардааст?</w:t>
      </w:r>
    </w:p>
    <w:p>
      <w:r>
        <w:rPr>
          <w:rFonts w:ascii="Arial" w:hAnsi="Arial" w:eastAsia="Arial"/>
          <w:sz w:val="22"/>
        </w:rPr>
        <w:t>Ҷавоби дуруст: Ҳасани Деҳлавӣ ва Камоли Хуҷандӣ</w:t>
      </w:r>
    </w:p>
    <w:p>
      <w:r>
        <w:rPr>
          <w:rFonts w:ascii="Arial" w:hAnsi="Arial" w:eastAsia="Arial"/>
          <w:sz w:val="22"/>
        </w:rPr>
        <w:t>89. Дар китоби дарсӣ гуфта мешавад: Ғазалҳои Мушфиқӣ бештар чанд байт доранд?</w:t>
      </w:r>
    </w:p>
    <w:p>
      <w:r>
        <w:rPr>
          <w:rFonts w:ascii="Arial" w:hAnsi="Arial" w:eastAsia="Arial"/>
          <w:sz w:val="22"/>
        </w:rPr>
        <w:t>Ҷавоби дуруст: 6–7 байт</w:t>
      </w:r>
    </w:p>
    <w:p>
      <w:r>
        <w:rPr>
          <w:rFonts w:ascii="Arial" w:hAnsi="Arial" w:eastAsia="Arial"/>
          <w:sz w:val="22"/>
        </w:rPr>
        <w:t>90. Дар китоби дарсӣ гуфта мешавад: «Дар ғамат дилро фигору хаста мегӯем мо» ба кадом жанр мансуб аст?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91. Дар китоби дарсӣ гуфта мешавад: Аз Мушфиқӣ чанд девони ғазалиёт боқӣ мондааст?</w:t>
      </w:r>
    </w:p>
    <w:p>
      <w:r>
        <w:rPr>
          <w:rFonts w:ascii="Arial" w:hAnsi="Arial" w:eastAsia="Arial"/>
          <w:sz w:val="22"/>
        </w:rPr>
        <w:t>Ҷавоби дуруст: Ду девон</w:t>
      </w:r>
    </w:p>
    <w:p>
      <w:r>
        <w:rPr>
          <w:rFonts w:ascii="Arial" w:hAnsi="Arial" w:eastAsia="Arial"/>
          <w:sz w:val="22"/>
        </w:rPr>
        <w:t>92. Дар китоби дарсӣ гуфта мешавад: Жанри марказии девонҳои Мушфиқӣ кадом аст?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93. Дар китоби дарсӣ гуфта мешавад: Ду девони Мушфиқӣ тақрибан чанд байт доранд?</w:t>
      </w:r>
    </w:p>
    <w:p>
      <w:r>
        <w:rPr>
          <w:rFonts w:ascii="Arial" w:hAnsi="Arial" w:eastAsia="Arial"/>
          <w:sz w:val="22"/>
        </w:rPr>
        <w:t>Ҷавоби дуруст: Тақрибан 4000 байт</w:t>
      </w:r>
    </w:p>
    <w:p>
      <w:r>
        <w:rPr>
          <w:rFonts w:ascii="Arial" w:hAnsi="Arial" w:eastAsia="Arial"/>
          <w:sz w:val="22"/>
        </w:rPr>
        <w:t>94. Дар китоби дарсӣ гуфта мешавад: Мушфиқӣ аз суннати кадом шоирон пайравӣ кардааст?</w:t>
      </w:r>
    </w:p>
    <w:p>
      <w:r>
        <w:rPr>
          <w:rFonts w:ascii="Arial" w:hAnsi="Arial" w:eastAsia="Arial"/>
          <w:sz w:val="22"/>
        </w:rPr>
        <w:t>Ҷавоби дуруст: Ҳасани Деҳлавӣ ва Камоли Хуҷандӣ</w:t>
      </w:r>
    </w:p>
    <w:p>
      <w:r>
        <w:rPr>
          <w:rFonts w:ascii="Arial" w:hAnsi="Arial" w:eastAsia="Arial"/>
          <w:sz w:val="22"/>
        </w:rPr>
        <w:t>95. Дар китоби дарсӣ гуфта мешавад: Ғазалҳои Мушфиқӣ бештар чанд байт доранд?</w:t>
      </w:r>
    </w:p>
    <w:p>
      <w:r>
        <w:rPr>
          <w:rFonts w:ascii="Arial" w:hAnsi="Arial" w:eastAsia="Arial"/>
          <w:sz w:val="22"/>
        </w:rPr>
        <w:t>Ҷавоби дуруст: 6–7 байт</w:t>
      </w:r>
    </w:p>
    <w:p>
      <w:r>
        <w:rPr>
          <w:rFonts w:ascii="Arial" w:hAnsi="Arial" w:eastAsia="Arial"/>
          <w:sz w:val="22"/>
        </w:rPr>
        <w:t>96. Дар китоби дарсӣ гуфта мешавад: «Дар ғамат дилро фигору хаста мегӯем мо» ба кадом жанр мансуб аст?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97. Дар китоби дарсӣ гуфта мешавад: Аз Мушфиқӣ чанд девони ғазалиёт боқӣ мондааст?</w:t>
      </w:r>
    </w:p>
    <w:p>
      <w:r>
        <w:rPr>
          <w:rFonts w:ascii="Arial" w:hAnsi="Arial" w:eastAsia="Arial"/>
          <w:sz w:val="22"/>
        </w:rPr>
        <w:t>Ҷавоби дуруст: Ду девон</w:t>
      </w:r>
    </w:p>
    <w:p>
      <w:r>
        <w:rPr>
          <w:rFonts w:ascii="Arial" w:hAnsi="Arial" w:eastAsia="Arial"/>
          <w:sz w:val="22"/>
        </w:rPr>
        <w:t>98. Дар китоби дарсӣ гуфта мешавад: Жанри марказии девонҳои Мушфиқӣ кадом аст?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99. Дар китоби дарсӣ гуфта мешавад: Ду девони Мушфиқӣ тақрибан чанд байт доранд?</w:t>
      </w:r>
    </w:p>
    <w:p>
      <w:r>
        <w:rPr>
          <w:rFonts w:ascii="Arial" w:hAnsi="Arial" w:eastAsia="Arial"/>
          <w:sz w:val="22"/>
        </w:rPr>
        <w:t>Ҷавоби дуруст: Тақрибан 4000 байт</w:t>
      </w:r>
    </w:p>
    <w:p>
      <w:r>
        <w:rPr>
          <w:rFonts w:ascii="Arial" w:hAnsi="Arial" w:eastAsia="Arial"/>
          <w:sz w:val="22"/>
        </w:rPr>
        <w:t>100. Дар китоби дарсӣ гуфта мешавад: Мушфиқӣ аз суннати кадом шоирон пайравӣ кардааст?</w:t>
      </w:r>
    </w:p>
    <w:p>
      <w:r>
        <w:rPr>
          <w:rFonts w:ascii="Arial" w:hAnsi="Arial" w:eastAsia="Arial"/>
          <w:sz w:val="22"/>
        </w:rPr>
        <w:t>Ҷавоби дуруст: Ҳасани Деҳлавӣ ва Камоли Хуҷандӣ</w:t>
      </w:r>
    </w:p>
    <w:p>
      <w:r>
        <w:rPr>
          <w:rFonts w:ascii="Arial" w:hAnsi="Arial" w:eastAsia="Arial"/>
          <w:sz w:val="22"/>
        </w:rPr>
        <w:br w:type="page"/>
      </w:r>
    </w:p>
    <w:p>
      <w:pPr>
        <w:pStyle w:val="Heading1"/>
      </w:pPr>
      <w:r>
        <w:rPr>
          <w:rFonts w:ascii="Arial" w:hAnsi="Arial" w:eastAsia="Arial"/>
          <w:sz w:val="22"/>
        </w:rPr>
        <w:t>3. Боби III — Сайидои Насафӣ</w:t>
      </w:r>
    </w:p>
    <w:p>
      <w:r>
        <w:rPr>
          <w:rFonts w:ascii="Arial" w:hAnsi="Arial" w:eastAsia="Arial"/>
          <w:sz w:val="22"/>
        </w:rPr>
        <w:t>1. Номи аслии Сайидои Насафӣ чӣ буд?</w:t>
      </w:r>
    </w:p>
    <w:p>
      <w:r>
        <w:rPr>
          <w:rFonts w:ascii="Arial" w:hAnsi="Arial" w:eastAsia="Arial"/>
          <w:sz w:val="22"/>
        </w:rPr>
        <w:t>Ҷавоби дуруст: Миробид</w:t>
      </w:r>
    </w:p>
    <w:p>
      <w:r>
        <w:rPr>
          <w:rFonts w:ascii="Arial" w:hAnsi="Arial" w:eastAsia="Arial"/>
          <w:sz w:val="22"/>
        </w:rPr>
        <w:t>2. Ҷавоби дуруст ба саволи «Номи аслии Сайидои Насафӣ чӣ буд?» кадом аст?</w:t>
      </w:r>
    </w:p>
    <w:p>
      <w:r>
        <w:rPr>
          <w:rFonts w:ascii="Arial" w:hAnsi="Arial" w:eastAsia="Arial"/>
          <w:sz w:val="22"/>
        </w:rPr>
        <w:t>Ҷавоби дуруст: Миробид</w:t>
      </w:r>
    </w:p>
    <w:p>
      <w:r>
        <w:rPr>
          <w:rFonts w:ascii="Arial" w:hAnsi="Arial" w:eastAsia="Arial"/>
          <w:sz w:val="22"/>
        </w:rPr>
        <w:t>3. Кадом ҷавоб номи аслии сайидои насафӣ чӣ буд?</w:t>
      </w:r>
    </w:p>
    <w:p>
      <w:r>
        <w:rPr>
          <w:rFonts w:ascii="Arial" w:hAnsi="Arial" w:eastAsia="Arial"/>
          <w:sz w:val="22"/>
        </w:rPr>
        <w:t>Ҷавоби дуруст: Миробид</w:t>
      </w:r>
    </w:p>
    <w:p>
      <w:r>
        <w:rPr>
          <w:rFonts w:ascii="Arial" w:hAnsi="Arial" w:eastAsia="Arial"/>
          <w:sz w:val="22"/>
        </w:rPr>
        <w:t>4. Аз рӯйи китоб муайян кунед: Номи аслии Сайидои Насафӣ чӣ буд?</w:t>
      </w:r>
    </w:p>
    <w:p>
      <w:r>
        <w:rPr>
          <w:rFonts w:ascii="Arial" w:hAnsi="Arial" w:eastAsia="Arial"/>
          <w:sz w:val="22"/>
        </w:rPr>
        <w:t>Ҷавоби дуруст: Миробид</w:t>
      </w:r>
    </w:p>
    <w:p>
      <w:r>
        <w:rPr>
          <w:rFonts w:ascii="Arial" w:hAnsi="Arial" w:eastAsia="Arial"/>
          <w:sz w:val="22"/>
        </w:rPr>
        <w:t>5. Сайидои Насафӣ намояндаи кадом давра аст?</w:t>
      </w:r>
    </w:p>
    <w:p>
      <w:r>
        <w:rPr>
          <w:rFonts w:ascii="Arial" w:hAnsi="Arial" w:eastAsia="Arial"/>
          <w:sz w:val="22"/>
        </w:rPr>
        <w:t>Ҷавоби дуруст: Нимаи дуюми асри XVII ва ибтидои асри XVIII</w:t>
      </w:r>
    </w:p>
    <w:p>
      <w:r>
        <w:rPr>
          <w:rFonts w:ascii="Arial" w:hAnsi="Arial" w:eastAsia="Arial"/>
          <w:sz w:val="22"/>
        </w:rPr>
        <w:t>6. Ҷавоби дуруст ба саволи «Сайидои Насафӣ намояндаи кадом давра аст?» кадом аст?</w:t>
      </w:r>
    </w:p>
    <w:p>
      <w:r>
        <w:rPr>
          <w:rFonts w:ascii="Arial" w:hAnsi="Arial" w:eastAsia="Arial"/>
          <w:sz w:val="22"/>
        </w:rPr>
        <w:t>Ҷавоби дуруст: Нимаи дуюми асри XVII ва ибтидои асри XVIII</w:t>
      </w:r>
    </w:p>
    <w:p>
      <w:r>
        <w:rPr>
          <w:rFonts w:ascii="Arial" w:hAnsi="Arial" w:eastAsia="Arial"/>
          <w:sz w:val="22"/>
        </w:rPr>
        <w:t>7. Кадом ҷавоб сайидои насафӣ намояндаи кадом давра аст?</w:t>
      </w:r>
    </w:p>
    <w:p>
      <w:r>
        <w:rPr>
          <w:rFonts w:ascii="Arial" w:hAnsi="Arial" w:eastAsia="Arial"/>
          <w:sz w:val="22"/>
        </w:rPr>
        <w:t>Ҷавоби дуруст: Нимаи дуюми асри XVII ва ибтидои асри XVIII</w:t>
      </w:r>
    </w:p>
    <w:p>
      <w:r>
        <w:rPr>
          <w:rFonts w:ascii="Arial" w:hAnsi="Arial" w:eastAsia="Arial"/>
          <w:sz w:val="22"/>
        </w:rPr>
        <w:t>8. Аз рӯйи китоб муайян кунед: Сайидои Насафӣ намояндаи кадом давра аст?</w:t>
      </w:r>
    </w:p>
    <w:p>
      <w:r>
        <w:rPr>
          <w:rFonts w:ascii="Arial" w:hAnsi="Arial" w:eastAsia="Arial"/>
          <w:sz w:val="22"/>
        </w:rPr>
        <w:t>Ҷавоби дуруст: Нимаи дуюми асри XVII ва ибтидои асри XVIII</w:t>
      </w:r>
    </w:p>
    <w:p>
      <w:r>
        <w:rPr>
          <w:rFonts w:ascii="Arial" w:hAnsi="Arial" w:eastAsia="Arial"/>
          <w:sz w:val="22"/>
        </w:rPr>
        <w:t>9. Сайидо дар куҷо таваллуд шудааст?</w:t>
      </w:r>
    </w:p>
    <w:p>
      <w:r>
        <w:rPr>
          <w:rFonts w:ascii="Arial" w:hAnsi="Arial" w:eastAsia="Arial"/>
          <w:sz w:val="22"/>
        </w:rPr>
        <w:t>Ҷавоби дуруст: Насаф</w:t>
      </w:r>
    </w:p>
    <w:p>
      <w:r>
        <w:rPr>
          <w:rFonts w:ascii="Arial" w:hAnsi="Arial" w:eastAsia="Arial"/>
          <w:sz w:val="22"/>
        </w:rPr>
        <w:t>10. Ҷавоби дуруст ба саволи «Сайидо дар куҷо таваллуд шудааст?» кадом аст?</w:t>
      </w:r>
    </w:p>
    <w:p>
      <w:r>
        <w:rPr>
          <w:rFonts w:ascii="Arial" w:hAnsi="Arial" w:eastAsia="Arial"/>
          <w:sz w:val="22"/>
        </w:rPr>
        <w:t>Ҷавоби дуруст: Насаф</w:t>
      </w:r>
    </w:p>
    <w:p>
      <w:r>
        <w:rPr>
          <w:rFonts w:ascii="Arial" w:hAnsi="Arial" w:eastAsia="Arial"/>
          <w:sz w:val="22"/>
        </w:rPr>
        <w:t>11. Кадом ҷавоб сайидо дар куҷо таваллуд шудааст?</w:t>
      </w:r>
    </w:p>
    <w:p>
      <w:r>
        <w:rPr>
          <w:rFonts w:ascii="Arial" w:hAnsi="Arial" w:eastAsia="Arial"/>
          <w:sz w:val="22"/>
        </w:rPr>
        <w:t>Ҷавоби дуруст: Насаф</w:t>
      </w:r>
    </w:p>
    <w:p>
      <w:r>
        <w:rPr>
          <w:rFonts w:ascii="Arial" w:hAnsi="Arial" w:eastAsia="Arial"/>
          <w:sz w:val="22"/>
        </w:rPr>
        <w:t>12. Аз рӯйи китоб муайян кунед: Сайидо дар куҷо таваллуд шудааст?</w:t>
      </w:r>
    </w:p>
    <w:p>
      <w:r>
        <w:rPr>
          <w:rFonts w:ascii="Arial" w:hAnsi="Arial" w:eastAsia="Arial"/>
          <w:sz w:val="22"/>
        </w:rPr>
        <w:t>Ҷавоби дуруст: Насаф</w:t>
      </w:r>
    </w:p>
    <w:p>
      <w:r>
        <w:rPr>
          <w:rFonts w:ascii="Arial" w:hAnsi="Arial" w:eastAsia="Arial"/>
          <w:sz w:val="22"/>
        </w:rPr>
        <w:t>13. Сайидо аз кадом оила буд?</w:t>
      </w:r>
    </w:p>
    <w:p>
      <w:r>
        <w:rPr>
          <w:rFonts w:ascii="Arial" w:hAnsi="Arial" w:eastAsia="Arial"/>
          <w:sz w:val="22"/>
        </w:rPr>
        <w:t>Ҷавоби дуруст: Оилаи ҳунарманди камбизоат</w:t>
      </w:r>
    </w:p>
    <w:p>
      <w:r>
        <w:rPr>
          <w:rFonts w:ascii="Arial" w:hAnsi="Arial" w:eastAsia="Arial"/>
          <w:sz w:val="22"/>
        </w:rPr>
        <w:t>14. Ҷавоби дуруст ба саволи «Сайидо аз кадом оила буд?» кадом аст?</w:t>
      </w:r>
    </w:p>
    <w:p>
      <w:r>
        <w:rPr>
          <w:rFonts w:ascii="Arial" w:hAnsi="Arial" w:eastAsia="Arial"/>
          <w:sz w:val="22"/>
        </w:rPr>
        <w:t>Ҷавоби дуруст: Оилаи ҳунарманди камбизоат</w:t>
      </w:r>
    </w:p>
    <w:p>
      <w:r>
        <w:rPr>
          <w:rFonts w:ascii="Arial" w:hAnsi="Arial" w:eastAsia="Arial"/>
          <w:sz w:val="22"/>
        </w:rPr>
        <w:t>15. Кадом ҷавоб сайидо аз кадом оила буд?</w:t>
      </w:r>
    </w:p>
    <w:p>
      <w:r>
        <w:rPr>
          <w:rFonts w:ascii="Arial" w:hAnsi="Arial" w:eastAsia="Arial"/>
          <w:sz w:val="22"/>
        </w:rPr>
        <w:t>Ҷавоби дуруст: Оилаи ҳунарманди камбизоат</w:t>
      </w:r>
    </w:p>
    <w:p>
      <w:r>
        <w:rPr>
          <w:rFonts w:ascii="Arial" w:hAnsi="Arial" w:eastAsia="Arial"/>
          <w:sz w:val="22"/>
        </w:rPr>
        <w:t>16. Аз рӯйи китоб муайян кунед: Сайидо аз кадом оила буд?</w:t>
      </w:r>
    </w:p>
    <w:p>
      <w:r>
        <w:rPr>
          <w:rFonts w:ascii="Arial" w:hAnsi="Arial" w:eastAsia="Arial"/>
          <w:sz w:val="22"/>
        </w:rPr>
        <w:t>Ҷавоби дуруст: Оилаи ҳунарманди камбизоат</w:t>
      </w:r>
    </w:p>
    <w:p>
      <w:r>
        <w:rPr>
          <w:rFonts w:ascii="Arial" w:hAnsi="Arial" w:eastAsia="Arial"/>
          <w:sz w:val="22"/>
        </w:rPr>
        <w:t>17. Сайидо дар куҷо таҳсил кардааст?</w:t>
      </w:r>
    </w:p>
    <w:p>
      <w:r>
        <w:rPr>
          <w:rFonts w:ascii="Arial" w:hAnsi="Arial" w:eastAsia="Arial"/>
          <w:sz w:val="22"/>
        </w:rPr>
        <w:t>Ҷавоби дуруст: Бухоро</w:t>
      </w:r>
    </w:p>
    <w:p>
      <w:r>
        <w:rPr>
          <w:rFonts w:ascii="Arial" w:hAnsi="Arial" w:eastAsia="Arial"/>
          <w:sz w:val="22"/>
        </w:rPr>
        <w:t>18. Ҷавоби дуруст ба саволи «Сайидо дар куҷо таҳсил кардааст?» кадом аст?</w:t>
      </w:r>
    </w:p>
    <w:p>
      <w:r>
        <w:rPr>
          <w:rFonts w:ascii="Arial" w:hAnsi="Arial" w:eastAsia="Arial"/>
          <w:sz w:val="22"/>
        </w:rPr>
        <w:t>Ҷавоби дуруст: Бухоро</w:t>
      </w:r>
    </w:p>
    <w:p>
      <w:r>
        <w:rPr>
          <w:rFonts w:ascii="Arial" w:hAnsi="Arial" w:eastAsia="Arial"/>
          <w:sz w:val="22"/>
        </w:rPr>
        <w:t>19. Кадом ҷавоб сайидо дар куҷо таҳсил кардааст?</w:t>
      </w:r>
    </w:p>
    <w:p>
      <w:r>
        <w:rPr>
          <w:rFonts w:ascii="Arial" w:hAnsi="Arial" w:eastAsia="Arial"/>
          <w:sz w:val="22"/>
        </w:rPr>
        <w:t>Ҷавоби дуруст: Бухоро</w:t>
      </w:r>
    </w:p>
    <w:p>
      <w:r>
        <w:rPr>
          <w:rFonts w:ascii="Arial" w:hAnsi="Arial" w:eastAsia="Arial"/>
          <w:sz w:val="22"/>
        </w:rPr>
        <w:t>20. Аз рӯйи китоб муайян кунед: Сайидо дар куҷо таҳсил кардааст?</w:t>
      </w:r>
    </w:p>
    <w:p>
      <w:r>
        <w:rPr>
          <w:rFonts w:ascii="Arial" w:hAnsi="Arial" w:eastAsia="Arial"/>
          <w:sz w:val="22"/>
        </w:rPr>
        <w:t>Ҷавоби дуруст: Бухоро</w:t>
      </w:r>
    </w:p>
    <w:p>
      <w:r>
        <w:rPr>
          <w:rFonts w:ascii="Arial" w:hAnsi="Arial" w:eastAsia="Arial"/>
          <w:sz w:val="22"/>
        </w:rPr>
        <w:t>21. Сайидо дар кадом макони Бухоро таҳсил мекард?</w:t>
      </w:r>
    </w:p>
    <w:p>
      <w:r>
        <w:rPr>
          <w:rFonts w:ascii="Arial" w:hAnsi="Arial" w:eastAsia="Arial"/>
          <w:sz w:val="22"/>
        </w:rPr>
        <w:t>Ҷавоби дуруст: Лаби Ҳавзи Нодир Девонбегӣ</w:t>
      </w:r>
    </w:p>
    <w:p>
      <w:r>
        <w:rPr>
          <w:rFonts w:ascii="Arial" w:hAnsi="Arial" w:eastAsia="Arial"/>
          <w:sz w:val="22"/>
        </w:rPr>
        <w:t>22. Ҷавоби дуруст ба саволи «Сайидо дар кадом макони Бухоро таҳсил мекард?» кадом аст?</w:t>
      </w:r>
    </w:p>
    <w:p>
      <w:r>
        <w:rPr>
          <w:rFonts w:ascii="Arial" w:hAnsi="Arial" w:eastAsia="Arial"/>
          <w:sz w:val="22"/>
        </w:rPr>
        <w:t>Ҷавоби дуруст: Лаби Ҳавзи Нодир Девонбегӣ</w:t>
      </w:r>
    </w:p>
    <w:p>
      <w:r>
        <w:rPr>
          <w:rFonts w:ascii="Arial" w:hAnsi="Arial" w:eastAsia="Arial"/>
          <w:sz w:val="22"/>
        </w:rPr>
        <w:t>23. Кадом ҷавоб сайидо дар кадом макони бухоро таҳсил мекард?</w:t>
      </w:r>
    </w:p>
    <w:p>
      <w:r>
        <w:rPr>
          <w:rFonts w:ascii="Arial" w:hAnsi="Arial" w:eastAsia="Arial"/>
          <w:sz w:val="22"/>
        </w:rPr>
        <w:t>Ҷавоби дуруст: Лаби Ҳавзи Нодир Девонбегӣ</w:t>
      </w:r>
    </w:p>
    <w:p>
      <w:r>
        <w:rPr>
          <w:rFonts w:ascii="Arial" w:hAnsi="Arial" w:eastAsia="Arial"/>
          <w:sz w:val="22"/>
        </w:rPr>
        <w:t>24. Аз рӯйи китоб муайян кунед: Сайидо дар кадом макони Бухоро таҳсил мекард?</w:t>
      </w:r>
    </w:p>
    <w:p>
      <w:r>
        <w:rPr>
          <w:rFonts w:ascii="Arial" w:hAnsi="Arial" w:eastAsia="Arial"/>
          <w:sz w:val="22"/>
        </w:rPr>
        <w:t>Ҷавоби дуруст: Лаби Ҳавзи Нодир Девонбегӣ</w:t>
      </w:r>
    </w:p>
    <w:p>
      <w:r>
        <w:rPr>
          <w:rFonts w:ascii="Arial" w:hAnsi="Arial" w:eastAsia="Arial"/>
          <w:sz w:val="22"/>
        </w:rPr>
        <w:t>25. Сайидо кадом касбро пеша карда буд?</w:t>
      </w:r>
    </w:p>
    <w:p>
      <w:r>
        <w:rPr>
          <w:rFonts w:ascii="Arial" w:hAnsi="Arial" w:eastAsia="Arial"/>
          <w:sz w:val="22"/>
        </w:rPr>
        <w:t>Ҷавоби дуруст: Бофандагӣ</w:t>
      </w:r>
    </w:p>
    <w:p>
      <w:r>
        <w:rPr>
          <w:rFonts w:ascii="Arial" w:hAnsi="Arial" w:eastAsia="Arial"/>
          <w:sz w:val="22"/>
        </w:rPr>
        <w:t>26. Ҷавоби дуруст ба саволи «Сайидо кадом касбро пеша карда буд?» кадом аст?</w:t>
      </w:r>
    </w:p>
    <w:p>
      <w:r>
        <w:rPr>
          <w:rFonts w:ascii="Arial" w:hAnsi="Arial" w:eastAsia="Arial"/>
          <w:sz w:val="22"/>
        </w:rPr>
        <w:t>Ҷавоби дуруст: Бофандагӣ</w:t>
      </w:r>
    </w:p>
    <w:p>
      <w:r>
        <w:rPr>
          <w:rFonts w:ascii="Arial" w:hAnsi="Arial" w:eastAsia="Arial"/>
          <w:sz w:val="22"/>
        </w:rPr>
        <w:t>27. Кадом ҷавоб сайидо кадом касбро пеша карда буд?</w:t>
      </w:r>
    </w:p>
    <w:p>
      <w:r>
        <w:rPr>
          <w:rFonts w:ascii="Arial" w:hAnsi="Arial" w:eastAsia="Arial"/>
          <w:sz w:val="22"/>
        </w:rPr>
        <w:t>Ҷавоби дуруст: Бофандагӣ</w:t>
      </w:r>
    </w:p>
    <w:p>
      <w:r>
        <w:rPr>
          <w:rFonts w:ascii="Arial" w:hAnsi="Arial" w:eastAsia="Arial"/>
          <w:sz w:val="22"/>
        </w:rPr>
        <w:t>28. Аз рӯйи китоб муайян кунед: Сайидо кадом касбро пеша карда буд?</w:t>
      </w:r>
    </w:p>
    <w:p>
      <w:r>
        <w:rPr>
          <w:rFonts w:ascii="Arial" w:hAnsi="Arial" w:eastAsia="Arial"/>
          <w:sz w:val="22"/>
        </w:rPr>
        <w:t>Ҷавоби дуруст: Бофандагӣ</w:t>
      </w:r>
    </w:p>
    <w:p>
      <w:r>
        <w:rPr>
          <w:rFonts w:ascii="Arial" w:hAnsi="Arial" w:eastAsia="Arial"/>
          <w:sz w:val="22"/>
        </w:rPr>
        <w:t>29. Сайидо кадом илмҳоро меомӯхт?</w:t>
      </w:r>
    </w:p>
    <w:p>
      <w:r>
        <w:rPr>
          <w:rFonts w:ascii="Arial" w:hAnsi="Arial" w:eastAsia="Arial"/>
          <w:sz w:val="22"/>
        </w:rPr>
        <w:t>Ҷавоби дуруст: Фалсафа, ахлоқ, мусиқӣ ва балоғат</w:t>
      </w:r>
    </w:p>
    <w:p>
      <w:r>
        <w:rPr>
          <w:rFonts w:ascii="Arial" w:hAnsi="Arial" w:eastAsia="Arial"/>
          <w:sz w:val="22"/>
        </w:rPr>
        <w:t>30. Ҷавоби дуруст ба саволи «Сайидо кадом илмҳоро меомӯхт?» кадом аст?</w:t>
      </w:r>
    </w:p>
    <w:p>
      <w:r>
        <w:rPr>
          <w:rFonts w:ascii="Arial" w:hAnsi="Arial" w:eastAsia="Arial"/>
          <w:sz w:val="22"/>
        </w:rPr>
        <w:t>Ҷавоби дуруст: Фалсафа, ахлоқ, мусиқӣ ва балоғат</w:t>
      </w:r>
    </w:p>
    <w:p>
      <w:r>
        <w:rPr>
          <w:rFonts w:ascii="Arial" w:hAnsi="Arial" w:eastAsia="Arial"/>
          <w:sz w:val="22"/>
        </w:rPr>
        <w:t>31. Кадом ҷавоб сайидо кадом илмҳоро меомӯхт?</w:t>
      </w:r>
    </w:p>
    <w:p>
      <w:r>
        <w:rPr>
          <w:rFonts w:ascii="Arial" w:hAnsi="Arial" w:eastAsia="Arial"/>
          <w:sz w:val="22"/>
        </w:rPr>
        <w:t>Ҷавоби дуруст: Фалсафа, ахлоқ, мусиқӣ ва балоғат</w:t>
      </w:r>
    </w:p>
    <w:p>
      <w:r>
        <w:rPr>
          <w:rFonts w:ascii="Arial" w:hAnsi="Arial" w:eastAsia="Arial"/>
          <w:sz w:val="22"/>
        </w:rPr>
        <w:t>32. Аз рӯйи китоб муайян кунед: Сайидо кадом илмҳоро меомӯхт?</w:t>
      </w:r>
    </w:p>
    <w:p>
      <w:r>
        <w:rPr>
          <w:rFonts w:ascii="Arial" w:hAnsi="Arial" w:eastAsia="Arial"/>
          <w:sz w:val="22"/>
        </w:rPr>
        <w:t>Ҷавоби дуруст: Фалсафа, ахлоқ, мусиқӣ ва балоғат</w:t>
      </w:r>
    </w:p>
    <w:p>
      <w:r>
        <w:rPr>
          <w:rFonts w:ascii="Arial" w:hAnsi="Arial" w:eastAsia="Arial"/>
          <w:sz w:val="22"/>
        </w:rPr>
        <w:t>33. «Куллиёт»-и Сайидо тақрибан чанд байт дорад?</w:t>
      </w:r>
    </w:p>
    <w:p>
      <w:r>
        <w:rPr>
          <w:rFonts w:ascii="Arial" w:hAnsi="Arial" w:eastAsia="Arial"/>
          <w:sz w:val="22"/>
        </w:rPr>
        <w:t>Ҷавоби дуруст: Тақрибан 8500 байт</w:t>
      </w:r>
    </w:p>
    <w:p>
      <w:r>
        <w:rPr>
          <w:rFonts w:ascii="Arial" w:hAnsi="Arial" w:eastAsia="Arial"/>
          <w:sz w:val="22"/>
        </w:rPr>
        <w:t>34. Ҷавоби дуруст ба саволи ««Куллиёт»-и Сайидо тақрибан чанд байт дорад?» кадом аст?</w:t>
      </w:r>
    </w:p>
    <w:p>
      <w:r>
        <w:rPr>
          <w:rFonts w:ascii="Arial" w:hAnsi="Arial" w:eastAsia="Arial"/>
          <w:sz w:val="22"/>
        </w:rPr>
        <w:t>Ҷавоби дуруст: Тақрибан 8500 байт</w:t>
      </w:r>
    </w:p>
    <w:p>
      <w:r>
        <w:rPr>
          <w:rFonts w:ascii="Arial" w:hAnsi="Arial" w:eastAsia="Arial"/>
          <w:sz w:val="22"/>
        </w:rPr>
        <w:t>35. Кадом ҷавоб «куллиёт»-и сайидо тақрибан чанд байт дорад?</w:t>
      </w:r>
    </w:p>
    <w:p>
      <w:r>
        <w:rPr>
          <w:rFonts w:ascii="Arial" w:hAnsi="Arial" w:eastAsia="Arial"/>
          <w:sz w:val="22"/>
        </w:rPr>
        <w:t>Ҷавоби дуруст: Тақрибан 8500 байт</w:t>
      </w:r>
    </w:p>
    <w:p>
      <w:r>
        <w:rPr>
          <w:rFonts w:ascii="Arial" w:hAnsi="Arial" w:eastAsia="Arial"/>
          <w:sz w:val="22"/>
        </w:rPr>
        <w:t>36. Аз рӯйи китоб муайян кунед: «Куллиёт»-и Сайидо тақрибан чанд байт дорад?</w:t>
      </w:r>
    </w:p>
    <w:p>
      <w:r>
        <w:rPr>
          <w:rFonts w:ascii="Arial" w:hAnsi="Arial" w:eastAsia="Arial"/>
          <w:sz w:val="22"/>
        </w:rPr>
        <w:t>Ҷавоби дуруст: Тақрибан 8500 байт</w:t>
      </w:r>
    </w:p>
    <w:p>
      <w:r>
        <w:rPr>
          <w:rFonts w:ascii="Arial" w:hAnsi="Arial" w:eastAsia="Arial"/>
          <w:sz w:val="22"/>
        </w:rPr>
        <w:t>37. Дар «Куллиёт»-и Сайидо кадом жанр ҷойи аввалро дорад?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38. Ҷавоби дуруст ба саволи «Дар «Куллиёт»-и Сайидо кадом жанр ҷойи аввалро дорад?» кадом аст?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39. Кадом ҷавоб дар «куллиёт»-и сайидо кадом жанр ҷойи аввалро дорад?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40. Аз рӯйи китоб муайян кунед: Дар «Куллиёт»-и Сайидо кадом жанр ҷойи аввалро дорад?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41. Ғазалиёти Сайидо тақрибан чанд байтро дар бар мегирад?</w:t>
      </w:r>
    </w:p>
    <w:p>
      <w:r>
        <w:rPr>
          <w:rFonts w:ascii="Arial" w:hAnsi="Arial" w:eastAsia="Arial"/>
          <w:sz w:val="22"/>
        </w:rPr>
        <w:t>Ҷавоби дуруст: Тақрибан 4600 байт</w:t>
      </w:r>
    </w:p>
    <w:p>
      <w:r>
        <w:rPr>
          <w:rFonts w:ascii="Arial" w:hAnsi="Arial" w:eastAsia="Arial"/>
          <w:sz w:val="22"/>
        </w:rPr>
        <w:t>42. Ҷавоби дуруст ба саволи «Ғазалиёти Сайидо тақрибан чанд байтро дар бар мегирад?» кадом аст?</w:t>
      </w:r>
    </w:p>
    <w:p>
      <w:r>
        <w:rPr>
          <w:rFonts w:ascii="Arial" w:hAnsi="Arial" w:eastAsia="Arial"/>
          <w:sz w:val="22"/>
        </w:rPr>
        <w:t>Ҷавоби дуруст: Тақрибан 4600 байт</w:t>
      </w:r>
    </w:p>
    <w:p>
      <w:r>
        <w:rPr>
          <w:rFonts w:ascii="Arial" w:hAnsi="Arial" w:eastAsia="Arial"/>
          <w:sz w:val="22"/>
        </w:rPr>
        <w:t>43. Кадом ҷавоб ғазалиёти сайидо тақрибан чанд байтро дар бар мегирад?</w:t>
      </w:r>
    </w:p>
    <w:p>
      <w:r>
        <w:rPr>
          <w:rFonts w:ascii="Arial" w:hAnsi="Arial" w:eastAsia="Arial"/>
          <w:sz w:val="22"/>
        </w:rPr>
        <w:t>Ҷавоби дуруст: Тақрибан 4600 байт</w:t>
      </w:r>
    </w:p>
    <w:p>
      <w:r>
        <w:rPr>
          <w:rFonts w:ascii="Arial" w:hAnsi="Arial" w:eastAsia="Arial"/>
          <w:sz w:val="22"/>
        </w:rPr>
        <w:t>44. Аз рӯйи китоб муайян кунед: Ғазалиёти Сайидо тақрибан чанд байтро дар бар мегирад?</w:t>
      </w:r>
    </w:p>
    <w:p>
      <w:r>
        <w:rPr>
          <w:rFonts w:ascii="Arial" w:hAnsi="Arial" w:eastAsia="Arial"/>
          <w:sz w:val="22"/>
        </w:rPr>
        <w:t>Ҷавоби дуруст: Тақрибан 4600 байт</w:t>
      </w:r>
    </w:p>
    <w:p>
      <w:r>
        <w:rPr>
          <w:rFonts w:ascii="Arial" w:hAnsi="Arial" w:eastAsia="Arial"/>
          <w:sz w:val="22"/>
        </w:rPr>
        <w:t>45. Мухаммасҳои Сайидо тақрибан чанд байт доранд?</w:t>
      </w:r>
    </w:p>
    <w:p>
      <w:r>
        <w:rPr>
          <w:rFonts w:ascii="Arial" w:hAnsi="Arial" w:eastAsia="Arial"/>
          <w:sz w:val="22"/>
        </w:rPr>
        <w:t>Ҷавоби дуруст: Тақрибан 1050 байт</w:t>
      </w:r>
    </w:p>
    <w:p>
      <w:r>
        <w:rPr>
          <w:rFonts w:ascii="Arial" w:hAnsi="Arial" w:eastAsia="Arial"/>
          <w:sz w:val="22"/>
        </w:rPr>
        <w:t>46. Ҷавоби дуруст ба саволи «Мухаммасҳои Сайидо тақрибан чанд байт доранд?» кадом аст?</w:t>
      </w:r>
    </w:p>
    <w:p>
      <w:r>
        <w:rPr>
          <w:rFonts w:ascii="Arial" w:hAnsi="Arial" w:eastAsia="Arial"/>
          <w:sz w:val="22"/>
        </w:rPr>
        <w:t>Ҷавоби дуруст: Тақрибан 1050 байт</w:t>
      </w:r>
    </w:p>
    <w:p>
      <w:r>
        <w:rPr>
          <w:rFonts w:ascii="Arial" w:hAnsi="Arial" w:eastAsia="Arial"/>
          <w:sz w:val="22"/>
        </w:rPr>
        <w:t>47. Кадом ҷавоб мухаммасҳои сайидо тақрибан чанд байт доранд?</w:t>
      </w:r>
    </w:p>
    <w:p>
      <w:r>
        <w:rPr>
          <w:rFonts w:ascii="Arial" w:hAnsi="Arial" w:eastAsia="Arial"/>
          <w:sz w:val="22"/>
        </w:rPr>
        <w:t>Ҷавоби дуруст: Тақрибан 1050 байт</w:t>
      </w:r>
    </w:p>
    <w:p>
      <w:r>
        <w:rPr>
          <w:rFonts w:ascii="Arial" w:hAnsi="Arial" w:eastAsia="Arial"/>
          <w:sz w:val="22"/>
        </w:rPr>
        <w:t>48. Аз рӯйи китоб муайян кунед: Мухаммасҳои Сайидо тақрибан чанд байт доранд?</w:t>
      </w:r>
    </w:p>
    <w:p>
      <w:r>
        <w:rPr>
          <w:rFonts w:ascii="Arial" w:hAnsi="Arial" w:eastAsia="Arial"/>
          <w:sz w:val="22"/>
        </w:rPr>
        <w:t>Ҷавоби дуруст: Тақрибан 1050 байт</w:t>
      </w:r>
    </w:p>
    <w:p>
      <w:r>
        <w:rPr>
          <w:rFonts w:ascii="Arial" w:hAnsi="Arial" w:eastAsia="Arial"/>
          <w:sz w:val="22"/>
        </w:rPr>
        <w:t>49. «Шаҳрошӯб»-и Сайидо чанд байт дорад?</w:t>
      </w:r>
    </w:p>
    <w:p>
      <w:r>
        <w:rPr>
          <w:rFonts w:ascii="Arial" w:hAnsi="Arial" w:eastAsia="Arial"/>
          <w:sz w:val="22"/>
        </w:rPr>
        <w:t>Ҷавоби дуруст: 405 байт</w:t>
      </w:r>
    </w:p>
    <w:p>
      <w:r>
        <w:rPr>
          <w:rFonts w:ascii="Arial" w:hAnsi="Arial" w:eastAsia="Arial"/>
          <w:sz w:val="22"/>
        </w:rPr>
        <w:t>50. Ҷавоби дуруст ба саволи ««Шаҳрошӯб»-и Сайидо чанд байт дорад?» кадом аст?</w:t>
      </w:r>
    </w:p>
    <w:p>
      <w:r>
        <w:rPr>
          <w:rFonts w:ascii="Arial" w:hAnsi="Arial" w:eastAsia="Arial"/>
          <w:sz w:val="22"/>
        </w:rPr>
        <w:t>Ҷавоби дуруст: 405 байт</w:t>
      </w:r>
    </w:p>
    <w:p>
      <w:r>
        <w:rPr>
          <w:rFonts w:ascii="Arial" w:hAnsi="Arial" w:eastAsia="Arial"/>
          <w:sz w:val="22"/>
        </w:rPr>
        <w:t>51. Кадом ҷавоб «шаҳрошӯб»-и сайидо чанд байт дорад?</w:t>
      </w:r>
    </w:p>
    <w:p>
      <w:r>
        <w:rPr>
          <w:rFonts w:ascii="Arial" w:hAnsi="Arial" w:eastAsia="Arial"/>
          <w:sz w:val="22"/>
        </w:rPr>
        <w:t>Ҷавоби дуруст: 405 байт</w:t>
      </w:r>
    </w:p>
    <w:p>
      <w:r>
        <w:rPr>
          <w:rFonts w:ascii="Arial" w:hAnsi="Arial" w:eastAsia="Arial"/>
          <w:sz w:val="22"/>
        </w:rPr>
        <w:t>52. Аз рӯйи китоб муайян кунед: «Шаҳрошӯб»-и Сайидо чанд байт дорад?</w:t>
      </w:r>
    </w:p>
    <w:p>
      <w:r>
        <w:rPr>
          <w:rFonts w:ascii="Arial" w:hAnsi="Arial" w:eastAsia="Arial"/>
          <w:sz w:val="22"/>
        </w:rPr>
        <w:t>Ҷавоби дуруст: 405 байт</w:t>
      </w:r>
    </w:p>
    <w:p>
      <w:r>
        <w:rPr>
          <w:rFonts w:ascii="Arial" w:hAnsi="Arial" w:eastAsia="Arial"/>
          <w:sz w:val="22"/>
        </w:rPr>
        <w:t>53. Дар «Шаҳрошӯб» чанд намояндаи касбу ҳунар васф шудааст?</w:t>
      </w:r>
    </w:p>
    <w:p>
      <w:r>
        <w:rPr>
          <w:rFonts w:ascii="Arial" w:hAnsi="Arial" w:eastAsia="Arial"/>
          <w:sz w:val="22"/>
        </w:rPr>
        <w:t>Ҷавоби дуруст: 212 нафар</w:t>
      </w:r>
    </w:p>
    <w:p>
      <w:r>
        <w:rPr>
          <w:rFonts w:ascii="Arial" w:hAnsi="Arial" w:eastAsia="Arial"/>
          <w:sz w:val="22"/>
        </w:rPr>
        <w:t>54. Ҷавоби дуруст ба саволи «Дар «Шаҳрошӯб» чанд намояндаи касбу ҳунар васф шудааст?» кадом аст?</w:t>
      </w:r>
    </w:p>
    <w:p>
      <w:r>
        <w:rPr>
          <w:rFonts w:ascii="Arial" w:hAnsi="Arial" w:eastAsia="Arial"/>
          <w:sz w:val="22"/>
        </w:rPr>
        <w:t>Ҷавоби дуруст: 212 нафар</w:t>
      </w:r>
    </w:p>
    <w:p>
      <w:r>
        <w:rPr>
          <w:rFonts w:ascii="Arial" w:hAnsi="Arial" w:eastAsia="Arial"/>
          <w:sz w:val="22"/>
        </w:rPr>
        <w:t>55. Кадом ҷавоб дар «шаҳрошӯб» чанд намояндаи касбу ҳунар васф шудааст?</w:t>
      </w:r>
    </w:p>
    <w:p>
      <w:r>
        <w:rPr>
          <w:rFonts w:ascii="Arial" w:hAnsi="Arial" w:eastAsia="Arial"/>
          <w:sz w:val="22"/>
        </w:rPr>
        <w:t>Ҷавоби дуруст: 212 нафар</w:t>
      </w:r>
    </w:p>
    <w:p>
      <w:r>
        <w:rPr>
          <w:rFonts w:ascii="Arial" w:hAnsi="Arial" w:eastAsia="Arial"/>
          <w:sz w:val="22"/>
        </w:rPr>
        <w:t>56. Аз рӯйи китоб муайян кунед: Дар «Шаҳрошӯб» чанд намояндаи касбу ҳунар васф шудааст?</w:t>
      </w:r>
    </w:p>
    <w:p>
      <w:r>
        <w:rPr>
          <w:rFonts w:ascii="Arial" w:hAnsi="Arial" w:eastAsia="Arial"/>
          <w:sz w:val="22"/>
        </w:rPr>
        <w:t>Ҷавоби дуруст: 212 нафар</w:t>
      </w:r>
    </w:p>
    <w:p>
      <w:r>
        <w:rPr>
          <w:rFonts w:ascii="Arial" w:hAnsi="Arial" w:eastAsia="Arial"/>
          <w:sz w:val="22"/>
        </w:rPr>
        <w:t>57. «Баҳориёт» бо номи дигар чӣ ном дорад?</w:t>
      </w:r>
    </w:p>
    <w:p>
      <w:r>
        <w:rPr>
          <w:rFonts w:ascii="Arial" w:hAnsi="Arial" w:eastAsia="Arial"/>
          <w:sz w:val="22"/>
        </w:rPr>
        <w:t>Ҷавоби дуруст: «Ҳайвонотнома»</w:t>
      </w:r>
    </w:p>
    <w:p>
      <w:r>
        <w:rPr>
          <w:rFonts w:ascii="Arial" w:hAnsi="Arial" w:eastAsia="Arial"/>
          <w:sz w:val="22"/>
        </w:rPr>
        <w:t>58. Ҷавоби дуруст ба саволи ««Баҳориёт» бо номи дигар чӣ ном дорад?» кадом аст?</w:t>
      </w:r>
    </w:p>
    <w:p>
      <w:r>
        <w:rPr>
          <w:rFonts w:ascii="Arial" w:hAnsi="Arial" w:eastAsia="Arial"/>
          <w:sz w:val="22"/>
        </w:rPr>
        <w:t>Ҷавоби дуруст: «Ҳайвонотнома»</w:t>
      </w:r>
    </w:p>
    <w:p>
      <w:r>
        <w:rPr>
          <w:rFonts w:ascii="Arial" w:hAnsi="Arial" w:eastAsia="Arial"/>
          <w:sz w:val="22"/>
        </w:rPr>
        <w:t>59. Кадом ҷавоб «баҳориёт» бо номи дигар чӣ ном дорад?</w:t>
      </w:r>
    </w:p>
    <w:p>
      <w:r>
        <w:rPr>
          <w:rFonts w:ascii="Arial" w:hAnsi="Arial" w:eastAsia="Arial"/>
          <w:sz w:val="22"/>
        </w:rPr>
        <w:t>Ҷавоби дуруст: «Ҳайвонотнома»</w:t>
      </w:r>
    </w:p>
    <w:p>
      <w:r>
        <w:rPr>
          <w:rFonts w:ascii="Arial" w:hAnsi="Arial" w:eastAsia="Arial"/>
          <w:sz w:val="22"/>
        </w:rPr>
        <w:t>60. Аз рӯйи китоб муайян кунед: «Баҳориёт» бо номи дигар чӣ ном дорад?</w:t>
      </w:r>
    </w:p>
    <w:p>
      <w:r>
        <w:rPr>
          <w:rFonts w:ascii="Arial" w:hAnsi="Arial" w:eastAsia="Arial"/>
          <w:sz w:val="22"/>
        </w:rPr>
        <w:t>Ҷавоби дуруст: «Ҳайвонотнома»</w:t>
      </w:r>
    </w:p>
    <w:p>
      <w:r>
        <w:rPr>
          <w:rFonts w:ascii="Arial" w:hAnsi="Arial" w:eastAsia="Arial"/>
          <w:sz w:val="22"/>
        </w:rPr>
        <w:t>61. «Баҳориёт» чӣ гуна асар аст?</w:t>
      </w:r>
    </w:p>
    <w:p>
      <w:r>
        <w:rPr>
          <w:rFonts w:ascii="Arial" w:hAnsi="Arial" w:eastAsia="Arial"/>
          <w:sz w:val="22"/>
        </w:rPr>
        <w:t>Ҷавоби дуруст: Маснавии тамсилӣ</w:t>
      </w:r>
    </w:p>
    <w:p>
      <w:r>
        <w:rPr>
          <w:rFonts w:ascii="Arial" w:hAnsi="Arial" w:eastAsia="Arial"/>
          <w:sz w:val="22"/>
        </w:rPr>
        <w:t>62. Ҷавоби дуруст ба саволи ««Баҳориёт» чӣ гуна асар аст?» кадом аст?</w:t>
      </w:r>
    </w:p>
    <w:p>
      <w:r>
        <w:rPr>
          <w:rFonts w:ascii="Arial" w:hAnsi="Arial" w:eastAsia="Arial"/>
          <w:sz w:val="22"/>
        </w:rPr>
        <w:t>Ҷавоби дуруст: Маснавии тамсилӣ</w:t>
      </w:r>
    </w:p>
    <w:p>
      <w:r>
        <w:rPr>
          <w:rFonts w:ascii="Arial" w:hAnsi="Arial" w:eastAsia="Arial"/>
          <w:sz w:val="22"/>
        </w:rPr>
        <w:t>63. Кадом ҷавоб «баҳориёт» чӣ гуна асар аст?</w:t>
      </w:r>
    </w:p>
    <w:p>
      <w:r>
        <w:rPr>
          <w:rFonts w:ascii="Arial" w:hAnsi="Arial" w:eastAsia="Arial"/>
          <w:sz w:val="22"/>
        </w:rPr>
        <w:t>Ҷавоби дуруст: Маснавии тамсилӣ</w:t>
      </w:r>
    </w:p>
    <w:p>
      <w:r>
        <w:rPr>
          <w:rFonts w:ascii="Arial" w:hAnsi="Arial" w:eastAsia="Arial"/>
          <w:sz w:val="22"/>
        </w:rPr>
        <w:t>64. Аз рӯйи китоб муайян кунед: «Баҳориёт» чӣ гуна асар аст?</w:t>
      </w:r>
    </w:p>
    <w:p>
      <w:r>
        <w:rPr>
          <w:rFonts w:ascii="Arial" w:hAnsi="Arial" w:eastAsia="Arial"/>
          <w:sz w:val="22"/>
        </w:rPr>
        <w:t>Ҷавоби дуруст: Маснавии тамсилӣ</w:t>
      </w:r>
    </w:p>
    <w:p>
      <w:r>
        <w:rPr>
          <w:rFonts w:ascii="Arial" w:hAnsi="Arial" w:eastAsia="Arial"/>
          <w:sz w:val="22"/>
        </w:rPr>
        <w:t>65. Дар китоби дарсӣ гуфта мешавад: Номи аслии Сайидои Насафӣ чӣ буд?</w:t>
      </w:r>
    </w:p>
    <w:p>
      <w:r>
        <w:rPr>
          <w:rFonts w:ascii="Arial" w:hAnsi="Arial" w:eastAsia="Arial"/>
          <w:sz w:val="22"/>
        </w:rPr>
        <w:t>Ҷавоби дуруст: Миробид</w:t>
      </w:r>
    </w:p>
    <w:p>
      <w:r>
        <w:rPr>
          <w:rFonts w:ascii="Arial" w:hAnsi="Arial" w:eastAsia="Arial"/>
          <w:sz w:val="22"/>
        </w:rPr>
        <w:t>66. Дар китоби дарсӣ гуфта мешавад: Сайидои Насафӣ намояндаи кадом давра аст?</w:t>
      </w:r>
    </w:p>
    <w:p>
      <w:r>
        <w:rPr>
          <w:rFonts w:ascii="Arial" w:hAnsi="Arial" w:eastAsia="Arial"/>
          <w:sz w:val="22"/>
        </w:rPr>
        <w:t>Ҷавоби дуруст: Нимаи дуюми асри XVII ва ибтидои асри XVIII</w:t>
      </w:r>
    </w:p>
    <w:p>
      <w:r>
        <w:rPr>
          <w:rFonts w:ascii="Arial" w:hAnsi="Arial" w:eastAsia="Arial"/>
          <w:sz w:val="22"/>
        </w:rPr>
        <w:t>67. Дар китоби дарсӣ гуфта мешавад: Сайидо дар куҷо таваллуд шудааст?</w:t>
      </w:r>
    </w:p>
    <w:p>
      <w:r>
        <w:rPr>
          <w:rFonts w:ascii="Arial" w:hAnsi="Arial" w:eastAsia="Arial"/>
          <w:sz w:val="22"/>
        </w:rPr>
        <w:t>Ҷавоби дуруст: Насаф</w:t>
      </w:r>
    </w:p>
    <w:p>
      <w:r>
        <w:rPr>
          <w:rFonts w:ascii="Arial" w:hAnsi="Arial" w:eastAsia="Arial"/>
          <w:sz w:val="22"/>
        </w:rPr>
        <w:t>68. Дар китоби дарсӣ гуфта мешавад: Сайидо аз кадом оила буд?</w:t>
      </w:r>
    </w:p>
    <w:p>
      <w:r>
        <w:rPr>
          <w:rFonts w:ascii="Arial" w:hAnsi="Arial" w:eastAsia="Arial"/>
          <w:sz w:val="22"/>
        </w:rPr>
        <w:t>Ҷавоби дуруст: Оилаи ҳунарманди камбизоат</w:t>
      </w:r>
    </w:p>
    <w:p>
      <w:r>
        <w:rPr>
          <w:rFonts w:ascii="Arial" w:hAnsi="Arial" w:eastAsia="Arial"/>
          <w:sz w:val="22"/>
        </w:rPr>
        <w:t>69. Дар китоби дарсӣ гуфта мешавад: Сайидо дар куҷо таҳсил кардааст?</w:t>
      </w:r>
    </w:p>
    <w:p>
      <w:r>
        <w:rPr>
          <w:rFonts w:ascii="Arial" w:hAnsi="Arial" w:eastAsia="Arial"/>
          <w:sz w:val="22"/>
        </w:rPr>
        <w:t>Ҷавоби дуруст: Бухоро</w:t>
      </w:r>
    </w:p>
    <w:p>
      <w:r>
        <w:rPr>
          <w:rFonts w:ascii="Arial" w:hAnsi="Arial" w:eastAsia="Arial"/>
          <w:sz w:val="22"/>
        </w:rPr>
        <w:t>70. Дар китоби дарсӣ гуфта мешавад: Сайидо дар кадом макони Бухоро таҳсил мекард?</w:t>
      </w:r>
    </w:p>
    <w:p>
      <w:r>
        <w:rPr>
          <w:rFonts w:ascii="Arial" w:hAnsi="Arial" w:eastAsia="Arial"/>
          <w:sz w:val="22"/>
        </w:rPr>
        <w:t>Ҷавоби дуруст: Лаби Ҳавзи Нодир Девонбегӣ</w:t>
      </w:r>
    </w:p>
    <w:p>
      <w:r>
        <w:rPr>
          <w:rFonts w:ascii="Arial" w:hAnsi="Arial" w:eastAsia="Arial"/>
          <w:sz w:val="22"/>
        </w:rPr>
        <w:t>71. Дар китоби дарсӣ гуфта мешавад: Сайидо кадом касбро пеша карда буд?</w:t>
      </w:r>
    </w:p>
    <w:p>
      <w:r>
        <w:rPr>
          <w:rFonts w:ascii="Arial" w:hAnsi="Arial" w:eastAsia="Arial"/>
          <w:sz w:val="22"/>
        </w:rPr>
        <w:t>Ҷавоби дуруст: Бофандагӣ</w:t>
      </w:r>
    </w:p>
    <w:p>
      <w:r>
        <w:rPr>
          <w:rFonts w:ascii="Arial" w:hAnsi="Arial" w:eastAsia="Arial"/>
          <w:sz w:val="22"/>
        </w:rPr>
        <w:t>72. Дар китоби дарсӣ гуфта мешавад: Сайидо кадом илмҳоро меомӯхт?</w:t>
      </w:r>
    </w:p>
    <w:p>
      <w:r>
        <w:rPr>
          <w:rFonts w:ascii="Arial" w:hAnsi="Arial" w:eastAsia="Arial"/>
          <w:sz w:val="22"/>
        </w:rPr>
        <w:t>Ҷавоби дуруст: Фалсафа, ахлоқ, мусиқӣ ва балоғат</w:t>
      </w:r>
    </w:p>
    <w:p>
      <w:r>
        <w:rPr>
          <w:rFonts w:ascii="Arial" w:hAnsi="Arial" w:eastAsia="Arial"/>
          <w:sz w:val="22"/>
        </w:rPr>
        <w:t>73. Дар китоби дарсӣ гуфта мешавад: «Куллиёт»-и Сайидо тақрибан чанд байт дорад?</w:t>
      </w:r>
    </w:p>
    <w:p>
      <w:r>
        <w:rPr>
          <w:rFonts w:ascii="Arial" w:hAnsi="Arial" w:eastAsia="Arial"/>
          <w:sz w:val="22"/>
        </w:rPr>
        <w:t>Ҷавоби дуруст: Тақрибан 8500 байт</w:t>
      </w:r>
    </w:p>
    <w:p>
      <w:r>
        <w:rPr>
          <w:rFonts w:ascii="Arial" w:hAnsi="Arial" w:eastAsia="Arial"/>
          <w:sz w:val="22"/>
        </w:rPr>
        <w:t>74. Дар китоби дарсӣ гуфта мешавад: Дар «Куллиёт»-и Сайидо кадом жанр ҷойи аввалро дорад?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75. Дар китоби дарсӣ гуфта мешавад: Ғазалиёти Сайидо тақрибан чанд байтро дар бар мегирад?</w:t>
      </w:r>
    </w:p>
    <w:p>
      <w:r>
        <w:rPr>
          <w:rFonts w:ascii="Arial" w:hAnsi="Arial" w:eastAsia="Arial"/>
          <w:sz w:val="22"/>
        </w:rPr>
        <w:t>Ҷавоби дуруст: Тақрибан 4600 байт</w:t>
      </w:r>
    </w:p>
    <w:p>
      <w:r>
        <w:rPr>
          <w:rFonts w:ascii="Arial" w:hAnsi="Arial" w:eastAsia="Arial"/>
          <w:sz w:val="22"/>
        </w:rPr>
        <w:t>76. Дар китоби дарсӣ гуфта мешавад: Мухаммасҳои Сайидо тақрибан чанд байт доранд?</w:t>
      </w:r>
    </w:p>
    <w:p>
      <w:r>
        <w:rPr>
          <w:rFonts w:ascii="Arial" w:hAnsi="Arial" w:eastAsia="Arial"/>
          <w:sz w:val="22"/>
        </w:rPr>
        <w:t>Ҷавоби дуруст: Тақрибан 1050 байт</w:t>
      </w:r>
    </w:p>
    <w:p>
      <w:r>
        <w:rPr>
          <w:rFonts w:ascii="Arial" w:hAnsi="Arial" w:eastAsia="Arial"/>
          <w:sz w:val="22"/>
        </w:rPr>
        <w:t>77. Дар китоби дарсӣ гуфта мешавад: «Шаҳрошӯб»-и Сайидо чанд байт дорад?</w:t>
      </w:r>
    </w:p>
    <w:p>
      <w:r>
        <w:rPr>
          <w:rFonts w:ascii="Arial" w:hAnsi="Arial" w:eastAsia="Arial"/>
          <w:sz w:val="22"/>
        </w:rPr>
        <w:t>Ҷавоби дуруст: 405 байт</w:t>
      </w:r>
    </w:p>
    <w:p>
      <w:r>
        <w:rPr>
          <w:rFonts w:ascii="Arial" w:hAnsi="Arial" w:eastAsia="Arial"/>
          <w:sz w:val="22"/>
        </w:rPr>
        <w:t>78. Дар китоби дарсӣ гуфта мешавад: Дар «Шаҳрошӯб» чанд намояндаи касбу ҳунар васф шудааст?</w:t>
      </w:r>
    </w:p>
    <w:p>
      <w:r>
        <w:rPr>
          <w:rFonts w:ascii="Arial" w:hAnsi="Arial" w:eastAsia="Arial"/>
          <w:sz w:val="22"/>
        </w:rPr>
        <w:t>Ҷавоби дуруст: 212 нафар</w:t>
      </w:r>
    </w:p>
    <w:p>
      <w:r>
        <w:rPr>
          <w:rFonts w:ascii="Arial" w:hAnsi="Arial" w:eastAsia="Arial"/>
          <w:sz w:val="22"/>
        </w:rPr>
        <w:t>79. Дар китоби дарсӣ гуфта мешавад: «Баҳориёт» бо номи дигар чӣ ном дорад?</w:t>
      </w:r>
    </w:p>
    <w:p>
      <w:r>
        <w:rPr>
          <w:rFonts w:ascii="Arial" w:hAnsi="Arial" w:eastAsia="Arial"/>
          <w:sz w:val="22"/>
        </w:rPr>
        <w:t>Ҷавоби дуруст: «Ҳайвонотнома»</w:t>
      </w:r>
    </w:p>
    <w:p>
      <w:r>
        <w:rPr>
          <w:rFonts w:ascii="Arial" w:hAnsi="Arial" w:eastAsia="Arial"/>
          <w:sz w:val="22"/>
        </w:rPr>
        <w:t>80. Дар китоби дарсӣ гуфта мешавад: «Баҳориёт» чӣ гуна асар аст?</w:t>
      </w:r>
    </w:p>
    <w:p>
      <w:r>
        <w:rPr>
          <w:rFonts w:ascii="Arial" w:hAnsi="Arial" w:eastAsia="Arial"/>
          <w:sz w:val="22"/>
        </w:rPr>
        <w:t>Ҷавоби дуруст: Маснавии тамсилӣ</w:t>
      </w:r>
    </w:p>
    <w:p>
      <w:r>
        <w:rPr>
          <w:rFonts w:ascii="Arial" w:hAnsi="Arial" w:eastAsia="Arial"/>
          <w:sz w:val="22"/>
        </w:rPr>
        <w:t>81. Дар китоби дарсӣ гуфта мешавад: Номи аслии Сайидои Насафӣ чӣ буд?</w:t>
      </w:r>
    </w:p>
    <w:p>
      <w:r>
        <w:rPr>
          <w:rFonts w:ascii="Arial" w:hAnsi="Arial" w:eastAsia="Arial"/>
          <w:sz w:val="22"/>
        </w:rPr>
        <w:t>Ҷавоби дуруст: Миробид</w:t>
      </w:r>
    </w:p>
    <w:p>
      <w:r>
        <w:rPr>
          <w:rFonts w:ascii="Arial" w:hAnsi="Arial" w:eastAsia="Arial"/>
          <w:sz w:val="22"/>
        </w:rPr>
        <w:t>82. Дар китоби дарсӣ гуфта мешавад: Сайидои Насафӣ намояндаи кадом давра аст?</w:t>
      </w:r>
    </w:p>
    <w:p>
      <w:r>
        <w:rPr>
          <w:rFonts w:ascii="Arial" w:hAnsi="Arial" w:eastAsia="Arial"/>
          <w:sz w:val="22"/>
        </w:rPr>
        <w:t>Ҷавоби дуруст: Нимаи дуюми асри XVII ва ибтидои асри XVIII</w:t>
      </w:r>
    </w:p>
    <w:p>
      <w:r>
        <w:rPr>
          <w:rFonts w:ascii="Arial" w:hAnsi="Arial" w:eastAsia="Arial"/>
          <w:sz w:val="22"/>
        </w:rPr>
        <w:t>83. Дар китоби дарсӣ гуфта мешавад: Сайидо дар куҷо таваллуд шудааст?</w:t>
      </w:r>
    </w:p>
    <w:p>
      <w:r>
        <w:rPr>
          <w:rFonts w:ascii="Arial" w:hAnsi="Arial" w:eastAsia="Arial"/>
          <w:sz w:val="22"/>
        </w:rPr>
        <w:t>Ҷавоби дуруст: Насаф</w:t>
      </w:r>
    </w:p>
    <w:p>
      <w:r>
        <w:rPr>
          <w:rFonts w:ascii="Arial" w:hAnsi="Arial" w:eastAsia="Arial"/>
          <w:sz w:val="22"/>
        </w:rPr>
        <w:t>84. Дар китоби дарсӣ гуфта мешавад: Сайидо аз кадом оила буд?</w:t>
      </w:r>
    </w:p>
    <w:p>
      <w:r>
        <w:rPr>
          <w:rFonts w:ascii="Arial" w:hAnsi="Arial" w:eastAsia="Arial"/>
          <w:sz w:val="22"/>
        </w:rPr>
        <w:t>Ҷавоби дуруст: Оилаи ҳунарманди камбизоат</w:t>
      </w:r>
    </w:p>
    <w:p>
      <w:r>
        <w:rPr>
          <w:rFonts w:ascii="Arial" w:hAnsi="Arial" w:eastAsia="Arial"/>
          <w:sz w:val="22"/>
        </w:rPr>
        <w:t>85. Дар китоби дарсӣ гуфта мешавад: Сайидо дар куҷо таҳсил кардааст?</w:t>
      </w:r>
    </w:p>
    <w:p>
      <w:r>
        <w:rPr>
          <w:rFonts w:ascii="Arial" w:hAnsi="Arial" w:eastAsia="Arial"/>
          <w:sz w:val="22"/>
        </w:rPr>
        <w:t>Ҷавоби дуруст: Бухоро</w:t>
      </w:r>
    </w:p>
    <w:p>
      <w:r>
        <w:rPr>
          <w:rFonts w:ascii="Arial" w:hAnsi="Arial" w:eastAsia="Arial"/>
          <w:sz w:val="22"/>
        </w:rPr>
        <w:t>86. Дар китоби дарсӣ гуфта мешавад: Сайидо дар кадом макони Бухоро таҳсил мекард?</w:t>
      </w:r>
    </w:p>
    <w:p>
      <w:r>
        <w:rPr>
          <w:rFonts w:ascii="Arial" w:hAnsi="Arial" w:eastAsia="Arial"/>
          <w:sz w:val="22"/>
        </w:rPr>
        <w:t>Ҷавоби дуруст: Лаби Ҳавзи Нодир Девонбегӣ</w:t>
      </w:r>
    </w:p>
    <w:p>
      <w:r>
        <w:rPr>
          <w:rFonts w:ascii="Arial" w:hAnsi="Arial" w:eastAsia="Arial"/>
          <w:sz w:val="22"/>
        </w:rPr>
        <w:t>87. Дар китоби дарсӣ гуфта мешавад: Сайидо кадом касбро пеша карда буд?</w:t>
      </w:r>
    </w:p>
    <w:p>
      <w:r>
        <w:rPr>
          <w:rFonts w:ascii="Arial" w:hAnsi="Arial" w:eastAsia="Arial"/>
          <w:sz w:val="22"/>
        </w:rPr>
        <w:t>Ҷавоби дуруст: Бофандагӣ</w:t>
      </w:r>
    </w:p>
    <w:p>
      <w:r>
        <w:rPr>
          <w:rFonts w:ascii="Arial" w:hAnsi="Arial" w:eastAsia="Arial"/>
          <w:sz w:val="22"/>
        </w:rPr>
        <w:t>88. Дар китоби дарсӣ гуфта мешавад: Сайидо кадом илмҳоро меомӯхт?</w:t>
      </w:r>
    </w:p>
    <w:p>
      <w:r>
        <w:rPr>
          <w:rFonts w:ascii="Arial" w:hAnsi="Arial" w:eastAsia="Arial"/>
          <w:sz w:val="22"/>
        </w:rPr>
        <w:t>Ҷавоби дуруст: Фалсафа, ахлоқ, мусиқӣ ва балоғат</w:t>
      </w:r>
    </w:p>
    <w:p>
      <w:r>
        <w:rPr>
          <w:rFonts w:ascii="Arial" w:hAnsi="Arial" w:eastAsia="Arial"/>
          <w:sz w:val="22"/>
        </w:rPr>
        <w:t>89. Дар китоби дарсӣ гуфта мешавад: «Куллиёт»-и Сайидо тақрибан чанд байт дорад?</w:t>
      </w:r>
    </w:p>
    <w:p>
      <w:r>
        <w:rPr>
          <w:rFonts w:ascii="Arial" w:hAnsi="Arial" w:eastAsia="Arial"/>
          <w:sz w:val="22"/>
        </w:rPr>
        <w:t>Ҷавоби дуруст: Тақрибан 8500 байт</w:t>
      </w:r>
    </w:p>
    <w:p>
      <w:r>
        <w:rPr>
          <w:rFonts w:ascii="Arial" w:hAnsi="Arial" w:eastAsia="Arial"/>
          <w:sz w:val="22"/>
        </w:rPr>
        <w:t>90. Дар китоби дарсӣ гуфта мешавад: Дар «Куллиёт»-и Сайидо кадом жанр ҷойи аввалро дорад?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91. Дар китоби дарсӣ гуфта мешавад: Ғазалиёти Сайидо тақрибан чанд байтро дар бар мегирад?</w:t>
      </w:r>
    </w:p>
    <w:p>
      <w:r>
        <w:rPr>
          <w:rFonts w:ascii="Arial" w:hAnsi="Arial" w:eastAsia="Arial"/>
          <w:sz w:val="22"/>
        </w:rPr>
        <w:t>Ҷавоби дуруст: Тақрибан 4600 байт</w:t>
      </w:r>
    </w:p>
    <w:p>
      <w:r>
        <w:rPr>
          <w:rFonts w:ascii="Arial" w:hAnsi="Arial" w:eastAsia="Arial"/>
          <w:sz w:val="22"/>
        </w:rPr>
        <w:t>92. Дар китоби дарсӣ гуфта мешавад: Мухаммасҳои Сайидо тақрибан чанд байт доранд?</w:t>
      </w:r>
    </w:p>
    <w:p>
      <w:r>
        <w:rPr>
          <w:rFonts w:ascii="Arial" w:hAnsi="Arial" w:eastAsia="Arial"/>
          <w:sz w:val="22"/>
        </w:rPr>
        <w:t>Ҷавоби дуруст: Тақрибан 1050 байт</w:t>
      </w:r>
    </w:p>
    <w:p>
      <w:r>
        <w:rPr>
          <w:rFonts w:ascii="Arial" w:hAnsi="Arial" w:eastAsia="Arial"/>
          <w:sz w:val="22"/>
        </w:rPr>
        <w:t>93. Дар китоби дарсӣ гуфта мешавад: «Шаҳрошӯб»-и Сайидо чанд байт дорад?</w:t>
      </w:r>
    </w:p>
    <w:p>
      <w:r>
        <w:rPr>
          <w:rFonts w:ascii="Arial" w:hAnsi="Arial" w:eastAsia="Arial"/>
          <w:sz w:val="22"/>
        </w:rPr>
        <w:t>Ҷавоби дуруст: 405 байт</w:t>
      </w:r>
    </w:p>
    <w:p>
      <w:r>
        <w:rPr>
          <w:rFonts w:ascii="Arial" w:hAnsi="Arial" w:eastAsia="Arial"/>
          <w:sz w:val="22"/>
        </w:rPr>
        <w:t>94. Дар китоби дарсӣ гуфта мешавад: Дар «Шаҳрошӯб» чанд намояндаи касбу ҳунар васф шудааст?</w:t>
      </w:r>
    </w:p>
    <w:p>
      <w:r>
        <w:rPr>
          <w:rFonts w:ascii="Arial" w:hAnsi="Arial" w:eastAsia="Arial"/>
          <w:sz w:val="22"/>
        </w:rPr>
        <w:t>Ҷавоби дуруст: 212 нафар</w:t>
      </w:r>
    </w:p>
    <w:p>
      <w:r>
        <w:rPr>
          <w:rFonts w:ascii="Arial" w:hAnsi="Arial" w:eastAsia="Arial"/>
          <w:sz w:val="22"/>
        </w:rPr>
        <w:t>95. Дар китоби дарсӣ гуфта мешавад: «Баҳориёт» бо номи дигар чӣ ном дорад?</w:t>
      </w:r>
    </w:p>
    <w:p>
      <w:r>
        <w:rPr>
          <w:rFonts w:ascii="Arial" w:hAnsi="Arial" w:eastAsia="Arial"/>
          <w:sz w:val="22"/>
        </w:rPr>
        <w:t>Ҷавоби дуруст: «Ҳайвонотнома»</w:t>
      </w:r>
    </w:p>
    <w:p>
      <w:r>
        <w:rPr>
          <w:rFonts w:ascii="Arial" w:hAnsi="Arial" w:eastAsia="Arial"/>
          <w:sz w:val="22"/>
        </w:rPr>
        <w:t>96. Дар китоби дарсӣ гуфта мешавад: «Баҳориёт» чӣ гуна асар аст?</w:t>
      </w:r>
    </w:p>
    <w:p>
      <w:r>
        <w:rPr>
          <w:rFonts w:ascii="Arial" w:hAnsi="Arial" w:eastAsia="Arial"/>
          <w:sz w:val="22"/>
        </w:rPr>
        <w:t>Ҷавоби дуруст: Маснавии тамсилӣ</w:t>
      </w:r>
    </w:p>
    <w:p>
      <w:r>
        <w:rPr>
          <w:rFonts w:ascii="Arial" w:hAnsi="Arial" w:eastAsia="Arial"/>
          <w:sz w:val="22"/>
        </w:rPr>
        <w:t>97. Дар китоби дарсӣ гуфта мешавад: Номи аслии Сайидои Насафӣ чӣ буд?</w:t>
      </w:r>
    </w:p>
    <w:p>
      <w:r>
        <w:rPr>
          <w:rFonts w:ascii="Arial" w:hAnsi="Arial" w:eastAsia="Arial"/>
          <w:sz w:val="22"/>
        </w:rPr>
        <w:t>Ҷавоби дуруст: Миробид</w:t>
      </w:r>
    </w:p>
    <w:p>
      <w:r>
        <w:rPr>
          <w:rFonts w:ascii="Arial" w:hAnsi="Arial" w:eastAsia="Arial"/>
          <w:sz w:val="22"/>
        </w:rPr>
        <w:t>98. Дар китоби дарсӣ гуфта мешавад: Сайидои Насафӣ намояндаи кадом давра аст?</w:t>
      </w:r>
    </w:p>
    <w:p>
      <w:r>
        <w:rPr>
          <w:rFonts w:ascii="Arial" w:hAnsi="Arial" w:eastAsia="Arial"/>
          <w:sz w:val="22"/>
        </w:rPr>
        <w:t>Ҷавоби дуруст: Нимаи дуюми асри XVII ва ибтидои асри XVIII</w:t>
      </w:r>
    </w:p>
    <w:p>
      <w:r>
        <w:rPr>
          <w:rFonts w:ascii="Arial" w:hAnsi="Arial" w:eastAsia="Arial"/>
          <w:sz w:val="22"/>
        </w:rPr>
        <w:t>99. Дар китоби дарсӣ гуфта мешавад: Сайидо дар куҷо таваллуд шудааст?</w:t>
      </w:r>
    </w:p>
    <w:p>
      <w:r>
        <w:rPr>
          <w:rFonts w:ascii="Arial" w:hAnsi="Arial" w:eastAsia="Arial"/>
          <w:sz w:val="22"/>
        </w:rPr>
        <w:t>Ҷавоби дуруст: Насаф</w:t>
      </w:r>
    </w:p>
    <w:p>
      <w:r>
        <w:rPr>
          <w:rFonts w:ascii="Arial" w:hAnsi="Arial" w:eastAsia="Arial"/>
          <w:sz w:val="22"/>
        </w:rPr>
        <w:t>100. Дар китоби дарсӣ гуфта мешавад: Сайидо аз кадом оила буд?</w:t>
      </w:r>
    </w:p>
    <w:p>
      <w:r>
        <w:rPr>
          <w:rFonts w:ascii="Arial" w:hAnsi="Arial" w:eastAsia="Arial"/>
          <w:sz w:val="22"/>
        </w:rPr>
        <w:t>Ҷавоби дуруст: Оилаи ҳунарманди камбизоат</w:t>
      </w:r>
    </w:p>
    <w:p>
      <w:r>
        <w:rPr>
          <w:rFonts w:ascii="Arial" w:hAnsi="Arial" w:eastAsia="Arial"/>
          <w:sz w:val="22"/>
        </w:rPr>
        <w:br w:type="page"/>
      </w:r>
    </w:p>
    <w:p>
      <w:pPr>
        <w:pStyle w:val="Heading1"/>
      </w:pPr>
      <w:r>
        <w:rPr>
          <w:rFonts w:ascii="Arial" w:hAnsi="Arial" w:eastAsia="Arial"/>
          <w:sz w:val="22"/>
        </w:rPr>
        <w:t>4. Боби III — Мусаммат ва мухаммас</w:t>
      </w:r>
    </w:p>
    <w:p>
      <w:r>
        <w:rPr>
          <w:rFonts w:ascii="Arial" w:hAnsi="Arial" w:eastAsia="Arial"/>
          <w:sz w:val="22"/>
        </w:rPr>
        <w:t>1. Мусаммат чӣ гуна шакли шеърӣ аст?</w:t>
      </w:r>
    </w:p>
    <w:p>
      <w:r>
        <w:rPr>
          <w:rFonts w:ascii="Arial" w:hAnsi="Arial" w:eastAsia="Arial"/>
          <w:sz w:val="22"/>
        </w:rPr>
        <w:t>Ҷавоби дуруст: Шакли шеърие, ки бандҳои чандмисраъӣ дорад</w:t>
      </w:r>
    </w:p>
    <w:p>
      <w:r>
        <w:rPr>
          <w:rFonts w:ascii="Arial" w:hAnsi="Arial" w:eastAsia="Arial"/>
          <w:sz w:val="22"/>
        </w:rPr>
        <w:t>2. Ҷавоби дуруст ба саволи «Мусаммат чӣ гуна шакли шеърӣ аст?» кадом аст?</w:t>
      </w:r>
    </w:p>
    <w:p>
      <w:r>
        <w:rPr>
          <w:rFonts w:ascii="Arial" w:hAnsi="Arial" w:eastAsia="Arial"/>
          <w:sz w:val="22"/>
        </w:rPr>
        <w:t>Ҷавоби дуруст: Шакли шеърие, ки бандҳои чандмисраъӣ дорад</w:t>
      </w:r>
    </w:p>
    <w:p>
      <w:r>
        <w:rPr>
          <w:rFonts w:ascii="Arial" w:hAnsi="Arial" w:eastAsia="Arial"/>
          <w:sz w:val="22"/>
        </w:rPr>
        <w:t>3. Кадом ҷавоб мусаммат чӣ гуна шакли шеърӣ аст?</w:t>
      </w:r>
    </w:p>
    <w:p>
      <w:r>
        <w:rPr>
          <w:rFonts w:ascii="Arial" w:hAnsi="Arial" w:eastAsia="Arial"/>
          <w:sz w:val="22"/>
        </w:rPr>
        <w:t>Ҷавоби дуруст: Шакли шеърие, ки бандҳои чандмисраъӣ дорад</w:t>
      </w:r>
    </w:p>
    <w:p>
      <w:r>
        <w:rPr>
          <w:rFonts w:ascii="Arial" w:hAnsi="Arial" w:eastAsia="Arial"/>
          <w:sz w:val="22"/>
        </w:rPr>
        <w:t>4. Аз рӯйи китоб муайян кунед: Мусаммат чӣ гуна шакли шеърӣ аст?</w:t>
      </w:r>
    </w:p>
    <w:p>
      <w:r>
        <w:rPr>
          <w:rFonts w:ascii="Arial" w:hAnsi="Arial" w:eastAsia="Arial"/>
          <w:sz w:val="22"/>
        </w:rPr>
        <w:t>Ҷавоби дуруст: Шакли шеърие, ки бандҳои чандмисраъӣ дорад</w:t>
      </w:r>
    </w:p>
    <w:p>
      <w:r>
        <w:rPr>
          <w:rFonts w:ascii="Arial" w:hAnsi="Arial" w:eastAsia="Arial"/>
          <w:sz w:val="22"/>
        </w:rPr>
        <w:t>5. Мухаммас аз чанд мисраъ иборат аст?</w:t>
      </w:r>
    </w:p>
    <w:p>
      <w:r>
        <w:rPr>
          <w:rFonts w:ascii="Arial" w:hAnsi="Arial" w:eastAsia="Arial"/>
          <w:sz w:val="22"/>
        </w:rPr>
        <w:t>Ҷавоби дуруст: Панҷ мисраъ</w:t>
      </w:r>
    </w:p>
    <w:p>
      <w:r>
        <w:rPr>
          <w:rFonts w:ascii="Arial" w:hAnsi="Arial" w:eastAsia="Arial"/>
          <w:sz w:val="22"/>
        </w:rPr>
        <w:t>6. Ҷавоби дуруст ба саволи «Мухаммас аз чанд мисраъ иборат аст?» кадом аст?</w:t>
      </w:r>
    </w:p>
    <w:p>
      <w:r>
        <w:rPr>
          <w:rFonts w:ascii="Arial" w:hAnsi="Arial" w:eastAsia="Arial"/>
          <w:sz w:val="22"/>
        </w:rPr>
        <w:t>Ҷавоби дуруст: Панҷ мисраъ</w:t>
      </w:r>
    </w:p>
    <w:p>
      <w:r>
        <w:rPr>
          <w:rFonts w:ascii="Arial" w:hAnsi="Arial" w:eastAsia="Arial"/>
          <w:sz w:val="22"/>
        </w:rPr>
        <w:t>7. Кадом ҷавоб мухаммас аз чанд мисраъ иборат аст?</w:t>
      </w:r>
    </w:p>
    <w:p>
      <w:r>
        <w:rPr>
          <w:rFonts w:ascii="Arial" w:hAnsi="Arial" w:eastAsia="Arial"/>
          <w:sz w:val="22"/>
        </w:rPr>
        <w:t>Ҷавоби дуруст: Панҷ мисраъ</w:t>
      </w:r>
    </w:p>
    <w:p>
      <w:r>
        <w:rPr>
          <w:rFonts w:ascii="Arial" w:hAnsi="Arial" w:eastAsia="Arial"/>
          <w:sz w:val="22"/>
        </w:rPr>
        <w:t>8. Аз рӯйи китоб муайян кунед: Мухаммас аз чанд мисраъ иборат аст?</w:t>
      </w:r>
    </w:p>
    <w:p>
      <w:r>
        <w:rPr>
          <w:rFonts w:ascii="Arial" w:hAnsi="Arial" w:eastAsia="Arial"/>
          <w:sz w:val="22"/>
        </w:rPr>
        <w:t>Ҷавоби дуруст: Панҷ мисраъ</w:t>
      </w:r>
    </w:p>
    <w:p>
      <w:r>
        <w:rPr>
          <w:rFonts w:ascii="Arial" w:hAnsi="Arial" w:eastAsia="Arial"/>
          <w:sz w:val="22"/>
        </w:rPr>
        <w:t>9. Қофиябандии намунавии мухаммас чӣ гуна аст?</w:t>
      </w:r>
    </w:p>
    <w:p>
      <w:r>
        <w:rPr>
          <w:rFonts w:ascii="Arial" w:hAnsi="Arial" w:eastAsia="Arial"/>
          <w:sz w:val="22"/>
        </w:rPr>
        <w:t>Ҷавоби дуруст: ааааА, ббббА, ввввА</w:t>
      </w:r>
    </w:p>
    <w:p>
      <w:r>
        <w:rPr>
          <w:rFonts w:ascii="Arial" w:hAnsi="Arial" w:eastAsia="Arial"/>
          <w:sz w:val="22"/>
        </w:rPr>
        <w:t>10. Ҷавоби дуруст ба саволи «Қофиябандии намунавии мухаммас чӣ гуна аст?» кадом аст?</w:t>
      </w:r>
    </w:p>
    <w:p>
      <w:r>
        <w:rPr>
          <w:rFonts w:ascii="Arial" w:hAnsi="Arial" w:eastAsia="Arial"/>
          <w:sz w:val="22"/>
        </w:rPr>
        <w:t>Ҷавоби дуруст: ааааА, ббббА, ввввА</w:t>
      </w:r>
    </w:p>
    <w:p>
      <w:r>
        <w:rPr>
          <w:rFonts w:ascii="Arial" w:hAnsi="Arial" w:eastAsia="Arial"/>
          <w:sz w:val="22"/>
        </w:rPr>
        <w:t>11. Кадом ҷавоб қофиябандии намунавии мухаммас чӣ гуна аст?</w:t>
      </w:r>
    </w:p>
    <w:p>
      <w:r>
        <w:rPr>
          <w:rFonts w:ascii="Arial" w:hAnsi="Arial" w:eastAsia="Arial"/>
          <w:sz w:val="22"/>
        </w:rPr>
        <w:t>Ҷавоби дуруст: ааааА, ббббА, ввввА</w:t>
      </w:r>
    </w:p>
    <w:p>
      <w:r>
        <w:rPr>
          <w:rFonts w:ascii="Arial" w:hAnsi="Arial" w:eastAsia="Arial"/>
          <w:sz w:val="22"/>
        </w:rPr>
        <w:t>12. Аз рӯйи китоб муайян кунед: Қофиябандии намунавии мухаммас чӣ гуна аст?</w:t>
      </w:r>
    </w:p>
    <w:p>
      <w:r>
        <w:rPr>
          <w:rFonts w:ascii="Arial" w:hAnsi="Arial" w:eastAsia="Arial"/>
          <w:sz w:val="22"/>
        </w:rPr>
        <w:t>Ҷавоби дуруст: ааааА, ббббА, ввввА</w:t>
      </w:r>
    </w:p>
    <w:p>
      <w:r>
        <w:rPr>
          <w:rFonts w:ascii="Arial" w:hAnsi="Arial" w:eastAsia="Arial"/>
          <w:sz w:val="22"/>
        </w:rPr>
        <w:t>13. Мухаммас чанд роҳ барои эҷод шудан дорад?</w:t>
      </w:r>
    </w:p>
    <w:p>
      <w:r>
        <w:rPr>
          <w:rFonts w:ascii="Arial" w:hAnsi="Arial" w:eastAsia="Arial"/>
          <w:sz w:val="22"/>
        </w:rPr>
        <w:t>Ҷавоби дуруст: Ду роҳ</w:t>
      </w:r>
    </w:p>
    <w:p>
      <w:r>
        <w:rPr>
          <w:rFonts w:ascii="Arial" w:hAnsi="Arial" w:eastAsia="Arial"/>
          <w:sz w:val="22"/>
        </w:rPr>
        <w:t>14. Ҷавоби дуруст ба саволи «Мухаммас чанд роҳ барои эҷод шудан дорад?» кадом аст?</w:t>
      </w:r>
    </w:p>
    <w:p>
      <w:r>
        <w:rPr>
          <w:rFonts w:ascii="Arial" w:hAnsi="Arial" w:eastAsia="Arial"/>
          <w:sz w:val="22"/>
        </w:rPr>
        <w:t>Ҷавоби дуруст: Ду роҳ</w:t>
      </w:r>
    </w:p>
    <w:p>
      <w:r>
        <w:rPr>
          <w:rFonts w:ascii="Arial" w:hAnsi="Arial" w:eastAsia="Arial"/>
          <w:sz w:val="22"/>
        </w:rPr>
        <w:t>15. Кадом ҷавоб мухаммас чанд роҳ барои эҷод шудан дорад?</w:t>
      </w:r>
    </w:p>
    <w:p>
      <w:r>
        <w:rPr>
          <w:rFonts w:ascii="Arial" w:hAnsi="Arial" w:eastAsia="Arial"/>
          <w:sz w:val="22"/>
        </w:rPr>
        <w:t>Ҷавоби дуруст: Ду роҳ</w:t>
      </w:r>
    </w:p>
    <w:p>
      <w:r>
        <w:rPr>
          <w:rFonts w:ascii="Arial" w:hAnsi="Arial" w:eastAsia="Arial"/>
          <w:sz w:val="22"/>
        </w:rPr>
        <w:t>16. Аз рӯйи китоб муайян кунед: Мухаммас чанд роҳ барои эҷод шудан дорад?</w:t>
      </w:r>
    </w:p>
    <w:p>
      <w:r>
        <w:rPr>
          <w:rFonts w:ascii="Arial" w:hAnsi="Arial" w:eastAsia="Arial"/>
          <w:sz w:val="22"/>
        </w:rPr>
        <w:t>Ҷавоби дуруст: Ду роҳ</w:t>
      </w:r>
    </w:p>
    <w:p>
      <w:r>
        <w:rPr>
          <w:rFonts w:ascii="Arial" w:hAnsi="Arial" w:eastAsia="Arial"/>
          <w:sz w:val="22"/>
        </w:rPr>
        <w:t>17. Дар китоби дарсӣ гуфта мешавад: Мусаммат чӣ гуна шакли шеърӣ аст?</w:t>
      </w:r>
    </w:p>
    <w:p>
      <w:r>
        <w:rPr>
          <w:rFonts w:ascii="Arial" w:hAnsi="Arial" w:eastAsia="Arial"/>
          <w:sz w:val="22"/>
        </w:rPr>
        <w:t>Ҷавоби дуруст: Шакли шеърие, ки бандҳои чандмисраъӣ дорад</w:t>
      </w:r>
    </w:p>
    <w:p>
      <w:r>
        <w:rPr>
          <w:rFonts w:ascii="Arial" w:hAnsi="Arial" w:eastAsia="Arial"/>
          <w:sz w:val="22"/>
        </w:rPr>
        <w:t>18. Дар китоби дарсӣ гуфта мешавад: Мухаммас аз чанд мисраъ иборат аст?</w:t>
      </w:r>
    </w:p>
    <w:p>
      <w:r>
        <w:rPr>
          <w:rFonts w:ascii="Arial" w:hAnsi="Arial" w:eastAsia="Arial"/>
          <w:sz w:val="22"/>
        </w:rPr>
        <w:t>Ҷавоби дуруст: Панҷ мисраъ</w:t>
      </w:r>
    </w:p>
    <w:p>
      <w:r>
        <w:rPr>
          <w:rFonts w:ascii="Arial" w:hAnsi="Arial" w:eastAsia="Arial"/>
          <w:sz w:val="22"/>
        </w:rPr>
        <w:t>19. Дар китоби дарсӣ гуфта мешавад: Қофиябандии намунавии мухаммас чӣ гуна аст?</w:t>
      </w:r>
    </w:p>
    <w:p>
      <w:r>
        <w:rPr>
          <w:rFonts w:ascii="Arial" w:hAnsi="Arial" w:eastAsia="Arial"/>
          <w:sz w:val="22"/>
        </w:rPr>
        <w:t>Ҷавоби дуруст: ааааА, ббббА, ввввА</w:t>
      </w:r>
    </w:p>
    <w:p>
      <w:r>
        <w:rPr>
          <w:rFonts w:ascii="Arial" w:hAnsi="Arial" w:eastAsia="Arial"/>
          <w:sz w:val="22"/>
        </w:rPr>
        <w:t>20. Дар китоби дарсӣ гуфта мешавад: Мухаммас чанд роҳ барои эҷод шудан дорад?</w:t>
      </w:r>
    </w:p>
    <w:p>
      <w:r>
        <w:rPr>
          <w:rFonts w:ascii="Arial" w:hAnsi="Arial" w:eastAsia="Arial"/>
          <w:sz w:val="22"/>
        </w:rPr>
        <w:t>Ҷавоби дуруст: Ду роҳ</w:t>
      </w:r>
    </w:p>
    <w:p>
      <w:r>
        <w:rPr>
          <w:rFonts w:ascii="Arial" w:hAnsi="Arial" w:eastAsia="Arial"/>
          <w:sz w:val="22"/>
        </w:rPr>
        <w:t>21. Дар китоби дарсӣ гуфта мешавад: Мусаммат чӣ гуна шакли шеърӣ аст?</w:t>
      </w:r>
    </w:p>
    <w:p>
      <w:r>
        <w:rPr>
          <w:rFonts w:ascii="Arial" w:hAnsi="Arial" w:eastAsia="Arial"/>
          <w:sz w:val="22"/>
        </w:rPr>
        <w:t>Ҷавоби дуруст: Шакли шеърие, ки бандҳои чандмисраъӣ дорад</w:t>
      </w:r>
    </w:p>
    <w:p>
      <w:r>
        <w:rPr>
          <w:rFonts w:ascii="Arial" w:hAnsi="Arial" w:eastAsia="Arial"/>
          <w:sz w:val="22"/>
        </w:rPr>
        <w:t>22. Дар китоби дарсӣ гуфта мешавад: Мухаммас аз чанд мисраъ иборат аст?</w:t>
      </w:r>
    </w:p>
    <w:p>
      <w:r>
        <w:rPr>
          <w:rFonts w:ascii="Arial" w:hAnsi="Arial" w:eastAsia="Arial"/>
          <w:sz w:val="22"/>
        </w:rPr>
        <w:t>Ҷавоби дуруст: Панҷ мисраъ</w:t>
      </w:r>
    </w:p>
    <w:p>
      <w:r>
        <w:rPr>
          <w:rFonts w:ascii="Arial" w:hAnsi="Arial" w:eastAsia="Arial"/>
          <w:sz w:val="22"/>
        </w:rPr>
        <w:t>23. Дар китоби дарсӣ гуфта мешавад: Қофиябандии намунавии мухаммас чӣ гуна аст?</w:t>
      </w:r>
    </w:p>
    <w:p>
      <w:r>
        <w:rPr>
          <w:rFonts w:ascii="Arial" w:hAnsi="Arial" w:eastAsia="Arial"/>
          <w:sz w:val="22"/>
        </w:rPr>
        <w:t>Ҷавоби дуруст: ааааА, ббббА, ввввА</w:t>
      </w:r>
    </w:p>
    <w:p>
      <w:r>
        <w:rPr>
          <w:rFonts w:ascii="Arial" w:hAnsi="Arial" w:eastAsia="Arial"/>
          <w:sz w:val="22"/>
        </w:rPr>
        <w:t>24. Дар китоби дарсӣ гуфта мешавад: Мухаммас чанд роҳ барои эҷод шудан дорад?</w:t>
      </w:r>
    </w:p>
    <w:p>
      <w:r>
        <w:rPr>
          <w:rFonts w:ascii="Arial" w:hAnsi="Arial" w:eastAsia="Arial"/>
          <w:sz w:val="22"/>
        </w:rPr>
        <w:t>Ҷавоби дуруст: Ду роҳ</w:t>
      </w:r>
    </w:p>
    <w:p>
      <w:r>
        <w:rPr>
          <w:rFonts w:ascii="Arial" w:hAnsi="Arial" w:eastAsia="Arial"/>
          <w:sz w:val="22"/>
        </w:rPr>
        <w:t>25. Дар китоби дарсӣ гуфта мешавад: Мусаммат чӣ гуна шакли шеърӣ аст?</w:t>
      </w:r>
    </w:p>
    <w:p>
      <w:r>
        <w:rPr>
          <w:rFonts w:ascii="Arial" w:hAnsi="Arial" w:eastAsia="Arial"/>
          <w:sz w:val="22"/>
        </w:rPr>
        <w:t>Ҷавоби дуруст: Шакли шеърие, ки бандҳои чандмисраъӣ дорад</w:t>
      </w:r>
    </w:p>
    <w:p>
      <w:r>
        <w:rPr>
          <w:rFonts w:ascii="Arial" w:hAnsi="Arial" w:eastAsia="Arial"/>
          <w:sz w:val="22"/>
        </w:rPr>
        <w:t>26. Дар китоби дарсӣ гуфта мешавад: Мухаммас аз чанд мисраъ иборат аст?</w:t>
      </w:r>
    </w:p>
    <w:p>
      <w:r>
        <w:rPr>
          <w:rFonts w:ascii="Arial" w:hAnsi="Arial" w:eastAsia="Arial"/>
          <w:sz w:val="22"/>
        </w:rPr>
        <w:t>Ҷавоби дуруст: Панҷ мисраъ</w:t>
      </w:r>
    </w:p>
    <w:p>
      <w:r>
        <w:rPr>
          <w:rFonts w:ascii="Arial" w:hAnsi="Arial" w:eastAsia="Arial"/>
          <w:sz w:val="22"/>
        </w:rPr>
        <w:t>27. Дар китоби дарсӣ гуфта мешавад: Қофиябандии намунавии мухаммас чӣ гуна аст?</w:t>
      </w:r>
    </w:p>
    <w:p>
      <w:r>
        <w:rPr>
          <w:rFonts w:ascii="Arial" w:hAnsi="Arial" w:eastAsia="Arial"/>
          <w:sz w:val="22"/>
        </w:rPr>
        <w:t>Ҷавоби дуруст: ааааА, ббббА, ввввА</w:t>
      </w:r>
    </w:p>
    <w:p>
      <w:r>
        <w:rPr>
          <w:rFonts w:ascii="Arial" w:hAnsi="Arial" w:eastAsia="Arial"/>
          <w:sz w:val="22"/>
        </w:rPr>
        <w:t>28. Дар китоби дарсӣ гуфта мешавад: Мухаммас чанд роҳ барои эҷод шудан дорад?</w:t>
      </w:r>
    </w:p>
    <w:p>
      <w:r>
        <w:rPr>
          <w:rFonts w:ascii="Arial" w:hAnsi="Arial" w:eastAsia="Arial"/>
          <w:sz w:val="22"/>
        </w:rPr>
        <w:t>Ҷавоби дуруст: Ду роҳ</w:t>
      </w:r>
    </w:p>
    <w:p>
      <w:r>
        <w:rPr>
          <w:rFonts w:ascii="Arial" w:hAnsi="Arial" w:eastAsia="Arial"/>
          <w:sz w:val="22"/>
        </w:rPr>
        <w:t>29. Дар китоби дарсӣ гуфта мешавад: Мусаммат чӣ гуна шакли шеърӣ аст?</w:t>
      </w:r>
    </w:p>
    <w:p>
      <w:r>
        <w:rPr>
          <w:rFonts w:ascii="Arial" w:hAnsi="Arial" w:eastAsia="Arial"/>
          <w:sz w:val="22"/>
        </w:rPr>
        <w:t>Ҷавоби дуруст: Шакли шеърие, ки бандҳои чандмисраъӣ дорад</w:t>
      </w:r>
    </w:p>
    <w:p>
      <w:r>
        <w:rPr>
          <w:rFonts w:ascii="Arial" w:hAnsi="Arial" w:eastAsia="Arial"/>
          <w:sz w:val="22"/>
        </w:rPr>
        <w:t>30. Дар китоби дарсӣ гуфта мешавад: Мухаммас аз чанд мисраъ иборат аст?</w:t>
      </w:r>
    </w:p>
    <w:p>
      <w:r>
        <w:rPr>
          <w:rFonts w:ascii="Arial" w:hAnsi="Arial" w:eastAsia="Arial"/>
          <w:sz w:val="22"/>
        </w:rPr>
        <w:t>Ҷавоби дуруст: Панҷ мисраъ</w:t>
      </w:r>
    </w:p>
    <w:p>
      <w:r>
        <w:rPr>
          <w:rFonts w:ascii="Arial" w:hAnsi="Arial" w:eastAsia="Arial"/>
          <w:sz w:val="22"/>
        </w:rPr>
        <w:t>31. Дар китоби дарсӣ гуфта мешавад: Қофиябандии намунавии мухаммас чӣ гуна аст?</w:t>
      </w:r>
    </w:p>
    <w:p>
      <w:r>
        <w:rPr>
          <w:rFonts w:ascii="Arial" w:hAnsi="Arial" w:eastAsia="Arial"/>
          <w:sz w:val="22"/>
        </w:rPr>
        <w:t>Ҷавоби дуруст: ааааА, ббббА, ввввА</w:t>
      </w:r>
    </w:p>
    <w:p>
      <w:r>
        <w:rPr>
          <w:rFonts w:ascii="Arial" w:hAnsi="Arial" w:eastAsia="Arial"/>
          <w:sz w:val="22"/>
        </w:rPr>
        <w:t>32. Дар китоби дарсӣ гуфта мешавад: Мухаммас чанд роҳ барои эҷод шудан дорад?</w:t>
      </w:r>
    </w:p>
    <w:p>
      <w:r>
        <w:rPr>
          <w:rFonts w:ascii="Arial" w:hAnsi="Arial" w:eastAsia="Arial"/>
          <w:sz w:val="22"/>
        </w:rPr>
        <w:t>Ҷавоби дуруст: Ду роҳ</w:t>
      </w:r>
    </w:p>
    <w:p>
      <w:r>
        <w:rPr>
          <w:rFonts w:ascii="Arial" w:hAnsi="Arial" w:eastAsia="Arial"/>
          <w:sz w:val="22"/>
        </w:rPr>
        <w:t>33. Дар китоби дарсӣ гуфта мешавад: Мусаммат чӣ гуна шакли шеърӣ аст?</w:t>
      </w:r>
    </w:p>
    <w:p>
      <w:r>
        <w:rPr>
          <w:rFonts w:ascii="Arial" w:hAnsi="Arial" w:eastAsia="Arial"/>
          <w:sz w:val="22"/>
        </w:rPr>
        <w:t>Ҷавоби дуруст: Шакли шеърие, ки бандҳои чандмисраъӣ дорад</w:t>
      </w:r>
    </w:p>
    <w:p>
      <w:r>
        <w:rPr>
          <w:rFonts w:ascii="Arial" w:hAnsi="Arial" w:eastAsia="Arial"/>
          <w:sz w:val="22"/>
        </w:rPr>
        <w:t>34. Дар китоби дарсӣ гуфта мешавад: Мухаммас аз чанд мисраъ иборат аст?</w:t>
      </w:r>
    </w:p>
    <w:p>
      <w:r>
        <w:rPr>
          <w:rFonts w:ascii="Arial" w:hAnsi="Arial" w:eastAsia="Arial"/>
          <w:sz w:val="22"/>
        </w:rPr>
        <w:t>Ҷавоби дуруст: Панҷ мисраъ</w:t>
      </w:r>
    </w:p>
    <w:p>
      <w:r>
        <w:rPr>
          <w:rFonts w:ascii="Arial" w:hAnsi="Arial" w:eastAsia="Arial"/>
          <w:sz w:val="22"/>
        </w:rPr>
        <w:t>35. Дар китоби дарсӣ гуфта мешавад: Қофиябандии намунавии мухаммас чӣ гуна аст?</w:t>
      </w:r>
    </w:p>
    <w:p>
      <w:r>
        <w:rPr>
          <w:rFonts w:ascii="Arial" w:hAnsi="Arial" w:eastAsia="Arial"/>
          <w:sz w:val="22"/>
        </w:rPr>
        <w:t>Ҷавоби дуруст: ааааА, ббббА, ввввА</w:t>
      </w:r>
    </w:p>
    <w:p>
      <w:r>
        <w:rPr>
          <w:rFonts w:ascii="Arial" w:hAnsi="Arial" w:eastAsia="Arial"/>
          <w:sz w:val="22"/>
        </w:rPr>
        <w:t>36. Дар китоби дарсӣ гуфта мешавад: Мухаммас чанд роҳ барои эҷод шудан дорад?</w:t>
      </w:r>
    </w:p>
    <w:p>
      <w:r>
        <w:rPr>
          <w:rFonts w:ascii="Arial" w:hAnsi="Arial" w:eastAsia="Arial"/>
          <w:sz w:val="22"/>
        </w:rPr>
        <w:t>Ҷавоби дуруст: Ду роҳ</w:t>
      </w:r>
    </w:p>
    <w:p>
      <w:r>
        <w:rPr>
          <w:rFonts w:ascii="Arial" w:hAnsi="Arial" w:eastAsia="Arial"/>
          <w:sz w:val="22"/>
        </w:rPr>
        <w:t>37. Дар китоби дарсӣ гуфта мешавад: Мусаммат чӣ гуна шакли шеърӣ аст?</w:t>
      </w:r>
    </w:p>
    <w:p>
      <w:r>
        <w:rPr>
          <w:rFonts w:ascii="Arial" w:hAnsi="Arial" w:eastAsia="Arial"/>
          <w:sz w:val="22"/>
        </w:rPr>
        <w:t>Ҷавоби дуруст: Шакли шеърие, ки бандҳои чандмисраъӣ дорад</w:t>
      </w:r>
    </w:p>
    <w:p>
      <w:r>
        <w:rPr>
          <w:rFonts w:ascii="Arial" w:hAnsi="Arial" w:eastAsia="Arial"/>
          <w:sz w:val="22"/>
        </w:rPr>
        <w:t>38. Дар китоби дарсӣ гуфта мешавад: Мухаммас аз чанд мисраъ иборат аст?</w:t>
      </w:r>
    </w:p>
    <w:p>
      <w:r>
        <w:rPr>
          <w:rFonts w:ascii="Arial" w:hAnsi="Arial" w:eastAsia="Arial"/>
          <w:sz w:val="22"/>
        </w:rPr>
        <w:t>Ҷавоби дуруст: Панҷ мисраъ</w:t>
      </w:r>
    </w:p>
    <w:p>
      <w:r>
        <w:rPr>
          <w:rFonts w:ascii="Arial" w:hAnsi="Arial" w:eastAsia="Arial"/>
          <w:sz w:val="22"/>
        </w:rPr>
        <w:t>39. Дар китоби дарсӣ гуфта мешавад: Қофиябандии намунавии мухаммас чӣ гуна аст?</w:t>
      </w:r>
    </w:p>
    <w:p>
      <w:r>
        <w:rPr>
          <w:rFonts w:ascii="Arial" w:hAnsi="Arial" w:eastAsia="Arial"/>
          <w:sz w:val="22"/>
        </w:rPr>
        <w:t>Ҷавоби дуруст: ааааА, ббббА, ввввА</w:t>
      </w:r>
    </w:p>
    <w:p>
      <w:r>
        <w:rPr>
          <w:rFonts w:ascii="Arial" w:hAnsi="Arial" w:eastAsia="Arial"/>
          <w:sz w:val="22"/>
        </w:rPr>
        <w:t>40. Дар китоби дарсӣ гуфта мешавад: Мухаммас чанд роҳ барои эҷод шудан дорад?</w:t>
      </w:r>
    </w:p>
    <w:p>
      <w:r>
        <w:rPr>
          <w:rFonts w:ascii="Arial" w:hAnsi="Arial" w:eastAsia="Arial"/>
          <w:sz w:val="22"/>
        </w:rPr>
        <w:t>Ҷавоби дуруст: Ду роҳ</w:t>
      </w:r>
    </w:p>
    <w:p>
      <w:r>
        <w:rPr>
          <w:rFonts w:ascii="Arial" w:hAnsi="Arial" w:eastAsia="Arial"/>
          <w:sz w:val="22"/>
        </w:rPr>
        <w:t>41. Дар китоби дарсӣ гуфта мешавад: Мусаммат чӣ гуна шакли шеърӣ аст?</w:t>
      </w:r>
    </w:p>
    <w:p>
      <w:r>
        <w:rPr>
          <w:rFonts w:ascii="Arial" w:hAnsi="Arial" w:eastAsia="Arial"/>
          <w:sz w:val="22"/>
        </w:rPr>
        <w:t>Ҷавоби дуруст: Шакли шеърие, ки бандҳои чандмисраъӣ дорад</w:t>
      </w:r>
    </w:p>
    <w:p>
      <w:r>
        <w:rPr>
          <w:rFonts w:ascii="Arial" w:hAnsi="Arial" w:eastAsia="Arial"/>
          <w:sz w:val="22"/>
        </w:rPr>
        <w:t>42. Дар китоби дарсӣ гуфта мешавад: Мухаммас аз чанд мисраъ иборат аст?</w:t>
      </w:r>
    </w:p>
    <w:p>
      <w:r>
        <w:rPr>
          <w:rFonts w:ascii="Arial" w:hAnsi="Arial" w:eastAsia="Arial"/>
          <w:sz w:val="22"/>
        </w:rPr>
        <w:t>Ҷавоби дуруст: Панҷ мисраъ</w:t>
      </w:r>
    </w:p>
    <w:p>
      <w:r>
        <w:rPr>
          <w:rFonts w:ascii="Arial" w:hAnsi="Arial" w:eastAsia="Arial"/>
          <w:sz w:val="22"/>
        </w:rPr>
        <w:t>43. Дар китоби дарсӣ гуфта мешавад: Қофиябандии намунавии мухаммас чӣ гуна аст?</w:t>
      </w:r>
    </w:p>
    <w:p>
      <w:r>
        <w:rPr>
          <w:rFonts w:ascii="Arial" w:hAnsi="Arial" w:eastAsia="Arial"/>
          <w:sz w:val="22"/>
        </w:rPr>
        <w:t>Ҷавоби дуруст: ааааА, ббббА, ввввА</w:t>
      </w:r>
    </w:p>
    <w:p>
      <w:r>
        <w:rPr>
          <w:rFonts w:ascii="Arial" w:hAnsi="Arial" w:eastAsia="Arial"/>
          <w:sz w:val="22"/>
        </w:rPr>
        <w:t>44. Дар китоби дарсӣ гуфта мешавад: Мухаммас чанд роҳ барои эҷод шудан дорад?</w:t>
      </w:r>
    </w:p>
    <w:p>
      <w:r>
        <w:rPr>
          <w:rFonts w:ascii="Arial" w:hAnsi="Arial" w:eastAsia="Arial"/>
          <w:sz w:val="22"/>
        </w:rPr>
        <w:t>Ҷавоби дуруст: Ду роҳ</w:t>
      </w:r>
    </w:p>
    <w:p>
      <w:r>
        <w:rPr>
          <w:rFonts w:ascii="Arial" w:hAnsi="Arial" w:eastAsia="Arial"/>
          <w:sz w:val="22"/>
        </w:rPr>
        <w:t>45. Дар китоби дарсӣ гуфта мешавад: Мусаммат чӣ гуна шакли шеърӣ аст?</w:t>
      </w:r>
    </w:p>
    <w:p>
      <w:r>
        <w:rPr>
          <w:rFonts w:ascii="Arial" w:hAnsi="Arial" w:eastAsia="Arial"/>
          <w:sz w:val="22"/>
        </w:rPr>
        <w:t>Ҷавоби дуруст: Шакли шеърие, ки бандҳои чандмисраъӣ дорад</w:t>
      </w:r>
    </w:p>
    <w:p>
      <w:r>
        <w:rPr>
          <w:rFonts w:ascii="Arial" w:hAnsi="Arial" w:eastAsia="Arial"/>
          <w:sz w:val="22"/>
        </w:rPr>
        <w:t>46. Дар китоби дарсӣ гуфта мешавад: Мухаммас аз чанд мисраъ иборат аст?</w:t>
      </w:r>
    </w:p>
    <w:p>
      <w:r>
        <w:rPr>
          <w:rFonts w:ascii="Arial" w:hAnsi="Arial" w:eastAsia="Arial"/>
          <w:sz w:val="22"/>
        </w:rPr>
        <w:t>Ҷавоби дуруст: Панҷ мисраъ</w:t>
      </w:r>
    </w:p>
    <w:p>
      <w:r>
        <w:rPr>
          <w:rFonts w:ascii="Arial" w:hAnsi="Arial" w:eastAsia="Arial"/>
          <w:sz w:val="22"/>
        </w:rPr>
        <w:t>47. Дар китоби дарсӣ гуфта мешавад: Қофиябандии намунавии мухаммас чӣ гуна аст?</w:t>
      </w:r>
    </w:p>
    <w:p>
      <w:r>
        <w:rPr>
          <w:rFonts w:ascii="Arial" w:hAnsi="Arial" w:eastAsia="Arial"/>
          <w:sz w:val="22"/>
        </w:rPr>
        <w:t>Ҷавоби дуруст: ааааА, ббббА, ввввА</w:t>
      </w:r>
    </w:p>
    <w:p>
      <w:r>
        <w:rPr>
          <w:rFonts w:ascii="Arial" w:hAnsi="Arial" w:eastAsia="Arial"/>
          <w:sz w:val="22"/>
        </w:rPr>
        <w:t>48. Дар китоби дарсӣ гуфта мешавад: Мухаммас чанд роҳ барои эҷод шудан дорад?</w:t>
      </w:r>
    </w:p>
    <w:p>
      <w:r>
        <w:rPr>
          <w:rFonts w:ascii="Arial" w:hAnsi="Arial" w:eastAsia="Arial"/>
          <w:sz w:val="22"/>
        </w:rPr>
        <w:t>Ҷавоби дуруст: Ду роҳ</w:t>
      </w:r>
    </w:p>
    <w:p>
      <w:r>
        <w:rPr>
          <w:rFonts w:ascii="Arial" w:hAnsi="Arial" w:eastAsia="Arial"/>
          <w:sz w:val="22"/>
        </w:rPr>
        <w:t>49. Дар китоби дарсӣ гуфта мешавад: Мусаммат чӣ гуна шакли шеърӣ аст?</w:t>
      </w:r>
    </w:p>
    <w:p>
      <w:r>
        <w:rPr>
          <w:rFonts w:ascii="Arial" w:hAnsi="Arial" w:eastAsia="Arial"/>
          <w:sz w:val="22"/>
        </w:rPr>
        <w:t>Ҷавоби дуруст: Шакли шеърие, ки бандҳои чандмисраъӣ дорад</w:t>
      </w:r>
    </w:p>
    <w:p>
      <w:r>
        <w:rPr>
          <w:rFonts w:ascii="Arial" w:hAnsi="Arial" w:eastAsia="Arial"/>
          <w:sz w:val="22"/>
        </w:rPr>
        <w:t>50. Дар китоби дарсӣ гуфта мешавад: Мухаммас аз чанд мисраъ иборат аст?</w:t>
      </w:r>
    </w:p>
    <w:p>
      <w:r>
        <w:rPr>
          <w:rFonts w:ascii="Arial" w:hAnsi="Arial" w:eastAsia="Arial"/>
          <w:sz w:val="22"/>
        </w:rPr>
        <w:t>Ҷавоби дуруст: Панҷ мисраъ</w:t>
      </w:r>
    </w:p>
    <w:p>
      <w:r>
        <w:rPr>
          <w:rFonts w:ascii="Arial" w:hAnsi="Arial" w:eastAsia="Arial"/>
          <w:sz w:val="22"/>
        </w:rPr>
        <w:t>51. Дар китоби дарсӣ гуфта мешавад: Қофиябандии намунавии мухаммас чӣ гуна аст?</w:t>
      </w:r>
    </w:p>
    <w:p>
      <w:r>
        <w:rPr>
          <w:rFonts w:ascii="Arial" w:hAnsi="Arial" w:eastAsia="Arial"/>
          <w:sz w:val="22"/>
        </w:rPr>
        <w:t>Ҷавоби дуруст: ааааА, ббббА, ввввА</w:t>
      </w:r>
    </w:p>
    <w:p>
      <w:r>
        <w:rPr>
          <w:rFonts w:ascii="Arial" w:hAnsi="Arial" w:eastAsia="Arial"/>
          <w:sz w:val="22"/>
        </w:rPr>
        <w:t>52. Дар китоби дарсӣ гуфта мешавад: Мухаммас чанд роҳ барои эҷод шудан дорад?</w:t>
      </w:r>
    </w:p>
    <w:p>
      <w:r>
        <w:rPr>
          <w:rFonts w:ascii="Arial" w:hAnsi="Arial" w:eastAsia="Arial"/>
          <w:sz w:val="22"/>
        </w:rPr>
        <w:t>Ҷавоби дуруст: Ду роҳ</w:t>
      </w:r>
    </w:p>
    <w:p>
      <w:r>
        <w:rPr>
          <w:rFonts w:ascii="Arial" w:hAnsi="Arial" w:eastAsia="Arial"/>
          <w:sz w:val="22"/>
        </w:rPr>
        <w:t>53. Дар китоби дарсӣ гуфта мешавад: Мусаммат чӣ гуна шакли шеърӣ аст?</w:t>
      </w:r>
    </w:p>
    <w:p>
      <w:r>
        <w:rPr>
          <w:rFonts w:ascii="Arial" w:hAnsi="Arial" w:eastAsia="Arial"/>
          <w:sz w:val="22"/>
        </w:rPr>
        <w:t>Ҷавоби дуруст: Шакли шеърие, ки бандҳои чандмисраъӣ дорад</w:t>
      </w:r>
    </w:p>
    <w:p>
      <w:r>
        <w:rPr>
          <w:rFonts w:ascii="Arial" w:hAnsi="Arial" w:eastAsia="Arial"/>
          <w:sz w:val="22"/>
        </w:rPr>
        <w:t>54. Дар китоби дарсӣ гуфта мешавад: Мухаммас аз чанд мисраъ иборат аст?</w:t>
      </w:r>
    </w:p>
    <w:p>
      <w:r>
        <w:rPr>
          <w:rFonts w:ascii="Arial" w:hAnsi="Arial" w:eastAsia="Arial"/>
          <w:sz w:val="22"/>
        </w:rPr>
        <w:t>Ҷавоби дуруст: Панҷ мисраъ</w:t>
      </w:r>
    </w:p>
    <w:p>
      <w:r>
        <w:rPr>
          <w:rFonts w:ascii="Arial" w:hAnsi="Arial" w:eastAsia="Arial"/>
          <w:sz w:val="22"/>
        </w:rPr>
        <w:t>55. Дар китоби дарсӣ гуфта мешавад: Қофиябандии намунавии мухаммас чӣ гуна аст?</w:t>
      </w:r>
    </w:p>
    <w:p>
      <w:r>
        <w:rPr>
          <w:rFonts w:ascii="Arial" w:hAnsi="Arial" w:eastAsia="Arial"/>
          <w:sz w:val="22"/>
        </w:rPr>
        <w:t>Ҷавоби дуруст: ааааА, ббббА, ввввА</w:t>
      </w:r>
    </w:p>
    <w:p>
      <w:r>
        <w:rPr>
          <w:rFonts w:ascii="Arial" w:hAnsi="Arial" w:eastAsia="Arial"/>
          <w:sz w:val="22"/>
        </w:rPr>
        <w:t>56. Дар китоби дарсӣ гуфта мешавад: Мухаммас чанд роҳ барои эҷод шудан дорад?</w:t>
      </w:r>
    </w:p>
    <w:p>
      <w:r>
        <w:rPr>
          <w:rFonts w:ascii="Arial" w:hAnsi="Arial" w:eastAsia="Arial"/>
          <w:sz w:val="22"/>
        </w:rPr>
        <w:t>Ҷавоби дуруст: Ду роҳ</w:t>
      </w:r>
    </w:p>
    <w:p>
      <w:r>
        <w:rPr>
          <w:rFonts w:ascii="Arial" w:hAnsi="Arial" w:eastAsia="Arial"/>
          <w:sz w:val="22"/>
        </w:rPr>
        <w:t>57. Дар китоби дарсӣ гуфта мешавад: Мусаммат чӣ гуна шакли шеърӣ аст?</w:t>
      </w:r>
    </w:p>
    <w:p>
      <w:r>
        <w:rPr>
          <w:rFonts w:ascii="Arial" w:hAnsi="Arial" w:eastAsia="Arial"/>
          <w:sz w:val="22"/>
        </w:rPr>
        <w:t>Ҷавоби дуруст: Шакли шеърие, ки бандҳои чандмисраъӣ дорад</w:t>
      </w:r>
    </w:p>
    <w:p>
      <w:r>
        <w:rPr>
          <w:rFonts w:ascii="Arial" w:hAnsi="Arial" w:eastAsia="Arial"/>
          <w:sz w:val="22"/>
        </w:rPr>
        <w:t>58. Дар китоби дарсӣ гуфта мешавад: Мухаммас аз чанд мисраъ иборат аст?</w:t>
      </w:r>
    </w:p>
    <w:p>
      <w:r>
        <w:rPr>
          <w:rFonts w:ascii="Arial" w:hAnsi="Arial" w:eastAsia="Arial"/>
          <w:sz w:val="22"/>
        </w:rPr>
        <w:t>Ҷавоби дуруст: Панҷ мисраъ</w:t>
      </w:r>
    </w:p>
    <w:p>
      <w:r>
        <w:rPr>
          <w:rFonts w:ascii="Arial" w:hAnsi="Arial" w:eastAsia="Arial"/>
          <w:sz w:val="22"/>
        </w:rPr>
        <w:t>59. Дар китоби дарсӣ гуфта мешавад: Қофиябандии намунавии мухаммас чӣ гуна аст?</w:t>
      </w:r>
    </w:p>
    <w:p>
      <w:r>
        <w:rPr>
          <w:rFonts w:ascii="Arial" w:hAnsi="Arial" w:eastAsia="Arial"/>
          <w:sz w:val="22"/>
        </w:rPr>
        <w:t>Ҷавоби дуруст: ааааА, ббббА, ввввА</w:t>
      </w:r>
    </w:p>
    <w:p>
      <w:r>
        <w:rPr>
          <w:rFonts w:ascii="Arial" w:hAnsi="Arial" w:eastAsia="Arial"/>
          <w:sz w:val="22"/>
        </w:rPr>
        <w:t>60. Дар китоби дарсӣ гуфта мешавад: Мухаммас чанд роҳ барои эҷод шудан дорад?</w:t>
      </w:r>
    </w:p>
    <w:p>
      <w:r>
        <w:rPr>
          <w:rFonts w:ascii="Arial" w:hAnsi="Arial" w:eastAsia="Arial"/>
          <w:sz w:val="22"/>
        </w:rPr>
        <w:t>Ҷавоби дуруст: Ду роҳ</w:t>
      </w:r>
    </w:p>
    <w:p>
      <w:r>
        <w:rPr>
          <w:rFonts w:ascii="Arial" w:hAnsi="Arial" w:eastAsia="Arial"/>
          <w:sz w:val="22"/>
        </w:rPr>
        <w:t>61. Дар китоби дарсӣ гуфта мешавад: Мусаммат чӣ гуна шакли шеърӣ аст?</w:t>
      </w:r>
    </w:p>
    <w:p>
      <w:r>
        <w:rPr>
          <w:rFonts w:ascii="Arial" w:hAnsi="Arial" w:eastAsia="Arial"/>
          <w:sz w:val="22"/>
        </w:rPr>
        <w:t>Ҷавоби дуруст: Шакли шеърие, ки бандҳои чандмисраъӣ дорад</w:t>
      </w:r>
    </w:p>
    <w:p>
      <w:r>
        <w:rPr>
          <w:rFonts w:ascii="Arial" w:hAnsi="Arial" w:eastAsia="Arial"/>
          <w:sz w:val="22"/>
        </w:rPr>
        <w:t>62. Дар китоби дарсӣ гуфта мешавад: Мухаммас аз чанд мисраъ иборат аст?</w:t>
      </w:r>
    </w:p>
    <w:p>
      <w:r>
        <w:rPr>
          <w:rFonts w:ascii="Arial" w:hAnsi="Arial" w:eastAsia="Arial"/>
          <w:sz w:val="22"/>
        </w:rPr>
        <w:t>Ҷавоби дуруст: Панҷ мисраъ</w:t>
      </w:r>
    </w:p>
    <w:p>
      <w:r>
        <w:rPr>
          <w:rFonts w:ascii="Arial" w:hAnsi="Arial" w:eastAsia="Arial"/>
          <w:sz w:val="22"/>
        </w:rPr>
        <w:t>63. Дар китоби дарсӣ гуфта мешавад: Қофиябандии намунавии мухаммас чӣ гуна аст?</w:t>
      </w:r>
    </w:p>
    <w:p>
      <w:r>
        <w:rPr>
          <w:rFonts w:ascii="Arial" w:hAnsi="Arial" w:eastAsia="Arial"/>
          <w:sz w:val="22"/>
        </w:rPr>
        <w:t>Ҷавоби дуруст: ааааА, ббббА, ввввА</w:t>
      </w:r>
    </w:p>
    <w:p>
      <w:r>
        <w:rPr>
          <w:rFonts w:ascii="Arial" w:hAnsi="Arial" w:eastAsia="Arial"/>
          <w:sz w:val="22"/>
        </w:rPr>
        <w:t>64. Дар китоби дарсӣ гуфта мешавад: Мухаммас чанд роҳ барои эҷод шудан дорад?</w:t>
      </w:r>
    </w:p>
    <w:p>
      <w:r>
        <w:rPr>
          <w:rFonts w:ascii="Arial" w:hAnsi="Arial" w:eastAsia="Arial"/>
          <w:sz w:val="22"/>
        </w:rPr>
        <w:t>Ҷавоби дуруст: Ду роҳ</w:t>
      </w:r>
    </w:p>
    <w:p>
      <w:r>
        <w:rPr>
          <w:rFonts w:ascii="Arial" w:hAnsi="Arial" w:eastAsia="Arial"/>
          <w:sz w:val="22"/>
        </w:rPr>
        <w:t>65. Дар китоби дарсӣ гуфта мешавад: Мусаммат чӣ гуна шакли шеърӣ аст?</w:t>
      </w:r>
    </w:p>
    <w:p>
      <w:r>
        <w:rPr>
          <w:rFonts w:ascii="Arial" w:hAnsi="Arial" w:eastAsia="Arial"/>
          <w:sz w:val="22"/>
        </w:rPr>
        <w:t>Ҷавоби дуруст: Шакли шеърие, ки бандҳои чандмисраъӣ дорад</w:t>
      </w:r>
    </w:p>
    <w:p>
      <w:r>
        <w:rPr>
          <w:rFonts w:ascii="Arial" w:hAnsi="Arial" w:eastAsia="Arial"/>
          <w:sz w:val="22"/>
        </w:rPr>
        <w:t>66. Дар китоби дарсӣ гуфта мешавад: Мухаммас аз чанд мисраъ иборат аст?</w:t>
      </w:r>
    </w:p>
    <w:p>
      <w:r>
        <w:rPr>
          <w:rFonts w:ascii="Arial" w:hAnsi="Arial" w:eastAsia="Arial"/>
          <w:sz w:val="22"/>
        </w:rPr>
        <w:t>Ҷавоби дуруст: Панҷ мисраъ</w:t>
      </w:r>
    </w:p>
    <w:p>
      <w:r>
        <w:rPr>
          <w:rFonts w:ascii="Arial" w:hAnsi="Arial" w:eastAsia="Arial"/>
          <w:sz w:val="22"/>
        </w:rPr>
        <w:t>67. Дар китоби дарсӣ гуфта мешавад: Қофиябандии намунавии мухаммас чӣ гуна аст?</w:t>
      </w:r>
    </w:p>
    <w:p>
      <w:r>
        <w:rPr>
          <w:rFonts w:ascii="Arial" w:hAnsi="Arial" w:eastAsia="Arial"/>
          <w:sz w:val="22"/>
        </w:rPr>
        <w:t>Ҷавоби дуруст: ааааА, ббббА, ввввА</w:t>
      </w:r>
    </w:p>
    <w:p>
      <w:r>
        <w:rPr>
          <w:rFonts w:ascii="Arial" w:hAnsi="Arial" w:eastAsia="Arial"/>
          <w:sz w:val="22"/>
        </w:rPr>
        <w:t>68. Дар китоби дарсӣ гуфта мешавад: Мухаммас чанд роҳ барои эҷод шудан дорад?</w:t>
      </w:r>
    </w:p>
    <w:p>
      <w:r>
        <w:rPr>
          <w:rFonts w:ascii="Arial" w:hAnsi="Arial" w:eastAsia="Arial"/>
          <w:sz w:val="22"/>
        </w:rPr>
        <w:t>Ҷавоби дуруст: Ду роҳ</w:t>
      </w:r>
    </w:p>
    <w:p>
      <w:r>
        <w:rPr>
          <w:rFonts w:ascii="Arial" w:hAnsi="Arial" w:eastAsia="Arial"/>
          <w:sz w:val="22"/>
        </w:rPr>
        <w:t>69. Дар китоби дарсӣ гуфта мешавад: Мусаммат чӣ гуна шакли шеърӣ аст?</w:t>
      </w:r>
    </w:p>
    <w:p>
      <w:r>
        <w:rPr>
          <w:rFonts w:ascii="Arial" w:hAnsi="Arial" w:eastAsia="Arial"/>
          <w:sz w:val="22"/>
        </w:rPr>
        <w:t>Ҷавоби дуруст: Шакли шеърие, ки бандҳои чандмисраъӣ дорад</w:t>
      </w:r>
    </w:p>
    <w:p>
      <w:r>
        <w:rPr>
          <w:rFonts w:ascii="Arial" w:hAnsi="Arial" w:eastAsia="Arial"/>
          <w:sz w:val="22"/>
        </w:rPr>
        <w:t>70. Дар китоби дарсӣ гуфта мешавад: Мухаммас аз чанд мисраъ иборат аст?</w:t>
      </w:r>
    </w:p>
    <w:p>
      <w:r>
        <w:rPr>
          <w:rFonts w:ascii="Arial" w:hAnsi="Arial" w:eastAsia="Arial"/>
          <w:sz w:val="22"/>
        </w:rPr>
        <w:t>Ҷавоби дуруст: Панҷ мисраъ</w:t>
      </w:r>
    </w:p>
    <w:p>
      <w:r>
        <w:rPr>
          <w:rFonts w:ascii="Arial" w:hAnsi="Arial" w:eastAsia="Arial"/>
          <w:sz w:val="22"/>
        </w:rPr>
        <w:t>71. Дар китоби дарсӣ гуфта мешавад: Қофиябандии намунавии мухаммас чӣ гуна аст?</w:t>
      </w:r>
    </w:p>
    <w:p>
      <w:r>
        <w:rPr>
          <w:rFonts w:ascii="Arial" w:hAnsi="Arial" w:eastAsia="Arial"/>
          <w:sz w:val="22"/>
        </w:rPr>
        <w:t>Ҷавоби дуруст: ааааА, ббббА, ввввА</w:t>
      </w:r>
    </w:p>
    <w:p>
      <w:r>
        <w:rPr>
          <w:rFonts w:ascii="Arial" w:hAnsi="Arial" w:eastAsia="Arial"/>
          <w:sz w:val="22"/>
        </w:rPr>
        <w:t>72. Дар китоби дарсӣ гуфта мешавад: Мухаммас чанд роҳ барои эҷод шудан дорад?</w:t>
      </w:r>
    </w:p>
    <w:p>
      <w:r>
        <w:rPr>
          <w:rFonts w:ascii="Arial" w:hAnsi="Arial" w:eastAsia="Arial"/>
          <w:sz w:val="22"/>
        </w:rPr>
        <w:t>Ҷавоби дуруст: Ду роҳ</w:t>
      </w:r>
    </w:p>
    <w:p>
      <w:r>
        <w:rPr>
          <w:rFonts w:ascii="Arial" w:hAnsi="Arial" w:eastAsia="Arial"/>
          <w:sz w:val="22"/>
        </w:rPr>
        <w:t>73. Дар китоби дарсӣ гуфта мешавад: Мусаммат чӣ гуна шакли шеърӣ аст?</w:t>
      </w:r>
    </w:p>
    <w:p>
      <w:r>
        <w:rPr>
          <w:rFonts w:ascii="Arial" w:hAnsi="Arial" w:eastAsia="Arial"/>
          <w:sz w:val="22"/>
        </w:rPr>
        <w:t>Ҷавоби дуруст: Шакли шеърие, ки бандҳои чандмисраъӣ дорад</w:t>
      </w:r>
    </w:p>
    <w:p>
      <w:r>
        <w:rPr>
          <w:rFonts w:ascii="Arial" w:hAnsi="Arial" w:eastAsia="Arial"/>
          <w:sz w:val="22"/>
        </w:rPr>
        <w:t>74. Дар китоби дарсӣ гуфта мешавад: Мухаммас аз чанд мисраъ иборат аст?</w:t>
      </w:r>
    </w:p>
    <w:p>
      <w:r>
        <w:rPr>
          <w:rFonts w:ascii="Arial" w:hAnsi="Arial" w:eastAsia="Arial"/>
          <w:sz w:val="22"/>
        </w:rPr>
        <w:t>Ҷавоби дуруст: Панҷ мисраъ</w:t>
      </w:r>
    </w:p>
    <w:p>
      <w:r>
        <w:rPr>
          <w:rFonts w:ascii="Arial" w:hAnsi="Arial" w:eastAsia="Arial"/>
          <w:sz w:val="22"/>
        </w:rPr>
        <w:t>75. Дар китоби дарсӣ гуфта мешавад: Қофиябандии намунавии мухаммас чӣ гуна аст?</w:t>
      </w:r>
    </w:p>
    <w:p>
      <w:r>
        <w:rPr>
          <w:rFonts w:ascii="Arial" w:hAnsi="Arial" w:eastAsia="Arial"/>
          <w:sz w:val="22"/>
        </w:rPr>
        <w:t>Ҷавоби дуруст: ааааА, ббббА, ввввА</w:t>
      </w:r>
    </w:p>
    <w:p>
      <w:r>
        <w:rPr>
          <w:rFonts w:ascii="Arial" w:hAnsi="Arial" w:eastAsia="Arial"/>
          <w:sz w:val="22"/>
        </w:rPr>
        <w:t>76. Дар китоби дарсӣ гуфта мешавад: Мухаммас чанд роҳ барои эҷод шудан дорад?</w:t>
      </w:r>
    </w:p>
    <w:p>
      <w:r>
        <w:rPr>
          <w:rFonts w:ascii="Arial" w:hAnsi="Arial" w:eastAsia="Arial"/>
          <w:sz w:val="22"/>
        </w:rPr>
        <w:t>Ҷавоби дуруст: Ду роҳ</w:t>
      </w:r>
    </w:p>
    <w:p>
      <w:r>
        <w:rPr>
          <w:rFonts w:ascii="Arial" w:hAnsi="Arial" w:eastAsia="Arial"/>
          <w:sz w:val="22"/>
        </w:rPr>
        <w:t>77. Дар китоби дарсӣ гуфта мешавад: Мусаммат чӣ гуна шакли шеърӣ аст?</w:t>
      </w:r>
    </w:p>
    <w:p>
      <w:r>
        <w:rPr>
          <w:rFonts w:ascii="Arial" w:hAnsi="Arial" w:eastAsia="Arial"/>
          <w:sz w:val="22"/>
        </w:rPr>
        <w:t>Ҷавоби дуруст: Шакли шеърие, ки бандҳои чандмисраъӣ дорад</w:t>
      </w:r>
    </w:p>
    <w:p>
      <w:r>
        <w:rPr>
          <w:rFonts w:ascii="Arial" w:hAnsi="Arial" w:eastAsia="Arial"/>
          <w:sz w:val="22"/>
        </w:rPr>
        <w:t>78. Дар китоби дарсӣ гуфта мешавад: Мухаммас аз чанд мисраъ иборат аст?</w:t>
      </w:r>
    </w:p>
    <w:p>
      <w:r>
        <w:rPr>
          <w:rFonts w:ascii="Arial" w:hAnsi="Arial" w:eastAsia="Arial"/>
          <w:sz w:val="22"/>
        </w:rPr>
        <w:t>Ҷавоби дуруст: Панҷ мисраъ</w:t>
      </w:r>
    </w:p>
    <w:p>
      <w:r>
        <w:rPr>
          <w:rFonts w:ascii="Arial" w:hAnsi="Arial" w:eastAsia="Arial"/>
          <w:sz w:val="22"/>
        </w:rPr>
        <w:t>79. Дар китоби дарсӣ гуфта мешавад: Қофиябандии намунавии мухаммас чӣ гуна аст?</w:t>
      </w:r>
    </w:p>
    <w:p>
      <w:r>
        <w:rPr>
          <w:rFonts w:ascii="Arial" w:hAnsi="Arial" w:eastAsia="Arial"/>
          <w:sz w:val="22"/>
        </w:rPr>
        <w:t>Ҷавоби дуруст: ааааА, ббббА, ввввА</w:t>
      </w:r>
    </w:p>
    <w:p>
      <w:r>
        <w:rPr>
          <w:rFonts w:ascii="Arial" w:hAnsi="Arial" w:eastAsia="Arial"/>
          <w:sz w:val="22"/>
        </w:rPr>
        <w:t>80. Дар китоби дарсӣ гуфта мешавад: Мухаммас чанд роҳ барои эҷод шудан дорад?</w:t>
      </w:r>
    </w:p>
    <w:p>
      <w:r>
        <w:rPr>
          <w:rFonts w:ascii="Arial" w:hAnsi="Arial" w:eastAsia="Arial"/>
          <w:sz w:val="22"/>
        </w:rPr>
        <w:t>Ҷавоби дуруст: Ду роҳ</w:t>
      </w:r>
    </w:p>
    <w:p>
      <w:r>
        <w:rPr>
          <w:rFonts w:ascii="Arial" w:hAnsi="Arial" w:eastAsia="Arial"/>
          <w:sz w:val="22"/>
        </w:rPr>
        <w:t>81. Дар китоби дарсӣ гуфта мешавад: Мусаммат чӣ гуна шакли шеърӣ аст?</w:t>
      </w:r>
    </w:p>
    <w:p>
      <w:r>
        <w:rPr>
          <w:rFonts w:ascii="Arial" w:hAnsi="Arial" w:eastAsia="Arial"/>
          <w:sz w:val="22"/>
        </w:rPr>
        <w:t>Ҷавоби дуруст: Шакли шеърие, ки бандҳои чандмисраъӣ дорад</w:t>
      </w:r>
    </w:p>
    <w:p>
      <w:r>
        <w:rPr>
          <w:rFonts w:ascii="Arial" w:hAnsi="Arial" w:eastAsia="Arial"/>
          <w:sz w:val="22"/>
        </w:rPr>
        <w:t>82. Дар китоби дарсӣ гуфта мешавад: Мухаммас аз чанд мисраъ иборат аст?</w:t>
      </w:r>
    </w:p>
    <w:p>
      <w:r>
        <w:rPr>
          <w:rFonts w:ascii="Arial" w:hAnsi="Arial" w:eastAsia="Arial"/>
          <w:sz w:val="22"/>
        </w:rPr>
        <w:t>Ҷавоби дуруст: Панҷ мисраъ</w:t>
      </w:r>
    </w:p>
    <w:p>
      <w:r>
        <w:rPr>
          <w:rFonts w:ascii="Arial" w:hAnsi="Arial" w:eastAsia="Arial"/>
          <w:sz w:val="22"/>
        </w:rPr>
        <w:t>83. Дар китоби дарсӣ гуфта мешавад: Қофиябандии намунавии мухаммас чӣ гуна аст?</w:t>
      </w:r>
    </w:p>
    <w:p>
      <w:r>
        <w:rPr>
          <w:rFonts w:ascii="Arial" w:hAnsi="Arial" w:eastAsia="Arial"/>
          <w:sz w:val="22"/>
        </w:rPr>
        <w:t>Ҷавоби дуруст: ааааА, ббббА, ввввА</w:t>
      </w:r>
    </w:p>
    <w:p>
      <w:r>
        <w:rPr>
          <w:rFonts w:ascii="Arial" w:hAnsi="Arial" w:eastAsia="Arial"/>
          <w:sz w:val="22"/>
        </w:rPr>
        <w:t>84. Дар китоби дарсӣ гуфта мешавад: Мухаммас чанд роҳ барои эҷод шудан дорад?</w:t>
      </w:r>
    </w:p>
    <w:p>
      <w:r>
        <w:rPr>
          <w:rFonts w:ascii="Arial" w:hAnsi="Arial" w:eastAsia="Arial"/>
          <w:sz w:val="22"/>
        </w:rPr>
        <w:t>Ҷавоби дуруст: Ду роҳ</w:t>
      </w:r>
    </w:p>
    <w:p>
      <w:r>
        <w:rPr>
          <w:rFonts w:ascii="Arial" w:hAnsi="Arial" w:eastAsia="Arial"/>
          <w:sz w:val="22"/>
        </w:rPr>
        <w:t>85. Дар китоби дарсӣ гуфта мешавад: Мусаммат чӣ гуна шакли шеърӣ аст?</w:t>
      </w:r>
    </w:p>
    <w:p>
      <w:r>
        <w:rPr>
          <w:rFonts w:ascii="Arial" w:hAnsi="Arial" w:eastAsia="Arial"/>
          <w:sz w:val="22"/>
        </w:rPr>
        <w:t>Ҷавоби дуруст: Шакли шеърие, ки бандҳои чандмисраъӣ дорад</w:t>
      </w:r>
    </w:p>
    <w:p>
      <w:r>
        <w:rPr>
          <w:rFonts w:ascii="Arial" w:hAnsi="Arial" w:eastAsia="Arial"/>
          <w:sz w:val="22"/>
        </w:rPr>
        <w:t>86. Дар китоби дарсӣ гуфта мешавад: Мухаммас аз чанд мисраъ иборат аст?</w:t>
      </w:r>
    </w:p>
    <w:p>
      <w:r>
        <w:rPr>
          <w:rFonts w:ascii="Arial" w:hAnsi="Arial" w:eastAsia="Arial"/>
          <w:sz w:val="22"/>
        </w:rPr>
        <w:t>Ҷавоби дуруст: Панҷ мисраъ</w:t>
      </w:r>
    </w:p>
    <w:p>
      <w:r>
        <w:rPr>
          <w:rFonts w:ascii="Arial" w:hAnsi="Arial" w:eastAsia="Arial"/>
          <w:sz w:val="22"/>
        </w:rPr>
        <w:t>87. Дар китоби дарсӣ гуфта мешавад: Қофиябандии намунавии мухаммас чӣ гуна аст?</w:t>
      </w:r>
    </w:p>
    <w:p>
      <w:r>
        <w:rPr>
          <w:rFonts w:ascii="Arial" w:hAnsi="Arial" w:eastAsia="Arial"/>
          <w:sz w:val="22"/>
        </w:rPr>
        <w:t>Ҷавоби дуруст: ааааА, ббббА, ввввА</w:t>
      </w:r>
    </w:p>
    <w:p>
      <w:r>
        <w:rPr>
          <w:rFonts w:ascii="Arial" w:hAnsi="Arial" w:eastAsia="Arial"/>
          <w:sz w:val="22"/>
        </w:rPr>
        <w:t>88. Дар китоби дарсӣ гуфта мешавад: Мухаммас чанд роҳ барои эҷод шудан дорад?</w:t>
      </w:r>
    </w:p>
    <w:p>
      <w:r>
        <w:rPr>
          <w:rFonts w:ascii="Arial" w:hAnsi="Arial" w:eastAsia="Arial"/>
          <w:sz w:val="22"/>
        </w:rPr>
        <w:t>Ҷавоби дуруст: Ду роҳ</w:t>
      </w:r>
    </w:p>
    <w:p>
      <w:r>
        <w:rPr>
          <w:rFonts w:ascii="Arial" w:hAnsi="Arial" w:eastAsia="Arial"/>
          <w:sz w:val="22"/>
        </w:rPr>
        <w:t>89. Дар китоби дарсӣ гуфта мешавад: Мусаммат чӣ гуна шакли шеърӣ аст?</w:t>
      </w:r>
    </w:p>
    <w:p>
      <w:r>
        <w:rPr>
          <w:rFonts w:ascii="Arial" w:hAnsi="Arial" w:eastAsia="Arial"/>
          <w:sz w:val="22"/>
        </w:rPr>
        <w:t>Ҷавоби дуруст: Шакли шеърие, ки бандҳои чандмисраъӣ дорад</w:t>
      </w:r>
    </w:p>
    <w:p>
      <w:r>
        <w:rPr>
          <w:rFonts w:ascii="Arial" w:hAnsi="Arial" w:eastAsia="Arial"/>
          <w:sz w:val="22"/>
        </w:rPr>
        <w:t>90. Дар китоби дарсӣ гуфта мешавад: Мухаммас аз чанд мисраъ иборат аст?</w:t>
      </w:r>
    </w:p>
    <w:p>
      <w:r>
        <w:rPr>
          <w:rFonts w:ascii="Arial" w:hAnsi="Arial" w:eastAsia="Arial"/>
          <w:sz w:val="22"/>
        </w:rPr>
        <w:t>Ҷавоби дуруст: Панҷ мисраъ</w:t>
      </w:r>
    </w:p>
    <w:p>
      <w:r>
        <w:rPr>
          <w:rFonts w:ascii="Arial" w:hAnsi="Arial" w:eastAsia="Arial"/>
          <w:sz w:val="22"/>
        </w:rPr>
        <w:t>91. Дар китоби дарсӣ гуфта мешавад: Қофиябандии намунавии мухаммас чӣ гуна аст?</w:t>
      </w:r>
    </w:p>
    <w:p>
      <w:r>
        <w:rPr>
          <w:rFonts w:ascii="Arial" w:hAnsi="Arial" w:eastAsia="Arial"/>
          <w:sz w:val="22"/>
        </w:rPr>
        <w:t>Ҷавоби дуруст: ааааА, ббббА, ввввА</w:t>
      </w:r>
    </w:p>
    <w:p>
      <w:r>
        <w:rPr>
          <w:rFonts w:ascii="Arial" w:hAnsi="Arial" w:eastAsia="Arial"/>
          <w:sz w:val="22"/>
        </w:rPr>
        <w:t>92. Дар китоби дарсӣ гуфта мешавад: Мухаммас чанд роҳ барои эҷод шудан дорад?</w:t>
      </w:r>
    </w:p>
    <w:p>
      <w:r>
        <w:rPr>
          <w:rFonts w:ascii="Arial" w:hAnsi="Arial" w:eastAsia="Arial"/>
          <w:sz w:val="22"/>
        </w:rPr>
        <w:t>Ҷавоби дуруст: Ду роҳ</w:t>
      </w:r>
    </w:p>
    <w:p>
      <w:r>
        <w:rPr>
          <w:rFonts w:ascii="Arial" w:hAnsi="Arial" w:eastAsia="Arial"/>
          <w:sz w:val="22"/>
        </w:rPr>
        <w:t>93. Дар китоби дарсӣ гуфта мешавад: Мусаммат чӣ гуна шакли шеърӣ аст?</w:t>
      </w:r>
    </w:p>
    <w:p>
      <w:r>
        <w:rPr>
          <w:rFonts w:ascii="Arial" w:hAnsi="Arial" w:eastAsia="Arial"/>
          <w:sz w:val="22"/>
        </w:rPr>
        <w:t>Ҷавоби дуруст: Шакли шеърие, ки бандҳои чандмисраъӣ дорад</w:t>
      </w:r>
    </w:p>
    <w:p>
      <w:r>
        <w:rPr>
          <w:rFonts w:ascii="Arial" w:hAnsi="Arial" w:eastAsia="Arial"/>
          <w:sz w:val="22"/>
        </w:rPr>
        <w:t>94. Дар китоби дарсӣ гуфта мешавад: Мухаммас аз чанд мисраъ иборат аст?</w:t>
      </w:r>
    </w:p>
    <w:p>
      <w:r>
        <w:rPr>
          <w:rFonts w:ascii="Arial" w:hAnsi="Arial" w:eastAsia="Arial"/>
          <w:sz w:val="22"/>
        </w:rPr>
        <w:t>Ҷавоби дуруст: Панҷ мисраъ</w:t>
      </w:r>
    </w:p>
    <w:p>
      <w:r>
        <w:rPr>
          <w:rFonts w:ascii="Arial" w:hAnsi="Arial" w:eastAsia="Arial"/>
          <w:sz w:val="22"/>
        </w:rPr>
        <w:t>95. Дар китоби дарсӣ гуфта мешавад: Қофиябандии намунавии мухаммас чӣ гуна аст?</w:t>
      </w:r>
    </w:p>
    <w:p>
      <w:r>
        <w:rPr>
          <w:rFonts w:ascii="Arial" w:hAnsi="Arial" w:eastAsia="Arial"/>
          <w:sz w:val="22"/>
        </w:rPr>
        <w:t>Ҷавоби дуруст: ааааА, ббббА, ввввА</w:t>
      </w:r>
    </w:p>
    <w:p>
      <w:r>
        <w:rPr>
          <w:rFonts w:ascii="Arial" w:hAnsi="Arial" w:eastAsia="Arial"/>
          <w:sz w:val="22"/>
        </w:rPr>
        <w:t>96. Дар китоби дарсӣ гуфта мешавад: Мухаммас чанд роҳ барои эҷод шудан дорад?</w:t>
      </w:r>
    </w:p>
    <w:p>
      <w:r>
        <w:rPr>
          <w:rFonts w:ascii="Arial" w:hAnsi="Arial" w:eastAsia="Arial"/>
          <w:sz w:val="22"/>
        </w:rPr>
        <w:t>Ҷавоби дуруст: Ду роҳ</w:t>
      </w:r>
    </w:p>
    <w:p>
      <w:r>
        <w:rPr>
          <w:rFonts w:ascii="Arial" w:hAnsi="Arial" w:eastAsia="Arial"/>
          <w:sz w:val="22"/>
        </w:rPr>
        <w:t>97. Дар китоби дарсӣ гуфта мешавад: Мусаммат чӣ гуна шакли шеърӣ аст?</w:t>
      </w:r>
    </w:p>
    <w:p>
      <w:r>
        <w:rPr>
          <w:rFonts w:ascii="Arial" w:hAnsi="Arial" w:eastAsia="Arial"/>
          <w:sz w:val="22"/>
        </w:rPr>
        <w:t>Ҷавоби дуруст: Шакли шеърие, ки бандҳои чандмисраъӣ дорад</w:t>
      </w:r>
    </w:p>
    <w:p>
      <w:r>
        <w:rPr>
          <w:rFonts w:ascii="Arial" w:hAnsi="Arial" w:eastAsia="Arial"/>
          <w:sz w:val="22"/>
        </w:rPr>
        <w:t>98. Дар китоби дарсӣ гуфта мешавад: Мухаммас аз чанд мисраъ иборат аст?</w:t>
      </w:r>
    </w:p>
    <w:p>
      <w:r>
        <w:rPr>
          <w:rFonts w:ascii="Arial" w:hAnsi="Arial" w:eastAsia="Arial"/>
          <w:sz w:val="22"/>
        </w:rPr>
        <w:t>Ҷавоби дуруст: Панҷ мисраъ</w:t>
      </w:r>
    </w:p>
    <w:p>
      <w:r>
        <w:rPr>
          <w:rFonts w:ascii="Arial" w:hAnsi="Arial" w:eastAsia="Arial"/>
          <w:sz w:val="22"/>
        </w:rPr>
        <w:t>99. Дар китоби дарсӣ гуфта мешавад: Қофиябандии намунавии мухаммас чӣ гуна аст?</w:t>
      </w:r>
    </w:p>
    <w:p>
      <w:r>
        <w:rPr>
          <w:rFonts w:ascii="Arial" w:hAnsi="Arial" w:eastAsia="Arial"/>
          <w:sz w:val="22"/>
        </w:rPr>
        <w:t>Ҷавоби дуруст: ааааА, ббббА, ввввА</w:t>
      </w:r>
    </w:p>
    <w:p>
      <w:r>
        <w:rPr>
          <w:rFonts w:ascii="Arial" w:hAnsi="Arial" w:eastAsia="Arial"/>
          <w:sz w:val="22"/>
        </w:rPr>
        <w:t>100. Дар китоби дарсӣ гуфта мешавад: Мухаммас чанд роҳ барои эҷод шудан дорад?</w:t>
      </w:r>
    </w:p>
    <w:p>
      <w:r>
        <w:rPr>
          <w:rFonts w:ascii="Arial" w:hAnsi="Arial" w:eastAsia="Arial"/>
          <w:sz w:val="22"/>
        </w:rPr>
        <w:t>Ҷавоби дуруст: Ду роҳ</w:t>
      </w:r>
    </w:p>
    <w:p>
      <w:r>
        <w:rPr>
          <w:rFonts w:ascii="Arial" w:hAnsi="Arial" w:eastAsia="Arial"/>
          <w:sz w:val="22"/>
        </w:rPr>
        <w:br w:type="page"/>
      </w:r>
    </w:p>
    <w:p>
      <w:pPr>
        <w:pStyle w:val="Heading1"/>
      </w:pPr>
      <w:r>
        <w:rPr>
          <w:rFonts w:ascii="Arial" w:hAnsi="Arial" w:eastAsia="Arial"/>
          <w:sz w:val="22"/>
        </w:rPr>
        <w:t>5. Боби III — Мирзо Абдулқодири Бедил</w:t>
      </w:r>
    </w:p>
    <w:p>
      <w:r>
        <w:rPr>
          <w:rFonts w:ascii="Arial" w:hAnsi="Arial" w:eastAsia="Arial"/>
          <w:sz w:val="22"/>
        </w:rPr>
        <w:t>1. Бедил намояндаи кадом сабк аст?</w:t>
      </w:r>
    </w:p>
    <w:p>
      <w:r>
        <w:rPr>
          <w:rFonts w:ascii="Arial" w:hAnsi="Arial" w:eastAsia="Arial"/>
          <w:sz w:val="22"/>
        </w:rPr>
        <w:t>Ҷавоби дуруст: Сабки ҳиндӣ</w:t>
      </w:r>
    </w:p>
    <w:p>
      <w:r>
        <w:rPr>
          <w:rFonts w:ascii="Arial" w:hAnsi="Arial" w:eastAsia="Arial"/>
          <w:sz w:val="22"/>
        </w:rPr>
        <w:t>2. Ҷавоби дуруст ба саволи «Бедил намояндаи кадом сабк аст?» кадом аст?</w:t>
      </w:r>
    </w:p>
    <w:p>
      <w:r>
        <w:rPr>
          <w:rFonts w:ascii="Arial" w:hAnsi="Arial" w:eastAsia="Arial"/>
          <w:sz w:val="22"/>
        </w:rPr>
        <w:t>Ҷавоби дуруст: Сабки ҳиндӣ</w:t>
      </w:r>
    </w:p>
    <w:p>
      <w:r>
        <w:rPr>
          <w:rFonts w:ascii="Arial" w:hAnsi="Arial" w:eastAsia="Arial"/>
          <w:sz w:val="22"/>
        </w:rPr>
        <w:t>3. Кадом ҷавоб бедил намояндаи кадом сабк аст?</w:t>
      </w:r>
    </w:p>
    <w:p>
      <w:r>
        <w:rPr>
          <w:rFonts w:ascii="Arial" w:hAnsi="Arial" w:eastAsia="Arial"/>
          <w:sz w:val="22"/>
        </w:rPr>
        <w:t>Ҷавоби дуруст: Сабки ҳиндӣ</w:t>
      </w:r>
    </w:p>
    <w:p>
      <w:r>
        <w:rPr>
          <w:rFonts w:ascii="Arial" w:hAnsi="Arial" w:eastAsia="Arial"/>
          <w:sz w:val="22"/>
        </w:rPr>
        <w:t>4. Аз рӯйи китоб муайян кунед: Бедил намояндаи кадом сабк аст?</w:t>
      </w:r>
    </w:p>
    <w:p>
      <w:r>
        <w:rPr>
          <w:rFonts w:ascii="Arial" w:hAnsi="Arial" w:eastAsia="Arial"/>
          <w:sz w:val="22"/>
        </w:rPr>
        <w:t>Ҷавоби дуруст: Сабки ҳиндӣ</w:t>
      </w:r>
    </w:p>
    <w:p>
      <w:r>
        <w:rPr>
          <w:rFonts w:ascii="Arial" w:hAnsi="Arial" w:eastAsia="Arial"/>
          <w:sz w:val="22"/>
        </w:rPr>
        <w:t>5. «Куллиёт»-и Бедил тақрибан чанд байт дорад?</w:t>
      </w:r>
    </w:p>
    <w:p>
      <w:r>
        <w:rPr>
          <w:rFonts w:ascii="Arial" w:hAnsi="Arial" w:eastAsia="Arial"/>
          <w:sz w:val="22"/>
        </w:rPr>
        <w:t>Ҷавоби дуруст: Тақрибан 65000 байт</w:t>
      </w:r>
    </w:p>
    <w:p>
      <w:r>
        <w:rPr>
          <w:rFonts w:ascii="Arial" w:hAnsi="Arial" w:eastAsia="Arial"/>
          <w:sz w:val="22"/>
        </w:rPr>
        <w:t>6. Ҷавоби дуруст ба саволи ««Куллиёт»-и Бедил тақрибан чанд байт дорад?» кадом аст?</w:t>
      </w:r>
    </w:p>
    <w:p>
      <w:r>
        <w:rPr>
          <w:rFonts w:ascii="Arial" w:hAnsi="Arial" w:eastAsia="Arial"/>
          <w:sz w:val="22"/>
        </w:rPr>
        <w:t>Ҷавоби дуруст: Тақрибан 65000 байт</w:t>
      </w:r>
    </w:p>
    <w:p>
      <w:r>
        <w:rPr>
          <w:rFonts w:ascii="Arial" w:hAnsi="Arial" w:eastAsia="Arial"/>
          <w:sz w:val="22"/>
        </w:rPr>
        <w:t>7. Кадом ҷавоб «куллиёт»-и бедил тақрибан чанд байт дорад?</w:t>
      </w:r>
    </w:p>
    <w:p>
      <w:r>
        <w:rPr>
          <w:rFonts w:ascii="Arial" w:hAnsi="Arial" w:eastAsia="Arial"/>
          <w:sz w:val="22"/>
        </w:rPr>
        <w:t>Ҷавоби дуруст: Тақрибан 65000 байт</w:t>
      </w:r>
    </w:p>
    <w:p>
      <w:r>
        <w:rPr>
          <w:rFonts w:ascii="Arial" w:hAnsi="Arial" w:eastAsia="Arial"/>
          <w:sz w:val="22"/>
        </w:rPr>
        <w:t>8. Аз рӯйи китоб муайян кунед: «Куллиёт»-и Бедил тақрибан чанд байт дорад?</w:t>
      </w:r>
    </w:p>
    <w:p>
      <w:r>
        <w:rPr>
          <w:rFonts w:ascii="Arial" w:hAnsi="Arial" w:eastAsia="Arial"/>
          <w:sz w:val="22"/>
        </w:rPr>
        <w:t>Ҷавоби дуруст: Тақрибан 65000 байт</w:t>
      </w:r>
    </w:p>
    <w:p>
      <w:r>
        <w:rPr>
          <w:rFonts w:ascii="Arial" w:hAnsi="Arial" w:eastAsia="Arial"/>
          <w:sz w:val="22"/>
        </w:rPr>
        <w:t>9. «Ирфон» кай таълиф шудааст?</w:t>
      </w:r>
    </w:p>
    <w:p>
      <w:r>
        <w:rPr>
          <w:rFonts w:ascii="Arial" w:hAnsi="Arial" w:eastAsia="Arial"/>
          <w:sz w:val="22"/>
        </w:rPr>
        <w:t>Ҷавоби дуруст: 1712</w:t>
      </w:r>
    </w:p>
    <w:p>
      <w:r>
        <w:rPr>
          <w:rFonts w:ascii="Arial" w:hAnsi="Arial" w:eastAsia="Arial"/>
          <w:sz w:val="22"/>
        </w:rPr>
        <w:t>10. Ҷавоби дуруст ба саволи ««Ирфон» кай таълиф шудааст?» кадом аст?</w:t>
      </w:r>
    </w:p>
    <w:p>
      <w:r>
        <w:rPr>
          <w:rFonts w:ascii="Arial" w:hAnsi="Arial" w:eastAsia="Arial"/>
          <w:sz w:val="22"/>
        </w:rPr>
        <w:t>Ҷавоби дуруст: 1712</w:t>
      </w:r>
    </w:p>
    <w:p>
      <w:r>
        <w:rPr>
          <w:rFonts w:ascii="Arial" w:hAnsi="Arial" w:eastAsia="Arial"/>
          <w:sz w:val="22"/>
        </w:rPr>
        <w:t>11. Кадом ҷавоб «ирфон» кай таълиф шудааст?</w:t>
      </w:r>
    </w:p>
    <w:p>
      <w:r>
        <w:rPr>
          <w:rFonts w:ascii="Arial" w:hAnsi="Arial" w:eastAsia="Arial"/>
          <w:sz w:val="22"/>
        </w:rPr>
        <w:t>Ҷавоби дуруст: 1712</w:t>
      </w:r>
    </w:p>
    <w:p>
      <w:r>
        <w:rPr>
          <w:rFonts w:ascii="Arial" w:hAnsi="Arial" w:eastAsia="Arial"/>
          <w:sz w:val="22"/>
        </w:rPr>
        <w:t>12. Аз рӯйи китоб муайян кунед: «Ирфон» кай таълиф шудааст?</w:t>
      </w:r>
    </w:p>
    <w:p>
      <w:r>
        <w:rPr>
          <w:rFonts w:ascii="Arial" w:hAnsi="Arial" w:eastAsia="Arial"/>
          <w:sz w:val="22"/>
        </w:rPr>
        <w:t>Ҷавоби дуруст: 1712</w:t>
      </w:r>
    </w:p>
    <w:p>
      <w:r>
        <w:rPr>
          <w:rFonts w:ascii="Arial" w:hAnsi="Arial" w:eastAsia="Arial"/>
          <w:sz w:val="22"/>
        </w:rPr>
        <w:t>13. «Ирфон» тақрибан чанд байт дорад?</w:t>
      </w:r>
    </w:p>
    <w:p>
      <w:r>
        <w:rPr>
          <w:rFonts w:ascii="Arial" w:hAnsi="Arial" w:eastAsia="Arial"/>
          <w:sz w:val="22"/>
        </w:rPr>
        <w:t>Ҷавоби дуруст: 11000 байт</w:t>
      </w:r>
    </w:p>
    <w:p>
      <w:r>
        <w:rPr>
          <w:rFonts w:ascii="Arial" w:hAnsi="Arial" w:eastAsia="Arial"/>
          <w:sz w:val="22"/>
        </w:rPr>
        <w:t>14. Ҷавоби дуруст ба саволи ««Ирфон» тақрибан чанд байт дорад?» кадом аст?</w:t>
      </w:r>
    </w:p>
    <w:p>
      <w:r>
        <w:rPr>
          <w:rFonts w:ascii="Arial" w:hAnsi="Arial" w:eastAsia="Arial"/>
          <w:sz w:val="22"/>
        </w:rPr>
        <w:t>Ҷавоби дуруст: 11000 байт</w:t>
      </w:r>
    </w:p>
    <w:p>
      <w:r>
        <w:rPr>
          <w:rFonts w:ascii="Arial" w:hAnsi="Arial" w:eastAsia="Arial"/>
          <w:sz w:val="22"/>
        </w:rPr>
        <w:t>15. Кадом ҷавоб «ирфон» тақрибан чанд байт дорад?</w:t>
      </w:r>
    </w:p>
    <w:p>
      <w:r>
        <w:rPr>
          <w:rFonts w:ascii="Arial" w:hAnsi="Arial" w:eastAsia="Arial"/>
          <w:sz w:val="22"/>
        </w:rPr>
        <w:t>Ҷавоби дуруст: 11000 байт</w:t>
      </w:r>
    </w:p>
    <w:p>
      <w:r>
        <w:rPr>
          <w:rFonts w:ascii="Arial" w:hAnsi="Arial" w:eastAsia="Arial"/>
          <w:sz w:val="22"/>
        </w:rPr>
        <w:t>16. Аз рӯйи китоб муайян кунед: «Ирфон» тақрибан чанд байт дорад?</w:t>
      </w:r>
    </w:p>
    <w:p>
      <w:r>
        <w:rPr>
          <w:rFonts w:ascii="Arial" w:hAnsi="Arial" w:eastAsia="Arial"/>
          <w:sz w:val="22"/>
        </w:rPr>
        <w:t>Ҷавоби дуруст: 11000 байт</w:t>
      </w:r>
    </w:p>
    <w:p>
      <w:r>
        <w:rPr>
          <w:rFonts w:ascii="Arial" w:hAnsi="Arial" w:eastAsia="Arial"/>
          <w:sz w:val="22"/>
        </w:rPr>
        <w:t>17. «Муҳити аъзам» кай таълиф шудааст?</w:t>
      </w:r>
    </w:p>
    <w:p>
      <w:r>
        <w:rPr>
          <w:rFonts w:ascii="Arial" w:hAnsi="Arial" w:eastAsia="Arial"/>
          <w:sz w:val="22"/>
        </w:rPr>
        <w:t>Ҷавоби дуруст: 1681</w:t>
      </w:r>
    </w:p>
    <w:p>
      <w:r>
        <w:rPr>
          <w:rFonts w:ascii="Arial" w:hAnsi="Arial" w:eastAsia="Arial"/>
          <w:sz w:val="22"/>
        </w:rPr>
        <w:t>18. Ҷавоби дуруст ба саволи ««Муҳити аъзам» кай таълиф шудааст?» кадом аст?</w:t>
      </w:r>
    </w:p>
    <w:p>
      <w:r>
        <w:rPr>
          <w:rFonts w:ascii="Arial" w:hAnsi="Arial" w:eastAsia="Arial"/>
          <w:sz w:val="22"/>
        </w:rPr>
        <w:t>Ҷавоби дуруст: 1681</w:t>
      </w:r>
    </w:p>
    <w:p>
      <w:r>
        <w:rPr>
          <w:rFonts w:ascii="Arial" w:hAnsi="Arial" w:eastAsia="Arial"/>
          <w:sz w:val="22"/>
        </w:rPr>
        <w:t>19. Кадом ҷавоб «муҳити аъзам» кай таълиф шудааст?</w:t>
      </w:r>
    </w:p>
    <w:p>
      <w:r>
        <w:rPr>
          <w:rFonts w:ascii="Arial" w:hAnsi="Arial" w:eastAsia="Arial"/>
          <w:sz w:val="22"/>
        </w:rPr>
        <w:t>Ҷавоби дуруст: 1681</w:t>
      </w:r>
    </w:p>
    <w:p>
      <w:r>
        <w:rPr>
          <w:rFonts w:ascii="Arial" w:hAnsi="Arial" w:eastAsia="Arial"/>
          <w:sz w:val="22"/>
        </w:rPr>
        <w:t>20. Аз рӯйи китоб муайян кунед: «Муҳити аъзам» кай таълиф шудааст?</w:t>
      </w:r>
    </w:p>
    <w:p>
      <w:r>
        <w:rPr>
          <w:rFonts w:ascii="Arial" w:hAnsi="Arial" w:eastAsia="Arial"/>
          <w:sz w:val="22"/>
        </w:rPr>
        <w:t>Ҷавоби дуруст: 1681</w:t>
      </w:r>
    </w:p>
    <w:p>
      <w:r>
        <w:rPr>
          <w:rFonts w:ascii="Arial" w:hAnsi="Arial" w:eastAsia="Arial"/>
          <w:sz w:val="22"/>
        </w:rPr>
        <w:t>21. «Муҳити аъзам» тақрибан чанд байт дорад?</w:t>
      </w:r>
    </w:p>
    <w:p>
      <w:r>
        <w:rPr>
          <w:rFonts w:ascii="Arial" w:hAnsi="Arial" w:eastAsia="Arial"/>
          <w:sz w:val="22"/>
        </w:rPr>
        <w:t>Ҷавоби дуруст: 4500 байт</w:t>
      </w:r>
    </w:p>
    <w:p>
      <w:r>
        <w:rPr>
          <w:rFonts w:ascii="Arial" w:hAnsi="Arial" w:eastAsia="Arial"/>
          <w:sz w:val="22"/>
        </w:rPr>
        <w:t>22. Ҷавоби дуруст ба саволи ««Муҳити аъзам» тақрибан чанд байт дорад?» кадом аст?</w:t>
      </w:r>
    </w:p>
    <w:p>
      <w:r>
        <w:rPr>
          <w:rFonts w:ascii="Arial" w:hAnsi="Arial" w:eastAsia="Arial"/>
          <w:sz w:val="22"/>
        </w:rPr>
        <w:t>Ҷавоби дуруст: 4500 байт</w:t>
      </w:r>
    </w:p>
    <w:p>
      <w:r>
        <w:rPr>
          <w:rFonts w:ascii="Arial" w:hAnsi="Arial" w:eastAsia="Arial"/>
          <w:sz w:val="22"/>
        </w:rPr>
        <w:t>23. Кадом ҷавоб «муҳити аъзам» тақрибан чанд байт дорад?</w:t>
      </w:r>
    </w:p>
    <w:p>
      <w:r>
        <w:rPr>
          <w:rFonts w:ascii="Arial" w:hAnsi="Arial" w:eastAsia="Arial"/>
          <w:sz w:val="22"/>
        </w:rPr>
        <w:t>Ҷавоби дуруст: 4500 байт</w:t>
      </w:r>
    </w:p>
    <w:p>
      <w:r>
        <w:rPr>
          <w:rFonts w:ascii="Arial" w:hAnsi="Arial" w:eastAsia="Arial"/>
          <w:sz w:val="22"/>
        </w:rPr>
        <w:t>24. Аз рӯйи китоб муайян кунед: «Муҳити аъзам» тақрибан чанд байт дорад?</w:t>
      </w:r>
    </w:p>
    <w:p>
      <w:r>
        <w:rPr>
          <w:rFonts w:ascii="Arial" w:hAnsi="Arial" w:eastAsia="Arial"/>
          <w:sz w:val="22"/>
        </w:rPr>
        <w:t>Ҷавоби дуруст: 4500 байт</w:t>
      </w:r>
    </w:p>
    <w:p>
      <w:r>
        <w:rPr>
          <w:rFonts w:ascii="Arial" w:hAnsi="Arial" w:eastAsia="Arial"/>
          <w:sz w:val="22"/>
        </w:rPr>
        <w:t>25. «Тӯри маърифат» кай таълиф шудааст?</w:t>
      </w:r>
    </w:p>
    <w:p>
      <w:r>
        <w:rPr>
          <w:rFonts w:ascii="Arial" w:hAnsi="Arial" w:eastAsia="Arial"/>
          <w:sz w:val="22"/>
        </w:rPr>
        <w:t>Ҷавоби дуруст: 1687</w:t>
      </w:r>
    </w:p>
    <w:p>
      <w:r>
        <w:rPr>
          <w:rFonts w:ascii="Arial" w:hAnsi="Arial" w:eastAsia="Arial"/>
          <w:sz w:val="22"/>
        </w:rPr>
        <w:t>26. Ҷавоби дуруст ба саволи ««Тӯри маърифат» кай таълиф шудааст?» кадом аст?</w:t>
      </w:r>
    </w:p>
    <w:p>
      <w:r>
        <w:rPr>
          <w:rFonts w:ascii="Arial" w:hAnsi="Arial" w:eastAsia="Arial"/>
          <w:sz w:val="22"/>
        </w:rPr>
        <w:t>Ҷавоби дуруст: 1687</w:t>
      </w:r>
    </w:p>
    <w:p>
      <w:r>
        <w:rPr>
          <w:rFonts w:ascii="Arial" w:hAnsi="Arial" w:eastAsia="Arial"/>
          <w:sz w:val="22"/>
        </w:rPr>
        <w:t>27. Кадом ҷавоб «тӯри маърифат» кай таълиф шудааст?</w:t>
      </w:r>
    </w:p>
    <w:p>
      <w:r>
        <w:rPr>
          <w:rFonts w:ascii="Arial" w:hAnsi="Arial" w:eastAsia="Arial"/>
          <w:sz w:val="22"/>
        </w:rPr>
        <w:t>Ҷавоби дуруст: 1687</w:t>
      </w:r>
    </w:p>
    <w:p>
      <w:r>
        <w:rPr>
          <w:rFonts w:ascii="Arial" w:hAnsi="Arial" w:eastAsia="Arial"/>
          <w:sz w:val="22"/>
        </w:rPr>
        <w:t>28. Аз рӯйи китоб муайян кунед: «Тӯри маърифат» кай таълиф шудааст?</w:t>
      </w:r>
    </w:p>
    <w:p>
      <w:r>
        <w:rPr>
          <w:rFonts w:ascii="Arial" w:hAnsi="Arial" w:eastAsia="Arial"/>
          <w:sz w:val="22"/>
        </w:rPr>
        <w:t>Ҷавоби дуруст: 1687</w:t>
      </w:r>
    </w:p>
    <w:p>
      <w:r>
        <w:rPr>
          <w:rFonts w:ascii="Arial" w:hAnsi="Arial" w:eastAsia="Arial"/>
          <w:sz w:val="22"/>
        </w:rPr>
        <w:t>29. «Тӯри маърифат» тақрибан чанд байт дорад?</w:t>
      </w:r>
    </w:p>
    <w:p>
      <w:r>
        <w:rPr>
          <w:rFonts w:ascii="Arial" w:hAnsi="Arial" w:eastAsia="Arial"/>
          <w:sz w:val="22"/>
        </w:rPr>
        <w:t>Ҷавоби дуруст: 1500 байт</w:t>
      </w:r>
    </w:p>
    <w:p>
      <w:r>
        <w:rPr>
          <w:rFonts w:ascii="Arial" w:hAnsi="Arial" w:eastAsia="Arial"/>
          <w:sz w:val="22"/>
        </w:rPr>
        <w:t>30. Ҷавоби дуруст ба саволи ««Тӯри маърифат» тақрибан чанд байт дорад?» кадом аст?</w:t>
      </w:r>
    </w:p>
    <w:p>
      <w:r>
        <w:rPr>
          <w:rFonts w:ascii="Arial" w:hAnsi="Arial" w:eastAsia="Arial"/>
          <w:sz w:val="22"/>
        </w:rPr>
        <w:t>Ҷавоби дуруст: 1500 байт</w:t>
      </w:r>
    </w:p>
    <w:p>
      <w:r>
        <w:rPr>
          <w:rFonts w:ascii="Arial" w:hAnsi="Arial" w:eastAsia="Arial"/>
          <w:sz w:val="22"/>
        </w:rPr>
        <w:t>31. Кадом ҷавоб «тӯри маърифат» тақрибан чанд байт дорад?</w:t>
      </w:r>
    </w:p>
    <w:p>
      <w:r>
        <w:rPr>
          <w:rFonts w:ascii="Arial" w:hAnsi="Arial" w:eastAsia="Arial"/>
          <w:sz w:val="22"/>
        </w:rPr>
        <w:t>Ҷавоби дуруст: 1500 байт</w:t>
      </w:r>
    </w:p>
    <w:p>
      <w:r>
        <w:rPr>
          <w:rFonts w:ascii="Arial" w:hAnsi="Arial" w:eastAsia="Arial"/>
          <w:sz w:val="22"/>
        </w:rPr>
        <w:t>32. Аз рӯйи китоб муайян кунед: «Тӯри маърифат» тақрибан чанд байт дорад?</w:t>
      </w:r>
    </w:p>
    <w:p>
      <w:r>
        <w:rPr>
          <w:rFonts w:ascii="Arial" w:hAnsi="Arial" w:eastAsia="Arial"/>
          <w:sz w:val="22"/>
        </w:rPr>
        <w:t>Ҷавоби дуруст: 1500 байт</w:t>
      </w:r>
    </w:p>
    <w:p>
      <w:r>
        <w:rPr>
          <w:rFonts w:ascii="Arial" w:hAnsi="Arial" w:eastAsia="Arial"/>
          <w:sz w:val="22"/>
        </w:rPr>
        <w:t>33. «Ишорот ва ҳикоёт» тақрибан чанд байт дорад?</w:t>
      </w:r>
    </w:p>
    <w:p>
      <w:r>
        <w:rPr>
          <w:rFonts w:ascii="Arial" w:hAnsi="Arial" w:eastAsia="Arial"/>
          <w:sz w:val="22"/>
        </w:rPr>
        <w:t>Ҷавоби дуруст: 1300 байт</w:t>
      </w:r>
    </w:p>
    <w:p>
      <w:r>
        <w:rPr>
          <w:rFonts w:ascii="Arial" w:hAnsi="Arial" w:eastAsia="Arial"/>
          <w:sz w:val="22"/>
        </w:rPr>
        <w:t>34. Ҷавоби дуруст ба саволи ««Ишорот ва ҳикоёт» тақрибан чанд байт дорад?» кадом аст?</w:t>
      </w:r>
    </w:p>
    <w:p>
      <w:r>
        <w:rPr>
          <w:rFonts w:ascii="Arial" w:hAnsi="Arial" w:eastAsia="Arial"/>
          <w:sz w:val="22"/>
        </w:rPr>
        <w:t>Ҷавоби дуруст: 1300 байт</w:t>
      </w:r>
    </w:p>
    <w:p>
      <w:r>
        <w:rPr>
          <w:rFonts w:ascii="Arial" w:hAnsi="Arial" w:eastAsia="Arial"/>
          <w:sz w:val="22"/>
        </w:rPr>
        <w:t>35. Кадом ҷавоб «ишорот ва ҳикоёт» тақрибан чанд байт дорад?</w:t>
      </w:r>
    </w:p>
    <w:p>
      <w:r>
        <w:rPr>
          <w:rFonts w:ascii="Arial" w:hAnsi="Arial" w:eastAsia="Arial"/>
          <w:sz w:val="22"/>
        </w:rPr>
        <w:t>Ҷавоби дуруст: 1300 байт</w:t>
      </w:r>
    </w:p>
    <w:p>
      <w:r>
        <w:rPr>
          <w:rFonts w:ascii="Arial" w:hAnsi="Arial" w:eastAsia="Arial"/>
          <w:sz w:val="22"/>
        </w:rPr>
        <w:t>36. Аз рӯйи китоб муайян кунед: «Ишорот ва ҳикоёт» тақрибан чанд байт дорад?</w:t>
      </w:r>
    </w:p>
    <w:p>
      <w:r>
        <w:rPr>
          <w:rFonts w:ascii="Arial" w:hAnsi="Arial" w:eastAsia="Arial"/>
          <w:sz w:val="22"/>
        </w:rPr>
        <w:t>Ҷавоби дуруст: 1300 байт</w:t>
      </w:r>
    </w:p>
    <w:p>
      <w:r>
        <w:rPr>
          <w:rFonts w:ascii="Arial" w:hAnsi="Arial" w:eastAsia="Arial"/>
          <w:sz w:val="22"/>
        </w:rPr>
        <w:t>37. Калонтарин асари насрии Бедил кадом аст?</w:t>
      </w:r>
    </w:p>
    <w:p>
      <w:r>
        <w:rPr>
          <w:rFonts w:ascii="Arial" w:hAnsi="Arial" w:eastAsia="Arial"/>
          <w:sz w:val="22"/>
        </w:rPr>
        <w:t>Ҷавоби дуруст: «Чор унсур»</w:t>
      </w:r>
    </w:p>
    <w:p>
      <w:r>
        <w:rPr>
          <w:rFonts w:ascii="Arial" w:hAnsi="Arial" w:eastAsia="Arial"/>
          <w:sz w:val="22"/>
        </w:rPr>
        <w:t>38. Ҷавоби дуруст ба саволи «Калонтарин асари насрии Бедил кадом аст?» кадом аст?</w:t>
      </w:r>
    </w:p>
    <w:p>
      <w:r>
        <w:rPr>
          <w:rFonts w:ascii="Arial" w:hAnsi="Arial" w:eastAsia="Arial"/>
          <w:sz w:val="22"/>
        </w:rPr>
        <w:t>Ҷавоби дуруст: «Чор унсур»</w:t>
      </w:r>
    </w:p>
    <w:p>
      <w:r>
        <w:rPr>
          <w:rFonts w:ascii="Arial" w:hAnsi="Arial" w:eastAsia="Arial"/>
          <w:sz w:val="22"/>
        </w:rPr>
        <w:t>39. Кадом ҷавоб калонтарин асари насрии бедил кадом аст?</w:t>
      </w:r>
    </w:p>
    <w:p>
      <w:r>
        <w:rPr>
          <w:rFonts w:ascii="Arial" w:hAnsi="Arial" w:eastAsia="Arial"/>
          <w:sz w:val="22"/>
        </w:rPr>
        <w:t>Ҷавоби дуруст: «Чор унсур»</w:t>
      </w:r>
    </w:p>
    <w:p>
      <w:r>
        <w:rPr>
          <w:rFonts w:ascii="Arial" w:hAnsi="Arial" w:eastAsia="Arial"/>
          <w:sz w:val="22"/>
        </w:rPr>
        <w:t>40. Аз рӯйи китоб муайян кунед: Калонтарин асари насрии Бедил кадом аст?</w:t>
      </w:r>
    </w:p>
    <w:p>
      <w:r>
        <w:rPr>
          <w:rFonts w:ascii="Arial" w:hAnsi="Arial" w:eastAsia="Arial"/>
          <w:sz w:val="22"/>
        </w:rPr>
        <w:t>Ҷавоби дуруст: «Чор унсур»</w:t>
      </w:r>
    </w:p>
    <w:p>
      <w:r>
        <w:rPr>
          <w:rFonts w:ascii="Arial" w:hAnsi="Arial" w:eastAsia="Arial"/>
          <w:sz w:val="22"/>
        </w:rPr>
        <w:t>41. «Чор унсур» кай таълиф шудааст?</w:t>
      </w:r>
    </w:p>
    <w:p>
      <w:r>
        <w:rPr>
          <w:rFonts w:ascii="Arial" w:hAnsi="Arial" w:eastAsia="Arial"/>
          <w:sz w:val="22"/>
        </w:rPr>
        <w:t>Ҷавоби дуруст: 1705</w:t>
      </w:r>
    </w:p>
    <w:p>
      <w:r>
        <w:rPr>
          <w:rFonts w:ascii="Arial" w:hAnsi="Arial" w:eastAsia="Arial"/>
          <w:sz w:val="22"/>
        </w:rPr>
        <w:t>42. Ҷавоби дуруст ба саволи ««Чор унсур» кай таълиф шудааст?» кадом аст?</w:t>
      </w:r>
    </w:p>
    <w:p>
      <w:r>
        <w:rPr>
          <w:rFonts w:ascii="Arial" w:hAnsi="Arial" w:eastAsia="Arial"/>
          <w:sz w:val="22"/>
        </w:rPr>
        <w:t>Ҷавоби дуруст: 1705</w:t>
      </w:r>
    </w:p>
    <w:p>
      <w:r>
        <w:rPr>
          <w:rFonts w:ascii="Arial" w:hAnsi="Arial" w:eastAsia="Arial"/>
          <w:sz w:val="22"/>
        </w:rPr>
        <w:t>43. Кадом ҷавоб «чор унсур» кай таълиф шудааст?</w:t>
      </w:r>
    </w:p>
    <w:p>
      <w:r>
        <w:rPr>
          <w:rFonts w:ascii="Arial" w:hAnsi="Arial" w:eastAsia="Arial"/>
          <w:sz w:val="22"/>
        </w:rPr>
        <w:t>Ҷавоби дуруст: 1705</w:t>
      </w:r>
    </w:p>
    <w:p>
      <w:r>
        <w:rPr>
          <w:rFonts w:ascii="Arial" w:hAnsi="Arial" w:eastAsia="Arial"/>
          <w:sz w:val="22"/>
        </w:rPr>
        <w:t>44. Аз рӯйи китоб муайян кунед: «Чор унсур» кай таълиф шудааст?</w:t>
      </w:r>
    </w:p>
    <w:p>
      <w:r>
        <w:rPr>
          <w:rFonts w:ascii="Arial" w:hAnsi="Arial" w:eastAsia="Arial"/>
          <w:sz w:val="22"/>
        </w:rPr>
        <w:t>Ҷавоби дуруст: 1705</w:t>
      </w:r>
    </w:p>
    <w:p>
      <w:r>
        <w:rPr>
          <w:rFonts w:ascii="Arial" w:hAnsi="Arial" w:eastAsia="Arial"/>
          <w:sz w:val="22"/>
        </w:rPr>
        <w:t>45. Асари номанигории Бедил кадом аст?</w:t>
      </w:r>
    </w:p>
    <w:p>
      <w:r>
        <w:rPr>
          <w:rFonts w:ascii="Arial" w:hAnsi="Arial" w:eastAsia="Arial"/>
          <w:sz w:val="22"/>
        </w:rPr>
        <w:t>Ҷавоби дуруст: «Руқаот»</w:t>
      </w:r>
    </w:p>
    <w:p>
      <w:r>
        <w:rPr>
          <w:rFonts w:ascii="Arial" w:hAnsi="Arial" w:eastAsia="Arial"/>
          <w:sz w:val="22"/>
        </w:rPr>
        <w:t>46. Ҷавоби дуруст ба саволи «Асари номанигории Бедил кадом аст?» кадом аст?</w:t>
      </w:r>
    </w:p>
    <w:p>
      <w:r>
        <w:rPr>
          <w:rFonts w:ascii="Arial" w:hAnsi="Arial" w:eastAsia="Arial"/>
          <w:sz w:val="22"/>
        </w:rPr>
        <w:t>Ҷавоби дуруст: «Руқаот»</w:t>
      </w:r>
    </w:p>
    <w:p>
      <w:r>
        <w:rPr>
          <w:rFonts w:ascii="Arial" w:hAnsi="Arial" w:eastAsia="Arial"/>
          <w:sz w:val="22"/>
        </w:rPr>
        <w:t>47. Кадом ҷавоб асари номанигории бедил кадом аст?</w:t>
      </w:r>
    </w:p>
    <w:p>
      <w:r>
        <w:rPr>
          <w:rFonts w:ascii="Arial" w:hAnsi="Arial" w:eastAsia="Arial"/>
          <w:sz w:val="22"/>
        </w:rPr>
        <w:t>Ҷавоби дуруст: «Руқаот»</w:t>
      </w:r>
    </w:p>
    <w:p>
      <w:r>
        <w:rPr>
          <w:rFonts w:ascii="Arial" w:hAnsi="Arial" w:eastAsia="Arial"/>
          <w:sz w:val="22"/>
        </w:rPr>
        <w:t>48. Аз рӯйи китоб муайян кунед: Асари номанигории Бедил кадом аст?</w:t>
      </w:r>
    </w:p>
    <w:p>
      <w:r>
        <w:rPr>
          <w:rFonts w:ascii="Arial" w:hAnsi="Arial" w:eastAsia="Arial"/>
          <w:sz w:val="22"/>
        </w:rPr>
        <w:t>Ҷавоби дуруст: «Руқаот»</w:t>
      </w:r>
    </w:p>
    <w:p>
      <w:r>
        <w:rPr>
          <w:rFonts w:ascii="Arial" w:hAnsi="Arial" w:eastAsia="Arial"/>
          <w:sz w:val="22"/>
        </w:rPr>
        <w:t>49. «Комде ва Мадан» тақрибан чанд байт дорад?</w:t>
      </w:r>
    </w:p>
    <w:p>
      <w:r>
        <w:rPr>
          <w:rFonts w:ascii="Arial" w:hAnsi="Arial" w:eastAsia="Arial"/>
          <w:sz w:val="22"/>
        </w:rPr>
        <w:t>Ҷавоби дуруст: 900 байт</w:t>
      </w:r>
    </w:p>
    <w:p>
      <w:r>
        <w:rPr>
          <w:rFonts w:ascii="Arial" w:hAnsi="Arial" w:eastAsia="Arial"/>
          <w:sz w:val="22"/>
        </w:rPr>
        <w:t>50. Ҷавоби дуруст ба саволи ««Комде ва Мадан» тақрибан чанд байт дорад?» кадом аст?</w:t>
      </w:r>
    </w:p>
    <w:p>
      <w:r>
        <w:rPr>
          <w:rFonts w:ascii="Arial" w:hAnsi="Arial" w:eastAsia="Arial"/>
          <w:sz w:val="22"/>
        </w:rPr>
        <w:t>Ҷавоби дуруст: 900 байт</w:t>
      </w:r>
    </w:p>
    <w:p>
      <w:r>
        <w:rPr>
          <w:rFonts w:ascii="Arial" w:hAnsi="Arial" w:eastAsia="Arial"/>
          <w:sz w:val="22"/>
        </w:rPr>
        <w:t>51. Кадом ҷавоб «комде ва мадан» тақрибан чанд байт дорад?</w:t>
      </w:r>
    </w:p>
    <w:p>
      <w:r>
        <w:rPr>
          <w:rFonts w:ascii="Arial" w:hAnsi="Arial" w:eastAsia="Arial"/>
          <w:sz w:val="22"/>
        </w:rPr>
        <w:t>Ҷавоби дуруст: 900 байт</w:t>
      </w:r>
    </w:p>
    <w:p>
      <w:r>
        <w:rPr>
          <w:rFonts w:ascii="Arial" w:hAnsi="Arial" w:eastAsia="Arial"/>
          <w:sz w:val="22"/>
        </w:rPr>
        <w:t>52. Аз рӯйи китоб муайян кунед: «Комде ва Мадан» тақрибан чанд байт дорад?</w:t>
      </w:r>
    </w:p>
    <w:p>
      <w:r>
        <w:rPr>
          <w:rFonts w:ascii="Arial" w:hAnsi="Arial" w:eastAsia="Arial"/>
          <w:sz w:val="22"/>
        </w:rPr>
        <w:t>Ҷавоби дуруст: 900 байт</w:t>
      </w:r>
    </w:p>
    <w:p>
      <w:r>
        <w:rPr>
          <w:rFonts w:ascii="Arial" w:hAnsi="Arial" w:eastAsia="Arial"/>
          <w:sz w:val="22"/>
        </w:rPr>
        <w:t>53. «Комде ва Мадан» аз чанд боб иборат аст?</w:t>
      </w:r>
    </w:p>
    <w:p>
      <w:r>
        <w:rPr>
          <w:rFonts w:ascii="Arial" w:hAnsi="Arial" w:eastAsia="Arial"/>
          <w:sz w:val="22"/>
        </w:rPr>
        <w:t>Ҷавоби дуруст: 10 боб</w:t>
      </w:r>
    </w:p>
    <w:p>
      <w:r>
        <w:rPr>
          <w:rFonts w:ascii="Arial" w:hAnsi="Arial" w:eastAsia="Arial"/>
          <w:sz w:val="22"/>
        </w:rPr>
        <w:t>54. Ҷавоби дуруст ба саволи ««Комде ва Мадан» аз чанд боб иборат аст?» кадом аст?</w:t>
      </w:r>
    </w:p>
    <w:p>
      <w:r>
        <w:rPr>
          <w:rFonts w:ascii="Arial" w:hAnsi="Arial" w:eastAsia="Arial"/>
          <w:sz w:val="22"/>
        </w:rPr>
        <w:t>Ҷавоби дуруст: 10 боб</w:t>
      </w:r>
    </w:p>
    <w:p>
      <w:r>
        <w:rPr>
          <w:rFonts w:ascii="Arial" w:hAnsi="Arial" w:eastAsia="Arial"/>
          <w:sz w:val="22"/>
        </w:rPr>
        <w:t>55. Кадом ҷавоб «комде ва мадан» аз чанд боб иборат аст?</w:t>
      </w:r>
    </w:p>
    <w:p>
      <w:r>
        <w:rPr>
          <w:rFonts w:ascii="Arial" w:hAnsi="Arial" w:eastAsia="Arial"/>
          <w:sz w:val="22"/>
        </w:rPr>
        <w:t>Ҷавоби дуруст: 10 боб</w:t>
      </w:r>
    </w:p>
    <w:p>
      <w:r>
        <w:rPr>
          <w:rFonts w:ascii="Arial" w:hAnsi="Arial" w:eastAsia="Arial"/>
          <w:sz w:val="22"/>
        </w:rPr>
        <w:t>56. Аз рӯйи китоб муайян кунед: «Комде ва Мадан» аз чанд боб иборат аст?</w:t>
      </w:r>
    </w:p>
    <w:p>
      <w:r>
        <w:rPr>
          <w:rFonts w:ascii="Arial" w:hAnsi="Arial" w:eastAsia="Arial"/>
          <w:sz w:val="22"/>
        </w:rPr>
        <w:t>Ҷавоби дуруст: 10 боб</w:t>
      </w:r>
    </w:p>
    <w:p>
      <w:r>
        <w:rPr>
          <w:rFonts w:ascii="Arial" w:hAnsi="Arial" w:eastAsia="Arial"/>
          <w:sz w:val="22"/>
        </w:rPr>
        <w:t>57. Асоси ғоявии «Комде ва Мадан» кадом масъала аст?</w:t>
      </w:r>
    </w:p>
    <w:p>
      <w:r>
        <w:rPr>
          <w:rFonts w:ascii="Arial" w:hAnsi="Arial" w:eastAsia="Arial"/>
          <w:sz w:val="22"/>
        </w:rPr>
        <w:t>Ҷавоби дуруст: Адолат ва адолатхоҳӣ</w:t>
      </w:r>
    </w:p>
    <w:p>
      <w:r>
        <w:rPr>
          <w:rFonts w:ascii="Arial" w:hAnsi="Arial" w:eastAsia="Arial"/>
          <w:sz w:val="22"/>
        </w:rPr>
        <w:t>58. Ҷавоби дуруст ба саволи «Асоси ғоявии «Комде ва Мадан» кадом масъала аст?» кадом аст?</w:t>
      </w:r>
    </w:p>
    <w:p>
      <w:r>
        <w:rPr>
          <w:rFonts w:ascii="Arial" w:hAnsi="Arial" w:eastAsia="Arial"/>
          <w:sz w:val="22"/>
        </w:rPr>
        <w:t>Ҷавоби дуруст: Адолат ва адолатхоҳӣ</w:t>
      </w:r>
    </w:p>
    <w:p>
      <w:r>
        <w:rPr>
          <w:rFonts w:ascii="Arial" w:hAnsi="Arial" w:eastAsia="Arial"/>
          <w:sz w:val="22"/>
        </w:rPr>
        <w:t>59. Кадом ҷавоб асоси ғоявии «комде ва мадан» кадом масъала аст?</w:t>
      </w:r>
    </w:p>
    <w:p>
      <w:r>
        <w:rPr>
          <w:rFonts w:ascii="Arial" w:hAnsi="Arial" w:eastAsia="Arial"/>
          <w:sz w:val="22"/>
        </w:rPr>
        <w:t>Ҷавоби дуруст: Адолат ва адолатхоҳӣ</w:t>
      </w:r>
    </w:p>
    <w:p>
      <w:r>
        <w:rPr>
          <w:rFonts w:ascii="Arial" w:hAnsi="Arial" w:eastAsia="Arial"/>
          <w:sz w:val="22"/>
        </w:rPr>
        <w:t>60. Аз рӯйи китоб муайян кунед: Асоси ғоявии «Комде ва Мадан» кадом масъала аст?</w:t>
      </w:r>
    </w:p>
    <w:p>
      <w:r>
        <w:rPr>
          <w:rFonts w:ascii="Arial" w:hAnsi="Arial" w:eastAsia="Arial"/>
          <w:sz w:val="22"/>
        </w:rPr>
        <w:t>Ҷавоби дуруст: Адолат ва адолатхоҳӣ</w:t>
      </w:r>
    </w:p>
    <w:p>
      <w:r>
        <w:rPr>
          <w:rFonts w:ascii="Arial" w:hAnsi="Arial" w:eastAsia="Arial"/>
          <w:sz w:val="22"/>
        </w:rPr>
        <w:t>61. Дар «Ирфон» чанд боб мавҷуд аст?</w:t>
      </w:r>
    </w:p>
    <w:p>
      <w:r>
        <w:rPr>
          <w:rFonts w:ascii="Arial" w:hAnsi="Arial" w:eastAsia="Arial"/>
          <w:sz w:val="22"/>
        </w:rPr>
        <w:t>Ҷавоби дуруст: 10 боб</w:t>
      </w:r>
    </w:p>
    <w:p>
      <w:r>
        <w:rPr>
          <w:rFonts w:ascii="Arial" w:hAnsi="Arial" w:eastAsia="Arial"/>
          <w:sz w:val="22"/>
        </w:rPr>
        <w:t>62. Ҷавоби дуруст ба саволи «Дар «Ирфон» чанд боб мавҷуд аст?» кадом аст?</w:t>
      </w:r>
    </w:p>
    <w:p>
      <w:r>
        <w:rPr>
          <w:rFonts w:ascii="Arial" w:hAnsi="Arial" w:eastAsia="Arial"/>
          <w:sz w:val="22"/>
        </w:rPr>
        <w:t>Ҷавоби дуруст: 10 боб</w:t>
      </w:r>
    </w:p>
    <w:p>
      <w:r>
        <w:rPr>
          <w:rFonts w:ascii="Arial" w:hAnsi="Arial" w:eastAsia="Arial"/>
          <w:sz w:val="22"/>
        </w:rPr>
        <w:t>63. Кадом ҷавоб дар «ирфон» чанд боб мавҷуд аст?</w:t>
      </w:r>
    </w:p>
    <w:p>
      <w:r>
        <w:rPr>
          <w:rFonts w:ascii="Arial" w:hAnsi="Arial" w:eastAsia="Arial"/>
          <w:sz w:val="22"/>
        </w:rPr>
        <w:t>Ҷавоби дуруст: 10 боб</w:t>
      </w:r>
    </w:p>
    <w:p>
      <w:r>
        <w:rPr>
          <w:rFonts w:ascii="Arial" w:hAnsi="Arial" w:eastAsia="Arial"/>
          <w:sz w:val="22"/>
        </w:rPr>
        <w:t>64. Аз рӯйи китоб муайян кунед: Дар «Ирфон» чанд боб мавҷуд аст?</w:t>
      </w:r>
    </w:p>
    <w:p>
      <w:r>
        <w:rPr>
          <w:rFonts w:ascii="Arial" w:hAnsi="Arial" w:eastAsia="Arial"/>
          <w:sz w:val="22"/>
        </w:rPr>
        <w:t>Ҷавоби дуруст: 10 боб</w:t>
      </w:r>
    </w:p>
    <w:p>
      <w:r>
        <w:rPr>
          <w:rFonts w:ascii="Arial" w:hAnsi="Arial" w:eastAsia="Arial"/>
          <w:sz w:val="22"/>
        </w:rPr>
        <w:t>65. «Ирфон» асосан кадом масъалаҳоро фаро мегирад?</w:t>
      </w:r>
    </w:p>
    <w:p>
      <w:r>
        <w:rPr>
          <w:rFonts w:ascii="Arial" w:hAnsi="Arial" w:eastAsia="Arial"/>
          <w:sz w:val="22"/>
        </w:rPr>
        <w:t>Ҷавоби дуруст: Фалсафӣ-ирфонӣ, тасаввуфӣ, иҷтимоӣ ва ахлоқӣ-тарбиявӣ</w:t>
      </w:r>
    </w:p>
    <w:p>
      <w:r>
        <w:rPr>
          <w:rFonts w:ascii="Arial" w:hAnsi="Arial" w:eastAsia="Arial"/>
          <w:sz w:val="22"/>
        </w:rPr>
        <w:t>66. Ҷавоби дуруст ба саволи ««Ирфон» асосан кадом масъалаҳоро фаро мегирад?» кадом аст?</w:t>
      </w:r>
    </w:p>
    <w:p>
      <w:r>
        <w:rPr>
          <w:rFonts w:ascii="Arial" w:hAnsi="Arial" w:eastAsia="Arial"/>
          <w:sz w:val="22"/>
        </w:rPr>
        <w:t>Ҷавоби дуруст: Фалсафӣ-ирфонӣ, тасаввуфӣ, иҷтимоӣ ва ахлоқӣ-тарбиявӣ</w:t>
      </w:r>
    </w:p>
    <w:p>
      <w:r>
        <w:rPr>
          <w:rFonts w:ascii="Arial" w:hAnsi="Arial" w:eastAsia="Arial"/>
          <w:sz w:val="22"/>
        </w:rPr>
        <w:t>67. Кадом ҷавоб «ирфон» асосан кадом масъалаҳоро фаро мегирад?</w:t>
      </w:r>
    </w:p>
    <w:p>
      <w:r>
        <w:rPr>
          <w:rFonts w:ascii="Arial" w:hAnsi="Arial" w:eastAsia="Arial"/>
          <w:sz w:val="22"/>
        </w:rPr>
        <w:t>Ҷавоби дуруст: Фалсафӣ-ирфонӣ, тасаввуфӣ, иҷтимоӣ ва ахлоқӣ-тарбиявӣ</w:t>
      </w:r>
    </w:p>
    <w:p>
      <w:r>
        <w:rPr>
          <w:rFonts w:ascii="Arial" w:hAnsi="Arial" w:eastAsia="Arial"/>
          <w:sz w:val="22"/>
        </w:rPr>
        <w:t>68. Аз рӯйи китоб муайян кунед: «Ирфон» асосан кадом масъалаҳоро фаро мегирад?</w:t>
      </w:r>
    </w:p>
    <w:p>
      <w:r>
        <w:rPr>
          <w:rFonts w:ascii="Arial" w:hAnsi="Arial" w:eastAsia="Arial"/>
          <w:sz w:val="22"/>
        </w:rPr>
        <w:t>Ҷавоби дуруст: Фалсафӣ-ирфонӣ, тасаввуфӣ, иҷтимоӣ ва ахлоқӣ-тарбиявӣ</w:t>
      </w:r>
    </w:p>
    <w:p>
      <w:r>
        <w:rPr>
          <w:rFonts w:ascii="Arial" w:hAnsi="Arial" w:eastAsia="Arial"/>
          <w:sz w:val="22"/>
        </w:rPr>
        <w:t>69. Дар китоби дарсӣ гуфта мешавад: Бедил намояндаи кадом сабк аст?</w:t>
      </w:r>
    </w:p>
    <w:p>
      <w:r>
        <w:rPr>
          <w:rFonts w:ascii="Arial" w:hAnsi="Arial" w:eastAsia="Arial"/>
          <w:sz w:val="22"/>
        </w:rPr>
        <w:t>Ҷавоби дуруст: Сабки ҳиндӣ</w:t>
      </w:r>
    </w:p>
    <w:p>
      <w:r>
        <w:rPr>
          <w:rFonts w:ascii="Arial" w:hAnsi="Arial" w:eastAsia="Arial"/>
          <w:sz w:val="22"/>
        </w:rPr>
        <w:t>70. Дар китоби дарсӣ гуфта мешавад: «Куллиёт»-и Бедил тақрибан чанд байт дорад?</w:t>
      </w:r>
    </w:p>
    <w:p>
      <w:r>
        <w:rPr>
          <w:rFonts w:ascii="Arial" w:hAnsi="Arial" w:eastAsia="Arial"/>
          <w:sz w:val="22"/>
        </w:rPr>
        <w:t>Ҷавоби дуруст: Тақрибан 65000 байт</w:t>
      </w:r>
    </w:p>
    <w:p>
      <w:r>
        <w:rPr>
          <w:rFonts w:ascii="Arial" w:hAnsi="Arial" w:eastAsia="Arial"/>
          <w:sz w:val="22"/>
        </w:rPr>
        <w:t>71. Дар китоби дарсӣ гуфта мешавад: «Ирфон» кай таълиф шудааст?</w:t>
      </w:r>
    </w:p>
    <w:p>
      <w:r>
        <w:rPr>
          <w:rFonts w:ascii="Arial" w:hAnsi="Arial" w:eastAsia="Arial"/>
          <w:sz w:val="22"/>
        </w:rPr>
        <w:t>Ҷавоби дуруст: 1712</w:t>
      </w:r>
    </w:p>
    <w:p>
      <w:r>
        <w:rPr>
          <w:rFonts w:ascii="Arial" w:hAnsi="Arial" w:eastAsia="Arial"/>
          <w:sz w:val="22"/>
        </w:rPr>
        <w:t>72. Дар китоби дарсӣ гуфта мешавад: «Ирфон» тақрибан чанд байт дорад?</w:t>
      </w:r>
    </w:p>
    <w:p>
      <w:r>
        <w:rPr>
          <w:rFonts w:ascii="Arial" w:hAnsi="Arial" w:eastAsia="Arial"/>
          <w:sz w:val="22"/>
        </w:rPr>
        <w:t>Ҷавоби дуруст: 11000 байт</w:t>
      </w:r>
    </w:p>
    <w:p>
      <w:r>
        <w:rPr>
          <w:rFonts w:ascii="Arial" w:hAnsi="Arial" w:eastAsia="Arial"/>
          <w:sz w:val="22"/>
        </w:rPr>
        <w:t>73. Дар китоби дарсӣ гуфта мешавад: «Муҳити аъзам» кай таълиф шудааст?</w:t>
      </w:r>
    </w:p>
    <w:p>
      <w:r>
        <w:rPr>
          <w:rFonts w:ascii="Arial" w:hAnsi="Arial" w:eastAsia="Arial"/>
          <w:sz w:val="22"/>
        </w:rPr>
        <w:t>Ҷавоби дуруст: 1681</w:t>
      </w:r>
    </w:p>
    <w:p>
      <w:r>
        <w:rPr>
          <w:rFonts w:ascii="Arial" w:hAnsi="Arial" w:eastAsia="Arial"/>
          <w:sz w:val="22"/>
        </w:rPr>
        <w:t>74. Дар китоби дарсӣ гуфта мешавад: «Муҳити аъзам» тақрибан чанд байт дорад?</w:t>
      </w:r>
    </w:p>
    <w:p>
      <w:r>
        <w:rPr>
          <w:rFonts w:ascii="Arial" w:hAnsi="Arial" w:eastAsia="Arial"/>
          <w:sz w:val="22"/>
        </w:rPr>
        <w:t>Ҷавоби дуруст: 4500 байт</w:t>
      </w:r>
    </w:p>
    <w:p>
      <w:r>
        <w:rPr>
          <w:rFonts w:ascii="Arial" w:hAnsi="Arial" w:eastAsia="Arial"/>
          <w:sz w:val="22"/>
        </w:rPr>
        <w:t>75. Дар китоби дарсӣ гуфта мешавад: «Тӯри маърифат» кай таълиф шудааст?</w:t>
      </w:r>
    </w:p>
    <w:p>
      <w:r>
        <w:rPr>
          <w:rFonts w:ascii="Arial" w:hAnsi="Arial" w:eastAsia="Arial"/>
          <w:sz w:val="22"/>
        </w:rPr>
        <w:t>Ҷавоби дуруст: 1687</w:t>
      </w:r>
    </w:p>
    <w:p>
      <w:r>
        <w:rPr>
          <w:rFonts w:ascii="Arial" w:hAnsi="Arial" w:eastAsia="Arial"/>
          <w:sz w:val="22"/>
        </w:rPr>
        <w:t>76. Дар китоби дарсӣ гуфта мешавад: «Тӯри маърифат» тақрибан чанд байт дорад?</w:t>
      </w:r>
    </w:p>
    <w:p>
      <w:r>
        <w:rPr>
          <w:rFonts w:ascii="Arial" w:hAnsi="Arial" w:eastAsia="Arial"/>
          <w:sz w:val="22"/>
        </w:rPr>
        <w:t>Ҷавоби дуруст: 1500 байт</w:t>
      </w:r>
    </w:p>
    <w:p>
      <w:r>
        <w:rPr>
          <w:rFonts w:ascii="Arial" w:hAnsi="Arial" w:eastAsia="Arial"/>
          <w:sz w:val="22"/>
        </w:rPr>
        <w:t>77. Дар китоби дарсӣ гуфта мешавад: «Ишорот ва ҳикоёт» тақрибан чанд байт дорад?</w:t>
      </w:r>
    </w:p>
    <w:p>
      <w:r>
        <w:rPr>
          <w:rFonts w:ascii="Arial" w:hAnsi="Arial" w:eastAsia="Arial"/>
          <w:sz w:val="22"/>
        </w:rPr>
        <w:t>Ҷавоби дуруст: 1300 байт</w:t>
      </w:r>
    </w:p>
    <w:p>
      <w:r>
        <w:rPr>
          <w:rFonts w:ascii="Arial" w:hAnsi="Arial" w:eastAsia="Arial"/>
          <w:sz w:val="22"/>
        </w:rPr>
        <w:t>78. Дар китоби дарсӣ гуфта мешавад: Калонтарин асари насрии Бедил кадом аст?</w:t>
      </w:r>
    </w:p>
    <w:p>
      <w:r>
        <w:rPr>
          <w:rFonts w:ascii="Arial" w:hAnsi="Arial" w:eastAsia="Arial"/>
          <w:sz w:val="22"/>
        </w:rPr>
        <w:t>Ҷавоби дуруст: «Чор унсур»</w:t>
      </w:r>
    </w:p>
    <w:p>
      <w:r>
        <w:rPr>
          <w:rFonts w:ascii="Arial" w:hAnsi="Arial" w:eastAsia="Arial"/>
          <w:sz w:val="22"/>
        </w:rPr>
        <w:t>79. Дар китоби дарсӣ гуфта мешавад: «Чор унсур» кай таълиф шудааст?</w:t>
      </w:r>
    </w:p>
    <w:p>
      <w:r>
        <w:rPr>
          <w:rFonts w:ascii="Arial" w:hAnsi="Arial" w:eastAsia="Arial"/>
          <w:sz w:val="22"/>
        </w:rPr>
        <w:t>Ҷавоби дуруст: 1705</w:t>
      </w:r>
    </w:p>
    <w:p>
      <w:r>
        <w:rPr>
          <w:rFonts w:ascii="Arial" w:hAnsi="Arial" w:eastAsia="Arial"/>
          <w:sz w:val="22"/>
        </w:rPr>
        <w:t>80. Дар китоби дарсӣ гуфта мешавад: Асари номанигории Бедил кадом аст?</w:t>
      </w:r>
    </w:p>
    <w:p>
      <w:r>
        <w:rPr>
          <w:rFonts w:ascii="Arial" w:hAnsi="Arial" w:eastAsia="Arial"/>
          <w:sz w:val="22"/>
        </w:rPr>
        <w:t>Ҷавоби дуруст: «Руқаот»</w:t>
      </w:r>
    </w:p>
    <w:p>
      <w:r>
        <w:rPr>
          <w:rFonts w:ascii="Arial" w:hAnsi="Arial" w:eastAsia="Arial"/>
          <w:sz w:val="22"/>
        </w:rPr>
        <w:t>81. Дар китоби дарсӣ гуфта мешавад: «Комде ва Мадан» тақрибан чанд байт дорад?</w:t>
      </w:r>
    </w:p>
    <w:p>
      <w:r>
        <w:rPr>
          <w:rFonts w:ascii="Arial" w:hAnsi="Arial" w:eastAsia="Arial"/>
          <w:sz w:val="22"/>
        </w:rPr>
        <w:t>Ҷавоби дуруст: 900 байт</w:t>
      </w:r>
    </w:p>
    <w:p>
      <w:r>
        <w:rPr>
          <w:rFonts w:ascii="Arial" w:hAnsi="Arial" w:eastAsia="Arial"/>
          <w:sz w:val="22"/>
        </w:rPr>
        <w:t>82. Дар китоби дарсӣ гуфта мешавад: «Комде ва Мадан» аз чанд боб иборат аст?</w:t>
      </w:r>
    </w:p>
    <w:p>
      <w:r>
        <w:rPr>
          <w:rFonts w:ascii="Arial" w:hAnsi="Arial" w:eastAsia="Arial"/>
          <w:sz w:val="22"/>
        </w:rPr>
        <w:t>Ҷавоби дуруст: 10 боб</w:t>
      </w:r>
    </w:p>
    <w:p>
      <w:r>
        <w:rPr>
          <w:rFonts w:ascii="Arial" w:hAnsi="Arial" w:eastAsia="Arial"/>
          <w:sz w:val="22"/>
        </w:rPr>
        <w:t>83. Дар китоби дарсӣ гуфта мешавад: Асоси ғоявии «Комде ва Мадан» кадом масъала аст?</w:t>
      </w:r>
    </w:p>
    <w:p>
      <w:r>
        <w:rPr>
          <w:rFonts w:ascii="Arial" w:hAnsi="Arial" w:eastAsia="Arial"/>
          <w:sz w:val="22"/>
        </w:rPr>
        <w:t>Ҷавоби дуруст: Адолат ва адолатхоҳӣ</w:t>
      </w:r>
    </w:p>
    <w:p>
      <w:r>
        <w:rPr>
          <w:rFonts w:ascii="Arial" w:hAnsi="Arial" w:eastAsia="Arial"/>
          <w:sz w:val="22"/>
        </w:rPr>
        <w:t>84. Дар китоби дарсӣ гуфта мешавад: Дар «Ирфон» чанд боб мавҷуд аст?</w:t>
      </w:r>
    </w:p>
    <w:p>
      <w:r>
        <w:rPr>
          <w:rFonts w:ascii="Arial" w:hAnsi="Arial" w:eastAsia="Arial"/>
          <w:sz w:val="22"/>
        </w:rPr>
        <w:t>Ҷавоби дуруст: 10 боб</w:t>
      </w:r>
    </w:p>
    <w:p>
      <w:r>
        <w:rPr>
          <w:rFonts w:ascii="Arial" w:hAnsi="Arial" w:eastAsia="Arial"/>
          <w:sz w:val="22"/>
        </w:rPr>
        <w:t>85. Дар китоби дарсӣ гуфта мешавад: «Ирфон» асосан кадом масъалаҳоро фаро мегирад?</w:t>
      </w:r>
    </w:p>
    <w:p>
      <w:r>
        <w:rPr>
          <w:rFonts w:ascii="Arial" w:hAnsi="Arial" w:eastAsia="Arial"/>
          <w:sz w:val="22"/>
        </w:rPr>
        <w:t>Ҷавоби дуруст: Фалсафӣ-ирфонӣ, тасаввуфӣ, иҷтимоӣ ва ахлоқӣ-тарбиявӣ</w:t>
      </w:r>
    </w:p>
    <w:p>
      <w:r>
        <w:rPr>
          <w:rFonts w:ascii="Arial" w:hAnsi="Arial" w:eastAsia="Arial"/>
          <w:sz w:val="22"/>
        </w:rPr>
        <w:t>86. Дар китоби дарсӣ гуфта мешавад: Бедил намояндаи кадом сабк аст?</w:t>
      </w:r>
    </w:p>
    <w:p>
      <w:r>
        <w:rPr>
          <w:rFonts w:ascii="Arial" w:hAnsi="Arial" w:eastAsia="Arial"/>
          <w:sz w:val="22"/>
        </w:rPr>
        <w:t>Ҷавоби дуруст: Сабки ҳиндӣ</w:t>
      </w:r>
    </w:p>
    <w:p>
      <w:r>
        <w:rPr>
          <w:rFonts w:ascii="Arial" w:hAnsi="Arial" w:eastAsia="Arial"/>
          <w:sz w:val="22"/>
        </w:rPr>
        <w:t>87. Дар китоби дарсӣ гуфта мешавад: «Куллиёт»-и Бедил тақрибан чанд байт дорад?</w:t>
      </w:r>
    </w:p>
    <w:p>
      <w:r>
        <w:rPr>
          <w:rFonts w:ascii="Arial" w:hAnsi="Arial" w:eastAsia="Arial"/>
          <w:sz w:val="22"/>
        </w:rPr>
        <w:t>Ҷавоби дуруст: Тақрибан 65000 байт</w:t>
      </w:r>
    </w:p>
    <w:p>
      <w:r>
        <w:rPr>
          <w:rFonts w:ascii="Arial" w:hAnsi="Arial" w:eastAsia="Arial"/>
          <w:sz w:val="22"/>
        </w:rPr>
        <w:t>88. Дар китоби дарсӣ гуфта мешавад: «Ирфон» кай таълиф шудааст?</w:t>
      </w:r>
    </w:p>
    <w:p>
      <w:r>
        <w:rPr>
          <w:rFonts w:ascii="Arial" w:hAnsi="Arial" w:eastAsia="Arial"/>
          <w:sz w:val="22"/>
        </w:rPr>
        <w:t>Ҷавоби дуруст: 1712</w:t>
      </w:r>
    </w:p>
    <w:p>
      <w:r>
        <w:rPr>
          <w:rFonts w:ascii="Arial" w:hAnsi="Arial" w:eastAsia="Arial"/>
          <w:sz w:val="22"/>
        </w:rPr>
        <w:t>89. Дар китоби дарсӣ гуфта мешавад: «Ирфон» тақрибан чанд байт дорад?</w:t>
      </w:r>
    </w:p>
    <w:p>
      <w:r>
        <w:rPr>
          <w:rFonts w:ascii="Arial" w:hAnsi="Arial" w:eastAsia="Arial"/>
          <w:sz w:val="22"/>
        </w:rPr>
        <w:t>Ҷавоби дуруст: 11000 байт</w:t>
      </w:r>
    </w:p>
    <w:p>
      <w:r>
        <w:rPr>
          <w:rFonts w:ascii="Arial" w:hAnsi="Arial" w:eastAsia="Arial"/>
          <w:sz w:val="22"/>
        </w:rPr>
        <w:t>90. Дар китоби дарсӣ гуфта мешавад: «Муҳити аъзам» кай таълиф шудааст?</w:t>
      </w:r>
    </w:p>
    <w:p>
      <w:r>
        <w:rPr>
          <w:rFonts w:ascii="Arial" w:hAnsi="Arial" w:eastAsia="Arial"/>
          <w:sz w:val="22"/>
        </w:rPr>
        <w:t>Ҷавоби дуруст: 1681</w:t>
      </w:r>
    </w:p>
    <w:p>
      <w:r>
        <w:rPr>
          <w:rFonts w:ascii="Arial" w:hAnsi="Arial" w:eastAsia="Arial"/>
          <w:sz w:val="22"/>
        </w:rPr>
        <w:t>91. Дар китоби дарсӣ гуфта мешавад: «Муҳити аъзам» тақрибан чанд байт дорад?</w:t>
      </w:r>
    </w:p>
    <w:p>
      <w:r>
        <w:rPr>
          <w:rFonts w:ascii="Arial" w:hAnsi="Arial" w:eastAsia="Arial"/>
          <w:sz w:val="22"/>
        </w:rPr>
        <w:t>Ҷавоби дуруст: 4500 байт</w:t>
      </w:r>
    </w:p>
    <w:p>
      <w:r>
        <w:rPr>
          <w:rFonts w:ascii="Arial" w:hAnsi="Arial" w:eastAsia="Arial"/>
          <w:sz w:val="22"/>
        </w:rPr>
        <w:t>92. Дар китоби дарсӣ гуфта мешавад: «Тӯри маърифат» кай таълиф шудааст?</w:t>
      </w:r>
    </w:p>
    <w:p>
      <w:r>
        <w:rPr>
          <w:rFonts w:ascii="Arial" w:hAnsi="Arial" w:eastAsia="Arial"/>
          <w:sz w:val="22"/>
        </w:rPr>
        <w:t>Ҷавоби дуруст: 1687</w:t>
      </w:r>
    </w:p>
    <w:p>
      <w:r>
        <w:rPr>
          <w:rFonts w:ascii="Arial" w:hAnsi="Arial" w:eastAsia="Arial"/>
          <w:sz w:val="22"/>
        </w:rPr>
        <w:t>93. Дар китоби дарсӣ гуфта мешавад: «Тӯри маърифат» тақрибан чанд байт дорад?</w:t>
      </w:r>
    </w:p>
    <w:p>
      <w:r>
        <w:rPr>
          <w:rFonts w:ascii="Arial" w:hAnsi="Arial" w:eastAsia="Arial"/>
          <w:sz w:val="22"/>
        </w:rPr>
        <w:t>Ҷавоби дуруст: 1500 байт</w:t>
      </w:r>
    </w:p>
    <w:p>
      <w:r>
        <w:rPr>
          <w:rFonts w:ascii="Arial" w:hAnsi="Arial" w:eastAsia="Arial"/>
          <w:sz w:val="22"/>
        </w:rPr>
        <w:t>94. Дар китоби дарсӣ гуфта мешавад: «Ишорот ва ҳикоёт» тақрибан чанд байт дорад?</w:t>
      </w:r>
    </w:p>
    <w:p>
      <w:r>
        <w:rPr>
          <w:rFonts w:ascii="Arial" w:hAnsi="Arial" w:eastAsia="Arial"/>
          <w:sz w:val="22"/>
        </w:rPr>
        <w:t>Ҷавоби дуруст: 1300 байт</w:t>
      </w:r>
    </w:p>
    <w:p>
      <w:r>
        <w:rPr>
          <w:rFonts w:ascii="Arial" w:hAnsi="Arial" w:eastAsia="Arial"/>
          <w:sz w:val="22"/>
        </w:rPr>
        <w:t>95. Дар китоби дарсӣ гуфта мешавад: Калонтарин асари насрии Бедил кадом аст?</w:t>
      </w:r>
    </w:p>
    <w:p>
      <w:r>
        <w:rPr>
          <w:rFonts w:ascii="Arial" w:hAnsi="Arial" w:eastAsia="Arial"/>
          <w:sz w:val="22"/>
        </w:rPr>
        <w:t>Ҷавоби дуруст: «Чор унсур»</w:t>
      </w:r>
    </w:p>
    <w:p>
      <w:r>
        <w:rPr>
          <w:rFonts w:ascii="Arial" w:hAnsi="Arial" w:eastAsia="Arial"/>
          <w:sz w:val="22"/>
        </w:rPr>
        <w:t>96. Дар китоби дарсӣ гуфта мешавад: «Чор унсур» кай таълиф шудааст?</w:t>
      </w:r>
    </w:p>
    <w:p>
      <w:r>
        <w:rPr>
          <w:rFonts w:ascii="Arial" w:hAnsi="Arial" w:eastAsia="Arial"/>
          <w:sz w:val="22"/>
        </w:rPr>
        <w:t>Ҷавоби дуруст: 1705</w:t>
      </w:r>
    </w:p>
    <w:p>
      <w:r>
        <w:rPr>
          <w:rFonts w:ascii="Arial" w:hAnsi="Arial" w:eastAsia="Arial"/>
          <w:sz w:val="22"/>
        </w:rPr>
        <w:t>97. Дар китоби дарсӣ гуфта мешавад: Асари номанигории Бедил кадом аст?</w:t>
      </w:r>
    </w:p>
    <w:p>
      <w:r>
        <w:rPr>
          <w:rFonts w:ascii="Arial" w:hAnsi="Arial" w:eastAsia="Arial"/>
          <w:sz w:val="22"/>
        </w:rPr>
        <w:t>Ҷавоби дуруст: «Руқаот»</w:t>
      </w:r>
    </w:p>
    <w:p>
      <w:r>
        <w:rPr>
          <w:rFonts w:ascii="Arial" w:hAnsi="Arial" w:eastAsia="Arial"/>
          <w:sz w:val="22"/>
        </w:rPr>
        <w:t>98. Дар китоби дарсӣ гуфта мешавад: «Комде ва Мадан» тақрибан чанд байт дорад?</w:t>
      </w:r>
    </w:p>
    <w:p>
      <w:r>
        <w:rPr>
          <w:rFonts w:ascii="Arial" w:hAnsi="Arial" w:eastAsia="Arial"/>
          <w:sz w:val="22"/>
        </w:rPr>
        <w:t>Ҷавоби дуруст: 900 байт</w:t>
      </w:r>
    </w:p>
    <w:p>
      <w:r>
        <w:rPr>
          <w:rFonts w:ascii="Arial" w:hAnsi="Arial" w:eastAsia="Arial"/>
          <w:sz w:val="22"/>
        </w:rPr>
        <w:t>99. Дар китоби дарсӣ гуфта мешавад: «Комде ва Мадан» аз чанд боб иборат аст?</w:t>
      </w:r>
    </w:p>
    <w:p>
      <w:r>
        <w:rPr>
          <w:rFonts w:ascii="Arial" w:hAnsi="Arial" w:eastAsia="Arial"/>
          <w:sz w:val="22"/>
        </w:rPr>
        <w:t>Ҷавоби дуруст: 10 боб</w:t>
      </w:r>
    </w:p>
    <w:p>
      <w:r>
        <w:rPr>
          <w:rFonts w:ascii="Arial" w:hAnsi="Arial" w:eastAsia="Arial"/>
          <w:sz w:val="22"/>
        </w:rPr>
        <w:t>100. Дар китоби дарсӣ гуфта мешавад: Асоси ғоявии «Комде ва Мадан» кадом масъала аст?</w:t>
      </w:r>
    </w:p>
    <w:p>
      <w:r>
        <w:rPr>
          <w:rFonts w:ascii="Arial" w:hAnsi="Arial" w:eastAsia="Arial"/>
          <w:sz w:val="22"/>
        </w:rPr>
        <w:t>Ҷавоби дуруст: Адолат ва адолатхоҳӣ</w:t>
      </w:r>
    </w:p>
    <w:p>
      <w:r>
        <w:rPr>
          <w:rFonts w:ascii="Arial" w:hAnsi="Arial" w:eastAsia="Arial"/>
          <w:sz w:val="22"/>
        </w:rPr>
        <w:br w:type="page"/>
      </w:r>
    </w:p>
    <w:p>
      <w:pPr>
        <w:pStyle w:val="Heading1"/>
      </w:pPr>
      <w:r>
        <w:rPr>
          <w:rFonts w:ascii="Arial" w:hAnsi="Arial" w:eastAsia="Arial"/>
          <w:sz w:val="22"/>
        </w:rPr>
        <w:t>6. Боби III — Сабки ҳиндӣ</w:t>
      </w:r>
    </w:p>
    <w:p>
      <w:r>
        <w:rPr>
          <w:rFonts w:ascii="Arial" w:hAnsi="Arial" w:eastAsia="Arial"/>
          <w:sz w:val="22"/>
        </w:rPr>
        <w:t>1. Сабки ҳиндӣ бо номи кадом шоир оғоз мешавад?</w:t>
      </w:r>
    </w:p>
    <w:p>
      <w:r>
        <w:rPr>
          <w:rFonts w:ascii="Arial" w:hAnsi="Arial" w:eastAsia="Arial"/>
          <w:sz w:val="22"/>
        </w:rPr>
        <w:t>Ҷавоби дуруст: Хусрави Деҳлавӣ</w:t>
      </w:r>
    </w:p>
    <w:p>
      <w:r>
        <w:rPr>
          <w:rFonts w:ascii="Arial" w:hAnsi="Arial" w:eastAsia="Arial"/>
          <w:sz w:val="22"/>
        </w:rPr>
        <w:t>2. Ҷавоби дуруст ба саволи «Сабки ҳиндӣ бо номи кадом шоир оғоз мешавад?» кадом аст?</w:t>
      </w:r>
    </w:p>
    <w:p>
      <w:r>
        <w:rPr>
          <w:rFonts w:ascii="Arial" w:hAnsi="Arial" w:eastAsia="Arial"/>
          <w:sz w:val="22"/>
        </w:rPr>
        <w:t>Ҷавоби дуруст: Хусрави Деҳлавӣ</w:t>
      </w:r>
    </w:p>
    <w:p>
      <w:r>
        <w:rPr>
          <w:rFonts w:ascii="Arial" w:hAnsi="Arial" w:eastAsia="Arial"/>
          <w:sz w:val="22"/>
        </w:rPr>
        <w:t>3. Кадом ҷавоб сабки ҳиндӣ бо номи кадом шоир оғоз мешавад?</w:t>
      </w:r>
    </w:p>
    <w:p>
      <w:r>
        <w:rPr>
          <w:rFonts w:ascii="Arial" w:hAnsi="Arial" w:eastAsia="Arial"/>
          <w:sz w:val="22"/>
        </w:rPr>
        <w:t>Ҷавоби дуруст: Хусрави Деҳлавӣ</w:t>
      </w:r>
    </w:p>
    <w:p>
      <w:r>
        <w:rPr>
          <w:rFonts w:ascii="Arial" w:hAnsi="Arial" w:eastAsia="Arial"/>
          <w:sz w:val="22"/>
        </w:rPr>
        <w:t>4. Аз рӯйи китоб муайян кунед: Сабки ҳиндӣ бо номи кадом шоир оғоз мешавад?</w:t>
      </w:r>
    </w:p>
    <w:p>
      <w:r>
        <w:rPr>
          <w:rFonts w:ascii="Arial" w:hAnsi="Arial" w:eastAsia="Arial"/>
          <w:sz w:val="22"/>
        </w:rPr>
        <w:t>Ҷавоби дуруст: Хусрави Деҳлавӣ</w:t>
      </w:r>
    </w:p>
    <w:p>
      <w:r>
        <w:rPr>
          <w:rFonts w:ascii="Arial" w:hAnsi="Arial" w:eastAsia="Arial"/>
          <w:sz w:val="22"/>
        </w:rPr>
        <w:t>5. Сабки ҳиндӣ чанд марҳилаи асосӣ дорад?</w:t>
      </w:r>
    </w:p>
    <w:p>
      <w:r>
        <w:rPr>
          <w:rFonts w:ascii="Arial" w:hAnsi="Arial" w:eastAsia="Arial"/>
          <w:sz w:val="22"/>
        </w:rPr>
        <w:t>Ҷавоби дуруст: Се марҳила</w:t>
      </w:r>
    </w:p>
    <w:p>
      <w:r>
        <w:rPr>
          <w:rFonts w:ascii="Arial" w:hAnsi="Arial" w:eastAsia="Arial"/>
          <w:sz w:val="22"/>
        </w:rPr>
        <w:t>6. Ҷавоби дуруст ба саволи «Сабки ҳиндӣ чанд марҳилаи асосӣ дорад?» кадом аст?</w:t>
      </w:r>
    </w:p>
    <w:p>
      <w:r>
        <w:rPr>
          <w:rFonts w:ascii="Arial" w:hAnsi="Arial" w:eastAsia="Arial"/>
          <w:sz w:val="22"/>
        </w:rPr>
        <w:t>Ҷавоби дуруст: Се марҳила</w:t>
      </w:r>
    </w:p>
    <w:p>
      <w:r>
        <w:rPr>
          <w:rFonts w:ascii="Arial" w:hAnsi="Arial" w:eastAsia="Arial"/>
          <w:sz w:val="22"/>
        </w:rPr>
        <w:t>7. Кадом ҷавоб сабки ҳиндӣ чанд марҳилаи асосӣ дорад?</w:t>
      </w:r>
    </w:p>
    <w:p>
      <w:r>
        <w:rPr>
          <w:rFonts w:ascii="Arial" w:hAnsi="Arial" w:eastAsia="Arial"/>
          <w:sz w:val="22"/>
        </w:rPr>
        <w:t>Ҷавоби дуруст: Се марҳила</w:t>
      </w:r>
    </w:p>
    <w:p>
      <w:r>
        <w:rPr>
          <w:rFonts w:ascii="Arial" w:hAnsi="Arial" w:eastAsia="Arial"/>
          <w:sz w:val="22"/>
        </w:rPr>
        <w:t>8. Аз рӯйи китоб муайян кунед: Сабки ҳиндӣ чанд марҳилаи асосӣ дорад?</w:t>
      </w:r>
    </w:p>
    <w:p>
      <w:r>
        <w:rPr>
          <w:rFonts w:ascii="Arial" w:hAnsi="Arial" w:eastAsia="Arial"/>
          <w:sz w:val="22"/>
        </w:rPr>
        <w:t>Ҷавоби дуруст: Се марҳила</w:t>
      </w:r>
    </w:p>
    <w:p>
      <w:r>
        <w:rPr>
          <w:rFonts w:ascii="Arial" w:hAnsi="Arial" w:eastAsia="Arial"/>
          <w:sz w:val="22"/>
        </w:rPr>
        <w:t>9. Хусусияти асосии сабки ҳиндӣ чист?</w:t>
      </w:r>
    </w:p>
    <w:p>
      <w:r>
        <w:rPr>
          <w:rFonts w:ascii="Arial" w:hAnsi="Arial" w:eastAsia="Arial"/>
          <w:sz w:val="22"/>
        </w:rPr>
        <w:t>Ҷавоби дуруст: Маъниҳои нозук ва тасвирҳои мураккаб</w:t>
      </w:r>
    </w:p>
    <w:p>
      <w:r>
        <w:rPr>
          <w:rFonts w:ascii="Arial" w:hAnsi="Arial" w:eastAsia="Arial"/>
          <w:sz w:val="22"/>
        </w:rPr>
        <w:t>10. Ҷавоби дуруст ба саволи «Хусусияти асосии сабки ҳиндӣ чист?» кадом аст?</w:t>
      </w:r>
    </w:p>
    <w:p>
      <w:r>
        <w:rPr>
          <w:rFonts w:ascii="Arial" w:hAnsi="Arial" w:eastAsia="Arial"/>
          <w:sz w:val="22"/>
        </w:rPr>
        <w:t>Ҷавоби дуруст: Маъниҳои нозук ва тасвирҳои мураккаб</w:t>
      </w:r>
    </w:p>
    <w:p>
      <w:r>
        <w:rPr>
          <w:rFonts w:ascii="Arial" w:hAnsi="Arial" w:eastAsia="Arial"/>
          <w:sz w:val="22"/>
        </w:rPr>
        <w:t>11. Кадом ҷавоб хусусияти асосии сабки ҳиндӣ чист?</w:t>
      </w:r>
    </w:p>
    <w:p>
      <w:r>
        <w:rPr>
          <w:rFonts w:ascii="Arial" w:hAnsi="Arial" w:eastAsia="Arial"/>
          <w:sz w:val="22"/>
        </w:rPr>
        <w:t>Ҷавоби дуруст: Маъниҳои нозук ва тасвирҳои мураккаб</w:t>
      </w:r>
    </w:p>
    <w:p>
      <w:r>
        <w:rPr>
          <w:rFonts w:ascii="Arial" w:hAnsi="Arial" w:eastAsia="Arial"/>
          <w:sz w:val="22"/>
        </w:rPr>
        <w:t>12. Аз рӯйи китоб муайян кунед: Хусусияти асосии сабки ҳиндӣ чист?</w:t>
      </w:r>
    </w:p>
    <w:p>
      <w:r>
        <w:rPr>
          <w:rFonts w:ascii="Arial" w:hAnsi="Arial" w:eastAsia="Arial"/>
          <w:sz w:val="22"/>
        </w:rPr>
        <w:t>Ҷавоби дуруст: Маъниҳои нозук ва тасвирҳои мураккаб</w:t>
      </w:r>
    </w:p>
    <w:p>
      <w:r>
        <w:rPr>
          <w:rFonts w:ascii="Arial" w:hAnsi="Arial" w:eastAsia="Arial"/>
          <w:sz w:val="22"/>
        </w:rPr>
        <w:t>13. Дар китоби дарсӣ гуфта мешавад: Сабки ҳиндӣ бо номи кадом шоир оғоз мешавад?</w:t>
      </w:r>
    </w:p>
    <w:p>
      <w:r>
        <w:rPr>
          <w:rFonts w:ascii="Arial" w:hAnsi="Arial" w:eastAsia="Arial"/>
          <w:sz w:val="22"/>
        </w:rPr>
        <w:t>Ҷавоби дуруст: Хусрави Деҳлавӣ</w:t>
      </w:r>
    </w:p>
    <w:p>
      <w:r>
        <w:rPr>
          <w:rFonts w:ascii="Arial" w:hAnsi="Arial" w:eastAsia="Arial"/>
          <w:sz w:val="22"/>
        </w:rPr>
        <w:t>14. Дар китоби дарсӣ гуфта мешавад: Сабки ҳиндӣ чанд марҳилаи асосӣ дорад?</w:t>
      </w:r>
    </w:p>
    <w:p>
      <w:r>
        <w:rPr>
          <w:rFonts w:ascii="Arial" w:hAnsi="Arial" w:eastAsia="Arial"/>
          <w:sz w:val="22"/>
        </w:rPr>
        <w:t>Ҷавоби дуруст: Се марҳила</w:t>
      </w:r>
    </w:p>
    <w:p>
      <w:r>
        <w:rPr>
          <w:rFonts w:ascii="Arial" w:hAnsi="Arial" w:eastAsia="Arial"/>
          <w:sz w:val="22"/>
        </w:rPr>
        <w:t>15. Дар китоби дарсӣ гуфта мешавад: Хусусияти асосии сабки ҳиндӣ чист?</w:t>
      </w:r>
    </w:p>
    <w:p>
      <w:r>
        <w:rPr>
          <w:rFonts w:ascii="Arial" w:hAnsi="Arial" w:eastAsia="Arial"/>
          <w:sz w:val="22"/>
        </w:rPr>
        <w:t>Ҷавоби дуруст: Маъниҳои нозук ва тасвирҳои мураккаб</w:t>
      </w:r>
    </w:p>
    <w:p>
      <w:r>
        <w:rPr>
          <w:rFonts w:ascii="Arial" w:hAnsi="Arial" w:eastAsia="Arial"/>
          <w:sz w:val="22"/>
        </w:rPr>
        <w:t>16. Дар китоби дарсӣ гуфта мешавад: Сабки ҳиндӣ бо номи кадом шоир оғоз мешавад?</w:t>
      </w:r>
    </w:p>
    <w:p>
      <w:r>
        <w:rPr>
          <w:rFonts w:ascii="Arial" w:hAnsi="Arial" w:eastAsia="Arial"/>
          <w:sz w:val="22"/>
        </w:rPr>
        <w:t>Ҷавоби дуруст: Хусрави Деҳлавӣ</w:t>
      </w:r>
    </w:p>
    <w:p>
      <w:r>
        <w:rPr>
          <w:rFonts w:ascii="Arial" w:hAnsi="Arial" w:eastAsia="Arial"/>
          <w:sz w:val="22"/>
        </w:rPr>
        <w:t>17. Дар китоби дарсӣ гуфта мешавад: Сабки ҳиндӣ чанд марҳилаи асосӣ дорад?</w:t>
      </w:r>
    </w:p>
    <w:p>
      <w:r>
        <w:rPr>
          <w:rFonts w:ascii="Arial" w:hAnsi="Arial" w:eastAsia="Arial"/>
          <w:sz w:val="22"/>
        </w:rPr>
        <w:t>Ҷавоби дуруст: Се марҳила</w:t>
      </w:r>
    </w:p>
    <w:p>
      <w:r>
        <w:rPr>
          <w:rFonts w:ascii="Arial" w:hAnsi="Arial" w:eastAsia="Arial"/>
          <w:sz w:val="22"/>
        </w:rPr>
        <w:t>18. Дар китоби дарсӣ гуфта мешавад: Хусусияти асосии сабки ҳиндӣ чист?</w:t>
      </w:r>
    </w:p>
    <w:p>
      <w:r>
        <w:rPr>
          <w:rFonts w:ascii="Arial" w:hAnsi="Arial" w:eastAsia="Arial"/>
          <w:sz w:val="22"/>
        </w:rPr>
        <w:t>Ҷавоби дуруст: Маъниҳои нозук ва тасвирҳои мураккаб</w:t>
      </w:r>
    </w:p>
    <w:p>
      <w:r>
        <w:rPr>
          <w:rFonts w:ascii="Arial" w:hAnsi="Arial" w:eastAsia="Arial"/>
          <w:sz w:val="22"/>
        </w:rPr>
        <w:t>19. Дар китоби дарсӣ гуфта мешавад: Сабки ҳиндӣ бо номи кадом шоир оғоз мешавад?</w:t>
      </w:r>
    </w:p>
    <w:p>
      <w:r>
        <w:rPr>
          <w:rFonts w:ascii="Arial" w:hAnsi="Arial" w:eastAsia="Arial"/>
          <w:sz w:val="22"/>
        </w:rPr>
        <w:t>Ҷавоби дуруст: Хусрави Деҳлавӣ</w:t>
      </w:r>
    </w:p>
    <w:p>
      <w:r>
        <w:rPr>
          <w:rFonts w:ascii="Arial" w:hAnsi="Arial" w:eastAsia="Arial"/>
          <w:sz w:val="22"/>
        </w:rPr>
        <w:t>20. Дар китоби дарсӣ гуфта мешавад: Сабки ҳиндӣ чанд марҳилаи асосӣ дорад?</w:t>
      </w:r>
    </w:p>
    <w:p>
      <w:r>
        <w:rPr>
          <w:rFonts w:ascii="Arial" w:hAnsi="Arial" w:eastAsia="Arial"/>
          <w:sz w:val="22"/>
        </w:rPr>
        <w:t>Ҷавоби дуруст: Се марҳила</w:t>
      </w:r>
    </w:p>
    <w:p>
      <w:r>
        <w:rPr>
          <w:rFonts w:ascii="Arial" w:hAnsi="Arial" w:eastAsia="Arial"/>
          <w:sz w:val="22"/>
        </w:rPr>
        <w:t>21. Дар китоби дарсӣ гуфта мешавад: Хусусияти асосии сабки ҳиндӣ чист?</w:t>
      </w:r>
    </w:p>
    <w:p>
      <w:r>
        <w:rPr>
          <w:rFonts w:ascii="Arial" w:hAnsi="Arial" w:eastAsia="Arial"/>
          <w:sz w:val="22"/>
        </w:rPr>
        <w:t>Ҷавоби дуруст: Маъниҳои нозук ва тасвирҳои мураккаб</w:t>
      </w:r>
    </w:p>
    <w:p>
      <w:r>
        <w:rPr>
          <w:rFonts w:ascii="Arial" w:hAnsi="Arial" w:eastAsia="Arial"/>
          <w:sz w:val="22"/>
        </w:rPr>
        <w:t>22. Дар китоби дарсӣ гуфта мешавад: Сабки ҳиндӣ бо номи кадом шоир оғоз мешавад?</w:t>
      </w:r>
    </w:p>
    <w:p>
      <w:r>
        <w:rPr>
          <w:rFonts w:ascii="Arial" w:hAnsi="Arial" w:eastAsia="Arial"/>
          <w:sz w:val="22"/>
        </w:rPr>
        <w:t>Ҷавоби дуруст: Хусрави Деҳлавӣ</w:t>
      </w:r>
    </w:p>
    <w:p>
      <w:r>
        <w:rPr>
          <w:rFonts w:ascii="Arial" w:hAnsi="Arial" w:eastAsia="Arial"/>
          <w:sz w:val="22"/>
        </w:rPr>
        <w:t>23. Дар китоби дарсӣ гуфта мешавад: Сабки ҳиндӣ чанд марҳилаи асосӣ дорад?</w:t>
      </w:r>
    </w:p>
    <w:p>
      <w:r>
        <w:rPr>
          <w:rFonts w:ascii="Arial" w:hAnsi="Arial" w:eastAsia="Arial"/>
          <w:sz w:val="22"/>
        </w:rPr>
        <w:t>Ҷавоби дуруст: Се марҳила</w:t>
      </w:r>
    </w:p>
    <w:p>
      <w:r>
        <w:rPr>
          <w:rFonts w:ascii="Arial" w:hAnsi="Arial" w:eastAsia="Arial"/>
          <w:sz w:val="22"/>
        </w:rPr>
        <w:t>24. Дар китоби дарсӣ гуфта мешавад: Хусусияти асосии сабки ҳиндӣ чист?</w:t>
      </w:r>
    </w:p>
    <w:p>
      <w:r>
        <w:rPr>
          <w:rFonts w:ascii="Arial" w:hAnsi="Arial" w:eastAsia="Arial"/>
          <w:sz w:val="22"/>
        </w:rPr>
        <w:t>Ҷавоби дуруст: Маъниҳои нозук ва тасвирҳои мураккаб</w:t>
      </w:r>
    </w:p>
    <w:p>
      <w:r>
        <w:rPr>
          <w:rFonts w:ascii="Arial" w:hAnsi="Arial" w:eastAsia="Arial"/>
          <w:sz w:val="22"/>
        </w:rPr>
        <w:t>25. Дар китоби дарсӣ гуфта мешавад: Сабки ҳиндӣ бо номи кадом шоир оғоз мешавад?</w:t>
      </w:r>
    </w:p>
    <w:p>
      <w:r>
        <w:rPr>
          <w:rFonts w:ascii="Arial" w:hAnsi="Arial" w:eastAsia="Arial"/>
          <w:sz w:val="22"/>
        </w:rPr>
        <w:t>Ҷавоби дуруст: Хусрави Деҳлавӣ</w:t>
      </w:r>
    </w:p>
    <w:p>
      <w:r>
        <w:rPr>
          <w:rFonts w:ascii="Arial" w:hAnsi="Arial" w:eastAsia="Arial"/>
          <w:sz w:val="22"/>
        </w:rPr>
        <w:t>26. Дар китоби дарсӣ гуфта мешавад: Сабки ҳиндӣ чанд марҳилаи асосӣ дорад?</w:t>
      </w:r>
    </w:p>
    <w:p>
      <w:r>
        <w:rPr>
          <w:rFonts w:ascii="Arial" w:hAnsi="Arial" w:eastAsia="Arial"/>
          <w:sz w:val="22"/>
        </w:rPr>
        <w:t>Ҷавоби дуруст: Се марҳила</w:t>
      </w:r>
    </w:p>
    <w:p>
      <w:r>
        <w:rPr>
          <w:rFonts w:ascii="Arial" w:hAnsi="Arial" w:eastAsia="Arial"/>
          <w:sz w:val="22"/>
        </w:rPr>
        <w:t>27. Дар китоби дарсӣ гуфта мешавад: Хусусияти асосии сабки ҳиндӣ чист?</w:t>
      </w:r>
    </w:p>
    <w:p>
      <w:r>
        <w:rPr>
          <w:rFonts w:ascii="Arial" w:hAnsi="Arial" w:eastAsia="Arial"/>
          <w:sz w:val="22"/>
        </w:rPr>
        <w:t>Ҷавоби дуруст: Маъниҳои нозук ва тасвирҳои мураккаб</w:t>
      </w:r>
    </w:p>
    <w:p>
      <w:r>
        <w:rPr>
          <w:rFonts w:ascii="Arial" w:hAnsi="Arial" w:eastAsia="Arial"/>
          <w:sz w:val="22"/>
        </w:rPr>
        <w:t>28. Дар китоби дарсӣ гуфта мешавад: Сабки ҳиндӣ бо номи кадом шоир оғоз мешавад?</w:t>
      </w:r>
    </w:p>
    <w:p>
      <w:r>
        <w:rPr>
          <w:rFonts w:ascii="Arial" w:hAnsi="Arial" w:eastAsia="Arial"/>
          <w:sz w:val="22"/>
        </w:rPr>
        <w:t>Ҷавоби дуруст: Хусрави Деҳлавӣ</w:t>
      </w:r>
    </w:p>
    <w:p>
      <w:r>
        <w:rPr>
          <w:rFonts w:ascii="Arial" w:hAnsi="Arial" w:eastAsia="Arial"/>
          <w:sz w:val="22"/>
        </w:rPr>
        <w:t>29. Дар китоби дарсӣ гуфта мешавад: Сабки ҳиндӣ чанд марҳилаи асосӣ дорад?</w:t>
      </w:r>
    </w:p>
    <w:p>
      <w:r>
        <w:rPr>
          <w:rFonts w:ascii="Arial" w:hAnsi="Arial" w:eastAsia="Arial"/>
          <w:sz w:val="22"/>
        </w:rPr>
        <w:t>Ҷавоби дуруст: Се марҳила</w:t>
      </w:r>
    </w:p>
    <w:p>
      <w:r>
        <w:rPr>
          <w:rFonts w:ascii="Arial" w:hAnsi="Arial" w:eastAsia="Arial"/>
          <w:sz w:val="22"/>
        </w:rPr>
        <w:t>30. Дар китоби дарсӣ гуфта мешавад: Хусусияти асосии сабки ҳиндӣ чист?</w:t>
      </w:r>
    </w:p>
    <w:p>
      <w:r>
        <w:rPr>
          <w:rFonts w:ascii="Arial" w:hAnsi="Arial" w:eastAsia="Arial"/>
          <w:sz w:val="22"/>
        </w:rPr>
        <w:t>Ҷавоби дуруст: Маъниҳои нозук ва тасвирҳои мураккаб</w:t>
      </w:r>
    </w:p>
    <w:p>
      <w:r>
        <w:rPr>
          <w:rFonts w:ascii="Arial" w:hAnsi="Arial" w:eastAsia="Arial"/>
          <w:sz w:val="22"/>
        </w:rPr>
        <w:t>31. Дар китоби дарсӣ гуфта мешавад: Сабки ҳиндӣ бо номи кадом шоир оғоз мешавад?</w:t>
      </w:r>
    </w:p>
    <w:p>
      <w:r>
        <w:rPr>
          <w:rFonts w:ascii="Arial" w:hAnsi="Arial" w:eastAsia="Arial"/>
          <w:sz w:val="22"/>
        </w:rPr>
        <w:t>Ҷавоби дуруст: Хусрави Деҳлавӣ</w:t>
      </w:r>
    </w:p>
    <w:p>
      <w:r>
        <w:rPr>
          <w:rFonts w:ascii="Arial" w:hAnsi="Arial" w:eastAsia="Arial"/>
          <w:sz w:val="22"/>
        </w:rPr>
        <w:t>32. Дар китоби дарсӣ гуфта мешавад: Сабки ҳиндӣ чанд марҳилаи асосӣ дорад?</w:t>
      </w:r>
    </w:p>
    <w:p>
      <w:r>
        <w:rPr>
          <w:rFonts w:ascii="Arial" w:hAnsi="Arial" w:eastAsia="Arial"/>
          <w:sz w:val="22"/>
        </w:rPr>
        <w:t>Ҷавоби дуруст: Се марҳила</w:t>
      </w:r>
    </w:p>
    <w:p>
      <w:r>
        <w:rPr>
          <w:rFonts w:ascii="Arial" w:hAnsi="Arial" w:eastAsia="Arial"/>
          <w:sz w:val="22"/>
        </w:rPr>
        <w:t>33. Дар китоби дарсӣ гуфта мешавад: Хусусияти асосии сабки ҳиндӣ чист?</w:t>
      </w:r>
    </w:p>
    <w:p>
      <w:r>
        <w:rPr>
          <w:rFonts w:ascii="Arial" w:hAnsi="Arial" w:eastAsia="Arial"/>
          <w:sz w:val="22"/>
        </w:rPr>
        <w:t>Ҷавоби дуруст: Маъниҳои нозук ва тасвирҳои мураккаб</w:t>
      </w:r>
    </w:p>
    <w:p>
      <w:r>
        <w:rPr>
          <w:rFonts w:ascii="Arial" w:hAnsi="Arial" w:eastAsia="Arial"/>
          <w:sz w:val="22"/>
        </w:rPr>
        <w:t>34. Дар китоби дарсӣ гуфта мешавад: Сабки ҳиндӣ бо номи кадом шоир оғоз мешавад?</w:t>
      </w:r>
    </w:p>
    <w:p>
      <w:r>
        <w:rPr>
          <w:rFonts w:ascii="Arial" w:hAnsi="Arial" w:eastAsia="Arial"/>
          <w:sz w:val="22"/>
        </w:rPr>
        <w:t>Ҷавоби дуруст: Хусрави Деҳлавӣ</w:t>
      </w:r>
    </w:p>
    <w:p>
      <w:r>
        <w:rPr>
          <w:rFonts w:ascii="Arial" w:hAnsi="Arial" w:eastAsia="Arial"/>
          <w:sz w:val="22"/>
        </w:rPr>
        <w:t>35. Дар китоби дарсӣ гуфта мешавад: Сабки ҳиндӣ чанд марҳилаи асосӣ дорад?</w:t>
      </w:r>
    </w:p>
    <w:p>
      <w:r>
        <w:rPr>
          <w:rFonts w:ascii="Arial" w:hAnsi="Arial" w:eastAsia="Arial"/>
          <w:sz w:val="22"/>
        </w:rPr>
        <w:t>Ҷавоби дуруст: Се марҳила</w:t>
      </w:r>
    </w:p>
    <w:p>
      <w:r>
        <w:rPr>
          <w:rFonts w:ascii="Arial" w:hAnsi="Arial" w:eastAsia="Arial"/>
          <w:sz w:val="22"/>
        </w:rPr>
        <w:t>36. Дар китоби дарсӣ гуфта мешавад: Хусусияти асосии сабки ҳиндӣ чист?</w:t>
      </w:r>
    </w:p>
    <w:p>
      <w:r>
        <w:rPr>
          <w:rFonts w:ascii="Arial" w:hAnsi="Arial" w:eastAsia="Arial"/>
          <w:sz w:val="22"/>
        </w:rPr>
        <w:t>Ҷавоби дуруст: Маъниҳои нозук ва тасвирҳои мураккаб</w:t>
      </w:r>
    </w:p>
    <w:p>
      <w:r>
        <w:rPr>
          <w:rFonts w:ascii="Arial" w:hAnsi="Arial" w:eastAsia="Arial"/>
          <w:sz w:val="22"/>
        </w:rPr>
        <w:t>37. Дар китоби дарсӣ гуфта мешавад: Сабки ҳиндӣ бо номи кадом шоир оғоз мешавад?</w:t>
      </w:r>
    </w:p>
    <w:p>
      <w:r>
        <w:rPr>
          <w:rFonts w:ascii="Arial" w:hAnsi="Arial" w:eastAsia="Arial"/>
          <w:sz w:val="22"/>
        </w:rPr>
        <w:t>Ҷавоби дуруст: Хусрави Деҳлавӣ</w:t>
      </w:r>
    </w:p>
    <w:p>
      <w:r>
        <w:rPr>
          <w:rFonts w:ascii="Arial" w:hAnsi="Arial" w:eastAsia="Arial"/>
          <w:sz w:val="22"/>
        </w:rPr>
        <w:t>38. Дар китоби дарсӣ гуфта мешавад: Сабки ҳиндӣ чанд марҳилаи асосӣ дорад?</w:t>
      </w:r>
    </w:p>
    <w:p>
      <w:r>
        <w:rPr>
          <w:rFonts w:ascii="Arial" w:hAnsi="Arial" w:eastAsia="Arial"/>
          <w:sz w:val="22"/>
        </w:rPr>
        <w:t>Ҷавоби дуруст: Се марҳила</w:t>
      </w:r>
    </w:p>
    <w:p>
      <w:r>
        <w:rPr>
          <w:rFonts w:ascii="Arial" w:hAnsi="Arial" w:eastAsia="Arial"/>
          <w:sz w:val="22"/>
        </w:rPr>
        <w:t>39. Дар китоби дарсӣ гуфта мешавад: Хусусияти асосии сабки ҳиндӣ чист?</w:t>
      </w:r>
    </w:p>
    <w:p>
      <w:r>
        <w:rPr>
          <w:rFonts w:ascii="Arial" w:hAnsi="Arial" w:eastAsia="Arial"/>
          <w:sz w:val="22"/>
        </w:rPr>
        <w:t>Ҷавоби дуруст: Маъниҳои нозук ва тасвирҳои мураккаб</w:t>
      </w:r>
    </w:p>
    <w:p>
      <w:r>
        <w:rPr>
          <w:rFonts w:ascii="Arial" w:hAnsi="Arial" w:eastAsia="Arial"/>
          <w:sz w:val="22"/>
        </w:rPr>
        <w:t>40. Дар китоби дарсӣ гуфта мешавад: Сабки ҳиндӣ бо номи кадом шоир оғоз мешавад?</w:t>
      </w:r>
    </w:p>
    <w:p>
      <w:r>
        <w:rPr>
          <w:rFonts w:ascii="Arial" w:hAnsi="Arial" w:eastAsia="Arial"/>
          <w:sz w:val="22"/>
        </w:rPr>
        <w:t>Ҷавоби дуруст: Хусрави Деҳлавӣ</w:t>
      </w:r>
    </w:p>
    <w:p>
      <w:r>
        <w:rPr>
          <w:rFonts w:ascii="Arial" w:hAnsi="Arial" w:eastAsia="Arial"/>
          <w:sz w:val="22"/>
        </w:rPr>
        <w:t>41. Дар китоби дарсӣ гуфта мешавад: Сабки ҳиндӣ чанд марҳилаи асосӣ дорад?</w:t>
      </w:r>
    </w:p>
    <w:p>
      <w:r>
        <w:rPr>
          <w:rFonts w:ascii="Arial" w:hAnsi="Arial" w:eastAsia="Arial"/>
          <w:sz w:val="22"/>
        </w:rPr>
        <w:t>Ҷавоби дуруст: Се марҳила</w:t>
      </w:r>
    </w:p>
    <w:p>
      <w:r>
        <w:rPr>
          <w:rFonts w:ascii="Arial" w:hAnsi="Arial" w:eastAsia="Arial"/>
          <w:sz w:val="22"/>
        </w:rPr>
        <w:t>42. Дар китоби дарсӣ гуфта мешавад: Хусусияти асосии сабки ҳиндӣ чист?</w:t>
      </w:r>
    </w:p>
    <w:p>
      <w:r>
        <w:rPr>
          <w:rFonts w:ascii="Arial" w:hAnsi="Arial" w:eastAsia="Arial"/>
          <w:sz w:val="22"/>
        </w:rPr>
        <w:t>Ҷавоби дуруст: Маъниҳои нозук ва тасвирҳои мураккаб</w:t>
      </w:r>
    </w:p>
    <w:p>
      <w:r>
        <w:rPr>
          <w:rFonts w:ascii="Arial" w:hAnsi="Arial" w:eastAsia="Arial"/>
          <w:sz w:val="22"/>
        </w:rPr>
        <w:t>43. Дар китоби дарсӣ гуфта мешавад: Сабки ҳиндӣ бо номи кадом шоир оғоз мешавад?</w:t>
      </w:r>
    </w:p>
    <w:p>
      <w:r>
        <w:rPr>
          <w:rFonts w:ascii="Arial" w:hAnsi="Arial" w:eastAsia="Arial"/>
          <w:sz w:val="22"/>
        </w:rPr>
        <w:t>Ҷавоби дуруст: Хусрави Деҳлавӣ</w:t>
      </w:r>
    </w:p>
    <w:p>
      <w:r>
        <w:rPr>
          <w:rFonts w:ascii="Arial" w:hAnsi="Arial" w:eastAsia="Arial"/>
          <w:sz w:val="22"/>
        </w:rPr>
        <w:t>44. Дар китоби дарсӣ гуфта мешавад: Сабки ҳиндӣ чанд марҳилаи асосӣ дорад?</w:t>
      </w:r>
    </w:p>
    <w:p>
      <w:r>
        <w:rPr>
          <w:rFonts w:ascii="Arial" w:hAnsi="Arial" w:eastAsia="Arial"/>
          <w:sz w:val="22"/>
        </w:rPr>
        <w:t>Ҷавоби дуруст: Се марҳила</w:t>
      </w:r>
    </w:p>
    <w:p>
      <w:r>
        <w:rPr>
          <w:rFonts w:ascii="Arial" w:hAnsi="Arial" w:eastAsia="Arial"/>
          <w:sz w:val="22"/>
        </w:rPr>
        <w:t>45. Дар китоби дарсӣ гуфта мешавад: Хусусияти асосии сабки ҳиндӣ чист?</w:t>
      </w:r>
    </w:p>
    <w:p>
      <w:r>
        <w:rPr>
          <w:rFonts w:ascii="Arial" w:hAnsi="Arial" w:eastAsia="Arial"/>
          <w:sz w:val="22"/>
        </w:rPr>
        <w:t>Ҷавоби дуруст: Маъниҳои нозук ва тасвирҳои мураккаб</w:t>
      </w:r>
    </w:p>
    <w:p>
      <w:r>
        <w:rPr>
          <w:rFonts w:ascii="Arial" w:hAnsi="Arial" w:eastAsia="Arial"/>
          <w:sz w:val="22"/>
        </w:rPr>
        <w:t>46. Дар китоби дарсӣ гуфта мешавад: Сабки ҳиндӣ бо номи кадом шоир оғоз мешавад?</w:t>
      </w:r>
    </w:p>
    <w:p>
      <w:r>
        <w:rPr>
          <w:rFonts w:ascii="Arial" w:hAnsi="Arial" w:eastAsia="Arial"/>
          <w:sz w:val="22"/>
        </w:rPr>
        <w:t>Ҷавоби дуруст: Хусрави Деҳлавӣ</w:t>
      </w:r>
    </w:p>
    <w:p>
      <w:r>
        <w:rPr>
          <w:rFonts w:ascii="Arial" w:hAnsi="Arial" w:eastAsia="Arial"/>
          <w:sz w:val="22"/>
        </w:rPr>
        <w:t>47. Дар китоби дарсӣ гуфта мешавад: Сабки ҳиндӣ чанд марҳилаи асосӣ дорад?</w:t>
      </w:r>
    </w:p>
    <w:p>
      <w:r>
        <w:rPr>
          <w:rFonts w:ascii="Arial" w:hAnsi="Arial" w:eastAsia="Arial"/>
          <w:sz w:val="22"/>
        </w:rPr>
        <w:t>Ҷавоби дуруст: Се марҳила</w:t>
      </w:r>
    </w:p>
    <w:p>
      <w:r>
        <w:rPr>
          <w:rFonts w:ascii="Arial" w:hAnsi="Arial" w:eastAsia="Arial"/>
          <w:sz w:val="22"/>
        </w:rPr>
        <w:t>48. Дар китоби дарсӣ гуфта мешавад: Хусусияти асосии сабки ҳиндӣ чист?</w:t>
      </w:r>
    </w:p>
    <w:p>
      <w:r>
        <w:rPr>
          <w:rFonts w:ascii="Arial" w:hAnsi="Arial" w:eastAsia="Arial"/>
          <w:sz w:val="22"/>
        </w:rPr>
        <w:t>Ҷавоби дуруст: Маъниҳои нозук ва тасвирҳои мураккаб</w:t>
      </w:r>
    </w:p>
    <w:p>
      <w:r>
        <w:rPr>
          <w:rFonts w:ascii="Arial" w:hAnsi="Arial" w:eastAsia="Arial"/>
          <w:sz w:val="22"/>
        </w:rPr>
        <w:t>49. Дар китоби дарсӣ гуфта мешавад: Сабки ҳиндӣ бо номи кадом шоир оғоз мешавад?</w:t>
      </w:r>
    </w:p>
    <w:p>
      <w:r>
        <w:rPr>
          <w:rFonts w:ascii="Arial" w:hAnsi="Arial" w:eastAsia="Arial"/>
          <w:sz w:val="22"/>
        </w:rPr>
        <w:t>Ҷавоби дуруст: Хусрави Деҳлавӣ</w:t>
      </w:r>
    </w:p>
    <w:p>
      <w:r>
        <w:rPr>
          <w:rFonts w:ascii="Arial" w:hAnsi="Arial" w:eastAsia="Arial"/>
          <w:sz w:val="22"/>
        </w:rPr>
        <w:t>50. Дар китоби дарсӣ гуфта мешавад: Сабки ҳиндӣ чанд марҳилаи асосӣ дорад?</w:t>
      </w:r>
    </w:p>
    <w:p>
      <w:r>
        <w:rPr>
          <w:rFonts w:ascii="Arial" w:hAnsi="Arial" w:eastAsia="Arial"/>
          <w:sz w:val="22"/>
        </w:rPr>
        <w:t>Ҷавоби дуруст: Се марҳила</w:t>
      </w:r>
    </w:p>
    <w:p>
      <w:r>
        <w:rPr>
          <w:rFonts w:ascii="Arial" w:hAnsi="Arial" w:eastAsia="Arial"/>
          <w:sz w:val="22"/>
        </w:rPr>
        <w:t>51. Дар китоби дарсӣ гуфта мешавад: Хусусияти асосии сабки ҳиндӣ чист?</w:t>
      </w:r>
    </w:p>
    <w:p>
      <w:r>
        <w:rPr>
          <w:rFonts w:ascii="Arial" w:hAnsi="Arial" w:eastAsia="Arial"/>
          <w:sz w:val="22"/>
        </w:rPr>
        <w:t>Ҷавоби дуруст: Маъниҳои нозук ва тасвирҳои мураккаб</w:t>
      </w:r>
    </w:p>
    <w:p>
      <w:r>
        <w:rPr>
          <w:rFonts w:ascii="Arial" w:hAnsi="Arial" w:eastAsia="Arial"/>
          <w:sz w:val="22"/>
        </w:rPr>
        <w:t>52. Дар китоби дарсӣ гуфта мешавад: Сабки ҳиндӣ бо номи кадом шоир оғоз мешавад?</w:t>
      </w:r>
    </w:p>
    <w:p>
      <w:r>
        <w:rPr>
          <w:rFonts w:ascii="Arial" w:hAnsi="Arial" w:eastAsia="Arial"/>
          <w:sz w:val="22"/>
        </w:rPr>
        <w:t>Ҷавоби дуруст: Хусрави Деҳлавӣ</w:t>
      </w:r>
    </w:p>
    <w:p>
      <w:r>
        <w:rPr>
          <w:rFonts w:ascii="Arial" w:hAnsi="Arial" w:eastAsia="Arial"/>
          <w:sz w:val="22"/>
        </w:rPr>
        <w:t>53. Дар китоби дарсӣ гуфта мешавад: Сабки ҳиндӣ чанд марҳилаи асосӣ дорад?</w:t>
      </w:r>
    </w:p>
    <w:p>
      <w:r>
        <w:rPr>
          <w:rFonts w:ascii="Arial" w:hAnsi="Arial" w:eastAsia="Arial"/>
          <w:sz w:val="22"/>
        </w:rPr>
        <w:t>Ҷавоби дуруст: Се марҳила</w:t>
      </w:r>
    </w:p>
    <w:p>
      <w:r>
        <w:rPr>
          <w:rFonts w:ascii="Arial" w:hAnsi="Arial" w:eastAsia="Arial"/>
          <w:sz w:val="22"/>
        </w:rPr>
        <w:t>54. Дар китоби дарсӣ гуфта мешавад: Хусусияти асосии сабки ҳиндӣ чист?</w:t>
      </w:r>
    </w:p>
    <w:p>
      <w:r>
        <w:rPr>
          <w:rFonts w:ascii="Arial" w:hAnsi="Arial" w:eastAsia="Arial"/>
          <w:sz w:val="22"/>
        </w:rPr>
        <w:t>Ҷавоби дуруст: Маъниҳои нозук ва тасвирҳои мураккаб</w:t>
      </w:r>
    </w:p>
    <w:p>
      <w:r>
        <w:rPr>
          <w:rFonts w:ascii="Arial" w:hAnsi="Arial" w:eastAsia="Arial"/>
          <w:sz w:val="22"/>
        </w:rPr>
        <w:t>55. Дар китоби дарсӣ гуфта мешавад: Сабки ҳиндӣ бо номи кадом шоир оғоз мешавад?</w:t>
      </w:r>
    </w:p>
    <w:p>
      <w:r>
        <w:rPr>
          <w:rFonts w:ascii="Arial" w:hAnsi="Arial" w:eastAsia="Arial"/>
          <w:sz w:val="22"/>
        </w:rPr>
        <w:t>Ҷавоби дуруст: Хусрави Деҳлавӣ</w:t>
      </w:r>
    </w:p>
    <w:p>
      <w:r>
        <w:rPr>
          <w:rFonts w:ascii="Arial" w:hAnsi="Arial" w:eastAsia="Arial"/>
          <w:sz w:val="22"/>
        </w:rPr>
        <w:t>56. Дар китоби дарсӣ гуфта мешавад: Сабки ҳиндӣ чанд марҳилаи асосӣ дорад?</w:t>
      </w:r>
    </w:p>
    <w:p>
      <w:r>
        <w:rPr>
          <w:rFonts w:ascii="Arial" w:hAnsi="Arial" w:eastAsia="Arial"/>
          <w:sz w:val="22"/>
        </w:rPr>
        <w:t>Ҷавоби дуруст: Се марҳила</w:t>
      </w:r>
    </w:p>
    <w:p>
      <w:r>
        <w:rPr>
          <w:rFonts w:ascii="Arial" w:hAnsi="Arial" w:eastAsia="Arial"/>
          <w:sz w:val="22"/>
        </w:rPr>
        <w:t>57. Дар китоби дарсӣ гуфта мешавад: Хусусияти асосии сабки ҳиндӣ чист?</w:t>
      </w:r>
    </w:p>
    <w:p>
      <w:r>
        <w:rPr>
          <w:rFonts w:ascii="Arial" w:hAnsi="Arial" w:eastAsia="Arial"/>
          <w:sz w:val="22"/>
        </w:rPr>
        <w:t>Ҷавоби дуруст: Маъниҳои нозук ва тасвирҳои мураккаб</w:t>
      </w:r>
    </w:p>
    <w:p>
      <w:r>
        <w:rPr>
          <w:rFonts w:ascii="Arial" w:hAnsi="Arial" w:eastAsia="Arial"/>
          <w:sz w:val="22"/>
        </w:rPr>
        <w:t>58. Дар китоби дарсӣ гуфта мешавад: Сабки ҳиндӣ бо номи кадом шоир оғоз мешавад?</w:t>
      </w:r>
    </w:p>
    <w:p>
      <w:r>
        <w:rPr>
          <w:rFonts w:ascii="Arial" w:hAnsi="Arial" w:eastAsia="Arial"/>
          <w:sz w:val="22"/>
        </w:rPr>
        <w:t>Ҷавоби дуруст: Хусрави Деҳлавӣ</w:t>
      </w:r>
    </w:p>
    <w:p>
      <w:r>
        <w:rPr>
          <w:rFonts w:ascii="Arial" w:hAnsi="Arial" w:eastAsia="Arial"/>
          <w:sz w:val="22"/>
        </w:rPr>
        <w:t>59. Дар китоби дарсӣ гуфта мешавад: Сабки ҳиндӣ чанд марҳилаи асосӣ дорад?</w:t>
      </w:r>
    </w:p>
    <w:p>
      <w:r>
        <w:rPr>
          <w:rFonts w:ascii="Arial" w:hAnsi="Arial" w:eastAsia="Arial"/>
          <w:sz w:val="22"/>
        </w:rPr>
        <w:t>Ҷавоби дуруст: Се марҳила</w:t>
      </w:r>
    </w:p>
    <w:p>
      <w:r>
        <w:rPr>
          <w:rFonts w:ascii="Arial" w:hAnsi="Arial" w:eastAsia="Arial"/>
          <w:sz w:val="22"/>
        </w:rPr>
        <w:t>60. Дар китоби дарсӣ гуфта мешавад: Хусусияти асосии сабки ҳиндӣ чист?</w:t>
      </w:r>
    </w:p>
    <w:p>
      <w:r>
        <w:rPr>
          <w:rFonts w:ascii="Arial" w:hAnsi="Arial" w:eastAsia="Arial"/>
          <w:sz w:val="22"/>
        </w:rPr>
        <w:t>Ҷавоби дуруст: Маъниҳои нозук ва тасвирҳои мураккаб</w:t>
      </w:r>
    </w:p>
    <w:p>
      <w:r>
        <w:rPr>
          <w:rFonts w:ascii="Arial" w:hAnsi="Arial" w:eastAsia="Arial"/>
          <w:sz w:val="22"/>
        </w:rPr>
        <w:t>61. Дар китоби дарсӣ гуфта мешавад: Сабки ҳиндӣ бо номи кадом шоир оғоз мешавад?</w:t>
      </w:r>
    </w:p>
    <w:p>
      <w:r>
        <w:rPr>
          <w:rFonts w:ascii="Arial" w:hAnsi="Arial" w:eastAsia="Arial"/>
          <w:sz w:val="22"/>
        </w:rPr>
        <w:t>Ҷавоби дуруст: Хусрави Деҳлавӣ</w:t>
      </w:r>
    </w:p>
    <w:p>
      <w:r>
        <w:rPr>
          <w:rFonts w:ascii="Arial" w:hAnsi="Arial" w:eastAsia="Arial"/>
          <w:sz w:val="22"/>
        </w:rPr>
        <w:t>62. Дар китоби дарсӣ гуфта мешавад: Сабки ҳиндӣ чанд марҳилаи асосӣ дорад?</w:t>
      </w:r>
    </w:p>
    <w:p>
      <w:r>
        <w:rPr>
          <w:rFonts w:ascii="Arial" w:hAnsi="Arial" w:eastAsia="Arial"/>
          <w:sz w:val="22"/>
        </w:rPr>
        <w:t>Ҷавоби дуруст: Се марҳила</w:t>
      </w:r>
    </w:p>
    <w:p>
      <w:r>
        <w:rPr>
          <w:rFonts w:ascii="Arial" w:hAnsi="Arial" w:eastAsia="Arial"/>
          <w:sz w:val="22"/>
        </w:rPr>
        <w:t>63. Дар китоби дарсӣ гуфта мешавад: Хусусияти асосии сабки ҳиндӣ чист?</w:t>
      </w:r>
    </w:p>
    <w:p>
      <w:r>
        <w:rPr>
          <w:rFonts w:ascii="Arial" w:hAnsi="Arial" w:eastAsia="Arial"/>
          <w:sz w:val="22"/>
        </w:rPr>
        <w:t>Ҷавоби дуруст: Маъниҳои нозук ва тасвирҳои мураккаб</w:t>
      </w:r>
    </w:p>
    <w:p>
      <w:r>
        <w:rPr>
          <w:rFonts w:ascii="Arial" w:hAnsi="Arial" w:eastAsia="Arial"/>
          <w:sz w:val="22"/>
        </w:rPr>
        <w:t>64. Дар китоби дарсӣ гуфта мешавад: Сабки ҳиндӣ бо номи кадом шоир оғоз мешавад?</w:t>
      </w:r>
    </w:p>
    <w:p>
      <w:r>
        <w:rPr>
          <w:rFonts w:ascii="Arial" w:hAnsi="Arial" w:eastAsia="Arial"/>
          <w:sz w:val="22"/>
        </w:rPr>
        <w:t>Ҷавоби дуруст: Хусрави Деҳлавӣ</w:t>
      </w:r>
    </w:p>
    <w:p>
      <w:r>
        <w:rPr>
          <w:rFonts w:ascii="Arial" w:hAnsi="Arial" w:eastAsia="Arial"/>
          <w:sz w:val="22"/>
        </w:rPr>
        <w:t>65. Дар китоби дарсӣ гуфта мешавад: Сабки ҳиндӣ чанд марҳилаи асосӣ дорад?</w:t>
      </w:r>
    </w:p>
    <w:p>
      <w:r>
        <w:rPr>
          <w:rFonts w:ascii="Arial" w:hAnsi="Arial" w:eastAsia="Arial"/>
          <w:sz w:val="22"/>
        </w:rPr>
        <w:t>Ҷавоби дуруст: Се марҳила</w:t>
      </w:r>
    </w:p>
    <w:p>
      <w:r>
        <w:rPr>
          <w:rFonts w:ascii="Arial" w:hAnsi="Arial" w:eastAsia="Arial"/>
          <w:sz w:val="22"/>
        </w:rPr>
        <w:t>66. Дар китоби дарсӣ гуфта мешавад: Хусусияти асосии сабки ҳиндӣ чист?</w:t>
      </w:r>
    </w:p>
    <w:p>
      <w:r>
        <w:rPr>
          <w:rFonts w:ascii="Arial" w:hAnsi="Arial" w:eastAsia="Arial"/>
          <w:sz w:val="22"/>
        </w:rPr>
        <w:t>Ҷавоби дуруст: Маъниҳои нозук ва тасвирҳои мураккаб</w:t>
      </w:r>
    </w:p>
    <w:p>
      <w:r>
        <w:rPr>
          <w:rFonts w:ascii="Arial" w:hAnsi="Arial" w:eastAsia="Arial"/>
          <w:sz w:val="22"/>
        </w:rPr>
        <w:t>67. Дар китоби дарсӣ гуфта мешавад: Сабки ҳиндӣ бо номи кадом шоир оғоз мешавад?</w:t>
      </w:r>
    </w:p>
    <w:p>
      <w:r>
        <w:rPr>
          <w:rFonts w:ascii="Arial" w:hAnsi="Arial" w:eastAsia="Arial"/>
          <w:sz w:val="22"/>
        </w:rPr>
        <w:t>Ҷавоби дуруст: Хусрави Деҳлавӣ</w:t>
      </w:r>
    </w:p>
    <w:p>
      <w:r>
        <w:rPr>
          <w:rFonts w:ascii="Arial" w:hAnsi="Arial" w:eastAsia="Arial"/>
          <w:sz w:val="22"/>
        </w:rPr>
        <w:t>68. Дар китоби дарсӣ гуфта мешавад: Сабки ҳиндӣ чанд марҳилаи асосӣ дорад?</w:t>
      </w:r>
    </w:p>
    <w:p>
      <w:r>
        <w:rPr>
          <w:rFonts w:ascii="Arial" w:hAnsi="Arial" w:eastAsia="Arial"/>
          <w:sz w:val="22"/>
        </w:rPr>
        <w:t>Ҷавоби дуруст: Се марҳила</w:t>
      </w:r>
    </w:p>
    <w:p>
      <w:r>
        <w:rPr>
          <w:rFonts w:ascii="Arial" w:hAnsi="Arial" w:eastAsia="Arial"/>
          <w:sz w:val="22"/>
        </w:rPr>
        <w:t>69. Дар китоби дарсӣ гуфта мешавад: Хусусияти асосии сабки ҳиндӣ чист?</w:t>
      </w:r>
    </w:p>
    <w:p>
      <w:r>
        <w:rPr>
          <w:rFonts w:ascii="Arial" w:hAnsi="Arial" w:eastAsia="Arial"/>
          <w:sz w:val="22"/>
        </w:rPr>
        <w:t>Ҷавоби дуруст: Маъниҳои нозук ва тасвирҳои мураккаб</w:t>
      </w:r>
    </w:p>
    <w:p>
      <w:r>
        <w:rPr>
          <w:rFonts w:ascii="Arial" w:hAnsi="Arial" w:eastAsia="Arial"/>
          <w:sz w:val="22"/>
        </w:rPr>
        <w:t>70. Дар китоби дарсӣ гуфта мешавад: Сабки ҳиндӣ бо номи кадом шоир оғоз мешавад?</w:t>
      </w:r>
    </w:p>
    <w:p>
      <w:r>
        <w:rPr>
          <w:rFonts w:ascii="Arial" w:hAnsi="Arial" w:eastAsia="Arial"/>
          <w:sz w:val="22"/>
        </w:rPr>
        <w:t>Ҷавоби дуруст: Хусрави Деҳлавӣ</w:t>
      </w:r>
    </w:p>
    <w:p>
      <w:r>
        <w:rPr>
          <w:rFonts w:ascii="Arial" w:hAnsi="Arial" w:eastAsia="Arial"/>
          <w:sz w:val="22"/>
        </w:rPr>
        <w:t>71. Дар китоби дарсӣ гуфта мешавад: Сабки ҳиндӣ чанд марҳилаи асосӣ дорад?</w:t>
      </w:r>
    </w:p>
    <w:p>
      <w:r>
        <w:rPr>
          <w:rFonts w:ascii="Arial" w:hAnsi="Arial" w:eastAsia="Arial"/>
          <w:sz w:val="22"/>
        </w:rPr>
        <w:t>Ҷавоби дуруст: Се марҳила</w:t>
      </w:r>
    </w:p>
    <w:p>
      <w:r>
        <w:rPr>
          <w:rFonts w:ascii="Arial" w:hAnsi="Arial" w:eastAsia="Arial"/>
          <w:sz w:val="22"/>
        </w:rPr>
        <w:t>72. Дар китоби дарсӣ гуфта мешавад: Хусусияти асосии сабки ҳиндӣ чист?</w:t>
      </w:r>
    </w:p>
    <w:p>
      <w:r>
        <w:rPr>
          <w:rFonts w:ascii="Arial" w:hAnsi="Arial" w:eastAsia="Arial"/>
          <w:sz w:val="22"/>
        </w:rPr>
        <w:t>Ҷавоби дуруст: Маъниҳои нозук ва тасвирҳои мураккаб</w:t>
      </w:r>
    </w:p>
    <w:p>
      <w:r>
        <w:rPr>
          <w:rFonts w:ascii="Arial" w:hAnsi="Arial" w:eastAsia="Arial"/>
          <w:sz w:val="22"/>
        </w:rPr>
        <w:t>73. Дар китоби дарсӣ гуфта мешавад: Сабки ҳиндӣ бо номи кадом шоир оғоз мешавад?</w:t>
      </w:r>
    </w:p>
    <w:p>
      <w:r>
        <w:rPr>
          <w:rFonts w:ascii="Arial" w:hAnsi="Arial" w:eastAsia="Arial"/>
          <w:sz w:val="22"/>
        </w:rPr>
        <w:t>Ҷавоби дуруст: Хусрави Деҳлавӣ</w:t>
      </w:r>
    </w:p>
    <w:p>
      <w:r>
        <w:rPr>
          <w:rFonts w:ascii="Arial" w:hAnsi="Arial" w:eastAsia="Arial"/>
          <w:sz w:val="22"/>
        </w:rPr>
        <w:t>74. Дар китоби дарсӣ гуфта мешавад: Сабки ҳиндӣ чанд марҳилаи асосӣ дорад?</w:t>
      </w:r>
    </w:p>
    <w:p>
      <w:r>
        <w:rPr>
          <w:rFonts w:ascii="Arial" w:hAnsi="Arial" w:eastAsia="Arial"/>
          <w:sz w:val="22"/>
        </w:rPr>
        <w:t>Ҷавоби дуруст: Се марҳила</w:t>
      </w:r>
    </w:p>
    <w:p>
      <w:r>
        <w:rPr>
          <w:rFonts w:ascii="Arial" w:hAnsi="Arial" w:eastAsia="Arial"/>
          <w:sz w:val="22"/>
        </w:rPr>
        <w:t>75. Дар китоби дарсӣ гуфта мешавад: Хусусияти асосии сабки ҳиндӣ чист?</w:t>
      </w:r>
    </w:p>
    <w:p>
      <w:r>
        <w:rPr>
          <w:rFonts w:ascii="Arial" w:hAnsi="Arial" w:eastAsia="Arial"/>
          <w:sz w:val="22"/>
        </w:rPr>
        <w:t>Ҷавоби дуруст: Маъниҳои нозук ва тасвирҳои мураккаб</w:t>
      </w:r>
    </w:p>
    <w:p>
      <w:r>
        <w:rPr>
          <w:rFonts w:ascii="Arial" w:hAnsi="Arial" w:eastAsia="Arial"/>
          <w:sz w:val="22"/>
        </w:rPr>
        <w:t>76. Дар китоби дарсӣ гуфта мешавад: Сабки ҳиндӣ бо номи кадом шоир оғоз мешавад?</w:t>
      </w:r>
    </w:p>
    <w:p>
      <w:r>
        <w:rPr>
          <w:rFonts w:ascii="Arial" w:hAnsi="Arial" w:eastAsia="Arial"/>
          <w:sz w:val="22"/>
        </w:rPr>
        <w:t>Ҷавоби дуруст: Хусрави Деҳлавӣ</w:t>
      </w:r>
    </w:p>
    <w:p>
      <w:r>
        <w:rPr>
          <w:rFonts w:ascii="Arial" w:hAnsi="Arial" w:eastAsia="Arial"/>
          <w:sz w:val="22"/>
        </w:rPr>
        <w:t>77. Дар китоби дарсӣ гуфта мешавад: Сабки ҳиндӣ чанд марҳилаи асосӣ дорад?</w:t>
      </w:r>
    </w:p>
    <w:p>
      <w:r>
        <w:rPr>
          <w:rFonts w:ascii="Arial" w:hAnsi="Arial" w:eastAsia="Arial"/>
          <w:sz w:val="22"/>
        </w:rPr>
        <w:t>Ҷавоби дуруст: Се марҳила</w:t>
      </w:r>
    </w:p>
    <w:p>
      <w:r>
        <w:rPr>
          <w:rFonts w:ascii="Arial" w:hAnsi="Arial" w:eastAsia="Arial"/>
          <w:sz w:val="22"/>
        </w:rPr>
        <w:t>78. Дар китоби дарсӣ гуфта мешавад: Хусусияти асосии сабки ҳиндӣ чист?</w:t>
      </w:r>
    </w:p>
    <w:p>
      <w:r>
        <w:rPr>
          <w:rFonts w:ascii="Arial" w:hAnsi="Arial" w:eastAsia="Arial"/>
          <w:sz w:val="22"/>
        </w:rPr>
        <w:t>Ҷавоби дуруст: Маъниҳои нозук ва тасвирҳои мураккаб</w:t>
      </w:r>
    </w:p>
    <w:p>
      <w:r>
        <w:rPr>
          <w:rFonts w:ascii="Arial" w:hAnsi="Arial" w:eastAsia="Arial"/>
          <w:sz w:val="22"/>
        </w:rPr>
        <w:t>79. Дар китоби дарсӣ гуфта мешавад: Сабки ҳиндӣ бо номи кадом шоир оғоз мешавад?</w:t>
      </w:r>
    </w:p>
    <w:p>
      <w:r>
        <w:rPr>
          <w:rFonts w:ascii="Arial" w:hAnsi="Arial" w:eastAsia="Arial"/>
          <w:sz w:val="22"/>
        </w:rPr>
        <w:t>Ҷавоби дуруст: Хусрави Деҳлавӣ</w:t>
      </w:r>
    </w:p>
    <w:p>
      <w:r>
        <w:rPr>
          <w:rFonts w:ascii="Arial" w:hAnsi="Arial" w:eastAsia="Arial"/>
          <w:sz w:val="22"/>
        </w:rPr>
        <w:t>80. Дар китоби дарсӣ гуфта мешавад: Сабки ҳиндӣ чанд марҳилаи асосӣ дорад?</w:t>
      </w:r>
    </w:p>
    <w:p>
      <w:r>
        <w:rPr>
          <w:rFonts w:ascii="Arial" w:hAnsi="Arial" w:eastAsia="Arial"/>
          <w:sz w:val="22"/>
        </w:rPr>
        <w:t>Ҷавоби дуруст: Се марҳила</w:t>
      </w:r>
    </w:p>
    <w:p>
      <w:r>
        <w:rPr>
          <w:rFonts w:ascii="Arial" w:hAnsi="Arial" w:eastAsia="Arial"/>
          <w:sz w:val="22"/>
        </w:rPr>
        <w:t>81. Дар китоби дарсӣ гуфта мешавад: Хусусияти асосии сабки ҳиндӣ чист?</w:t>
      </w:r>
    </w:p>
    <w:p>
      <w:r>
        <w:rPr>
          <w:rFonts w:ascii="Arial" w:hAnsi="Arial" w:eastAsia="Arial"/>
          <w:sz w:val="22"/>
        </w:rPr>
        <w:t>Ҷавоби дуруст: Маъниҳои нозук ва тасвирҳои мураккаб</w:t>
      </w:r>
    </w:p>
    <w:p>
      <w:r>
        <w:rPr>
          <w:rFonts w:ascii="Arial" w:hAnsi="Arial" w:eastAsia="Arial"/>
          <w:sz w:val="22"/>
        </w:rPr>
        <w:t>82. Дар китоби дарсӣ гуфта мешавад: Сабки ҳиндӣ бо номи кадом шоир оғоз мешавад?</w:t>
      </w:r>
    </w:p>
    <w:p>
      <w:r>
        <w:rPr>
          <w:rFonts w:ascii="Arial" w:hAnsi="Arial" w:eastAsia="Arial"/>
          <w:sz w:val="22"/>
        </w:rPr>
        <w:t>Ҷавоби дуруст: Хусрави Деҳлавӣ</w:t>
      </w:r>
    </w:p>
    <w:p>
      <w:r>
        <w:rPr>
          <w:rFonts w:ascii="Arial" w:hAnsi="Arial" w:eastAsia="Arial"/>
          <w:sz w:val="22"/>
        </w:rPr>
        <w:t>83. Дар китоби дарсӣ гуфта мешавад: Сабки ҳиндӣ чанд марҳилаи асосӣ дорад?</w:t>
      </w:r>
    </w:p>
    <w:p>
      <w:r>
        <w:rPr>
          <w:rFonts w:ascii="Arial" w:hAnsi="Arial" w:eastAsia="Arial"/>
          <w:sz w:val="22"/>
        </w:rPr>
        <w:t>Ҷавоби дуруст: Се марҳила</w:t>
      </w:r>
    </w:p>
    <w:p>
      <w:r>
        <w:rPr>
          <w:rFonts w:ascii="Arial" w:hAnsi="Arial" w:eastAsia="Arial"/>
          <w:sz w:val="22"/>
        </w:rPr>
        <w:t>84. Дар китоби дарсӣ гуфта мешавад: Хусусияти асосии сабки ҳиндӣ чист?</w:t>
      </w:r>
    </w:p>
    <w:p>
      <w:r>
        <w:rPr>
          <w:rFonts w:ascii="Arial" w:hAnsi="Arial" w:eastAsia="Arial"/>
          <w:sz w:val="22"/>
        </w:rPr>
        <w:t>Ҷавоби дуруст: Маъниҳои нозук ва тасвирҳои мураккаб</w:t>
      </w:r>
    </w:p>
    <w:p>
      <w:r>
        <w:rPr>
          <w:rFonts w:ascii="Arial" w:hAnsi="Arial" w:eastAsia="Arial"/>
          <w:sz w:val="22"/>
        </w:rPr>
        <w:t>85. Дар китоби дарсӣ гуфта мешавад: Сабки ҳиндӣ бо номи кадом шоир оғоз мешавад?</w:t>
      </w:r>
    </w:p>
    <w:p>
      <w:r>
        <w:rPr>
          <w:rFonts w:ascii="Arial" w:hAnsi="Arial" w:eastAsia="Arial"/>
          <w:sz w:val="22"/>
        </w:rPr>
        <w:t>Ҷавоби дуруст: Хусрави Деҳлавӣ</w:t>
      </w:r>
    </w:p>
    <w:p>
      <w:r>
        <w:rPr>
          <w:rFonts w:ascii="Arial" w:hAnsi="Arial" w:eastAsia="Arial"/>
          <w:sz w:val="22"/>
        </w:rPr>
        <w:t>86. Дар китоби дарсӣ гуфта мешавад: Сабки ҳиндӣ чанд марҳилаи асосӣ дорад?</w:t>
      </w:r>
    </w:p>
    <w:p>
      <w:r>
        <w:rPr>
          <w:rFonts w:ascii="Arial" w:hAnsi="Arial" w:eastAsia="Arial"/>
          <w:sz w:val="22"/>
        </w:rPr>
        <w:t>Ҷавоби дуруст: Се марҳила</w:t>
      </w:r>
    </w:p>
    <w:p>
      <w:r>
        <w:rPr>
          <w:rFonts w:ascii="Arial" w:hAnsi="Arial" w:eastAsia="Arial"/>
          <w:sz w:val="22"/>
        </w:rPr>
        <w:t>87. Дар китоби дарсӣ гуфта мешавад: Хусусияти асосии сабки ҳиндӣ чист?</w:t>
      </w:r>
    </w:p>
    <w:p>
      <w:r>
        <w:rPr>
          <w:rFonts w:ascii="Arial" w:hAnsi="Arial" w:eastAsia="Arial"/>
          <w:sz w:val="22"/>
        </w:rPr>
        <w:t>Ҷавоби дуруст: Маъниҳои нозук ва тасвирҳои мураккаб</w:t>
      </w:r>
    </w:p>
    <w:p>
      <w:r>
        <w:rPr>
          <w:rFonts w:ascii="Arial" w:hAnsi="Arial" w:eastAsia="Arial"/>
          <w:sz w:val="22"/>
        </w:rPr>
        <w:t>88. Дар китоби дарсӣ гуфта мешавад: Сабки ҳиндӣ бо номи кадом шоир оғоз мешавад?</w:t>
      </w:r>
    </w:p>
    <w:p>
      <w:r>
        <w:rPr>
          <w:rFonts w:ascii="Arial" w:hAnsi="Arial" w:eastAsia="Arial"/>
          <w:sz w:val="22"/>
        </w:rPr>
        <w:t>Ҷавоби дуруст: Хусрави Деҳлавӣ</w:t>
      </w:r>
    </w:p>
    <w:p>
      <w:r>
        <w:rPr>
          <w:rFonts w:ascii="Arial" w:hAnsi="Arial" w:eastAsia="Arial"/>
          <w:sz w:val="22"/>
        </w:rPr>
        <w:t>89. Дар китоби дарсӣ гуфта мешавад: Сабки ҳиндӣ чанд марҳилаи асосӣ дорад?</w:t>
      </w:r>
    </w:p>
    <w:p>
      <w:r>
        <w:rPr>
          <w:rFonts w:ascii="Arial" w:hAnsi="Arial" w:eastAsia="Arial"/>
          <w:sz w:val="22"/>
        </w:rPr>
        <w:t>Ҷавоби дуруст: Се марҳила</w:t>
      </w:r>
    </w:p>
    <w:p>
      <w:r>
        <w:rPr>
          <w:rFonts w:ascii="Arial" w:hAnsi="Arial" w:eastAsia="Arial"/>
          <w:sz w:val="22"/>
        </w:rPr>
        <w:t>90. Дар китоби дарсӣ гуфта мешавад: Хусусияти асосии сабки ҳиндӣ чист?</w:t>
      </w:r>
    </w:p>
    <w:p>
      <w:r>
        <w:rPr>
          <w:rFonts w:ascii="Arial" w:hAnsi="Arial" w:eastAsia="Arial"/>
          <w:sz w:val="22"/>
        </w:rPr>
        <w:t>Ҷавоби дуруст: Маъниҳои нозук ва тасвирҳои мураккаб</w:t>
      </w:r>
    </w:p>
    <w:p>
      <w:r>
        <w:rPr>
          <w:rFonts w:ascii="Arial" w:hAnsi="Arial" w:eastAsia="Arial"/>
          <w:sz w:val="22"/>
        </w:rPr>
        <w:t>91. Дар китоби дарсӣ гуфта мешавад: Сабки ҳиндӣ бо номи кадом шоир оғоз мешавад?</w:t>
      </w:r>
    </w:p>
    <w:p>
      <w:r>
        <w:rPr>
          <w:rFonts w:ascii="Arial" w:hAnsi="Arial" w:eastAsia="Arial"/>
          <w:sz w:val="22"/>
        </w:rPr>
        <w:t>Ҷавоби дуруст: Хусрави Деҳлавӣ</w:t>
      </w:r>
    </w:p>
    <w:p>
      <w:r>
        <w:rPr>
          <w:rFonts w:ascii="Arial" w:hAnsi="Arial" w:eastAsia="Arial"/>
          <w:sz w:val="22"/>
        </w:rPr>
        <w:t>92. Дар китоби дарсӣ гуфта мешавад: Сабки ҳиндӣ чанд марҳилаи асосӣ дорад?</w:t>
      </w:r>
    </w:p>
    <w:p>
      <w:r>
        <w:rPr>
          <w:rFonts w:ascii="Arial" w:hAnsi="Arial" w:eastAsia="Arial"/>
          <w:sz w:val="22"/>
        </w:rPr>
        <w:t>Ҷавоби дуруст: Се марҳила</w:t>
      </w:r>
    </w:p>
    <w:p>
      <w:r>
        <w:rPr>
          <w:rFonts w:ascii="Arial" w:hAnsi="Arial" w:eastAsia="Arial"/>
          <w:sz w:val="22"/>
        </w:rPr>
        <w:t>93. Дар китоби дарсӣ гуфта мешавад: Хусусияти асосии сабки ҳиндӣ чист?</w:t>
      </w:r>
    </w:p>
    <w:p>
      <w:r>
        <w:rPr>
          <w:rFonts w:ascii="Arial" w:hAnsi="Arial" w:eastAsia="Arial"/>
          <w:sz w:val="22"/>
        </w:rPr>
        <w:t>Ҷавоби дуруст: Маъниҳои нозук ва тасвирҳои мураккаб</w:t>
      </w:r>
    </w:p>
    <w:p>
      <w:r>
        <w:rPr>
          <w:rFonts w:ascii="Arial" w:hAnsi="Arial" w:eastAsia="Arial"/>
          <w:sz w:val="22"/>
        </w:rPr>
        <w:t>94. Дар китоби дарсӣ гуфта мешавад: Сабки ҳиндӣ бо номи кадом шоир оғоз мешавад?</w:t>
      </w:r>
    </w:p>
    <w:p>
      <w:r>
        <w:rPr>
          <w:rFonts w:ascii="Arial" w:hAnsi="Arial" w:eastAsia="Arial"/>
          <w:sz w:val="22"/>
        </w:rPr>
        <w:t>Ҷавоби дуруст: Хусрави Деҳлавӣ</w:t>
      </w:r>
    </w:p>
    <w:p>
      <w:r>
        <w:rPr>
          <w:rFonts w:ascii="Arial" w:hAnsi="Arial" w:eastAsia="Arial"/>
          <w:sz w:val="22"/>
        </w:rPr>
        <w:t>95. Дар китоби дарсӣ гуфта мешавад: Сабки ҳиндӣ чанд марҳилаи асосӣ дорад?</w:t>
      </w:r>
    </w:p>
    <w:p>
      <w:r>
        <w:rPr>
          <w:rFonts w:ascii="Arial" w:hAnsi="Arial" w:eastAsia="Arial"/>
          <w:sz w:val="22"/>
        </w:rPr>
        <w:t>Ҷавоби дуруст: Се марҳила</w:t>
      </w:r>
    </w:p>
    <w:p>
      <w:r>
        <w:rPr>
          <w:rFonts w:ascii="Arial" w:hAnsi="Arial" w:eastAsia="Arial"/>
          <w:sz w:val="22"/>
        </w:rPr>
        <w:t>96. Дар китоби дарсӣ гуфта мешавад: Хусусияти асосии сабки ҳиндӣ чист?</w:t>
      </w:r>
    </w:p>
    <w:p>
      <w:r>
        <w:rPr>
          <w:rFonts w:ascii="Arial" w:hAnsi="Arial" w:eastAsia="Arial"/>
          <w:sz w:val="22"/>
        </w:rPr>
        <w:t>Ҷавоби дуруст: Маъниҳои нозук ва тасвирҳои мураккаб</w:t>
      </w:r>
    </w:p>
    <w:p>
      <w:r>
        <w:rPr>
          <w:rFonts w:ascii="Arial" w:hAnsi="Arial" w:eastAsia="Arial"/>
          <w:sz w:val="22"/>
        </w:rPr>
        <w:t>97. Дар китоби дарсӣ гуфта мешавад: Сабки ҳиндӣ бо номи кадом шоир оғоз мешавад?</w:t>
      </w:r>
    </w:p>
    <w:p>
      <w:r>
        <w:rPr>
          <w:rFonts w:ascii="Arial" w:hAnsi="Arial" w:eastAsia="Arial"/>
          <w:sz w:val="22"/>
        </w:rPr>
        <w:t>Ҷавоби дуруст: Хусрави Деҳлавӣ</w:t>
      </w:r>
    </w:p>
    <w:p>
      <w:r>
        <w:rPr>
          <w:rFonts w:ascii="Arial" w:hAnsi="Arial" w:eastAsia="Arial"/>
          <w:sz w:val="22"/>
        </w:rPr>
        <w:t>98. Дар китоби дарсӣ гуфта мешавад: Сабки ҳиндӣ чанд марҳилаи асосӣ дорад?</w:t>
      </w:r>
    </w:p>
    <w:p>
      <w:r>
        <w:rPr>
          <w:rFonts w:ascii="Arial" w:hAnsi="Arial" w:eastAsia="Arial"/>
          <w:sz w:val="22"/>
        </w:rPr>
        <w:t>Ҷавоби дуруст: Се марҳила</w:t>
      </w:r>
    </w:p>
    <w:p>
      <w:r>
        <w:rPr>
          <w:rFonts w:ascii="Arial" w:hAnsi="Arial" w:eastAsia="Arial"/>
          <w:sz w:val="22"/>
        </w:rPr>
        <w:t>99. Дар китоби дарсӣ гуфта мешавад: Хусусияти асосии сабки ҳиндӣ чист?</w:t>
      </w:r>
    </w:p>
    <w:p>
      <w:r>
        <w:rPr>
          <w:rFonts w:ascii="Arial" w:hAnsi="Arial" w:eastAsia="Arial"/>
          <w:sz w:val="22"/>
        </w:rPr>
        <w:t>Ҷавоби дуруст: Маъниҳои нозук ва тасвирҳои мураккаб</w:t>
      </w:r>
    </w:p>
    <w:p>
      <w:r>
        <w:rPr>
          <w:rFonts w:ascii="Arial" w:hAnsi="Arial" w:eastAsia="Arial"/>
          <w:sz w:val="22"/>
        </w:rPr>
        <w:t>100. Дар китоби дарсӣ гуфта мешавад: Сабки ҳиндӣ бо номи кадом шоир оғоз мешавад?</w:t>
      </w:r>
    </w:p>
    <w:p>
      <w:r>
        <w:rPr>
          <w:rFonts w:ascii="Arial" w:hAnsi="Arial" w:eastAsia="Arial"/>
          <w:sz w:val="22"/>
        </w:rPr>
        <w:t>Ҷавоби дуруст: Хусрави Деҳлавӣ</w:t>
      </w:r>
    </w:p>
    <w:p>
      <w:r>
        <w:rPr>
          <w:rFonts w:ascii="Arial" w:hAnsi="Arial" w:eastAsia="Arial"/>
          <w:sz w:val="22"/>
        </w:rPr>
        <w:br w:type="page"/>
      </w:r>
    </w:p>
    <w:p>
      <w:pPr>
        <w:pStyle w:val="Heading1"/>
      </w:pPr>
      <w:r>
        <w:rPr>
          <w:rFonts w:ascii="Arial" w:hAnsi="Arial" w:eastAsia="Arial"/>
          <w:sz w:val="22"/>
        </w:rPr>
        <w:t>7. Боби III — Адабиёти асрҳои XVIII–XIX ва зуллисонайн</w:t>
      </w:r>
    </w:p>
    <w:p>
      <w:r>
        <w:rPr>
          <w:rFonts w:ascii="Arial" w:hAnsi="Arial" w:eastAsia="Arial"/>
          <w:sz w:val="22"/>
        </w:rPr>
        <w:t>1. Марказҳои асосии доираҳои адабии Мовароуннаҳр кадомҳо буданд?</w:t>
      </w:r>
    </w:p>
    <w:p>
      <w:r>
        <w:rPr>
          <w:rFonts w:ascii="Arial" w:hAnsi="Arial" w:eastAsia="Arial"/>
          <w:sz w:val="22"/>
        </w:rPr>
        <w:t>Ҷавоби дуруст: Бухоро, Хӯқанд ва Хуҷанд</w:t>
      </w:r>
    </w:p>
    <w:p>
      <w:r>
        <w:rPr>
          <w:rFonts w:ascii="Arial" w:hAnsi="Arial" w:eastAsia="Arial"/>
          <w:sz w:val="22"/>
        </w:rPr>
        <w:t>2. Ҷавоби дуруст ба саволи «Марказҳои асосии доираҳои адабии Мовароуннаҳр кадомҳо буданд?» кадом аст?</w:t>
      </w:r>
    </w:p>
    <w:p>
      <w:r>
        <w:rPr>
          <w:rFonts w:ascii="Arial" w:hAnsi="Arial" w:eastAsia="Arial"/>
          <w:sz w:val="22"/>
        </w:rPr>
        <w:t>Ҷавоби дуруст: Бухоро, Хӯқанд ва Хуҷанд</w:t>
      </w:r>
    </w:p>
    <w:p>
      <w:r>
        <w:rPr>
          <w:rFonts w:ascii="Arial" w:hAnsi="Arial" w:eastAsia="Arial"/>
          <w:sz w:val="22"/>
        </w:rPr>
        <w:t>3. Кадом ҷавоб марказҳои асосии доираҳои адабии мовароуннаҳр кадомҳо буданд?</w:t>
      </w:r>
    </w:p>
    <w:p>
      <w:r>
        <w:rPr>
          <w:rFonts w:ascii="Arial" w:hAnsi="Arial" w:eastAsia="Arial"/>
          <w:sz w:val="22"/>
        </w:rPr>
        <w:t>Ҷавоби дуруст: Бухоро, Хӯқанд ва Хуҷанд</w:t>
      </w:r>
    </w:p>
    <w:p>
      <w:r>
        <w:rPr>
          <w:rFonts w:ascii="Arial" w:hAnsi="Arial" w:eastAsia="Arial"/>
          <w:sz w:val="22"/>
        </w:rPr>
        <w:t>4. Аз рӯйи китоб муайян кунед: Марказҳои асосии доираҳои адабии Мовароуннаҳр кадомҳо буданд?</w:t>
      </w:r>
    </w:p>
    <w:p>
      <w:r>
        <w:rPr>
          <w:rFonts w:ascii="Arial" w:hAnsi="Arial" w:eastAsia="Arial"/>
          <w:sz w:val="22"/>
        </w:rPr>
        <w:t>Ҷавоби дуруст: Бухоро, Хӯқанд ва Хуҷанд</w:t>
      </w:r>
    </w:p>
    <w:p>
      <w:r>
        <w:rPr>
          <w:rFonts w:ascii="Arial" w:hAnsi="Arial" w:eastAsia="Arial"/>
          <w:sz w:val="22"/>
        </w:rPr>
        <w:t>5. Зуллисонайн ба чӣ маъно аст?</w:t>
      </w:r>
    </w:p>
    <w:p>
      <w:r>
        <w:rPr>
          <w:rFonts w:ascii="Arial" w:hAnsi="Arial" w:eastAsia="Arial"/>
          <w:sz w:val="22"/>
        </w:rPr>
        <w:t>Ҷавоби дуруст: Эҷод кардан ба ду забон</w:t>
      </w:r>
    </w:p>
    <w:p>
      <w:r>
        <w:rPr>
          <w:rFonts w:ascii="Arial" w:hAnsi="Arial" w:eastAsia="Arial"/>
          <w:sz w:val="22"/>
        </w:rPr>
        <w:t>6. Ҷавоби дуруст ба саволи «Зуллисонайн ба чӣ маъно аст?» кадом аст?</w:t>
      </w:r>
    </w:p>
    <w:p>
      <w:r>
        <w:rPr>
          <w:rFonts w:ascii="Arial" w:hAnsi="Arial" w:eastAsia="Arial"/>
          <w:sz w:val="22"/>
        </w:rPr>
        <w:t>Ҷавоби дуруст: Эҷод кардан ба ду забон</w:t>
      </w:r>
    </w:p>
    <w:p>
      <w:r>
        <w:rPr>
          <w:rFonts w:ascii="Arial" w:hAnsi="Arial" w:eastAsia="Arial"/>
          <w:sz w:val="22"/>
        </w:rPr>
        <w:t>7. Кадом ҷавоб зуллисонайн ба чӣ маъно аст?</w:t>
      </w:r>
    </w:p>
    <w:p>
      <w:r>
        <w:rPr>
          <w:rFonts w:ascii="Arial" w:hAnsi="Arial" w:eastAsia="Arial"/>
          <w:sz w:val="22"/>
        </w:rPr>
        <w:t>Ҷавоби дуруст: Эҷод кардан ба ду забон</w:t>
      </w:r>
    </w:p>
    <w:p>
      <w:r>
        <w:rPr>
          <w:rFonts w:ascii="Arial" w:hAnsi="Arial" w:eastAsia="Arial"/>
          <w:sz w:val="22"/>
        </w:rPr>
        <w:t>8. Аз рӯйи китоб муайян кунед: Зуллисонайн ба чӣ маъно аст?</w:t>
      </w:r>
    </w:p>
    <w:p>
      <w:r>
        <w:rPr>
          <w:rFonts w:ascii="Arial" w:hAnsi="Arial" w:eastAsia="Arial"/>
          <w:sz w:val="22"/>
        </w:rPr>
        <w:t>Ҷавоби дуруст: Эҷод кардан ба ду забон</w:t>
      </w:r>
    </w:p>
    <w:p>
      <w:r>
        <w:rPr>
          <w:rFonts w:ascii="Arial" w:hAnsi="Arial" w:eastAsia="Arial"/>
          <w:sz w:val="22"/>
        </w:rPr>
        <w:t>9. Шоирони зуллисонайн бештар ба кадом ду забон эҷод мекарданд?</w:t>
      </w:r>
    </w:p>
    <w:p>
      <w:r>
        <w:rPr>
          <w:rFonts w:ascii="Arial" w:hAnsi="Arial" w:eastAsia="Arial"/>
          <w:sz w:val="22"/>
        </w:rPr>
        <w:t>Ҷавоби дуруст: Тоҷикӣ ва ӯзбекӣ</w:t>
      </w:r>
    </w:p>
    <w:p>
      <w:r>
        <w:rPr>
          <w:rFonts w:ascii="Arial" w:hAnsi="Arial" w:eastAsia="Arial"/>
          <w:sz w:val="22"/>
        </w:rPr>
        <w:t>10. Ҷавоби дуруст ба саволи «Шоирони зуллисонайн бештар ба кадом ду забон эҷод мекарданд?» кадом аст?</w:t>
      </w:r>
    </w:p>
    <w:p>
      <w:r>
        <w:rPr>
          <w:rFonts w:ascii="Arial" w:hAnsi="Arial" w:eastAsia="Arial"/>
          <w:sz w:val="22"/>
        </w:rPr>
        <w:t>Ҷавоби дуруст: Тоҷикӣ ва ӯзбекӣ</w:t>
      </w:r>
    </w:p>
    <w:p>
      <w:r>
        <w:rPr>
          <w:rFonts w:ascii="Arial" w:hAnsi="Arial" w:eastAsia="Arial"/>
          <w:sz w:val="22"/>
        </w:rPr>
        <w:t>11. Кадом ҷавоб шоирони зуллисонайн бештар ба кадом ду забон эҷод мекарданд?</w:t>
      </w:r>
    </w:p>
    <w:p>
      <w:r>
        <w:rPr>
          <w:rFonts w:ascii="Arial" w:hAnsi="Arial" w:eastAsia="Arial"/>
          <w:sz w:val="22"/>
        </w:rPr>
        <w:t>Ҷавоби дуруст: Тоҷикӣ ва ӯзбекӣ</w:t>
      </w:r>
    </w:p>
    <w:p>
      <w:r>
        <w:rPr>
          <w:rFonts w:ascii="Arial" w:hAnsi="Arial" w:eastAsia="Arial"/>
          <w:sz w:val="22"/>
        </w:rPr>
        <w:t>12. Аз рӯйи китоб муайян кунед: Шоирони зуллисонайн бештар ба кадом ду забон эҷод мекарданд?</w:t>
      </w:r>
    </w:p>
    <w:p>
      <w:r>
        <w:rPr>
          <w:rFonts w:ascii="Arial" w:hAnsi="Arial" w:eastAsia="Arial"/>
          <w:sz w:val="22"/>
        </w:rPr>
        <w:t>Ҷавоби дуруст: Тоҷикӣ ва ӯзбекӣ</w:t>
      </w:r>
    </w:p>
    <w:p>
      <w:r>
        <w:rPr>
          <w:rFonts w:ascii="Arial" w:hAnsi="Arial" w:eastAsia="Arial"/>
          <w:sz w:val="22"/>
        </w:rPr>
        <w:t>13. Жанрҳои маъмули ин давра кадомҳо буданд?</w:t>
      </w:r>
    </w:p>
    <w:p>
      <w:r>
        <w:rPr>
          <w:rFonts w:ascii="Arial" w:hAnsi="Arial" w:eastAsia="Arial"/>
          <w:sz w:val="22"/>
        </w:rPr>
        <w:t>Ҷавоби дуруст: Ғазал, рубоӣ ва маснавӣ</w:t>
      </w:r>
    </w:p>
    <w:p>
      <w:r>
        <w:rPr>
          <w:rFonts w:ascii="Arial" w:hAnsi="Arial" w:eastAsia="Arial"/>
          <w:sz w:val="22"/>
        </w:rPr>
        <w:t>14. Ҷавоби дуруст ба саволи «Жанрҳои маъмули ин давра кадомҳо буданд?» кадом аст?</w:t>
      </w:r>
    </w:p>
    <w:p>
      <w:r>
        <w:rPr>
          <w:rFonts w:ascii="Arial" w:hAnsi="Arial" w:eastAsia="Arial"/>
          <w:sz w:val="22"/>
        </w:rPr>
        <w:t>Ҷавоби дуруст: Ғазал, рубоӣ ва маснавӣ</w:t>
      </w:r>
    </w:p>
    <w:p>
      <w:r>
        <w:rPr>
          <w:rFonts w:ascii="Arial" w:hAnsi="Arial" w:eastAsia="Arial"/>
          <w:sz w:val="22"/>
        </w:rPr>
        <w:t>15. Кадом ҷавоб жанрҳои маъмули ин давра кадомҳо буданд?</w:t>
      </w:r>
    </w:p>
    <w:p>
      <w:r>
        <w:rPr>
          <w:rFonts w:ascii="Arial" w:hAnsi="Arial" w:eastAsia="Arial"/>
          <w:sz w:val="22"/>
        </w:rPr>
        <w:t>Ҷавоби дуруст: Ғазал, рубоӣ ва маснавӣ</w:t>
      </w:r>
    </w:p>
    <w:p>
      <w:r>
        <w:rPr>
          <w:rFonts w:ascii="Arial" w:hAnsi="Arial" w:eastAsia="Arial"/>
          <w:sz w:val="22"/>
        </w:rPr>
        <w:t>16. Аз рӯйи китоб муайян кунед: Жанрҳои маъмули ин давра кадомҳо буданд?</w:t>
      </w:r>
    </w:p>
    <w:p>
      <w:r>
        <w:rPr>
          <w:rFonts w:ascii="Arial" w:hAnsi="Arial" w:eastAsia="Arial"/>
          <w:sz w:val="22"/>
        </w:rPr>
        <w:t>Ҷавоби дуруст: Ғазал, рубоӣ ва маснавӣ</w:t>
      </w:r>
    </w:p>
    <w:p>
      <w:r>
        <w:rPr>
          <w:rFonts w:ascii="Arial" w:hAnsi="Arial" w:eastAsia="Arial"/>
          <w:sz w:val="22"/>
        </w:rPr>
        <w:t>17. Дар китоби дарсӣ гуфта мешавад: Марказҳои асосии доираҳои адабии Мовароуннаҳр кадомҳо буданд?</w:t>
      </w:r>
    </w:p>
    <w:p>
      <w:r>
        <w:rPr>
          <w:rFonts w:ascii="Arial" w:hAnsi="Arial" w:eastAsia="Arial"/>
          <w:sz w:val="22"/>
        </w:rPr>
        <w:t>Ҷавоби дуруст: Бухоро, Хӯқанд ва Хуҷанд</w:t>
      </w:r>
    </w:p>
    <w:p>
      <w:r>
        <w:rPr>
          <w:rFonts w:ascii="Arial" w:hAnsi="Arial" w:eastAsia="Arial"/>
          <w:sz w:val="22"/>
        </w:rPr>
        <w:t>18. Дар китоби дарсӣ гуфта мешавад: Зуллисонайн ба чӣ маъно аст?</w:t>
      </w:r>
    </w:p>
    <w:p>
      <w:r>
        <w:rPr>
          <w:rFonts w:ascii="Arial" w:hAnsi="Arial" w:eastAsia="Arial"/>
          <w:sz w:val="22"/>
        </w:rPr>
        <w:t>Ҷавоби дуруст: Эҷод кардан ба ду забон</w:t>
      </w:r>
    </w:p>
    <w:p>
      <w:r>
        <w:rPr>
          <w:rFonts w:ascii="Arial" w:hAnsi="Arial" w:eastAsia="Arial"/>
          <w:sz w:val="22"/>
        </w:rPr>
        <w:t>19. Дар китоби дарсӣ гуфта мешавад: Шоирони зуллисонайн бештар ба кадом ду забон эҷод мекарданд?</w:t>
      </w:r>
    </w:p>
    <w:p>
      <w:r>
        <w:rPr>
          <w:rFonts w:ascii="Arial" w:hAnsi="Arial" w:eastAsia="Arial"/>
          <w:sz w:val="22"/>
        </w:rPr>
        <w:t>Ҷавоби дуруст: Тоҷикӣ ва ӯзбекӣ</w:t>
      </w:r>
    </w:p>
    <w:p>
      <w:r>
        <w:rPr>
          <w:rFonts w:ascii="Arial" w:hAnsi="Arial" w:eastAsia="Arial"/>
          <w:sz w:val="22"/>
        </w:rPr>
        <w:t>20. Дар китоби дарсӣ гуфта мешавад: Жанрҳои маъмули ин давра кадомҳо буданд?</w:t>
      </w:r>
    </w:p>
    <w:p>
      <w:r>
        <w:rPr>
          <w:rFonts w:ascii="Arial" w:hAnsi="Arial" w:eastAsia="Arial"/>
          <w:sz w:val="22"/>
        </w:rPr>
        <w:t>Ҷавоби дуруст: Ғазал, рубоӣ ва маснавӣ</w:t>
      </w:r>
    </w:p>
    <w:p>
      <w:r>
        <w:rPr>
          <w:rFonts w:ascii="Arial" w:hAnsi="Arial" w:eastAsia="Arial"/>
          <w:sz w:val="22"/>
        </w:rPr>
        <w:t>21. Дар китоби дарсӣ гуфта мешавад: Марказҳои асосии доираҳои адабии Мовароуннаҳр кадомҳо буданд?</w:t>
      </w:r>
    </w:p>
    <w:p>
      <w:r>
        <w:rPr>
          <w:rFonts w:ascii="Arial" w:hAnsi="Arial" w:eastAsia="Arial"/>
          <w:sz w:val="22"/>
        </w:rPr>
        <w:t>Ҷавоби дуруст: Бухоро, Хӯқанд ва Хуҷанд</w:t>
      </w:r>
    </w:p>
    <w:p>
      <w:r>
        <w:rPr>
          <w:rFonts w:ascii="Arial" w:hAnsi="Arial" w:eastAsia="Arial"/>
          <w:sz w:val="22"/>
        </w:rPr>
        <w:t>22. Дар китоби дарсӣ гуфта мешавад: Зуллисонайн ба чӣ маъно аст?</w:t>
      </w:r>
    </w:p>
    <w:p>
      <w:r>
        <w:rPr>
          <w:rFonts w:ascii="Arial" w:hAnsi="Arial" w:eastAsia="Arial"/>
          <w:sz w:val="22"/>
        </w:rPr>
        <w:t>Ҷавоби дуруст: Эҷод кардан ба ду забон</w:t>
      </w:r>
    </w:p>
    <w:p>
      <w:r>
        <w:rPr>
          <w:rFonts w:ascii="Arial" w:hAnsi="Arial" w:eastAsia="Arial"/>
          <w:sz w:val="22"/>
        </w:rPr>
        <w:t>23. Дар китоби дарсӣ гуфта мешавад: Шоирони зуллисонайн бештар ба кадом ду забон эҷод мекарданд?</w:t>
      </w:r>
    </w:p>
    <w:p>
      <w:r>
        <w:rPr>
          <w:rFonts w:ascii="Arial" w:hAnsi="Arial" w:eastAsia="Arial"/>
          <w:sz w:val="22"/>
        </w:rPr>
        <w:t>Ҷавоби дуруст: Тоҷикӣ ва ӯзбекӣ</w:t>
      </w:r>
    </w:p>
    <w:p>
      <w:r>
        <w:rPr>
          <w:rFonts w:ascii="Arial" w:hAnsi="Arial" w:eastAsia="Arial"/>
          <w:sz w:val="22"/>
        </w:rPr>
        <w:t>24. Дар китоби дарсӣ гуфта мешавад: Жанрҳои маъмули ин давра кадомҳо буданд?</w:t>
      </w:r>
    </w:p>
    <w:p>
      <w:r>
        <w:rPr>
          <w:rFonts w:ascii="Arial" w:hAnsi="Arial" w:eastAsia="Arial"/>
          <w:sz w:val="22"/>
        </w:rPr>
        <w:t>Ҷавоби дуруст: Ғазал, рубоӣ ва маснавӣ</w:t>
      </w:r>
    </w:p>
    <w:p>
      <w:r>
        <w:rPr>
          <w:rFonts w:ascii="Arial" w:hAnsi="Arial" w:eastAsia="Arial"/>
          <w:sz w:val="22"/>
        </w:rPr>
        <w:t>25. Дар китоби дарсӣ гуфта мешавад: Марказҳои асосии доираҳои адабии Мовароуннаҳр кадомҳо буданд?</w:t>
      </w:r>
    </w:p>
    <w:p>
      <w:r>
        <w:rPr>
          <w:rFonts w:ascii="Arial" w:hAnsi="Arial" w:eastAsia="Arial"/>
          <w:sz w:val="22"/>
        </w:rPr>
        <w:t>Ҷавоби дуруст: Бухоро, Хӯқанд ва Хуҷанд</w:t>
      </w:r>
    </w:p>
    <w:p>
      <w:r>
        <w:rPr>
          <w:rFonts w:ascii="Arial" w:hAnsi="Arial" w:eastAsia="Arial"/>
          <w:sz w:val="22"/>
        </w:rPr>
        <w:t>26. Дар китоби дарсӣ гуфта мешавад: Зуллисонайн ба чӣ маъно аст?</w:t>
      </w:r>
    </w:p>
    <w:p>
      <w:r>
        <w:rPr>
          <w:rFonts w:ascii="Arial" w:hAnsi="Arial" w:eastAsia="Arial"/>
          <w:sz w:val="22"/>
        </w:rPr>
        <w:t>Ҷавоби дуруст: Эҷод кардан ба ду забон</w:t>
      </w:r>
    </w:p>
    <w:p>
      <w:r>
        <w:rPr>
          <w:rFonts w:ascii="Arial" w:hAnsi="Arial" w:eastAsia="Arial"/>
          <w:sz w:val="22"/>
        </w:rPr>
        <w:t>27. Дар китоби дарсӣ гуфта мешавад: Шоирони зуллисонайн бештар ба кадом ду забон эҷод мекарданд?</w:t>
      </w:r>
    </w:p>
    <w:p>
      <w:r>
        <w:rPr>
          <w:rFonts w:ascii="Arial" w:hAnsi="Arial" w:eastAsia="Arial"/>
          <w:sz w:val="22"/>
        </w:rPr>
        <w:t>Ҷавоби дуруст: Тоҷикӣ ва ӯзбекӣ</w:t>
      </w:r>
    </w:p>
    <w:p>
      <w:r>
        <w:rPr>
          <w:rFonts w:ascii="Arial" w:hAnsi="Arial" w:eastAsia="Arial"/>
          <w:sz w:val="22"/>
        </w:rPr>
        <w:t>28. Дар китоби дарсӣ гуфта мешавад: Жанрҳои маъмули ин давра кадомҳо буданд?</w:t>
      </w:r>
    </w:p>
    <w:p>
      <w:r>
        <w:rPr>
          <w:rFonts w:ascii="Arial" w:hAnsi="Arial" w:eastAsia="Arial"/>
          <w:sz w:val="22"/>
        </w:rPr>
        <w:t>Ҷавоби дуруст: Ғазал, рубоӣ ва маснавӣ</w:t>
      </w:r>
    </w:p>
    <w:p>
      <w:r>
        <w:rPr>
          <w:rFonts w:ascii="Arial" w:hAnsi="Arial" w:eastAsia="Arial"/>
          <w:sz w:val="22"/>
        </w:rPr>
        <w:t>29. Дар китоби дарсӣ гуфта мешавад: Марказҳои асосии доираҳои адабии Мовароуннаҳр кадомҳо буданд?</w:t>
      </w:r>
    </w:p>
    <w:p>
      <w:r>
        <w:rPr>
          <w:rFonts w:ascii="Arial" w:hAnsi="Arial" w:eastAsia="Arial"/>
          <w:sz w:val="22"/>
        </w:rPr>
        <w:t>Ҷавоби дуруст: Бухоро, Хӯқанд ва Хуҷанд</w:t>
      </w:r>
    </w:p>
    <w:p>
      <w:r>
        <w:rPr>
          <w:rFonts w:ascii="Arial" w:hAnsi="Arial" w:eastAsia="Arial"/>
          <w:sz w:val="22"/>
        </w:rPr>
        <w:t>30. Дар китоби дарсӣ гуфта мешавад: Зуллисонайн ба чӣ маъно аст?</w:t>
      </w:r>
    </w:p>
    <w:p>
      <w:r>
        <w:rPr>
          <w:rFonts w:ascii="Arial" w:hAnsi="Arial" w:eastAsia="Arial"/>
          <w:sz w:val="22"/>
        </w:rPr>
        <w:t>Ҷавоби дуруст: Эҷод кардан ба ду забон</w:t>
      </w:r>
    </w:p>
    <w:p>
      <w:r>
        <w:rPr>
          <w:rFonts w:ascii="Arial" w:hAnsi="Arial" w:eastAsia="Arial"/>
          <w:sz w:val="22"/>
        </w:rPr>
        <w:t>31. Дар китоби дарсӣ гуфта мешавад: Шоирони зуллисонайн бештар ба кадом ду забон эҷод мекарданд?</w:t>
      </w:r>
    </w:p>
    <w:p>
      <w:r>
        <w:rPr>
          <w:rFonts w:ascii="Arial" w:hAnsi="Arial" w:eastAsia="Arial"/>
          <w:sz w:val="22"/>
        </w:rPr>
        <w:t>Ҷавоби дуруст: Тоҷикӣ ва ӯзбекӣ</w:t>
      </w:r>
    </w:p>
    <w:p>
      <w:r>
        <w:rPr>
          <w:rFonts w:ascii="Arial" w:hAnsi="Arial" w:eastAsia="Arial"/>
          <w:sz w:val="22"/>
        </w:rPr>
        <w:t>32. Дар китоби дарсӣ гуфта мешавад: Жанрҳои маъмули ин давра кадомҳо буданд?</w:t>
      </w:r>
    </w:p>
    <w:p>
      <w:r>
        <w:rPr>
          <w:rFonts w:ascii="Arial" w:hAnsi="Arial" w:eastAsia="Arial"/>
          <w:sz w:val="22"/>
        </w:rPr>
        <w:t>Ҷавоби дуруст: Ғазал, рубоӣ ва маснавӣ</w:t>
      </w:r>
    </w:p>
    <w:p>
      <w:r>
        <w:rPr>
          <w:rFonts w:ascii="Arial" w:hAnsi="Arial" w:eastAsia="Arial"/>
          <w:sz w:val="22"/>
        </w:rPr>
        <w:t>33. Дар китоби дарсӣ гуфта мешавад: Марказҳои асосии доираҳои адабии Мовароуннаҳр кадомҳо буданд?</w:t>
      </w:r>
    </w:p>
    <w:p>
      <w:r>
        <w:rPr>
          <w:rFonts w:ascii="Arial" w:hAnsi="Arial" w:eastAsia="Arial"/>
          <w:sz w:val="22"/>
        </w:rPr>
        <w:t>Ҷавоби дуруст: Бухоро, Хӯқанд ва Хуҷанд</w:t>
      </w:r>
    </w:p>
    <w:p>
      <w:r>
        <w:rPr>
          <w:rFonts w:ascii="Arial" w:hAnsi="Arial" w:eastAsia="Arial"/>
          <w:sz w:val="22"/>
        </w:rPr>
        <w:t>34. Дар китоби дарсӣ гуфта мешавад: Зуллисонайн ба чӣ маъно аст?</w:t>
      </w:r>
    </w:p>
    <w:p>
      <w:r>
        <w:rPr>
          <w:rFonts w:ascii="Arial" w:hAnsi="Arial" w:eastAsia="Arial"/>
          <w:sz w:val="22"/>
        </w:rPr>
        <w:t>Ҷавоби дуруст: Эҷод кардан ба ду забон</w:t>
      </w:r>
    </w:p>
    <w:p>
      <w:r>
        <w:rPr>
          <w:rFonts w:ascii="Arial" w:hAnsi="Arial" w:eastAsia="Arial"/>
          <w:sz w:val="22"/>
        </w:rPr>
        <w:t>35. Дар китоби дарсӣ гуфта мешавад: Шоирони зуллисонайн бештар ба кадом ду забон эҷод мекарданд?</w:t>
      </w:r>
    </w:p>
    <w:p>
      <w:r>
        <w:rPr>
          <w:rFonts w:ascii="Arial" w:hAnsi="Arial" w:eastAsia="Arial"/>
          <w:sz w:val="22"/>
        </w:rPr>
        <w:t>Ҷавоби дуруст: Тоҷикӣ ва ӯзбекӣ</w:t>
      </w:r>
    </w:p>
    <w:p>
      <w:r>
        <w:rPr>
          <w:rFonts w:ascii="Arial" w:hAnsi="Arial" w:eastAsia="Arial"/>
          <w:sz w:val="22"/>
        </w:rPr>
        <w:t>36. Дар китоби дарсӣ гуфта мешавад: Жанрҳои маъмули ин давра кадомҳо буданд?</w:t>
      </w:r>
    </w:p>
    <w:p>
      <w:r>
        <w:rPr>
          <w:rFonts w:ascii="Arial" w:hAnsi="Arial" w:eastAsia="Arial"/>
          <w:sz w:val="22"/>
        </w:rPr>
        <w:t>Ҷавоби дуруст: Ғазал, рубоӣ ва маснавӣ</w:t>
      </w:r>
    </w:p>
    <w:p>
      <w:r>
        <w:rPr>
          <w:rFonts w:ascii="Arial" w:hAnsi="Arial" w:eastAsia="Arial"/>
          <w:sz w:val="22"/>
        </w:rPr>
        <w:t>37. Дар китоби дарсӣ гуфта мешавад: Марказҳои асосии доираҳои адабии Мовароуннаҳр кадомҳо буданд?</w:t>
      </w:r>
    </w:p>
    <w:p>
      <w:r>
        <w:rPr>
          <w:rFonts w:ascii="Arial" w:hAnsi="Arial" w:eastAsia="Arial"/>
          <w:sz w:val="22"/>
        </w:rPr>
        <w:t>Ҷавоби дуруст: Бухоро, Хӯқанд ва Хуҷанд</w:t>
      </w:r>
    </w:p>
    <w:p>
      <w:r>
        <w:rPr>
          <w:rFonts w:ascii="Arial" w:hAnsi="Arial" w:eastAsia="Arial"/>
          <w:sz w:val="22"/>
        </w:rPr>
        <w:t>38. Дар китоби дарсӣ гуфта мешавад: Зуллисонайн ба чӣ маъно аст?</w:t>
      </w:r>
    </w:p>
    <w:p>
      <w:r>
        <w:rPr>
          <w:rFonts w:ascii="Arial" w:hAnsi="Arial" w:eastAsia="Arial"/>
          <w:sz w:val="22"/>
        </w:rPr>
        <w:t>Ҷавоби дуруст: Эҷод кардан ба ду забон</w:t>
      </w:r>
    </w:p>
    <w:p>
      <w:r>
        <w:rPr>
          <w:rFonts w:ascii="Arial" w:hAnsi="Arial" w:eastAsia="Arial"/>
          <w:sz w:val="22"/>
        </w:rPr>
        <w:t>39. Дар китоби дарсӣ гуфта мешавад: Шоирони зуллисонайн бештар ба кадом ду забон эҷод мекарданд?</w:t>
      </w:r>
    </w:p>
    <w:p>
      <w:r>
        <w:rPr>
          <w:rFonts w:ascii="Arial" w:hAnsi="Arial" w:eastAsia="Arial"/>
          <w:sz w:val="22"/>
        </w:rPr>
        <w:t>Ҷавоби дуруст: Тоҷикӣ ва ӯзбекӣ</w:t>
      </w:r>
    </w:p>
    <w:p>
      <w:r>
        <w:rPr>
          <w:rFonts w:ascii="Arial" w:hAnsi="Arial" w:eastAsia="Arial"/>
          <w:sz w:val="22"/>
        </w:rPr>
        <w:t>40. Дар китоби дарсӣ гуфта мешавад: Жанрҳои маъмули ин давра кадомҳо буданд?</w:t>
      </w:r>
    </w:p>
    <w:p>
      <w:r>
        <w:rPr>
          <w:rFonts w:ascii="Arial" w:hAnsi="Arial" w:eastAsia="Arial"/>
          <w:sz w:val="22"/>
        </w:rPr>
        <w:t>Ҷавоби дуруст: Ғазал, рубоӣ ва маснавӣ</w:t>
      </w:r>
    </w:p>
    <w:p>
      <w:r>
        <w:rPr>
          <w:rFonts w:ascii="Arial" w:hAnsi="Arial" w:eastAsia="Arial"/>
          <w:sz w:val="22"/>
        </w:rPr>
        <w:t>41. Дар китоби дарсӣ гуфта мешавад: Марказҳои асосии доираҳои адабии Мовароуннаҳр кадомҳо буданд?</w:t>
      </w:r>
    </w:p>
    <w:p>
      <w:r>
        <w:rPr>
          <w:rFonts w:ascii="Arial" w:hAnsi="Arial" w:eastAsia="Arial"/>
          <w:sz w:val="22"/>
        </w:rPr>
        <w:t>Ҷавоби дуруст: Бухоро, Хӯқанд ва Хуҷанд</w:t>
      </w:r>
    </w:p>
    <w:p>
      <w:r>
        <w:rPr>
          <w:rFonts w:ascii="Arial" w:hAnsi="Arial" w:eastAsia="Arial"/>
          <w:sz w:val="22"/>
        </w:rPr>
        <w:t>42. Дар китоби дарсӣ гуфта мешавад: Зуллисонайн ба чӣ маъно аст?</w:t>
      </w:r>
    </w:p>
    <w:p>
      <w:r>
        <w:rPr>
          <w:rFonts w:ascii="Arial" w:hAnsi="Arial" w:eastAsia="Arial"/>
          <w:sz w:val="22"/>
        </w:rPr>
        <w:t>Ҷавоби дуруст: Эҷод кардан ба ду забон</w:t>
      </w:r>
    </w:p>
    <w:p>
      <w:r>
        <w:rPr>
          <w:rFonts w:ascii="Arial" w:hAnsi="Arial" w:eastAsia="Arial"/>
          <w:sz w:val="22"/>
        </w:rPr>
        <w:t>43. Дар китоби дарсӣ гуфта мешавад: Шоирони зуллисонайн бештар ба кадом ду забон эҷод мекарданд?</w:t>
      </w:r>
    </w:p>
    <w:p>
      <w:r>
        <w:rPr>
          <w:rFonts w:ascii="Arial" w:hAnsi="Arial" w:eastAsia="Arial"/>
          <w:sz w:val="22"/>
        </w:rPr>
        <w:t>Ҷавоби дуруст: Тоҷикӣ ва ӯзбекӣ</w:t>
      </w:r>
    </w:p>
    <w:p>
      <w:r>
        <w:rPr>
          <w:rFonts w:ascii="Arial" w:hAnsi="Arial" w:eastAsia="Arial"/>
          <w:sz w:val="22"/>
        </w:rPr>
        <w:t>44. Дар китоби дарсӣ гуфта мешавад: Жанрҳои маъмули ин давра кадомҳо буданд?</w:t>
      </w:r>
    </w:p>
    <w:p>
      <w:r>
        <w:rPr>
          <w:rFonts w:ascii="Arial" w:hAnsi="Arial" w:eastAsia="Arial"/>
          <w:sz w:val="22"/>
        </w:rPr>
        <w:t>Ҷавоби дуруст: Ғазал, рубоӣ ва маснавӣ</w:t>
      </w:r>
    </w:p>
    <w:p>
      <w:r>
        <w:rPr>
          <w:rFonts w:ascii="Arial" w:hAnsi="Arial" w:eastAsia="Arial"/>
          <w:sz w:val="22"/>
        </w:rPr>
        <w:t>45. Дар китоби дарсӣ гуфта мешавад: Марказҳои асосии доираҳои адабии Мовароуннаҳр кадомҳо буданд?</w:t>
      </w:r>
    </w:p>
    <w:p>
      <w:r>
        <w:rPr>
          <w:rFonts w:ascii="Arial" w:hAnsi="Arial" w:eastAsia="Arial"/>
          <w:sz w:val="22"/>
        </w:rPr>
        <w:t>Ҷавоби дуруст: Бухоро, Хӯқанд ва Хуҷанд</w:t>
      </w:r>
    </w:p>
    <w:p>
      <w:r>
        <w:rPr>
          <w:rFonts w:ascii="Arial" w:hAnsi="Arial" w:eastAsia="Arial"/>
          <w:sz w:val="22"/>
        </w:rPr>
        <w:t>46. Дар китоби дарсӣ гуфта мешавад: Зуллисонайн ба чӣ маъно аст?</w:t>
      </w:r>
    </w:p>
    <w:p>
      <w:r>
        <w:rPr>
          <w:rFonts w:ascii="Arial" w:hAnsi="Arial" w:eastAsia="Arial"/>
          <w:sz w:val="22"/>
        </w:rPr>
        <w:t>Ҷавоби дуруст: Эҷод кардан ба ду забон</w:t>
      </w:r>
    </w:p>
    <w:p>
      <w:r>
        <w:rPr>
          <w:rFonts w:ascii="Arial" w:hAnsi="Arial" w:eastAsia="Arial"/>
          <w:sz w:val="22"/>
        </w:rPr>
        <w:t>47. Дар китоби дарсӣ гуфта мешавад: Шоирони зуллисонайн бештар ба кадом ду забон эҷод мекарданд?</w:t>
      </w:r>
    </w:p>
    <w:p>
      <w:r>
        <w:rPr>
          <w:rFonts w:ascii="Arial" w:hAnsi="Arial" w:eastAsia="Arial"/>
          <w:sz w:val="22"/>
        </w:rPr>
        <w:t>Ҷавоби дуруст: Тоҷикӣ ва ӯзбекӣ</w:t>
      </w:r>
    </w:p>
    <w:p>
      <w:r>
        <w:rPr>
          <w:rFonts w:ascii="Arial" w:hAnsi="Arial" w:eastAsia="Arial"/>
          <w:sz w:val="22"/>
        </w:rPr>
        <w:t>48. Дар китоби дарсӣ гуфта мешавад: Жанрҳои маъмули ин давра кадомҳо буданд?</w:t>
      </w:r>
    </w:p>
    <w:p>
      <w:r>
        <w:rPr>
          <w:rFonts w:ascii="Arial" w:hAnsi="Arial" w:eastAsia="Arial"/>
          <w:sz w:val="22"/>
        </w:rPr>
        <w:t>Ҷавоби дуруст: Ғазал, рубоӣ ва маснавӣ</w:t>
      </w:r>
    </w:p>
    <w:p>
      <w:r>
        <w:rPr>
          <w:rFonts w:ascii="Arial" w:hAnsi="Arial" w:eastAsia="Arial"/>
          <w:sz w:val="22"/>
        </w:rPr>
        <w:t>49. Дар китоби дарсӣ гуфта мешавад: Марказҳои асосии доираҳои адабии Мовароуннаҳр кадомҳо буданд?</w:t>
      </w:r>
    </w:p>
    <w:p>
      <w:r>
        <w:rPr>
          <w:rFonts w:ascii="Arial" w:hAnsi="Arial" w:eastAsia="Arial"/>
          <w:sz w:val="22"/>
        </w:rPr>
        <w:t>Ҷавоби дуруст: Бухоро, Хӯқанд ва Хуҷанд</w:t>
      </w:r>
    </w:p>
    <w:p>
      <w:r>
        <w:rPr>
          <w:rFonts w:ascii="Arial" w:hAnsi="Arial" w:eastAsia="Arial"/>
          <w:sz w:val="22"/>
        </w:rPr>
        <w:t>50. Дар китоби дарсӣ гуфта мешавад: Зуллисонайн ба чӣ маъно аст?</w:t>
      </w:r>
    </w:p>
    <w:p>
      <w:r>
        <w:rPr>
          <w:rFonts w:ascii="Arial" w:hAnsi="Arial" w:eastAsia="Arial"/>
          <w:sz w:val="22"/>
        </w:rPr>
        <w:t>Ҷавоби дуруст: Эҷод кардан ба ду забон</w:t>
      </w:r>
    </w:p>
    <w:p>
      <w:r>
        <w:rPr>
          <w:rFonts w:ascii="Arial" w:hAnsi="Arial" w:eastAsia="Arial"/>
          <w:sz w:val="22"/>
        </w:rPr>
        <w:t>51. Дар китоби дарсӣ гуфта мешавад: Шоирони зуллисонайн бештар ба кадом ду забон эҷод мекарданд?</w:t>
      </w:r>
    </w:p>
    <w:p>
      <w:r>
        <w:rPr>
          <w:rFonts w:ascii="Arial" w:hAnsi="Arial" w:eastAsia="Arial"/>
          <w:sz w:val="22"/>
        </w:rPr>
        <w:t>Ҷавоби дуруст: Тоҷикӣ ва ӯзбекӣ</w:t>
      </w:r>
    </w:p>
    <w:p>
      <w:r>
        <w:rPr>
          <w:rFonts w:ascii="Arial" w:hAnsi="Arial" w:eastAsia="Arial"/>
          <w:sz w:val="22"/>
        </w:rPr>
        <w:t>52. Дар китоби дарсӣ гуфта мешавад: Жанрҳои маъмули ин давра кадомҳо буданд?</w:t>
      </w:r>
    </w:p>
    <w:p>
      <w:r>
        <w:rPr>
          <w:rFonts w:ascii="Arial" w:hAnsi="Arial" w:eastAsia="Arial"/>
          <w:sz w:val="22"/>
        </w:rPr>
        <w:t>Ҷавоби дуруст: Ғазал, рубоӣ ва маснавӣ</w:t>
      </w:r>
    </w:p>
    <w:p>
      <w:r>
        <w:rPr>
          <w:rFonts w:ascii="Arial" w:hAnsi="Arial" w:eastAsia="Arial"/>
          <w:sz w:val="22"/>
        </w:rPr>
        <w:t>53. Дар китоби дарсӣ гуфта мешавад: Марказҳои асосии доираҳои адабии Мовароуннаҳр кадомҳо буданд?</w:t>
      </w:r>
    </w:p>
    <w:p>
      <w:r>
        <w:rPr>
          <w:rFonts w:ascii="Arial" w:hAnsi="Arial" w:eastAsia="Arial"/>
          <w:sz w:val="22"/>
        </w:rPr>
        <w:t>Ҷавоби дуруст: Бухоро, Хӯқанд ва Хуҷанд</w:t>
      </w:r>
    </w:p>
    <w:p>
      <w:r>
        <w:rPr>
          <w:rFonts w:ascii="Arial" w:hAnsi="Arial" w:eastAsia="Arial"/>
          <w:sz w:val="22"/>
        </w:rPr>
        <w:t>54. Дар китоби дарсӣ гуфта мешавад: Зуллисонайн ба чӣ маъно аст?</w:t>
      </w:r>
    </w:p>
    <w:p>
      <w:r>
        <w:rPr>
          <w:rFonts w:ascii="Arial" w:hAnsi="Arial" w:eastAsia="Arial"/>
          <w:sz w:val="22"/>
        </w:rPr>
        <w:t>Ҷавоби дуруст: Эҷод кардан ба ду забон</w:t>
      </w:r>
    </w:p>
    <w:p>
      <w:r>
        <w:rPr>
          <w:rFonts w:ascii="Arial" w:hAnsi="Arial" w:eastAsia="Arial"/>
          <w:sz w:val="22"/>
        </w:rPr>
        <w:t>55. Дар китоби дарсӣ гуфта мешавад: Шоирони зуллисонайн бештар ба кадом ду забон эҷод мекарданд?</w:t>
      </w:r>
    </w:p>
    <w:p>
      <w:r>
        <w:rPr>
          <w:rFonts w:ascii="Arial" w:hAnsi="Arial" w:eastAsia="Arial"/>
          <w:sz w:val="22"/>
        </w:rPr>
        <w:t>Ҷавоби дуруст: Тоҷикӣ ва ӯзбекӣ</w:t>
      </w:r>
    </w:p>
    <w:p>
      <w:r>
        <w:rPr>
          <w:rFonts w:ascii="Arial" w:hAnsi="Arial" w:eastAsia="Arial"/>
          <w:sz w:val="22"/>
        </w:rPr>
        <w:t>56. Дар китоби дарсӣ гуфта мешавад: Жанрҳои маъмули ин давра кадомҳо буданд?</w:t>
      </w:r>
    </w:p>
    <w:p>
      <w:r>
        <w:rPr>
          <w:rFonts w:ascii="Arial" w:hAnsi="Arial" w:eastAsia="Arial"/>
          <w:sz w:val="22"/>
        </w:rPr>
        <w:t>Ҷавоби дуруст: Ғазал, рубоӣ ва маснавӣ</w:t>
      </w:r>
    </w:p>
    <w:p>
      <w:r>
        <w:rPr>
          <w:rFonts w:ascii="Arial" w:hAnsi="Arial" w:eastAsia="Arial"/>
          <w:sz w:val="22"/>
        </w:rPr>
        <w:t>57. Дар китоби дарсӣ гуфта мешавад: Марказҳои асосии доираҳои адабии Мовароуннаҳр кадомҳо буданд?</w:t>
      </w:r>
    </w:p>
    <w:p>
      <w:r>
        <w:rPr>
          <w:rFonts w:ascii="Arial" w:hAnsi="Arial" w:eastAsia="Arial"/>
          <w:sz w:val="22"/>
        </w:rPr>
        <w:t>Ҷавоби дуруст: Бухоро, Хӯқанд ва Хуҷанд</w:t>
      </w:r>
    </w:p>
    <w:p>
      <w:r>
        <w:rPr>
          <w:rFonts w:ascii="Arial" w:hAnsi="Arial" w:eastAsia="Arial"/>
          <w:sz w:val="22"/>
        </w:rPr>
        <w:t>58. Дар китоби дарсӣ гуфта мешавад: Зуллисонайн ба чӣ маъно аст?</w:t>
      </w:r>
    </w:p>
    <w:p>
      <w:r>
        <w:rPr>
          <w:rFonts w:ascii="Arial" w:hAnsi="Arial" w:eastAsia="Arial"/>
          <w:sz w:val="22"/>
        </w:rPr>
        <w:t>Ҷавоби дуруст: Эҷод кардан ба ду забон</w:t>
      </w:r>
    </w:p>
    <w:p>
      <w:r>
        <w:rPr>
          <w:rFonts w:ascii="Arial" w:hAnsi="Arial" w:eastAsia="Arial"/>
          <w:sz w:val="22"/>
        </w:rPr>
        <w:t>59. Дар китоби дарсӣ гуфта мешавад: Шоирони зуллисонайн бештар ба кадом ду забон эҷод мекарданд?</w:t>
      </w:r>
    </w:p>
    <w:p>
      <w:r>
        <w:rPr>
          <w:rFonts w:ascii="Arial" w:hAnsi="Arial" w:eastAsia="Arial"/>
          <w:sz w:val="22"/>
        </w:rPr>
        <w:t>Ҷавоби дуруст: Тоҷикӣ ва ӯзбекӣ</w:t>
      </w:r>
    </w:p>
    <w:p>
      <w:r>
        <w:rPr>
          <w:rFonts w:ascii="Arial" w:hAnsi="Arial" w:eastAsia="Arial"/>
          <w:sz w:val="22"/>
        </w:rPr>
        <w:t>60. Дар китоби дарсӣ гуфта мешавад: Жанрҳои маъмули ин давра кадомҳо буданд?</w:t>
      </w:r>
    </w:p>
    <w:p>
      <w:r>
        <w:rPr>
          <w:rFonts w:ascii="Arial" w:hAnsi="Arial" w:eastAsia="Arial"/>
          <w:sz w:val="22"/>
        </w:rPr>
        <w:t>Ҷавоби дуруст: Ғазал, рубоӣ ва маснавӣ</w:t>
      </w:r>
    </w:p>
    <w:p>
      <w:r>
        <w:rPr>
          <w:rFonts w:ascii="Arial" w:hAnsi="Arial" w:eastAsia="Arial"/>
          <w:sz w:val="22"/>
        </w:rPr>
        <w:t>61. Дар китоби дарсӣ гуфта мешавад: Марказҳои асосии доираҳои адабии Мовароуннаҳр кадомҳо буданд?</w:t>
      </w:r>
    </w:p>
    <w:p>
      <w:r>
        <w:rPr>
          <w:rFonts w:ascii="Arial" w:hAnsi="Arial" w:eastAsia="Arial"/>
          <w:sz w:val="22"/>
        </w:rPr>
        <w:t>Ҷавоби дуруст: Бухоро, Хӯқанд ва Хуҷанд</w:t>
      </w:r>
    </w:p>
    <w:p>
      <w:r>
        <w:rPr>
          <w:rFonts w:ascii="Arial" w:hAnsi="Arial" w:eastAsia="Arial"/>
          <w:sz w:val="22"/>
        </w:rPr>
        <w:t>62. Дар китоби дарсӣ гуфта мешавад: Зуллисонайн ба чӣ маъно аст?</w:t>
      </w:r>
    </w:p>
    <w:p>
      <w:r>
        <w:rPr>
          <w:rFonts w:ascii="Arial" w:hAnsi="Arial" w:eastAsia="Arial"/>
          <w:sz w:val="22"/>
        </w:rPr>
        <w:t>Ҷавоби дуруст: Эҷод кардан ба ду забон</w:t>
      </w:r>
    </w:p>
    <w:p>
      <w:r>
        <w:rPr>
          <w:rFonts w:ascii="Arial" w:hAnsi="Arial" w:eastAsia="Arial"/>
          <w:sz w:val="22"/>
        </w:rPr>
        <w:t>63. Дар китоби дарсӣ гуфта мешавад: Шоирони зуллисонайн бештар ба кадом ду забон эҷод мекарданд?</w:t>
      </w:r>
    </w:p>
    <w:p>
      <w:r>
        <w:rPr>
          <w:rFonts w:ascii="Arial" w:hAnsi="Arial" w:eastAsia="Arial"/>
          <w:sz w:val="22"/>
        </w:rPr>
        <w:t>Ҷавоби дуруст: Тоҷикӣ ва ӯзбекӣ</w:t>
      </w:r>
    </w:p>
    <w:p>
      <w:r>
        <w:rPr>
          <w:rFonts w:ascii="Arial" w:hAnsi="Arial" w:eastAsia="Arial"/>
          <w:sz w:val="22"/>
        </w:rPr>
        <w:t>64. Дар китоби дарсӣ гуфта мешавад: Жанрҳои маъмули ин давра кадомҳо буданд?</w:t>
      </w:r>
    </w:p>
    <w:p>
      <w:r>
        <w:rPr>
          <w:rFonts w:ascii="Arial" w:hAnsi="Arial" w:eastAsia="Arial"/>
          <w:sz w:val="22"/>
        </w:rPr>
        <w:t>Ҷавоби дуруст: Ғазал, рубоӣ ва маснавӣ</w:t>
      </w:r>
    </w:p>
    <w:p>
      <w:r>
        <w:rPr>
          <w:rFonts w:ascii="Arial" w:hAnsi="Arial" w:eastAsia="Arial"/>
          <w:sz w:val="22"/>
        </w:rPr>
        <w:t>65. Дар китоби дарсӣ гуфта мешавад: Марказҳои асосии доираҳои адабии Мовароуннаҳр кадомҳо буданд?</w:t>
      </w:r>
    </w:p>
    <w:p>
      <w:r>
        <w:rPr>
          <w:rFonts w:ascii="Arial" w:hAnsi="Arial" w:eastAsia="Arial"/>
          <w:sz w:val="22"/>
        </w:rPr>
        <w:t>Ҷавоби дуруст: Бухоро, Хӯқанд ва Хуҷанд</w:t>
      </w:r>
    </w:p>
    <w:p>
      <w:r>
        <w:rPr>
          <w:rFonts w:ascii="Arial" w:hAnsi="Arial" w:eastAsia="Arial"/>
          <w:sz w:val="22"/>
        </w:rPr>
        <w:t>66. Дар китоби дарсӣ гуфта мешавад: Зуллисонайн ба чӣ маъно аст?</w:t>
      </w:r>
    </w:p>
    <w:p>
      <w:r>
        <w:rPr>
          <w:rFonts w:ascii="Arial" w:hAnsi="Arial" w:eastAsia="Arial"/>
          <w:sz w:val="22"/>
        </w:rPr>
        <w:t>Ҷавоби дуруст: Эҷод кардан ба ду забон</w:t>
      </w:r>
    </w:p>
    <w:p>
      <w:r>
        <w:rPr>
          <w:rFonts w:ascii="Arial" w:hAnsi="Arial" w:eastAsia="Arial"/>
          <w:sz w:val="22"/>
        </w:rPr>
        <w:t>67. Дар китоби дарсӣ гуфта мешавад: Шоирони зуллисонайн бештар ба кадом ду забон эҷод мекарданд?</w:t>
      </w:r>
    </w:p>
    <w:p>
      <w:r>
        <w:rPr>
          <w:rFonts w:ascii="Arial" w:hAnsi="Arial" w:eastAsia="Arial"/>
          <w:sz w:val="22"/>
        </w:rPr>
        <w:t>Ҷавоби дуруст: Тоҷикӣ ва ӯзбекӣ</w:t>
      </w:r>
    </w:p>
    <w:p>
      <w:r>
        <w:rPr>
          <w:rFonts w:ascii="Arial" w:hAnsi="Arial" w:eastAsia="Arial"/>
          <w:sz w:val="22"/>
        </w:rPr>
        <w:t>68. Дар китоби дарсӣ гуфта мешавад: Жанрҳои маъмули ин давра кадомҳо буданд?</w:t>
      </w:r>
    </w:p>
    <w:p>
      <w:r>
        <w:rPr>
          <w:rFonts w:ascii="Arial" w:hAnsi="Arial" w:eastAsia="Arial"/>
          <w:sz w:val="22"/>
        </w:rPr>
        <w:t>Ҷавоби дуруст: Ғазал, рубоӣ ва маснавӣ</w:t>
      </w:r>
    </w:p>
    <w:p>
      <w:r>
        <w:rPr>
          <w:rFonts w:ascii="Arial" w:hAnsi="Arial" w:eastAsia="Arial"/>
          <w:sz w:val="22"/>
        </w:rPr>
        <w:t>69. Дар китоби дарсӣ гуфта мешавад: Марказҳои асосии доираҳои адабии Мовароуннаҳр кадомҳо буданд?</w:t>
      </w:r>
    </w:p>
    <w:p>
      <w:r>
        <w:rPr>
          <w:rFonts w:ascii="Arial" w:hAnsi="Arial" w:eastAsia="Arial"/>
          <w:sz w:val="22"/>
        </w:rPr>
        <w:t>Ҷавоби дуруст: Бухоро, Хӯқанд ва Хуҷанд</w:t>
      </w:r>
    </w:p>
    <w:p>
      <w:r>
        <w:rPr>
          <w:rFonts w:ascii="Arial" w:hAnsi="Arial" w:eastAsia="Arial"/>
          <w:sz w:val="22"/>
        </w:rPr>
        <w:t>70. Дар китоби дарсӣ гуфта мешавад: Зуллисонайн ба чӣ маъно аст?</w:t>
      </w:r>
    </w:p>
    <w:p>
      <w:r>
        <w:rPr>
          <w:rFonts w:ascii="Arial" w:hAnsi="Arial" w:eastAsia="Arial"/>
          <w:sz w:val="22"/>
        </w:rPr>
        <w:t>Ҷавоби дуруст: Эҷод кардан ба ду забон</w:t>
      </w:r>
    </w:p>
    <w:p>
      <w:r>
        <w:rPr>
          <w:rFonts w:ascii="Arial" w:hAnsi="Arial" w:eastAsia="Arial"/>
          <w:sz w:val="22"/>
        </w:rPr>
        <w:t>71. Дар китоби дарсӣ гуфта мешавад: Шоирони зуллисонайн бештар ба кадом ду забон эҷод мекарданд?</w:t>
      </w:r>
    </w:p>
    <w:p>
      <w:r>
        <w:rPr>
          <w:rFonts w:ascii="Arial" w:hAnsi="Arial" w:eastAsia="Arial"/>
          <w:sz w:val="22"/>
        </w:rPr>
        <w:t>Ҷавоби дуруст: Тоҷикӣ ва ӯзбекӣ</w:t>
      </w:r>
    </w:p>
    <w:p>
      <w:r>
        <w:rPr>
          <w:rFonts w:ascii="Arial" w:hAnsi="Arial" w:eastAsia="Arial"/>
          <w:sz w:val="22"/>
        </w:rPr>
        <w:t>72. Дар китоби дарсӣ гуфта мешавад: Жанрҳои маъмули ин давра кадомҳо буданд?</w:t>
      </w:r>
    </w:p>
    <w:p>
      <w:r>
        <w:rPr>
          <w:rFonts w:ascii="Arial" w:hAnsi="Arial" w:eastAsia="Arial"/>
          <w:sz w:val="22"/>
        </w:rPr>
        <w:t>Ҷавоби дуруст: Ғазал, рубоӣ ва маснавӣ</w:t>
      </w:r>
    </w:p>
    <w:p>
      <w:r>
        <w:rPr>
          <w:rFonts w:ascii="Arial" w:hAnsi="Arial" w:eastAsia="Arial"/>
          <w:sz w:val="22"/>
        </w:rPr>
        <w:t>73. Дар китоби дарсӣ гуфта мешавад: Марказҳои асосии доираҳои адабии Мовароуннаҳр кадомҳо буданд?</w:t>
      </w:r>
    </w:p>
    <w:p>
      <w:r>
        <w:rPr>
          <w:rFonts w:ascii="Arial" w:hAnsi="Arial" w:eastAsia="Arial"/>
          <w:sz w:val="22"/>
        </w:rPr>
        <w:t>Ҷавоби дуруст: Бухоро, Хӯқанд ва Хуҷанд</w:t>
      </w:r>
    </w:p>
    <w:p>
      <w:r>
        <w:rPr>
          <w:rFonts w:ascii="Arial" w:hAnsi="Arial" w:eastAsia="Arial"/>
          <w:sz w:val="22"/>
        </w:rPr>
        <w:t>74. Дар китоби дарсӣ гуфта мешавад: Зуллисонайн ба чӣ маъно аст?</w:t>
      </w:r>
    </w:p>
    <w:p>
      <w:r>
        <w:rPr>
          <w:rFonts w:ascii="Arial" w:hAnsi="Arial" w:eastAsia="Arial"/>
          <w:sz w:val="22"/>
        </w:rPr>
        <w:t>Ҷавоби дуруст: Эҷод кардан ба ду забон</w:t>
      </w:r>
    </w:p>
    <w:p>
      <w:r>
        <w:rPr>
          <w:rFonts w:ascii="Arial" w:hAnsi="Arial" w:eastAsia="Arial"/>
          <w:sz w:val="22"/>
        </w:rPr>
        <w:t>75. Дар китоби дарсӣ гуфта мешавад: Шоирони зуллисонайн бештар ба кадом ду забон эҷод мекарданд?</w:t>
      </w:r>
    </w:p>
    <w:p>
      <w:r>
        <w:rPr>
          <w:rFonts w:ascii="Arial" w:hAnsi="Arial" w:eastAsia="Arial"/>
          <w:sz w:val="22"/>
        </w:rPr>
        <w:t>Ҷавоби дуруст: Тоҷикӣ ва ӯзбекӣ</w:t>
      </w:r>
    </w:p>
    <w:p>
      <w:r>
        <w:rPr>
          <w:rFonts w:ascii="Arial" w:hAnsi="Arial" w:eastAsia="Arial"/>
          <w:sz w:val="22"/>
        </w:rPr>
        <w:t>76. Дар китоби дарсӣ гуфта мешавад: Жанрҳои маъмули ин давра кадомҳо буданд?</w:t>
      </w:r>
    </w:p>
    <w:p>
      <w:r>
        <w:rPr>
          <w:rFonts w:ascii="Arial" w:hAnsi="Arial" w:eastAsia="Arial"/>
          <w:sz w:val="22"/>
        </w:rPr>
        <w:t>Ҷавоби дуруст: Ғазал, рубоӣ ва маснавӣ</w:t>
      </w:r>
    </w:p>
    <w:p>
      <w:r>
        <w:rPr>
          <w:rFonts w:ascii="Arial" w:hAnsi="Arial" w:eastAsia="Arial"/>
          <w:sz w:val="22"/>
        </w:rPr>
        <w:t>77. Дар китоби дарсӣ гуфта мешавад: Марказҳои асосии доираҳои адабии Мовароуннаҳр кадомҳо буданд?</w:t>
      </w:r>
    </w:p>
    <w:p>
      <w:r>
        <w:rPr>
          <w:rFonts w:ascii="Arial" w:hAnsi="Arial" w:eastAsia="Arial"/>
          <w:sz w:val="22"/>
        </w:rPr>
        <w:t>Ҷавоби дуруст: Бухоро, Хӯқанд ва Хуҷанд</w:t>
      </w:r>
    </w:p>
    <w:p>
      <w:r>
        <w:rPr>
          <w:rFonts w:ascii="Arial" w:hAnsi="Arial" w:eastAsia="Arial"/>
          <w:sz w:val="22"/>
        </w:rPr>
        <w:t>78. Дар китоби дарсӣ гуфта мешавад: Зуллисонайн ба чӣ маъно аст?</w:t>
      </w:r>
    </w:p>
    <w:p>
      <w:r>
        <w:rPr>
          <w:rFonts w:ascii="Arial" w:hAnsi="Arial" w:eastAsia="Arial"/>
          <w:sz w:val="22"/>
        </w:rPr>
        <w:t>Ҷавоби дуруст: Эҷод кардан ба ду забон</w:t>
      </w:r>
    </w:p>
    <w:p>
      <w:r>
        <w:rPr>
          <w:rFonts w:ascii="Arial" w:hAnsi="Arial" w:eastAsia="Arial"/>
          <w:sz w:val="22"/>
        </w:rPr>
        <w:t>79. Дар китоби дарсӣ гуфта мешавад: Шоирони зуллисонайн бештар ба кадом ду забон эҷод мекарданд?</w:t>
      </w:r>
    </w:p>
    <w:p>
      <w:r>
        <w:rPr>
          <w:rFonts w:ascii="Arial" w:hAnsi="Arial" w:eastAsia="Arial"/>
          <w:sz w:val="22"/>
        </w:rPr>
        <w:t>Ҷавоби дуруст: Тоҷикӣ ва ӯзбекӣ</w:t>
      </w:r>
    </w:p>
    <w:p>
      <w:r>
        <w:rPr>
          <w:rFonts w:ascii="Arial" w:hAnsi="Arial" w:eastAsia="Arial"/>
          <w:sz w:val="22"/>
        </w:rPr>
        <w:t>80. Дар китоби дарсӣ гуфта мешавад: Жанрҳои маъмули ин давра кадомҳо буданд?</w:t>
      </w:r>
    </w:p>
    <w:p>
      <w:r>
        <w:rPr>
          <w:rFonts w:ascii="Arial" w:hAnsi="Arial" w:eastAsia="Arial"/>
          <w:sz w:val="22"/>
        </w:rPr>
        <w:t>Ҷавоби дуруст: Ғазал, рубоӣ ва маснавӣ</w:t>
      </w:r>
    </w:p>
    <w:p>
      <w:r>
        <w:rPr>
          <w:rFonts w:ascii="Arial" w:hAnsi="Arial" w:eastAsia="Arial"/>
          <w:sz w:val="22"/>
        </w:rPr>
        <w:t>81. Дар китоби дарсӣ гуфта мешавад: Марказҳои асосии доираҳои адабии Мовароуннаҳр кадомҳо буданд?</w:t>
      </w:r>
    </w:p>
    <w:p>
      <w:r>
        <w:rPr>
          <w:rFonts w:ascii="Arial" w:hAnsi="Arial" w:eastAsia="Arial"/>
          <w:sz w:val="22"/>
        </w:rPr>
        <w:t>Ҷавоби дуруст: Бухоро, Хӯқанд ва Хуҷанд</w:t>
      </w:r>
    </w:p>
    <w:p>
      <w:r>
        <w:rPr>
          <w:rFonts w:ascii="Arial" w:hAnsi="Arial" w:eastAsia="Arial"/>
          <w:sz w:val="22"/>
        </w:rPr>
        <w:t>82. Дар китоби дарсӣ гуфта мешавад: Зуллисонайн ба чӣ маъно аст?</w:t>
      </w:r>
    </w:p>
    <w:p>
      <w:r>
        <w:rPr>
          <w:rFonts w:ascii="Arial" w:hAnsi="Arial" w:eastAsia="Arial"/>
          <w:sz w:val="22"/>
        </w:rPr>
        <w:t>Ҷавоби дуруст: Эҷод кардан ба ду забон</w:t>
      </w:r>
    </w:p>
    <w:p>
      <w:r>
        <w:rPr>
          <w:rFonts w:ascii="Arial" w:hAnsi="Arial" w:eastAsia="Arial"/>
          <w:sz w:val="22"/>
        </w:rPr>
        <w:t>83. Дар китоби дарсӣ гуфта мешавад: Шоирони зуллисонайн бештар ба кадом ду забон эҷод мекарданд?</w:t>
      </w:r>
    </w:p>
    <w:p>
      <w:r>
        <w:rPr>
          <w:rFonts w:ascii="Arial" w:hAnsi="Arial" w:eastAsia="Arial"/>
          <w:sz w:val="22"/>
        </w:rPr>
        <w:t>Ҷавоби дуруст: Тоҷикӣ ва ӯзбекӣ</w:t>
      </w:r>
    </w:p>
    <w:p>
      <w:r>
        <w:rPr>
          <w:rFonts w:ascii="Arial" w:hAnsi="Arial" w:eastAsia="Arial"/>
          <w:sz w:val="22"/>
        </w:rPr>
        <w:t>84. Дар китоби дарсӣ гуфта мешавад: Жанрҳои маъмули ин давра кадомҳо буданд?</w:t>
      </w:r>
    </w:p>
    <w:p>
      <w:r>
        <w:rPr>
          <w:rFonts w:ascii="Arial" w:hAnsi="Arial" w:eastAsia="Arial"/>
          <w:sz w:val="22"/>
        </w:rPr>
        <w:t>Ҷавоби дуруст: Ғазал, рубоӣ ва маснавӣ</w:t>
      </w:r>
    </w:p>
    <w:p>
      <w:r>
        <w:rPr>
          <w:rFonts w:ascii="Arial" w:hAnsi="Arial" w:eastAsia="Arial"/>
          <w:sz w:val="22"/>
        </w:rPr>
        <w:t>85. Дар китоби дарсӣ гуфта мешавад: Марказҳои асосии доираҳои адабии Мовароуннаҳр кадомҳо буданд?</w:t>
      </w:r>
    </w:p>
    <w:p>
      <w:r>
        <w:rPr>
          <w:rFonts w:ascii="Arial" w:hAnsi="Arial" w:eastAsia="Arial"/>
          <w:sz w:val="22"/>
        </w:rPr>
        <w:t>Ҷавоби дуруст: Бухоро, Хӯқанд ва Хуҷанд</w:t>
      </w:r>
    </w:p>
    <w:p>
      <w:r>
        <w:rPr>
          <w:rFonts w:ascii="Arial" w:hAnsi="Arial" w:eastAsia="Arial"/>
          <w:sz w:val="22"/>
        </w:rPr>
        <w:t>86. Дар китоби дарсӣ гуфта мешавад: Зуллисонайн ба чӣ маъно аст?</w:t>
      </w:r>
    </w:p>
    <w:p>
      <w:r>
        <w:rPr>
          <w:rFonts w:ascii="Arial" w:hAnsi="Arial" w:eastAsia="Arial"/>
          <w:sz w:val="22"/>
        </w:rPr>
        <w:t>Ҷавоби дуруст: Эҷод кардан ба ду забон</w:t>
      </w:r>
    </w:p>
    <w:p>
      <w:r>
        <w:rPr>
          <w:rFonts w:ascii="Arial" w:hAnsi="Arial" w:eastAsia="Arial"/>
          <w:sz w:val="22"/>
        </w:rPr>
        <w:t>87. Дар китоби дарсӣ гуфта мешавад: Шоирони зуллисонайн бештар ба кадом ду забон эҷод мекарданд?</w:t>
      </w:r>
    </w:p>
    <w:p>
      <w:r>
        <w:rPr>
          <w:rFonts w:ascii="Arial" w:hAnsi="Arial" w:eastAsia="Arial"/>
          <w:sz w:val="22"/>
        </w:rPr>
        <w:t>Ҷавоби дуруст: Тоҷикӣ ва ӯзбекӣ</w:t>
      </w:r>
    </w:p>
    <w:p>
      <w:r>
        <w:rPr>
          <w:rFonts w:ascii="Arial" w:hAnsi="Arial" w:eastAsia="Arial"/>
          <w:sz w:val="22"/>
        </w:rPr>
        <w:t>88. Дар китоби дарсӣ гуфта мешавад: Жанрҳои маъмули ин давра кадомҳо буданд?</w:t>
      </w:r>
    </w:p>
    <w:p>
      <w:r>
        <w:rPr>
          <w:rFonts w:ascii="Arial" w:hAnsi="Arial" w:eastAsia="Arial"/>
          <w:sz w:val="22"/>
        </w:rPr>
        <w:t>Ҷавоби дуруст: Ғазал, рубоӣ ва маснавӣ</w:t>
      </w:r>
    </w:p>
    <w:p>
      <w:r>
        <w:rPr>
          <w:rFonts w:ascii="Arial" w:hAnsi="Arial" w:eastAsia="Arial"/>
          <w:sz w:val="22"/>
        </w:rPr>
        <w:t>89. Дар китоби дарсӣ гуфта мешавад: Марказҳои асосии доираҳои адабии Мовароуннаҳр кадомҳо буданд?</w:t>
      </w:r>
    </w:p>
    <w:p>
      <w:r>
        <w:rPr>
          <w:rFonts w:ascii="Arial" w:hAnsi="Arial" w:eastAsia="Arial"/>
          <w:sz w:val="22"/>
        </w:rPr>
        <w:t>Ҷавоби дуруст: Бухоро, Хӯқанд ва Хуҷанд</w:t>
      </w:r>
    </w:p>
    <w:p>
      <w:r>
        <w:rPr>
          <w:rFonts w:ascii="Arial" w:hAnsi="Arial" w:eastAsia="Arial"/>
          <w:sz w:val="22"/>
        </w:rPr>
        <w:t>90. Дар китоби дарсӣ гуфта мешавад: Зуллисонайн ба чӣ маъно аст?</w:t>
      </w:r>
    </w:p>
    <w:p>
      <w:r>
        <w:rPr>
          <w:rFonts w:ascii="Arial" w:hAnsi="Arial" w:eastAsia="Arial"/>
          <w:sz w:val="22"/>
        </w:rPr>
        <w:t>Ҷавоби дуруст: Эҷод кардан ба ду забон</w:t>
      </w:r>
    </w:p>
    <w:p>
      <w:r>
        <w:rPr>
          <w:rFonts w:ascii="Arial" w:hAnsi="Arial" w:eastAsia="Arial"/>
          <w:sz w:val="22"/>
        </w:rPr>
        <w:t>91. Дар китоби дарсӣ гуфта мешавад: Шоирони зуллисонайн бештар ба кадом ду забон эҷод мекарданд?</w:t>
      </w:r>
    </w:p>
    <w:p>
      <w:r>
        <w:rPr>
          <w:rFonts w:ascii="Arial" w:hAnsi="Arial" w:eastAsia="Arial"/>
          <w:sz w:val="22"/>
        </w:rPr>
        <w:t>Ҷавоби дуруст: Тоҷикӣ ва ӯзбекӣ</w:t>
      </w:r>
    </w:p>
    <w:p>
      <w:r>
        <w:rPr>
          <w:rFonts w:ascii="Arial" w:hAnsi="Arial" w:eastAsia="Arial"/>
          <w:sz w:val="22"/>
        </w:rPr>
        <w:t>92. Дар китоби дарсӣ гуфта мешавад: Жанрҳои маъмули ин давра кадомҳо буданд?</w:t>
      </w:r>
    </w:p>
    <w:p>
      <w:r>
        <w:rPr>
          <w:rFonts w:ascii="Arial" w:hAnsi="Arial" w:eastAsia="Arial"/>
          <w:sz w:val="22"/>
        </w:rPr>
        <w:t>Ҷавоби дуруст: Ғазал, рубоӣ ва маснавӣ</w:t>
      </w:r>
    </w:p>
    <w:p>
      <w:r>
        <w:rPr>
          <w:rFonts w:ascii="Arial" w:hAnsi="Arial" w:eastAsia="Arial"/>
          <w:sz w:val="22"/>
        </w:rPr>
        <w:t>93. Дар китоби дарсӣ гуфта мешавад: Марказҳои асосии доираҳои адабии Мовароуннаҳр кадомҳо буданд?</w:t>
      </w:r>
    </w:p>
    <w:p>
      <w:r>
        <w:rPr>
          <w:rFonts w:ascii="Arial" w:hAnsi="Arial" w:eastAsia="Arial"/>
          <w:sz w:val="22"/>
        </w:rPr>
        <w:t>Ҷавоби дуруст: Бухоро, Хӯқанд ва Хуҷанд</w:t>
      </w:r>
    </w:p>
    <w:p>
      <w:r>
        <w:rPr>
          <w:rFonts w:ascii="Arial" w:hAnsi="Arial" w:eastAsia="Arial"/>
          <w:sz w:val="22"/>
        </w:rPr>
        <w:t>94. Дар китоби дарсӣ гуфта мешавад: Зуллисонайн ба чӣ маъно аст?</w:t>
      </w:r>
    </w:p>
    <w:p>
      <w:r>
        <w:rPr>
          <w:rFonts w:ascii="Arial" w:hAnsi="Arial" w:eastAsia="Arial"/>
          <w:sz w:val="22"/>
        </w:rPr>
        <w:t>Ҷавоби дуруст: Эҷод кардан ба ду забон</w:t>
      </w:r>
    </w:p>
    <w:p>
      <w:r>
        <w:rPr>
          <w:rFonts w:ascii="Arial" w:hAnsi="Arial" w:eastAsia="Arial"/>
          <w:sz w:val="22"/>
        </w:rPr>
        <w:t>95. Дар китоби дарсӣ гуфта мешавад: Шоирони зуллисонайн бештар ба кадом ду забон эҷод мекарданд?</w:t>
      </w:r>
    </w:p>
    <w:p>
      <w:r>
        <w:rPr>
          <w:rFonts w:ascii="Arial" w:hAnsi="Arial" w:eastAsia="Arial"/>
          <w:sz w:val="22"/>
        </w:rPr>
        <w:t>Ҷавоби дуруст: Тоҷикӣ ва ӯзбекӣ</w:t>
      </w:r>
    </w:p>
    <w:p>
      <w:r>
        <w:rPr>
          <w:rFonts w:ascii="Arial" w:hAnsi="Arial" w:eastAsia="Arial"/>
          <w:sz w:val="22"/>
        </w:rPr>
        <w:t>96. Дар китоби дарсӣ гуфта мешавад: Жанрҳои маъмули ин давра кадомҳо буданд?</w:t>
      </w:r>
    </w:p>
    <w:p>
      <w:r>
        <w:rPr>
          <w:rFonts w:ascii="Arial" w:hAnsi="Arial" w:eastAsia="Arial"/>
          <w:sz w:val="22"/>
        </w:rPr>
        <w:t>Ҷавоби дуруст: Ғазал, рубоӣ ва маснавӣ</w:t>
      </w:r>
    </w:p>
    <w:p>
      <w:r>
        <w:rPr>
          <w:rFonts w:ascii="Arial" w:hAnsi="Arial" w:eastAsia="Arial"/>
          <w:sz w:val="22"/>
        </w:rPr>
        <w:t>97. Дар китоби дарсӣ гуфта мешавад: Марказҳои асосии доираҳои адабии Мовароуннаҳр кадомҳо буданд?</w:t>
      </w:r>
    </w:p>
    <w:p>
      <w:r>
        <w:rPr>
          <w:rFonts w:ascii="Arial" w:hAnsi="Arial" w:eastAsia="Arial"/>
          <w:sz w:val="22"/>
        </w:rPr>
        <w:t>Ҷавоби дуруст: Бухоро, Хӯқанд ва Хуҷанд</w:t>
      </w:r>
    </w:p>
    <w:p>
      <w:r>
        <w:rPr>
          <w:rFonts w:ascii="Arial" w:hAnsi="Arial" w:eastAsia="Arial"/>
          <w:sz w:val="22"/>
        </w:rPr>
        <w:t>98. Дар китоби дарсӣ гуфта мешавад: Зуллисонайн ба чӣ маъно аст?</w:t>
      </w:r>
    </w:p>
    <w:p>
      <w:r>
        <w:rPr>
          <w:rFonts w:ascii="Arial" w:hAnsi="Arial" w:eastAsia="Arial"/>
          <w:sz w:val="22"/>
        </w:rPr>
        <w:t>Ҷавоби дуруст: Эҷод кардан ба ду забон</w:t>
      </w:r>
    </w:p>
    <w:p>
      <w:r>
        <w:rPr>
          <w:rFonts w:ascii="Arial" w:hAnsi="Arial" w:eastAsia="Arial"/>
          <w:sz w:val="22"/>
        </w:rPr>
        <w:t>99. Дар китоби дарсӣ гуфта мешавад: Шоирони зуллисонайн бештар ба кадом ду забон эҷод мекарданд?</w:t>
      </w:r>
    </w:p>
    <w:p>
      <w:r>
        <w:rPr>
          <w:rFonts w:ascii="Arial" w:hAnsi="Arial" w:eastAsia="Arial"/>
          <w:sz w:val="22"/>
        </w:rPr>
        <w:t>Ҷавоби дуруст: Тоҷикӣ ва ӯзбекӣ</w:t>
      </w:r>
    </w:p>
    <w:p>
      <w:r>
        <w:rPr>
          <w:rFonts w:ascii="Arial" w:hAnsi="Arial" w:eastAsia="Arial"/>
          <w:sz w:val="22"/>
        </w:rPr>
        <w:t>100. Дар китоби дарсӣ гуфта мешавад: Жанрҳои маъмули ин давра кадомҳо буданд?</w:t>
      </w:r>
    </w:p>
    <w:p>
      <w:r>
        <w:rPr>
          <w:rFonts w:ascii="Arial" w:hAnsi="Arial" w:eastAsia="Arial"/>
          <w:sz w:val="22"/>
        </w:rPr>
        <w:t>Ҷавоби дуруст: Ғазал, рубоӣ ва маснавӣ</w:t>
      </w:r>
    </w:p>
    <w:p>
      <w:r>
        <w:rPr>
          <w:rFonts w:ascii="Arial" w:hAnsi="Arial" w:eastAsia="Arial"/>
          <w:sz w:val="22"/>
        </w:rPr>
        <w:br w:type="page"/>
      </w:r>
    </w:p>
    <w:p>
      <w:pPr>
        <w:pStyle w:val="Heading1"/>
      </w:pPr>
      <w:r>
        <w:rPr>
          <w:rFonts w:ascii="Arial" w:hAnsi="Arial" w:eastAsia="Arial"/>
          <w:sz w:val="22"/>
        </w:rPr>
        <w:t>8. Боби III — Муҳаммадшарифи Гулханӣ</w:t>
      </w:r>
    </w:p>
    <w:p>
      <w:r>
        <w:rPr>
          <w:rFonts w:ascii="Arial" w:hAnsi="Arial" w:eastAsia="Arial"/>
          <w:sz w:val="22"/>
        </w:rPr>
        <w:t>1. Гулханӣ ба кадом забонҳо эҷод кардааст?</w:t>
      </w:r>
    </w:p>
    <w:p>
      <w:r>
        <w:rPr>
          <w:rFonts w:ascii="Arial" w:hAnsi="Arial" w:eastAsia="Arial"/>
          <w:sz w:val="22"/>
        </w:rPr>
        <w:t>Ҷавоби дуруст: Тоҷикӣ ва ӯзбекӣ</w:t>
      </w:r>
    </w:p>
    <w:p>
      <w:r>
        <w:rPr>
          <w:rFonts w:ascii="Arial" w:hAnsi="Arial" w:eastAsia="Arial"/>
          <w:sz w:val="22"/>
        </w:rPr>
        <w:t>2. Ҷавоби дуруст ба саволи «Гулханӣ ба кадом забонҳо эҷод кардааст?» кадом аст?</w:t>
      </w:r>
    </w:p>
    <w:p>
      <w:r>
        <w:rPr>
          <w:rFonts w:ascii="Arial" w:hAnsi="Arial" w:eastAsia="Arial"/>
          <w:sz w:val="22"/>
        </w:rPr>
        <w:t>Ҷавоби дуруст: Тоҷикӣ ва ӯзбекӣ</w:t>
      </w:r>
    </w:p>
    <w:p>
      <w:r>
        <w:rPr>
          <w:rFonts w:ascii="Arial" w:hAnsi="Arial" w:eastAsia="Arial"/>
          <w:sz w:val="22"/>
        </w:rPr>
        <w:t>3. Кадом ҷавоб гулханӣ ба кадом забонҳо эҷод кардааст?</w:t>
      </w:r>
    </w:p>
    <w:p>
      <w:r>
        <w:rPr>
          <w:rFonts w:ascii="Arial" w:hAnsi="Arial" w:eastAsia="Arial"/>
          <w:sz w:val="22"/>
        </w:rPr>
        <w:t>Ҷавоби дуруст: Тоҷикӣ ва ӯзбекӣ</w:t>
      </w:r>
    </w:p>
    <w:p>
      <w:r>
        <w:rPr>
          <w:rFonts w:ascii="Arial" w:hAnsi="Arial" w:eastAsia="Arial"/>
          <w:sz w:val="22"/>
        </w:rPr>
        <w:t>4. Аз рӯйи китоб муайян кунед: Гулханӣ ба кадом забонҳо эҷод кардааст?</w:t>
      </w:r>
    </w:p>
    <w:p>
      <w:r>
        <w:rPr>
          <w:rFonts w:ascii="Arial" w:hAnsi="Arial" w:eastAsia="Arial"/>
          <w:sz w:val="22"/>
        </w:rPr>
        <w:t>Ҷавоби дуруст: Тоҷикӣ ва ӯзбекӣ</w:t>
      </w:r>
    </w:p>
    <w:p>
      <w:r>
        <w:rPr>
          <w:rFonts w:ascii="Arial" w:hAnsi="Arial" w:eastAsia="Arial"/>
          <w:sz w:val="22"/>
        </w:rPr>
        <w:t>5. Асари машҳури насрии Гулханӣ кадом аст?</w:t>
      </w:r>
    </w:p>
    <w:p>
      <w:r>
        <w:rPr>
          <w:rFonts w:ascii="Arial" w:hAnsi="Arial" w:eastAsia="Arial"/>
          <w:sz w:val="22"/>
        </w:rPr>
        <w:t>Ҷавоби дуруст: «Зарбулмасал»</w:t>
      </w:r>
    </w:p>
    <w:p>
      <w:r>
        <w:rPr>
          <w:rFonts w:ascii="Arial" w:hAnsi="Arial" w:eastAsia="Arial"/>
          <w:sz w:val="22"/>
        </w:rPr>
        <w:t>6. Ҷавоби дуруст ба саволи «Асари машҳури насрии Гулханӣ кадом аст?» кадом аст?</w:t>
      </w:r>
    </w:p>
    <w:p>
      <w:r>
        <w:rPr>
          <w:rFonts w:ascii="Arial" w:hAnsi="Arial" w:eastAsia="Arial"/>
          <w:sz w:val="22"/>
        </w:rPr>
        <w:t>Ҷавоби дуруст: «Зарбулмасал»</w:t>
      </w:r>
    </w:p>
    <w:p>
      <w:r>
        <w:rPr>
          <w:rFonts w:ascii="Arial" w:hAnsi="Arial" w:eastAsia="Arial"/>
          <w:sz w:val="22"/>
        </w:rPr>
        <w:t>7. Кадом ҷавоб асари машҳури насрии гулханӣ кадом аст?</w:t>
      </w:r>
    </w:p>
    <w:p>
      <w:r>
        <w:rPr>
          <w:rFonts w:ascii="Arial" w:hAnsi="Arial" w:eastAsia="Arial"/>
          <w:sz w:val="22"/>
        </w:rPr>
        <w:t>Ҷавоби дуруст: «Зарбулмасал»</w:t>
      </w:r>
    </w:p>
    <w:p>
      <w:r>
        <w:rPr>
          <w:rFonts w:ascii="Arial" w:hAnsi="Arial" w:eastAsia="Arial"/>
          <w:sz w:val="22"/>
        </w:rPr>
        <w:t>8. Аз рӯйи китоб муайян кунед: Асари машҳури насрии Гулханӣ кадом аст?</w:t>
      </w:r>
    </w:p>
    <w:p>
      <w:r>
        <w:rPr>
          <w:rFonts w:ascii="Arial" w:hAnsi="Arial" w:eastAsia="Arial"/>
          <w:sz w:val="22"/>
        </w:rPr>
        <w:t>Ҷавоби дуруст: «Зарбулмасал»</w:t>
      </w:r>
    </w:p>
    <w:p>
      <w:r>
        <w:rPr>
          <w:rFonts w:ascii="Arial" w:hAnsi="Arial" w:eastAsia="Arial"/>
          <w:sz w:val="22"/>
        </w:rPr>
        <w:t>9. «Зарбулмасал» ба кадом забон навишта шудааст?</w:t>
      </w:r>
    </w:p>
    <w:p>
      <w:r>
        <w:rPr>
          <w:rFonts w:ascii="Arial" w:hAnsi="Arial" w:eastAsia="Arial"/>
          <w:sz w:val="22"/>
        </w:rPr>
        <w:t>Ҷавоби дуруст: Ӯзбекӣ</w:t>
      </w:r>
    </w:p>
    <w:p>
      <w:r>
        <w:rPr>
          <w:rFonts w:ascii="Arial" w:hAnsi="Arial" w:eastAsia="Arial"/>
          <w:sz w:val="22"/>
        </w:rPr>
        <w:t>10. Ҷавоби дуруст ба саволи ««Зарбулмасал» ба кадом забон навишта шудааст?» кадом аст?</w:t>
      </w:r>
    </w:p>
    <w:p>
      <w:r>
        <w:rPr>
          <w:rFonts w:ascii="Arial" w:hAnsi="Arial" w:eastAsia="Arial"/>
          <w:sz w:val="22"/>
        </w:rPr>
        <w:t>Ҷавоби дуруст: Ӯзбекӣ</w:t>
      </w:r>
    </w:p>
    <w:p>
      <w:r>
        <w:rPr>
          <w:rFonts w:ascii="Arial" w:hAnsi="Arial" w:eastAsia="Arial"/>
          <w:sz w:val="22"/>
        </w:rPr>
        <w:t>11. Кадом ҷавоб «зарбулмасал» ба кадом забон навишта шудааст?</w:t>
      </w:r>
    </w:p>
    <w:p>
      <w:r>
        <w:rPr>
          <w:rFonts w:ascii="Arial" w:hAnsi="Arial" w:eastAsia="Arial"/>
          <w:sz w:val="22"/>
        </w:rPr>
        <w:t>Ҷавоби дуруст: Ӯзбекӣ</w:t>
      </w:r>
    </w:p>
    <w:p>
      <w:r>
        <w:rPr>
          <w:rFonts w:ascii="Arial" w:hAnsi="Arial" w:eastAsia="Arial"/>
          <w:sz w:val="22"/>
        </w:rPr>
        <w:t>12. Аз рӯйи китоб муайян кунед: «Зарбулмасал» ба кадом забон навишта шудааст?</w:t>
      </w:r>
    </w:p>
    <w:p>
      <w:r>
        <w:rPr>
          <w:rFonts w:ascii="Arial" w:hAnsi="Arial" w:eastAsia="Arial"/>
          <w:sz w:val="22"/>
        </w:rPr>
        <w:t>Ҷавоби дуруст: Ӯзбекӣ</w:t>
      </w:r>
    </w:p>
    <w:p>
      <w:r>
        <w:rPr>
          <w:rFonts w:ascii="Arial" w:hAnsi="Arial" w:eastAsia="Arial"/>
          <w:sz w:val="22"/>
        </w:rPr>
        <w:t>13. «Зарбулмасал» чӣ гуна асар аст?</w:t>
      </w:r>
    </w:p>
    <w:p>
      <w:r>
        <w:rPr>
          <w:rFonts w:ascii="Arial" w:hAnsi="Arial" w:eastAsia="Arial"/>
          <w:sz w:val="22"/>
        </w:rPr>
        <w:t>Ҷавоби дуруст: Асари тамсилии насрӣ</w:t>
      </w:r>
    </w:p>
    <w:p>
      <w:r>
        <w:rPr>
          <w:rFonts w:ascii="Arial" w:hAnsi="Arial" w:eastAsia="Arial"/>
          <w:sz w:val="22"/>
        </w:rPr>
        <w:t>14. Ҷавоби дуруст ба саволи ««Зарбулмасал» чӣ гуна асар аст?» кадом аст?</w:t>
      </w:r>
    </w:p>
    <w:p>
      <w:r>
        <w:rPr>
          <w:rFonts w:ascii="Arial" w:hAnsi="Arial" w:eastAsia="Arial"/>
          <w:sz w:val="22"/>
        </w:rPr>
        <w:t>Ҷавоби дуруст: Асари тамсилии насрӣ</w:t>
      </w:r>
    </w:p>
    <w:p>
      <w:r>
        <w:rPr>
          <w:rFonts w:ascii="Arial" w:hAnsi="Arial" w:eastAsia="Arial"/>
          <w:sz w:val="22"/>
        </w:rPr>
        <w:t>15. Кадом ҷавоб «зарбулмасал» чӣ гуна асар аст?</w:t>
      </w:r>
    </w:p>
    <w:p>
      <w:r>
        <w:rPr>
          <w:rFonts w:ascii="Arial" w:hAnsi="Arial" w:eastAsia="Arial"/>
          <w:sz w:val="22"/>
        </w:rPr>
        <w:t>Ҷавоби дуруст: Асари тамсилии насрӣ</w:t>
      </w:r>
    </w:p>
    <w:p>
      <w:r>
        <w:rPr>
          <w:rFonts w:ascii="Arial" w:hAnsi="Arial" w:eastAsia="Arial"/>
          <w:sz w:val="22"/>
        </w:rPr>
        <w:t>16. Аз рӯйи китоб муайян кунед: «Зарбулмасал» чӣ гуна асар аст?</w:t>
      </w:r>
    </w:p>
    <w:p>
      <w:r>
        <w:rPr>
          <w:rFonts w:ascii="Arial" w:hAnsi="Arial" w:eastAsia="Arial"/>
          <w:sz w:val="22"/>
        </w:rPr>
        <w:t>Ҷавоби дуруст: Асари тамсилии насрӣ</w:t>
      </w:r>
    </w:p>
    <w:p>
      <w:r>
        <w:rPr>
          <w:rFonts w:ascii="Arial" w:hAnsi="Arial" w:eastAsia="Arial"/>
          <w:sz w:val="22"/>
        </w:rPr>
        <w:t>17. Номи дигари «Зарбулмасал» чист?</w:t>
      </w:r>
    </w:p>
    <w:p>
      <w:r>
        <w:rPr>
          <w:rFonts w:ascii="Arial" w:hAnsi="Arial" w:eastAsia="Arial"/>
          <w:sz w:val="22"/>
        </w:rPr>
        <w:t>Ҷавоби дуруст: «Ҳикояи Япалоққуш»</w:t>
      </w:r>
    </w:p>
    <w:p>
      <w:r>
        <w:rPr>
          <w:rFonts w:ascii="Arial" w:hAnsi="Arial" w:eastAsia="Arial"/>
          <w:sz w:val="22"/>
        </w:rPr>
        <w:t>18. Ҷавоби дуруст ба саволи «Номи дигари «Зарбулмасал» чист?» кадом аст?</w:t>
      </w:r>
    </w:p>
    <w:p>
      <w:r>
        <w:rPr>
          <w:rFonts w:ascii="Arial" w:hAnsi="Arial" w:eastAsia="Arial"/>
          <w:sz w:val="22"/>
        </w:rPr>
        <w:t>Ҷавоби дуруст: «Ҳикояи Япалоққуш»</w:t>
      </w:r>
    </w:p>
    <w:p>
      <w:r>
        <w:rPr>
          <w:rFonts w:ascii="Arial" w:hAnsi="Arial" w:eastAsia="Arial"/>
          <w:sz w:val="22"/>
        </w:rPr>
        <w:t>19. Кадом ҷавоб номи дигари «зарбулмасал» чист?</w:t>
      </w:r>
    </w:p>
    <w:p>
      <w:r>
        <w:rPr>
          <w:rFonts w:ascii="Arial" w:hAnsi="Arial" w:eastAsia="Arial"/>
          <w:sz w:val="22"/>
        </w:rPr>
        <w:t>Ҷавоби дуруст: «Ҳикояи Япалоққуш»</w:t>
      </w:r>
    </w:p>
    <w:p>
      <w:r>
        <w:rPr>
          <w:rFonts w:ascii="Arial" w:hAnsi="Arial" w:eastAsia="Arial"/>
          <w:sz w:val="22"/>
        </w:rPr>
        <w:t>20. Аз рӯйи китоб муайян кунед: Номи дигари «Зарбулмасал» чист?</w:t>
      </w:r>
    </w:p>
    <w:p>
      <w:r>
        <w:rPr>
          <w:rFonts w:ascii="Arial" w:hAnsi="Arial" w:eastAsia="Arial"/>
          <w:sz w:val="22"/>
        </w:rPr>
        <w:t>Ҷавоби дуруст: «Ҳикояи Япалоққуш»</w:t>
      </w:r>
    </w:p>
    <w:p>
      <w:r>
        <w:rPr>
          <w:rFonts w:ascii="Arial" w:hAnsi="Arial" w:eastAsia="Arial"/>
          <w:sz w:val="22"/>
        </w:rPr>
        <w:t>21. «Зарбулмасал» тақрибан аз чанд зарбулмасал истифода мебарад?</w:t>
      </w:r>
    </w:p>
    <w:p>
      <w:r>
        <w:rPr>
          <w:rFonts w:ascii="Arial" w:hAnsi="Arial" w:eastAsia="Arial"/>
          <w:sz w:val="22"/>
        </w:rPr>
        <w:t>Ҷавоби дуруст: Зиёда аз 300</w:t>
      </w:r>
    </w:p>
    <w:p>
      <w:r>
        <w:rPr>
          <w:rFonts w:ascii="Arial" w:hAnsi="Arial" w:eastAsia="Arial"/>
          <w:sz w:val="22"/>
        </w:rPr>
        <w:t>22. Ҷавоби дуруст ба саволи ««Зарбулмасал» тақрибан аз чанд зарбулмасал истифода мебарад?» кадом аст?</w:t>
      </w:r>
    </w:p>
    <w:p>
      <w:r>
        <w:rPr>
          <w:rFonts w:ascii="Arial" w:hAnsi="Arial" w:eastAsia="Arial"/>
          <w:sz w:val="22"/>
        </w:rPr>
        <w:t>Ҷавоби дуруст: Зиёда аз 300</w:t>
      </w:r>
    </w:p>
    <w:p>
      <w:r>
        <w:rPr>
          <w:rFonts w:ascii="Arial" w:hAnsi="Arial" w:eastAsia="Arial"/>
          <w:sz w:val="22"/>
        </w:rPr>
        <w:t>23. Кадом ҷавоб «зарбулмасал» тақрибан аз чанд зарбулмасал истифода мебарад?</w:t>
      </w:r>
    </w:p>
    <w:p>
      <w:r>
        <w:rPr>
          <w:rFonts w:ascii="Arial" w:hAnsi="Arial" w:eastAsia="Arial"/>
          <w:sz w:val="22"/>
        </w:rPr>
        <w:t>Ҷавоби дуруст: Зиёда аз 300</w:t>
      </w:r>
    </w:p>
    <w:p>
      <w:r>
        <w:rPr>
          <w:rFonts w:ascii="Arial" w:hAnsi="Arial" w:eastAsia="Arial"/>
          <w:sz w:val="22"/>
        </w:rPr>
        <w:t>24. Аз рӯйи китоб муайян кунед: «Зарбулмасал» тақрибан аз чанд зарбулмасал истифода мебарад?</w:t>
      </w:r>
    </w:p>
    <w:p>
      <w:r>
        <w:rPr>
          <w:rFonts w:ascii="Arial" w:hAnsi="Arial" w:eastAsia="Arial"/>
          <w:sz w:val="22"/>
        </w:rPr>
        <w:t>Ҷавоби дуруст: Зиёда аз 300</w:t>
      </w:r>
    </w:p>
    <w:p>
      <w:r>
        <w:rPr>
          <w:rFonts w:ascii="Arial" w:hAnsi="Arial" w:eastAsia="Arial"/>
          <w:sz w:val="22"/>
        </w:rPr>
        <w:t>25. Аз мероси лирикии Гулханӣ чанд ғазал боқӣ мондааст?</w:t>
      </w:r>
    </w:p>
    <w:p>
      <w:r>
        <w:rPr>
          <w:rFonts w:ascii="Arial" w:hAnsi="Arial" w:eastAsia="Arial"/>
          <w:sz w:val="22"/>
        </w:rPr>
        <w:t>Ҷавоби дуруст: 12 ғазал</w:t>
      </w:r>
    </w:p>
    <w:p>
      <w:r>
        <w:rPr>
          <w:rFonts w:ascii="Arial" w:hAnsi="Arial" w:eastAsia="Arial"/>
          <w:sz w:val="22"/>
        </w:rPr>
        <w:t>26. Ҷавоби дуруст ба саволи «Аз мероси лирикии Гулханӣ чанд ғазал боқӣ мондааст?» кадом аст?</w:t>
      </w:r>
    </w:p>
    <w:p>
      <w:r>
        <w:rPr>
          <w:rFonts w:ascii="Arial" w:hAnsi="Arial" w:eastAsia="Arial"/>
          <w:sz w:val="22"/>
        </w:rPr>
        <w:t>Ҷавоби дуруст: 12 ғазал</w:t>
      </w:r>
    </w:p>
    <w:p>
      <w:r>
        <w:rPr>
          <w:rFonts w:ascii="Arial" w:hAnsi="Arial" w:eastAsia="Arial"/>
          <w:sz w:val="22"/>
        </w:rPr>
        <w:t>27. Кадом ҷавоб аз мероси лирикии гулханӣ чанд ғазал боқӣ мондааст?</w:t>
      </w:r>
    </w:p>
    <w:p>
      <w:r>
        <w:rPr>
          <w:rFonts w:ascii="Arial" w:hAnsi="Arial" w:eastAsia="Arial"/>
          <w:sz w:val="22"/>
        </w:rPr>
        <w:t>Ҷавоби дуруст: 12 ғазал</w:t>
      </w:r>
    </w:p>
    <w:p>
      <w:r>
        <w:rPr>
          <w:rFonts w:ascii="Arial" w:hAnsi="Arial" w:eastAsia="Arial"/>
          <w:sz w:val="22"/>
        </w:rPr>
        <w:t>28. Аз рӯйи китоб муайян кунед: Аз мероси лирикии Гулханӣ чанд ғазал боқӣ мондааст?</w:t>
      </w:r>
    </w:p>
    <w:p>
      <w:r>
        <w:rPr>
          <w:rFonts w:ascii="Arial" w:hAnsi="Arial" w:eastAsia="Arial"/>
          <w:sz w:val="22"/>
        </w:rPr>
        <w:t>Ҷавоби дуруст: 12 ғазал</w:t>
      </w:r>
    </w:p>
    <w:p>
      <w:r>
        <w:rPr>
          <w:rFonts w:ascii="Arial" w:hAnsi="Arial" w:eastAsia="Arial"/>
          <w:sz w:val="22"/>
        </w:rPr>
        <w:t>29. Гулханӣ чанд қасида дорад?</w:t>
      </w:r>
    </w:p>
    <w:p>
      <w:r>
        <w:rPr>
          <w:rFonts w:ascii="Arial" w:hAnsi="Arial" w:eastAsia="Arial"/>
          <w:sz w:val="22"/>
        </w:rPr>
        <w:t>Ҷавоби дуруст: Як қасида</w:t>
      </w:r>
    </w:p>
    <w:p>
      <w:r>
        <w:rPr>
          <w:rFonts w:ascii="Arial" w:hAnsi="Arial" w:eastAsia="Arial"/>
          <w:sz w:val="22"/>
        </w:rPr>
        <w:t>30. Ҷавоби дуруст ба саволи «Гулханӣ чанд қасида дорад?» кадом аст?</w:t>
      </w:r>
    </w:p>
    <w:p>
      <w:r>
        <w:rPr>
          <w:rFonts w:ascii="Arial" w:hAnsi="Arial" w:eastAsia="Arial"/>
          <w:sz w:val="22"/>
        </w:rPr>
        <w:t>Ҷавоби дуруст: Як қасида</w:t>
      </w:r>
    </w:p>
    <w:p>
      <w:r>
        <w:rPr>
          <w:rFonts w:ascii="Arial" w:hAnsi="Arial" w:eastAsia="Arial"/>
          <w:sz w:val="22"/>
        </w:rPr>
        <w:t>31. Кадом ҷавоб гулханӣ чанд қасида дорад?</w:t>
      </w:r>
    </w:p>
    <w:p>
      <w:r>
        <w:rPr>
          <w:rFonts w:ascii="Arial" w:hAnsi="Arial" w:eastAsia="Arial"/>
          <w:sz w:val="22"/>
        </w:rPr>
        <w:t>Ҷавоби дуруст: Як қасида</w:t>
      </w:r>
    </w:p>
    <w:p>
      <w:r>
        <w:rPr>
          <w:rFonts w:ascii="Arial" w:hAnsi="Arial" w:eastAsia="Arial"/>
          <w:sz w:val="22"/>
        </w:rPr>
        <w:t>32. Аз рӯйи китоб муайян кунед: Гулханӣ чанд қасида дорад?</w:t>
      </w:r>
    </w:p>
    <w:p>
      <w:r>
        <w:rPr>
          <w:rFonts w:ascii="Arial" w:hAnsi="Arial" w:eastAsia="Arial"/>
          <w:sz w:val="22"/>
        </w:rPr>
        <w:t>Ҷавоби дуруст: Як қасида</w:t>
      </w:r>
    </w:p>
    <w:p>
      <w:r>
        <w:rPr>
          <w:rFonts w:ascii="Arial" w:hAnsi="Arial" w:eastAsia="Arial"/>
          <w:sz w:val="22"/>
        </w:rPr>
        <w:t>33. Аз ғазалҳои Гулханӣ чандто тоҷикӣ ва чандто ӯзбекӣ мебошанд?</w:t>
      </w:r>
    </w:p>
    <w:p>
      <w:r>
        <w:rPr>
          <w:rFonts w:ascii="Arial" w:hAnsi="Arial" w:eastAsia="Arial"/>
          <w:sz w:val="22"/>
        </w:rPr>
        <w:t>Ҷавоби дуруст: 7 тоҷикӣ ва 5 ӯзбекӣ</w:t>
      </w:r>
    </w:p>
    <w:p>
      <w:r>
        <w:rPr>
          <w:rFonts w:ascii="Arial" w:hAnsi="Arial" w:eastAsia="Arial"/>
          <w:sz w:val="22"/>
        </w:rPr>
        <w:t>34. Ҷавоби дуруст ба саволи «Аз ғазалҳои Гулханӣ чандто тоҷикӣ ва чандто ӯзбекӣ мебошанд?» кадом аст?</w:t>
      </w:r>
    </w:p>
    <w:p>
      <w:r>
        <w:rPr>
          <w:rFonts w:ascii="Arial" w:hAnsi="Arial" w:eastAsia="Arial"/>
          <w:sz w:val="22"/>
        </w:rPr>
        <w:t>Ҷавоби дуруст: 7 тоҷикӣ ва 5 ӯзбекӣ</w:t>
      </w:r>
    </w:p>
    <w:p>
      <w:r>
        <w:rPr>
          <w:rFonts w:ascii="Arial" w:hAnsi="Arial" w:eastAsia="Arial"/>
          <w:sz w:val="22"/>
        </w:rPr>
        <w:t>35. Кадом ҷавоб аз ғазалҳои гулханӣ чандто тоҷикӣ ва чандто ӯзбекӣ мебошанд?</w:t>
      </w:r>
    </w:p>
    <w:p>
      <w:r>
        <w:rPr>
          <w:rFonts w:ascii="Arial" w:hAnsi="Arial" w:eastAsia="Arial"/>
          <w:sz w:val="22"/>
        </w:rPr>
        <w:t>Ҷавоби дуруст: 7 тоҷикӣ ва 5 ӯзбекӣ</w:t>
      </w:r>
    </w:p>
    <w:p>
      <w:r>
        <w:rPr>
          <w:rFonts w:ascii="Arial" w:hAnsi="Arial" w:eastAsia="Arial"/>
          <w:sz w:val="22"/>
        </w:rPr>
        <w:t>36. Аз рӯйи китоб муайян кунед: Аз ғазалҳои Гулханӣ чандто тоҷикӣ ва чандто ӯзбекӣ мебошанд?</w:t>
      </w:r>
    </w:p>
    <w:p>
      <w:r>
        <w:rPr>
          <w:rFonts w:ascii="Arial" w:hAnsi="Arial" w:eastAsia="Arial"/>
          <w:sz w:val="22"/>
        </w:rPr>
        <w:t>Ҷавоби дуруст: 7 тоҷикӣ ва 5 ӯзбекӣ</w:t>
      </w:r>
    </w:p>
    <w:p>
      <w:r>
        <w:rPr>
          <w:rFonts w:ascii="Arial" w:hAnsi="Arial" w:eastAsia="Arial"/>
          <w:sz w:val="22"/>
        </w:rPr>
        <w:t>37. Дар китоби дарсӣ гуфта мешавад: Гулханӣ ба кадом забонҳо эҷод кардааст?</w:t>
      </w:r>
    </w:p>
    <w:p>
      <w:r>
        <w:rPr>
          <w:rFonts w:ascii="Arial" w:hAnsi="Arial" w:eastAsia="Arial"/>
          <w:sz w:val="22"/>
        </w:rPr>
        <w:t>Ҷавоби дуруст: Тоҷикӣ ва ӯзбекӣ</w:t>
      </w:r>
    </w:p>
    <w:p>
      <w:r>
        <w:rPr>
          <w:rFonts w:ascii="Arial" w:hAnsi="Arial" w:eastAsia="Arial"/>
          <w:sz w:val="22"/>
        </w:rPr>
        <w:t>38. Дар китоби дарсӣ гуфта мешавад: Асари машҳури насрии Гулханӣ кадом аст?</w:t>
      </w:r>
    </w:p>
    <w:p>
      <w:r>
        <w:rPr>
          <w:rFonts w:ascii="Arial" w:hAnsi="Arial" w:eastAsia="Arial"/>
          <w:sz w:val="22"/>
        </w:rPr>
        <w:t>Ҷавоби дуруст: «Зарбулмасал»</w:t>
      </w:r>
    </w:p>
    <w:p>
      <w:r>
        <w:rPr>
          <w:rFonts w:ascii="Arial" w:hAnsi="Arial" w:eastAsia="Arial"/>
          <w:sz w:val="22"/>
        </w:rPr>
        <w:t>39. Дар китоби дарсӣ гуфта мешавад: «Зарбулмасал» ба кадом забон навишта шудааст?</w:t>
      </w:r>
    </w:p>
    <w:p>
      <w:r>
        <w:rPr>
          <w:rFonts w:ascii="Arial" w:hAnsi="Arial" w:eastAsia="Arial"/>
          <w:sz w:val="22"/>
        </w:rPr>
        <w:t>Ҷавоби дуруст: Ӯзбекӣ</w:t>
      </w:r>
    </w:p>
    <w:p>
      <w:r>
        <w:rPr>
          <w:rFonts w:ascii="Arial" w:hAnsi="Arial" w:eastAsia="Arial"/>
          <w:sz w:val="22"/>
        </w:rPr>
        <w:t>40. Дар китоби дарсӣ гуфта мешавад: «Зарбулмасал» чӣ гуна асар аст?</w:t>
      </w:r>
    </w:p>
    <w:p>
      <w:r>
        <w:rPr>
          <w:rFonts w:ascii="Arial" w:hAnsi="Arial" w:eastAsia="Arial"/>
          <w:sz w:val="22"/>
        </w:rPr>
        <w:t>Ҷавоби дуруст: Асари тамсилии насрӣ</w:t>
      </w:r>
    </w:p>
    <w:p>
      <w:r>
        <w:rPr>
          <w:rFonts w:ascii="Arial" w:hAnsi="Arial" w:eastAsia="Arial"/>
          <w:sz w:val="22"/>
        </w:rPr>
        <w:t>41. Дар китоби дарсӣ гуфта мешавад: Номи дигари «Зарбулмасал» чист?</w:t>
      </w:r>
    </w:p>
    <w:p>
      <w:r>
        <w:rPr>
          <w:rFonts w:ascii="Arial" w:hAnsi="Arial" w:eastAsia="Arial"/>
          <w:sz w:val="22"/>
        </w:rPr>
        <w:t>Ҷавоби дуруст: «Ҳикояи Япалоққуш»</w:t>
      </w:r>
    </w:p>
    <w:p>
      <w:r>
        <w:rPr>
          <w:rFonts w:ascii="Arial" w:hAnsi="Arial" w:eastAsia="Arial"/>
          <w:sz w:val="22"/>
        </w:rPr>
        <w:t>42. Дар китоби дарсӣ гуфта мешавад: «Зарбулмасал» тақрибан аз чанд зарбулмасал истифода мебарад?</w:t>
      </w:r>
    </w:p>
    <w:p>
      <w:r>
        <w:rPr>
          <w:rFonts w:ascii="Arial" w:hAnsi="Arial" w:eastAsia="Arial"/>
          <w:sz w:val="22"/>
        </w:rPr>
        <w:t>Ҷавоби дуруст: Зиёда аз 300</w:t>
      </w:r>
    </w:p>
    <w:p>
      <w:r>
        <w:rPr>
          <w:rFonts w:ascii="Arial" w:hAnsi="Arial" w:eastAsia="Arial"/>
          <w:sz w:val="22"/>
        </w:rPr>
        <w:t>43. Дар китоби дарсӣ гуфта мешавад: Аз мероси лирикии Гулханӣ чанд ғазал боқӣ мондааст?</w:t>
      </w:r>
    </w:p>
    <w:p>
      <w:r>
        <w:rPr>
          <w:rFonts w:ascii="Arial" w:hAnsi="Arial" w:eastAsia="Arial"/>
          <w:sz w:val="22"/>
        </w:rPr>
        <w:t>Ҷавоби дуруст: 12 ғазал</w:t>
      </w:r>
    </w:p>
    <w:p>
      <w:r>
        <w:rPr>
          <w:rFonts w:ascii="Arial" w:hAnsi="Arial" w:eastAsia="Arial"/>
          <w:sz w:val="22"/>
        </w:rPr>
        <w:t>44. Дар китоби дарсӣ гуфта мешавад: Гулханӣ чанд қасида дорад?</w:t>
      </w:r>
    </w:p>
    <w:p>
      <w:r>
        <w:rPr>
          <w:rFonts w:ascii="Arial" w:hAnsi="Arial" w:eastAsia="Arial"/>
          <w:sz w:val="22"/>
        </w:rPr>
        <w:t>Ҷавоби дуруст: Як қасида</w:t>
      </w:r>
    </w:p>
    <w:p>
      <w:r>
        <w:rPr>
          <w:rFonts w:ascii="Arial" w:hAnsi="Arial" w:eastAsia="Arial"/>
          <w:sz w:val="22"/>
        </w:rPr>
        <w:t>45. Дар китоби дарсӣ гуфта мешавад: Аз ғазалҳои Гулханӣ чандто тоҷикӣ ва чандто ӯзбекӣ мебошанд?</w:t>
      </w:r>
    </w:p>
    <w:p>
      <w:r>
        <w:rPr>
          <w:rFonts w:ascii="Arial" w:hAnsi="Arial" w:eastAsia="Arial"/>
          <w:sz w:val="22"/>
        </w:rPr>
        <w:t>Ҷавоби дуруст: 7 тоҷикӣ ва 5 ӯзбекӣ</w:t>
      </w:r>
    </w:p>
    <w:p>
      <w:r>
        <w:rPr>
          <w:rFonts w:ascii="Arial" w:hAnsi="Arial" w:eastAsia="Arial"/>
          <w:sz w:val="22"/>
        </w:rPr>
        <w:t>46. Дар китоби дарсӣ гуфта мешавад: Гулханӣ ба кадом забонҳо эҷод кардааст?</w:t>
      </w:r>
    </w:p>
    <w:p>
      <w:r>
        <w:rPr>
          <w:rFonts w:ascii="Arial" w:hAnsi="Arial" w:eastAsia="Arial"/>
          <w:sz w:val="22"/>
        </w:rPr>
        <w:t>Ҷавоби дуруст: Тоҷикӣ ва ӯзбекӣ</w:t>
      </w:r>
    </w:p>
    <w:p>
      <w:r>
        <w:rPr>
          <w:rFonts w:ascii="Arial" w:hAnsi="Arial" w:eastAsia="Arial"/>
          <w:sz w:val="22"/>
        </w:rPr>
        <w:t>47. Дар китоби дарсӣ гуфта мешавад: Асари машҳури насрии Гулханӣ кадом аст?</w:t>
      </w:r>
    </w:p>
    <w:p>
      <w:r>
        <w:rPr>
          <w:rFonts w:ascii="Arial" w:hAnsi="Arial" w:eastAsia="Arial"/>
          <w:sz w:val="22"/>
        </w:rPr>
        <w:t>Ҷавоби дуруст: «Зарбулмасал»</w:t>
      </w:r>
    </w:p>
    <w:p>
      <w:r>
        <w:rPr>
          <w:rFonts w:ascii="Arial" w:hAnsi="Arial" w:eastAsia="Arial"/>
          <w:sz w:val="22"/>
        </w:rPr>
        <w:t>48. Дар китоби дарсӣ гуфта мешавад: «Зарбулмасал» ба кадом забон навишта шудааст?</w:t>
      </w:r>
    </w:p>
    <w:p>
      <w:r>
        <w:rPr>
          <w:rFonts w:ascii="Arial" w:hAnsi="Arial" w:eastAsia="Arial"/>
          <w:sz w:val="22"/>
        </w:rPr>
        <w:t>Ҷавоби дуруст: Ӯзбекӣ</w:t>
      </w:r>
    </w:p>
    <w:p>
      <w:r>
        <w:rPr>
          <w:rFonts w:ascii="Arial" w:hAnsi="Arial" w:eastAsia="Arial"/>
          <w:sz w:val="22"/>
        </w:rPr>
        <w:t>49. Дар китоби дарсӣ гуфта мешавад: «Зарбулмасал» чӣ гуна асар аст?</w:t>
      </w:r>
    </w:p>
    <w:p>
      <w:r>
        <w:rPr>
          <w:rFonts w:ascii="Arial" w:hAnsi="Arial" w:eastAsia="Arial"/>
          <w:sz w:val="22"/>
        </w:rPr>
        <w:t>Ҷавоби дуруст: Асари тамсилии насрӣ</w:t>
      </w:r>
    </w:p>
    <w:p>
      <w:r>
        <w:rPr>
          <w:rFonts w:ascii="Arial" w:hAnsi="Arial" w:eastAsia="Arial"/>
          <w:sz w:val="22"/>
        </w:rPr>
        <w:t>50. Дар китоби дарсӣ гуфта мешавад: Номи дигари «Зарбулмасал» чист?</w:t>
      </w:r>
    </w:p>
    <w:p>
      <w:r>
        <w:rPr>
          <w:rFonts w:ascii="Arial" w:hAnsi="Arial" w:eastAsia="Arial"/>
          <w:sz w:val="22"/>
        </w:rPr>
        <w:t>Ҷавоби дуруст: «Ҳикояи Япалоққуш»</w:t>
      </w:r>
    </w:p>
    <w:p>
      <w:r>
        <w:rPr>
          <w:rFonts w:ascii="Arial" w:hAnsi="Arial" w:eastAsia="Arial"/>
          <w:sz w:val="22"/>
        </w:rPr>
        <w:t>51. Дар китоби дарсӣ гуфта мешавад: «Зарбулмасал» тақрибан аз чанд зарбулмасал истифода мебарад?</w:t>
      </w:r>
    </w:p>
    <w:p>
      <w:r>
        <w:rPr>
          <w:rFonts w:ascii="Arial" w:hAnsi="Arial" w:eastAsia="Arial"/>
          <w:sz w:val="22"/>
        </w:rPr>
        <w:t>Ҷавоби дуруст: Зиёда аз 300</w:t>
      </w:r>
    </w:p>
    <w:p>
      <w:r>
        <w:rPr>
          <w:rFonts w:ascii="Arial" w:hAnsi="Arial" w:eastAsia="Arial"/>
          <w:sz w:val="22"/>
        </w:rPr>
        <w:t>52. Дар китоби дарсӣ гуфта мешавад: Аз мероси лирикии Гулханӣ чанд ғазал боқӣ мондааст?</w:t>
      </w:r>
    </w:p>
    <w:p>
      <w:r>
        <w:rPr>
          <w:rFonts w:ascii="Arial" w:hAnsi="Arial" w:eastAsia="Arial"/>
          <w:sz w:val="22"/>
        </w:rPr>
        <w:t>Ҷавоби дуруст: 12 ғазал</w:t>
      </w:r>
    </w:p>
    <w:p>
      <w:r>
        <w:rPr>
          <w:rFonts w:ascii="Arial" w:hAnsi="Arial" w:eastAsia="Arial"/>
          <w:sz w:val="22"/>
        </w:rPr>
        <w:t>53. Дар китоби дарсӣ гуфта мешавад: Гулханӣ чанд қасида дорад?</w:t>
      </w:r>
    </w:p>
    <w:p>
      <w:r>
        <w:rPr>
          <w:rFonts w:ascii="Arial" w:hAnsi="Arial" w:eastAsia="Arial"/>
          <w:sz w:val="22"/>
        </w:rPr>
        <w:t>Ҷавоби дуруст: Як қасида</w:t>
      </w:r>
    </w:p>
    <w:p>
      <w:r>
        <w:rPr>
          <w:rFonts w:ascii="Arial" w:hAnsi="Arial" w:eastAsia="Arial"/>
          <w:sz w:val="22"/>
        </w:rPr>
        <w:t>54. Дар китоби дарсӣ гуфта мешавад: Аз ғазалҳои Гулханӣ чандто тоҷикӣ ва чандто ӯзбекӣ мебошанд?</w:t>
      </w:r>
    </w:p>
    <w:p>
      <w:r>
        <w:rPr>
          <w:rFonts w:ascii="Arial" w:hAnsi="Arial" w:eastAsia="Arial"/>
          <w:sz w:val="22"/>
        </w:rPr>
        <w:t>Ҷавоби дуруст: 7 тоҷикӣ ва 5 ӯзбекӣ</w:t>
      </w:r>
    </w:p>
    <w:p>
      <w:r>
        <w:rPr>
          <w:rFonts w:ascii="Arial" w:hAnsi="Arial" w:eastAsia="Arial"/>
          <w:sz w:val="22"/>
        </w:rPr>
        <w:t>55. Дар китоби дарсӣ гуфта мешавад: Гулханӣ ба кадом забонҳо эҷод кардааст?</w:t>
      </w:r>
    </w:p>
    <w:p>
      <w:r>
        <w:rPr>
          <w:rFonts w:ascii="Arial" w:hAnsi="Arial" w:eastAsia="Arial"/>
          <w:sz w:val="22"/>
        </w:rPr>
        <w:t>Ҷавоби дуруст: Тоҷикӣ ва ӯзбекӣ</w:t>
      </w:r>
    </w:p>
    <w:p>
      <w:r>
        <w:rPr>
          <w:rFonts w:ascii="Arial" w:hAnsi="Arial" w:eastAsia="Arial"/>
          <w:sz w:val="22"/>
        </w:rPr>
        <w:t>56. Дар китоби дарсӣ гуфта мешавад: Асари машҳури насрии Гулханӣ кадом аст?</w:t>
      </w:r>
    </w:p>
    <w:p>
      <w:r>
        <w:rPr>
          <w:rFonts w:ascii="Arial" w:hAnsi="Arial" w:eastAsia="Arial"/>
          <w:sz w:val="22"/>
        </w:rPr>
        <w:t>Ҷавоби дуруст: «Зарбулмасал»</w:t>
      </w:r>
    </w:p>
    <w:p>
      <w:r>
        <w:rPr>
          <w:rFonts w:ascii="Arial" w:hAnsi="Arial" w:eastAsia="Arial"/>
          <w:sz w:val="22"/>
        </w:rPr>
        <w:t>57. Дар китоби дарсӣ гуфта мешавад: «Зарбулмасал» ба кадом забон навишта шудааст?</w:t>
      </w:r>
    </w:p>
    <w:p>
      <w:r>
        <w:rPr>
          <w:rFonts w:ascii="Arial" w:hAnsi="Arial" w:eastAsia="Arial"/>
          <w:sz w:val="22"/>
        </w:rPr>
        <w:t>Ҷавоби дуруст: Ӯзбекӣ</w:t>
      </w:r>
    </w:p>
    <w:p>
      <w:r>
        <w:rPr>
          <w:rFonts w:ascii="Arial" w:hAnsi="Arial" w:eastAsia="Arial"/>
          <w:sz w:val="22"/>
        </w:rPr>
        <w:t>58. Дар китоби дарсӣ гуфта мешавад: «Зарбулмасал» чӣ гуна асар аст?</w:t>
      </w:r>
    </w:p>
    <w:p>
      <w:r>
        <w:rPr>
          <w:rFonts w:ascii="Arial" w:hAnsi="Arial" w:eastAsia="Arial"/>
          <w:sz w:val="22"/>
        </w:rPr>
        <w:t>Ҷавоби дуруст: Асари тамсилии насрӣ</w:t>
      </w:r>
    </w:p>
    <w:p>
      <w:r>
        <w:rPr>
          <w:rFonts w:ascii="Arial" w:hAnsi="Arial" w:eastAsia="Arial"/>
          <w:sz w:val="22"/>
        </w:rPr>
        <w:t>59. Дар китоби дарсӣ гуфта мешавад: Номи дигари «Зарбулмасал» чист?</w:t>
      </w:r>
    </w:p>
    <w:p>
      <w:r>
        <w:rPr>
          <w:rFonts w:ascii="Arial" w:hAnsi="Arial" w:eastAsia="Arial"/>
          <w:sz w:val="22"/>
        </w:rPr>
        <w:t>Ҷавоби дуруст: «Ҳикояи Япалоққуш»</w:t>
      </w:r>
    </w:p>
    <w:p>
      <w:r>
        <w:rPr>
          <w:rFonts w:ascii="Arial" w:hAnsi="Arial" w:eastAsia="Arial"/>
          <w:sz w:val="22"/>
        </w:rPr>
        <w:t>60. Дар китоби дарсӣ гуфта мешавад: «Зарбулмасал» тақрибан аз чанд зарбулмасал истифода мебарад?</w:t>
      </w:r>
    </w:p>
    <w:p>
      <w:r>
        <w:rPr>
          <w:rFonts w:ascii="Arial" w:hAnsi="Arial" w:eastAsia="Arial"/>
          <w:sz w:val="22"/>
        </w:rPr>
        <w:t>Ҷавоби дуруст: Зиёда аз 300</w:t>
      </w:r>
    </w:p>
    <w:p>
      <w:r>
        <w:rPr>
          <w:rFonts w:ascii="Arial" w:hAnsi="Arial" w:eastAsia="Arial"/>
          <w:sz w:val="22"/>
        </w:rPr>
        <w:t>61. Дар китоби дарсӣ гуфта мешавад: Аз мероси лирикии Гулханӣ чанд ғазал боқӣ мондааст?</w:t>
      </w:r>
    </w:p>
    <w:p>
      <w:r>
        <w:rPr>
          <w:rFonts w:ascii="Arial" w:hAnsi="Arial" w:eastAsia="Arial"/>
          <w:sz w:val="22"/>
        </w:rPr>
        <w:t>Ҷавоби дуруст: 12 ғазал</w:t>
      </w:r>
    </w:p>
    <w:p>
      <w:r>
        <w:rPr>
          <w:rFonts w:ascii="Arial" w:hAnsi="Arial" w:eastAsia="Arial"/>
          <w:sz w:val="22"/>
        </w:rPr>
        <w:t>62. Дар китоби дарсӣ гуфта мешавад: Гулханӣ чанд қасида дорад?</w:t>
      </w:r>
    </w:p>
    <w:p>
      <w:r>
        <w:rPr>
          <w:rFonts w:ascii="Arial" w:hAnsi="Arial" w:eastAsia="Arial"/>
          <w:sz w:val="22"/>
        </w:rPr>
        <w:t>Ҷавоби дуруст: Як қасида</w:t>
      </w:r>
    </w:p>
    <w:p>
      <w:r>
        <w:rPr>
          <w:rFonts w:ascii="Arial" w:hAnsi="Arial" w:eastAsia="Arial"/>
          <w:sz w:val="22"/>
        </w:rPr>
        <w:t>63. Дар китоби дарсӣ гуфта мешавад: Аз ғазалҳои Гулханӣ чандто тоҷикӣ ва чандто ӯзбекӣ мебошанд?</w:t>
      </w:r>
    </w:p>
    <w:p>
      <w:r>
        <w:rPr>
          <w:rFonts w:ascii="Arial" w:hAnsi="Arial" w:eastAsia="Arial"/>
          <w:sz w:val="22"/>
        </w:rPr>
        <w:t>Ҷавоби дуруст: 7 тоҷикӣ ва 5 ӯзбекӣ</w:t>
      </w:r>
    </w:p>
    <w:p>
      <w:r>
        <w:rPr>
          <w:rFonts w:ascii="Arial" w:hAnsi="Arial" w:eastAsia="Arial"/>
          <w:sz w:val="22"/>
        </w:rPr>
        <w:t>64. Дар китоби дарсӣ гуфта мешавад: Гулханӣ ба кадом забонҳо эҷод кардааст?</w:t>
      </w:r>
    </w:p>
    <w:p>
      <w:r>
        <w:rPr>
          <w:rFonts w:ascii="Arial" w:hAnsi="Arial" w:eastAsia="Arial"/>
          <w:sz w:val="22"/>
        </w:rPr>
        <w:t>Ҷавоби дуруст: Тоҷикӣ ва ӯзбекӣ</w:t>
      </w:r>
    </w:p>
    <w:p>
      <w:r>
        <w:rPr>
          <w:rFonts w:ascii="Arial" w:hAnsi="Arial" w:eastAsia="Arial"/>
          <w:sz w:val="22"/>
        </w:rPr>
        <w:t>65. Дар китоби дарсӣ гуфта мешавад: Асари машҳури насрии Гулханӣ кадом аст?</w:t>
      </w:r>
    </w:p>
    <w:p>
      <w:r>
        <w:rPr>
          <w:rFonts w:ascii="Arial" w:hAnsi="Arial" w:eastAsia="Arial"/>
          <w:sz w:val="22"/>
        </w:rPr>
        <w:t>Ҷавоби дуруст: «Зарбулмасал»</w:t>
      </w:r>
    </w:p>
    <w:p>
      <w:r>
        <w:rPr>
          <w:rFonts w:ascii="Arial" w:hAnsi="Arial" w:eastAsia="Arial"/>
          <w:sz w:val="22"/>
        </w:rPr>
        <w:t>66. Дар китоби дарсӣ гуфта мешавад: «Зарбулмасал» ба кадом забон навишта шудааст?</w:t>
      </w:r>
    </w:p>
    <w:p>
      <w:r>
        <w:rPr>
          <w:rFonts w:ascii="Arial" w:hAnsi="Arial" w:eastAsia="Arial"/>
          <w:sz w:val="22"/>
        </w:rPr>
        <w:t>Ҷавоби дуруст: Ӯзбекӣ</w:t>
      </w:r>
    </w:p>
    <w:p>
      <w:r>
        <w:rPr>
          <w:rFonts w:ascii="Arial" w:hAnsi="Arial" w:eastAsia="Arial"/>
          <w:sz w:val="22"/>
        </w:rPr>
        <w:t>67. Дар китоби дарсӣ гуфта мешавад: «Зарбулмасал» чӣ гуна асар аст?</w:t>
      </w:r>
    </w:p>
    <w:p>
      <w:r>
        <w:rPr>
          <w:rFonts w:ascii="Arial" w:hAnsi="Arial" w:eastAsia="Arial"/>
          <w:sz w:val="22"/>
        </w:rPr>
        <w:t>Ҷавоби дуруст: Асари тамсилии насрӣ</w:t>
      </w:r>
    </w:p>
    <w:p>
      <w:r>
        <w:rPr>
          <w:rFonts w:ascii="Arial" w:hAnsi="Arial" w:eastAsia="Arial"/>
          <w:sz w:val="22"/>
        </w:rPr>
        <w:t>68. Дар китоби дарсӣ гуфта мешавад: Номи дигари «Зарбулмасал» чист?</w:t>
      </w:r>
    </w:p>
    <w:p>
      <w:r>
        <w:rPr>
          <w:rFonts w:ascii="Arial" w:hAnsi="Arial" w:eastAsia="Arial"/>
          <w:sz w:val="22"/>
        </w:rPr>
        <w:t>Ҷавоби дуруст: «Ҳикояи Япалоққуш»</w:t>
      </w:r>
    </w:p>
    <w:p>
      <w:r>
        <w:rPr>
          <w:rFonts w:ascii="Arial" w:hAnsi="Arial" w:eastAsia="Arial"/>
          <w:sz w:val="22"/>
        </w:rPr>
        <w:t>69. Дар китоби дарсӣ гуфта мешавад: «Зарбулмасал» тақрибан аз чанд зарбулмасал истифода мебарад?</w:t>
      </w:r>
    </w:p>
    <w:p>
      <w:r>
        <w:rPr>
          <w:rFonts w:ascii="Arial" w:hAnsi="Arial" w:eastAsia="Arial"/>
          <w:sz w:val="22"/>
        </w:rPr>
        <w:t>Ҷавоби дуруст: Зиёда аз 300</w:t>
      </w:r>
    </w:p>
    <w:p>
      <w:r>
        <w:rPr>
          <w:rFonts w:ascii="Arial" w:hAnsi="Arial" w:eastAsia="Arial"/>
          <w:sz w:val="22"/>
        </w:rPr>
        <w:t>70. Дар китоби дарсӣ гуфта мешавад: Аз мероси лирикии Гулханӣ чанд ғазал боқӣ мондааст?</w:t>
      </w:r>
    </w:p>
    <w:p>
      <w:r>
        <w:rPr>
          <w:rFonts w:ascii="Arial" w:hAnsi="Arial" w:eastAsia="Arial"/>
          <w:sz w:val="22"/>
        </w:rPr>
        <w:t>Ҷавоби дуруст: 12 ғазал</w:t>
      </w:r>
    </w:p>
    <w:p>
      <w:r>
        <w:rPr>
          <w:rFonts w:ascii="Arial" w:hAnsi="Arial" w:eastAsia="Arial"/>
          <w:sz w:val="22"/>
        </w:rPr>
        <w:t>71. Дар китоби дарсӣ гуфта мешавад: Гулханӣ чанд қасида дорад?</w:t>
      </w:r>
    </w:p>
    <w:p>
      <w:r>
        <w:rPr>
          <w:rFonts w:ascii="Arial" w:hAnsi="Arial" w:eastAsia="Arial"/>
          <w:sz w:val="22"/>
        </w:rPr>
        <w:t>Ҷавоби дуруст: Як қасида</w:t>
      </w:r>
    </w:p>
    <w:p>
      <w:r>
        <w:rPr>
          <w:rFonts w:ascii="Arial" w:hAnsi="Arial" w:eastAsia="Arial"/>
          <w:sz w:val="22"/>
        </w:rPr>
        <w:t>72. Дар китоби дарсӣ гуфта мешавад: Аз ғазалҳои Гулханӣ чандто тоҷикӣ ва чандто ӯзбекӣ мебошанд?</w:t>
      </w:r>
    </w:p>
    <w:p>
      <w:r>
        <w:rPr>
          <w:rFonts w:ascii="Arial" w:hAnsi="Arial" w:eastAsia="Arial"/>
          <w:sz w:val="22"/>
        </w:rPr>
        <w:t>Ҷавоби дуруст: 7 тоҷикӣ ва 5 ӯзбекӣ</w:t>
      </w:r>
    </w:p>
    <w:p>
      <w:r>
        <w:rPr>
          <w:rFonts w:ascii="Arial" w:hAnsi="Arial" w:eastAsia="Arial"/>
          <w:sz w:val="22"/>
        </w:rPr>
        <w:t>73. Дар китоби дарсӣ гуфта мешавад: Гулханӣ ба кадом забонҳо эҷод кардааст?</w:t>
      </w:r>
    </w:p>
    <w:p>
      <w:r>
        <w:rPr>
          <w:rFonts w:ascii="Arial" w:hAnsi="Arial" w:eastAsia="Arial"/>
          <w:sz w:val="22"/>
        </w:rPr>
        <w:t>Ҷавоби дуруст: Тоҷикӣ ва ӯзбекӣ</w:t>
      </w:r>
    </w:p>
    <w:p>
      <w:r>
        <w:rPr>
          <w:rFonts w:ascii="Arial" w:hAnsi="Arial" w:eastAsia="Arial"/>
          <w:sz w:val="22"/>
        </w:rPr>
        <w:t>74. Дар китоби дарсӣ гуфта мешавад: Асари машҳури насрии Гулханӣ кадом аст?</w:t>
      </w:r>
    </w:p>
    <w:p>
      <w:r>
        <w:rPr>
          <w:rFonts w:ascii="Arial" w:hAnsi="Arial" w:eastAsia="Arial"/>
          <w:sz w:val="22"/>
        </w:rPr>
        <w:t>Ҷавоби дуруст: «Зарбулмасал»</w:t>
      </w:r>
    </w:p>
    <w:p>
      <w:r>
        <w:rPr>
          <w:rFonts w:ascii="Arial" w:hAnsi="Arial" w:eastAsia="Arial"/>
          <w:sz w:val="22"/>
        </w:rPr>
        <w:t>75. Дар китоби дарсӣ гуфта мешавад: «Зарбулмасал» ба кадом забон навишта шудааст?</w:t>
      </w:r>
    </w:p>
    <w:p>
      <w:r>
        <w:rPr>
          <w:rFonts w:ascii="Arial" w:hAnsi="Arial" w:eastAsia="Arial"/>
          <w:sz w:val="22"/>
        </w:rPr>
        <w:t>Ҷавоби дуруст: Ӯзбекӣ</w:t>
      </w:r>
    </w:p>
    <w:p>
      <w:r>
        <w:rPr>
          <w:rFonts w:ascii="Arial" w:hAnsi="Arial" w:eastAsia="Arial"/>
          <w:sz w:val="22"/>
        </w:rPr>
        <w:t>76. Дар китоби дарсӣ гуфта мешавад: «Зарбулмасал» чӣ гуна асар аст?</w:t>
      </w:r>
    </w:p>
    <w:p>
      <w:r>
        <w:rPr>
          <w:rFonts w:ascii="Arial" w:hAnsi="Arial" w:eastAsia="Arial"/>
          <w:sz w:val="22"/>
        </w:rPr>
        <w:t>Ҷавоби дуруст: Асари тамсилии насрӣ</w:t>
      </w:r>
    </w:p>
    <w:p>
      <w:r>
        <w:rPr>
          <w:rFonts w:ascii="Arial" w:hAnsi="Arial" w:eastAsia="Arial"/>
          <w:sz w:val="22"/>
        </w:rPr>
        <w:t>77. Дар китоби дарсӣ гуфта мешавад: Номи дигари «Зарбулмасал» чист?</w:t>
      </w:r>
    </w:p>
    <w:p>
      <w:r>
        <w:rPr>
          <w:rFonts w:ascii="Arial" w:hAnsi="Arial" w:eastAsia="Arial"/>
          <w:sz w:val="22"/>
        </w:rPr>
        <w:t>Ҷавоби дуруст: «Ҳикояи Япалоққуш»</w:t>
      </w:r>
    </w:p>
    <w:p>
      <w:r>
        <w:rPr>
          <w:rFonts w:ascii="Arial" w:hAnsi="Arial" w:eastAsia="Arial"/>
          <w:sz w:val="22"/>
        </w:rPr>
        <w:t>78. Дар китоби дарсӣ гуфта мешавад: «Зарбулмасал» тақрибан аз чанд зарбулмасал истифода мебарад?</w:t>
      </w:r>
    </w:p>
    <w:p>
      <w:r>
        <w:rPr>
          <w:rFonts w:ascii="Arial" w:hAnsi="Arial" w:eastAsia="Arial"/>
          <w:sz w:val="22"/>
        </w:rPr>
        <w:t>Ҷавоби дуруст: Зиёда аз 300</w:t>
      </w:r>
    </w:p>
    <w:p>
      <w:r>
        <w:rPr>
          <w:rFonts w:ascii="Arial" w:hAnsi="Arial" w:eastAsia="Arial"/>
          <w:sz w:val="22"/>
        </w:rPr>
        <w:t>79. Дар китоби дарсӣ гуфта мешавад: Аз мероси лирикии Гулханӣ чанд ғазал боқӣ мондааст?</w:t>
      </w:r>
    </w:p>
    <w:p>
      <w:r>
        <w:rPr>
          <w:rFonts w:ascii="Arial" w:hAnsi="Arial" w:eastAsia="Arial"/>
          <w:sz w:val="22"/>
        </w:rPr>
        <w:t>Ҷавоби дуруст: 12 ғазал</w:t>
      </w:r>
    </w:p>
    <w:p>
      <w:r>
        <w:rPr>
          <w:rFonts w:ascii="Arial" w:hAnsi="Arial" w:eastAsia="Arial"/>
          <w:sz w:val="22"/>
        </w:rPr>
        <w:t>80. Дар китоби дарсӣ гуфта мешавад: Гулханӣ чанд қасида дорад?</w:t>
      </w:r>
    </w:p>
    <w:p>
      <w:r>
        <w:rPr>
          <w:rFonts w:ascii="Arial" w:hAnsi="Arial" w:eastAsia="Arial"/>
          <w:sz w:val="22"/>
        </w:rPr>
        <w:t>Ҷавоби дуруст: Як қасида</w:t>
      </w:r>
    </w:p>
    <w:p>
      <w:r>
        <w:rPr>
          <w:rFonts w:ascii="Arial" w:hAnsi="Arial" w:eastAsia="Arial"/>
          <w:sz w:val="22"/>
        </w:rPr>
        <w:t>81. Дар китоби дарсӣ гуфта мешавад: Аз ғазалҳои Гулханӣ чандто тоҷикӣ ва чандто ӯзбекӣ мебошанд?</w:t>
      </w:r>
    </w:p>
    <w:p>
      <w:r>
        <w:rPr>
          <w:rFonts w:ascii="Arial" w:hAnsi="Arial" w:eastAsia="Arial"/>
          <w:sz w:val="22"/>
        </w:rPr>
        <w:t>Ҷавоби дуруст: 7 тоҷикӣ ва 5 ӯзбекӣ</w:t>
      </w:r>
    </w:p>
    <w:p>
      <w:r>
        <w:rPr>
          <w:rFonts w:ascii="Arial" w:hAnsi="Arial" w:eastAsia="Arial"/>
          <w:sz w:val="22"/>
        </w:rPr>
        <w:t>82. Дар китоби дарсӣ гуфта мешавад: Гулханӣ ба кадом забонҳо эҷод кардааст?</w:t>
      </w:r>
    </w:p>
    <w:p>
      <w:r>
        <w:rPr>
          <w:rFonts w:ascii="Arial" w:hAnsi="Arial" w:eastAsia="Arial"/>
          <w:sz w:val="22"/>
        </w:rPr>
        <w:t>Ҷавоби дуруст: Тоҷикӣ ва ӯзбекӣ</w:t>
      </w:r>
    </w:p>
    <w:p>
      <w:r>
        <w:rPr>
          <w:rFonts w:ascii="Arial" w:hAnsi="Arial" w:eastAsia="Arial"/>
          <w:sz w:val="22"/>
        </w:rPr>
        <w:t>83. Дар китоби дарсӣ гуфта мешавад: Асари машҳури насрии Гулханӣ кадом аст?</w:t>
      </w:r>
    </w:p>
    <w:p>
      <w:r>
        <w:rPr>
          <w:rFonts w:ascii="Arial" w:hAnsi="Arial" w:eastAsia="Arial"/>
          <w:sz w:val="22"/>
        </w:rPr>
        <w:t>Ҷавоби дуруст: «Зарбулмасал»</w:t>
      </w:r>
    </w:p>
    <w:p>
      <w:r>
        <w:rPr>
          <w:rFonts w:ascii="Arial" w:hAnsi="Arial" w:eastAsia="Arial"/>
          <w:sz w:val="22"/>
        </w:rPr>
        <w:t>84. Дар китоби дарсӣ гуфта мешавад: «Зарбулмасал» ба кадом забон навишта шудааст?</w:t>
      </w:r>
    </w:p>
    <w:p>
      <w:r>
        <w:rPr>
          <w:rFonts w:ascii="Arial" w:hAnsi="Arial" w:eastAsia="Arial"/>
          <w:sz w:val="22"/>
        </w:rPr>
        <w:t>Ҷавоби дуруст: Ӯзбекӣ</w:t>
      </w:r>
    </w:p>
    <w:p>
      <w:r>
        <w:rPr>
          <w:rFonts w:ascii="Arial" w:hAnsi="Arial" w:eastAsia="Arial"/>
          <w:sz w:val="22"/>
        </w:rPr>
        <w:t>85. Дар китоби дарсӣ гуфта мешавад: «Зарбулмасал» чӣ гуна асар аст?</w:t>
      </w:r>
    </w:p>
    <w:p>
      <w:r>
        <w:rPr>
          <w:rFonts w:ascii="Arial" w:hAnsi="Arial" w:eastAsia="Arial"/>
          <w:sz w:val="22"/>
        </w:rPr>
        <w:t>Ҷавоби дуруст: Асари тамсилии насрӣ</w:t>
      </w:r>
    </w:p>
    <w:p>
      <w:r>
        <w:rPr>
          <w:rFonts w:ascii="Arial" w:hAnsi="Arial" w:eastAsia="Arial"/>
          <w:sz w:val="22"/>
        </w:rPr>
        <w:t>86. Дар китоби дарсӣ гуфта мешавад: Номи дигари «Зарбулмасал» чист?</w:t>
      </w:r>
    </w:p>
    <w:p>
      <w:r>
        <w:rPr>
          <w:rFonts w:ascii="Arial" w:hAnsi="Arial" w:eastAsia="Arial"/>
          <w:sz w:val="22"/>
        </w:rPr>
        <w:t>Ҷавоби дуруст: «Ҳикояи Япалоққуш»</w:t>
      </w:r>
    </w:p>
    <w:p>
      <w:r>
        <w:rPr>
          <w:rFonts w:ascii="Arial" w:hAnsi="Arial" w:eastAsia="Arial"/>
          <w:sz w:val="22"/>
        </w:rPr>
        <w:t>87. Дар китоби дарсӣ гуфта мешавад: «Зарбулмасал» тақрибан аз чанд зарбулмасал истифода мебарад?</w:t>
      </w:r>
    </w:p>
    <w:p>
      <w:r>
        <w:rPr>
          <w:rFonts w:ascii="Arial" w:hAnsi="Arial" w:eastAsia="Arial"/>
          <w:sz w:val="22"/>
        </w:rPr>
        <w:t>Ҷавоби дуруст: Зиёда аз 300</w:t>
      </w:r>
    </w:p>
    <w:p>
      <w:r>
        <w:rPr>
          <w:rFonts w:ascii="Arial" w:hAnsi="Arial" w:eastAsia="Arial"/>
          <w:sz w:val="22"/>
        </w:rPr>
        <w:t>88. Дар китоби дарсӣ гуфта мешавад: Аз мероси лирикии Гулханӣ чанд ғазал боқӣ мондааст?</w:t>
      </w:r>
    </w:p>
    <w:p>
      <w:r>
        <w:rPr>
          <w:rFonts w:ascii="Arial" w:hAnsi="Arial" w:eastAsia="Arial"/>
          <w:sz w:val="22"/>
        </w:rPr>
        <w:t>Ҷавоби дуруст: 12 ғазал</w:t>
      </w:r>
    </w:p>
    <w:p>
      <w:r>
        <w:rPr>
          <w:rFonts w:ascii="Arial" w:hAnsi="Arial" w:eastAsia="Arial"/>
          <w:sz w:val="22"/>
        </w:rPr>
        <w:t>89. Дар китоби дарсӣ гуфта мешавад: Гулханӣ чанд қасида дорад?</w:t>
      </w:r>
    </w:p>
    <w:p>
      <w:r>
        <w:rPr>
          <w:rFonts w:ascii="Arial" w:hAnsi="Arial" w:eastAsia="Arial"/>
          <w:sz w:val="22"/>
        </w:rPr>
        <w:t>Ҷавоби дуруст: Як қасида</w:t>
      </w:r>
    </w:p>
    <w:p>
      <w:r>
        <w:rPr>
          <w:rFonts w:ascii="Arial" w:hAnsi="Arial" w:eastAsia="Arial"/>
          <w:sz w:val="22"/>
        </w:rPr>
        <w:t>90. Дар китоби дарсӣ гуфта мешавад: Аз ғазалҳои Гулханӣ чандто тоҷикӣ ва чандто ӯзбекӣ мебошанд?</w:t>
      </w:r>
    </w:p>
    <w:p>
      <w:r>
        <w:rPr>
          <w:rFonts w:ascii="Arial" w:hAnsi="Arial" w:eastAsia="Arial"/>
          <w:sz w:val="22"/>
        </w:rPr>
        <w:t>Ҷавоби дуруст: 7 тоҷикӣ ва 5 ӯзбекӣ</w:t>
      </w:r>
    </w:p>
    <w:p>
      <w:r>
        <w:rPr>
          <w:rFonts w:ascii="Arial" w:hAnsi="Arial" w:eastAsia="Arial"/>
          <w:sz w:val="22"/>
        </w:rPr>
        <w:t>91. Дар китоби дарсӣ гуфта мешавад: Гулханӣ ба кадом забонҳо эҷод кардааст?</w:t>
      </w:r>
    </w:p>
    <w:p>
      <w:r>
        <w:rPr>
          <w:rFonts w:ascii="Arial" w:hAnsi="Arial" w:eastAsia="Arial"/>
          <w:sz w:val="22"/>
        </w:rPr>
        <w:t>Ҷавоби дуруст: Тоҷикӣ ва ӯзбекӣ</w:t>
      </w:r>
    </w:p>
    <w:p>
      <w:r>
        <w:rPr>
          <w:rFonts w:ascii="Arial" w:hAnsi="Arial" w:eastAsia="Arial"/>
          <w:sz w:val="22"/>
        </w:rPr>
        <w:t>92. Дар китоби дарсӣ гуфта мешавад: Асари машҳури насрии Гулханӣ кадом аст?</w:t>
      </w:r>
    </w:p>
    <w:p>
      <w:r>
        <w:rPr>
          <w:rFonts w:ascii="Arial" w:hAnsi="Arial" w:eastAsia="Arial"/>
          <w:sz w:val="22"/>
        </w:rPr>
        <w:t>Ҷавоби дуруст: «Зарбулмасал»</w:t>
      </w:r>
    </w:p>
    <w:p>
      <w:r>
        <w:rPr>
          <w:rFonts w:ascii="Arial" w:hAnsi="Arial" w:eastAsia="Arial"/>
          <w:sz w:val="22"/>
        </w:rPr>
        <w:t>93. Дар китоби дарсӣ гуфта мешавад: «Зарбулмасал» ба кадом забон навишта шудааст?</w:t>
      </w:r>
    </w:p>
    <w:p>
      <w:r>
        <w:rPr>
          <w:rFonts w:ascii="Arial" w:hAnsi="Arial" w:eastAsia="Arial"/>
          <w:sz w:val="22"/>
        </w:rPr>
        <w:t>Ҷавоби дуруст: Ӯзбекӣ</w:t>
      </w:r>
    </w:p>
    <w:p>
      <w:r>
        <w:rPr>
          <w:rFonts w:ascii="Arial" w:hAnsi="Arial" w:eastAsia="Arial"/>
          <w:sz w:val="22"/>
        </w:rPr>
        <w:t>94. Дар китоби дарсӣ гуфта мешавад: «Зарбулмасал» чӣ гуна асар аст?</w:t>
      </w:r>
    </w:p>
    <w:p>
      <w:r>
        <w:rPr>
          <w:rFonts w:ascii="Arial" w:hAnsi="Arial" w:eastAsia="Arial"/>
          <w:sz w:val="22"/>
        </w:rPr>
        <w:t>Ҷавоби дуруст: Асари тамсилии насрӣ</w:t>
      </w:r>
    </w:p>
    <w:p>
      <w:r>
        <w:rPr>
          <w:rFonts w:ascii="Arial" w:hAnsi="Arial" w:eastAsia="Arial"/>
          <w:sz w:val="22"/>
        </w:rPr>
        <w:t>95. Дар китоби дарсӣ гуфта мешавад: Номи дигари «Зарбулмасал» чист?</w:t>
      </w:r>
    </w:p>
    <w:p>
      <w:r>
        <w:rPr>
          <w:rFonts w:ascii="Arial" w:hAnsi="Arial" w:eastAsia="Arial"/>
          <w:sz w:val="22"/>
        </w:rPr>
        <w:t>Ҷавоби дуруст: «Ҳикояи Япалоққуш»</w:t>
      </w:r>
    </w:p>
    <w:p>
      <w:r>
        <w:rPr>
          <w:rFonts w:ascii="Arial" w:hAnsi="Arial" w:eastAsia="Arial"/>
          <w:sz w:val="22"/>
        </w:rPr>
        <w:t>96. Дар китоби дарсӣ гуфта мешавад: «Зарбулмасал» тақрибан аз чанд зарбулмасал истифода мебарад?</w:t>
      </w:r>
    </w:p>
    <w:p>
      <w:r>
        <w:rPr>
          <w:rFonts w:ascii="Arial" w:hAnsi="Arial" w:eastAsia="Arial"/>
          <w:sz w:val="22"/>
        </w:rPr>
        <w:t>Ҷавоби дуруст: Зиёда аз 300</w:t>
      </w:r>
    </w:p>
    <w:p>
      <w:r>
        <w:rPr>
          <w:rFonts w:ascii="Arial" w:hAnsi="Arial" w:eastAsia="Arial"/>
          <w:sz w:val="22"/>
        </w:rPr>
        <w:t>97. Дар китоби дарсӣ гуфта мешавад: Аз мероси лирикии Гулханӣ чанд ғазал боқӣ мондааст?</w:t>
      </w:r>
    </w:p>
    <w:p>
      <w:r>
        <w:rPr>
          <w:rFonts w:ascii="Arial" w:hAnsi="Arial" w:eastAsia="Arial"/>
          <w:sz w:val="22"/>
        </w:rPr>
        <w:t>Ҷавоби дуруст: 12 ғазал</w:t>
      </w:r>
    </w:p>
    <w:p>
      <w:r>
        <w:rPr>
          <w:rFonts w:ascii="Arial" w:hAnsi="Arial" w:eastAsia="Arial"/>
          <w:sz w:val="22"/>
        </w:rPr>
        <w:t>98. Дар китоби дарсӣ гуфта мешавад: Гулханӣ чанд қасида дорад?</w:t>
      </w:r>
    </w:p>
    <w:p>
      <w:r>
        <w:rPr>
          <w:rFonts w:ascii="Arial" w:hAnsi="Arial" w:eastAsia="Arial"/>
          <w:sz w:val="22"/>
        </w:rPr>
        <w:t>Ҷавоби дуруст: Як қасида</w:t>
      </w:r>
    </w:p>
    <w:p>
      <w:r>
        <w:rPr>
          <w:rFonts w:ascii="Arial" w:hAnsi="Arial" w:eastAsia="Arial"/>
          <w:sz w:val="22"/>
        </w:rPr>
        <w:t>99. Дар китоби дарсӣ гуфта мешавад: Аз ғазалҳои Гулханӣ чандто тоҷикӣ ва чандто ӯзбекӣ мебошанд?</w:t>
      </w:r>
    </w:p>
    <w:p>
      <w:r>
        <w:rPr>
          <w:rFonts w:ascii="Arial" w:hAnsi="Arial" w:eastAsia="Arial"/>
          <w:sz w:val="22"/>
        </w:rPr>
        <w:t>Ҷавоби дуруст: 7 тоҷикӣ ва 5 ӯзбекӣ</w:t>
      </w:r>
    </w:p>
    <w:p>
      <w:r>
        <w:rPr>
          <w:rFonts w:ascii="Arial" w:hAnsi="Arial" w:eastAsia="Arial"/>
          <w:sz w:val="22"/>
        </w:rPr>
        <w:t>100. Дар китоби дарсӣ гуфта мешавад: Гулханӣ ба кадом забонҳо эҷод кардааст?</w:t>
      </w:r>
    </w:p>
    <w:p>
      <w:r>
        <w:rPr>
          <w:rFonts w:ascii="Arial" w:hAnsi="Arial" w:eastAsia="Arial"/>
          <w:sz w:val="22"/>
        </w:rPr>
        <w:t>Ҷавоби дуруст: Тоҷикӣ ва ӯзбекӣ</w:t>
      </w:r>
    </w:p>
    <w:p>
      <w:r>
        <w:rPr>
          <w:rFonts w:ascii="Arial" w:hAnsi="Arial" w:eastAsia="Arial"/>
          <w:sz w:val="22"/>
        </w:rPr>
        <w:br w:type="page"/>
      </w:r>
    </w:p>
    <w:p>
      <w:pPr>
        <w:pStyle w:val="Heading1"/>
      </w:pPr>
      <w:r>
        <w:rPr>
          <w:rFonts w:ascii="Arial" w:hAnsi="Arial" w:eastAsia="Arial"/>
          <w:sz w:val="22"/>
        </w:rPr>
        <w:t>9. Боби III — Нодира ва Дилшоди Барно</w:t>
      </w:r>
    </w:p>
    <w:p>
      <w:r>
        <w:rPr>
          <w:rFonts w:ascii="Arial" w:hAnsi="Arial" w:eastAsia="Arial"/>
          <w:sz w:val="22"/>
        </w:rPr>
        <w:t>1. Номи аслии Нодира чӣ буд?</w:t>
      </w:r>
    </w:p>
    <w:p>
      <w:r>
        <w:rPr>
          <w:rFonts w:ascii="Arial" w:hAnsi="Arial" w:eastAsia="Arial"/>
          <w:sz w:val="22"/>
        </w:rPr>
        <w:t>Ҷавоби дуруст: Моҳларойим</w:t>
      </w:r>
    </w:p>
    <w:p>
      <w:r>
        <w:rPr>
          <w:rFonts w:ascii="Arial" w:hAnsi="Arial" w:eastAsia="Arial"/>
          <w:sz w:val="22"/>
        </w:rPr>
        <w:t>2. Ҷавоби дуруст ба саволи «Номи аслии Нодира чӣ буд?» кадом аст?</w:t>
      </w:r>
    </w:p>
    <w:p>
      <w:r>
        <w:rPr>
          <w:rFonts w:ascii="Arial" w:hAnsi="Arial" w:eastAsia="Arial"/>
          <w:sz w:val="22"/>
        </w:rPr>
        <w:t>Ҷавоби дуруст: Моҳларойим</w:t>
      </w:r>
    </w:p>
    <w:p>
      <w:r>
        <w:rPr>
          <w:rFonts w:ascii="Arial" w:hAnsi="Arial" w:eastAsia="Arial"/>
          <w:sz w:val="22"/>
        </w:rPr>
        <w:t>3. Кадом ҷавоб номи аслии нодира чӣ буд?</w:t>
      </w:r>
    </w:p>
    <w:p>
      <w:r>
        <w:rPr>
          <w:rFonts w:ascii="Arial" w:hAnsi="Arial" w:eastAsia="Arial"/>
          <w:sz w:val="22"/>
        </w:rPr>
        <w:t>Ҷавоби дуруст: Моҳларойим</w:t>
      </w:r>
    </w:p>
    <w:p>
      <w:r>
        <w:rPr>
          <w:rFonts w:ascii="Arial" w:hAnsi="Arial" w:eastAsia="Arial"/>
          <w:sz w:val="22"/>
        </w:rPr>
        <w:t>4. Аз рӯйи китоб муайян кунед: Номи аслии Нодира чӣ буд?</w:t>
      </w:r>
    </w:p>
    <w:p>
      <w:r>
        <w:rPr>
          <w:rFonts w:ascii="Arial" w:hAnsi="Arial" w:eastAsia="Arial"/>
          <w:sz w:val="22"/>
        </w:rPr>
        <w:t>Ҷавоби дуруст: Моҳларойим</w:t>
      </w:r>
    </w:p>
    <w:p>
      <w:r>
        <w:rPr>
          <w:rFonts w:ascii="Arial" w:hAnsi="Arial" w:eastAsia="Arial"/>
          <w:sz w:val="22"/>
        </w:rPr>
        <w:t>5. Нодира кай таваллуд шудааст?</w:t>
      </w:r>
    </w:p>
    <w:p>
      <w:r>
        <w:rPr>
          <w:rFonts w:ascii="Arial" w:hAnsi="Arial" w:eastAsia="Arial"/>
          <w:sz w:val="22"/>
        </w:rPr>
        <w:t>Ҷавоби дуруст: 1792</w:t>
      </w:r>
    </w:p>
    <w:p>
      <w:r>
        <w:rPr>
          <w:rFonts w:ascii="Arial" w:hAnsi="Arial" w:eastAsia="Arial"/>
          <w:sz w:val="22"/>
        </w:rPr>
        <w:t>6. Ҷавоби дуруст ба саволи «Нодира кай таваллуд шудааст?» кадом аст?</w:t>
      </w:r>
    </w:p>
    <w:p>
      <w:r>
        <w:rPr>
          <w:rFonts w:ascii="Arial" w:hAnsi="Arial" w:eastAsia="Arial"/>
          <w:sz w:val="22"/>
        </w:rPr>
        <w:t>Ҷавоби дуруст: 1792</w:t>
      </w:r>
    </w:p>
    <w:p>
      <w:r>
        <w:rPr>
          <w:rFonts w:ascii="Arial" w:hAnsi="Arial" w:eastAsia="Arial"/>
          <w:sz w:val="22"/>
        </w:rPr>
        <w:t>7. Кадом ҷавоб нодира кай таваллуд шудааст?</w:t>
      </w:r>
    </w:p>
    <w:p>
      <w:r>
        <w:rPr>
          <w:rFonts w:ascii="Arial" w:hAnsi="Arial" w:eastAsia="Arial"/>
          <w:sz w:val="22"/>
        </w:rPr>
        <w:t>Ҷавоби дуруст: 1792</w:t>
      </w:r>
    </w:p>
    <w:p>
      <w:r>
        <w:rPr>
          <w:rFonts w:ascii="Arial" w:hAnsi="Arial" w:eastAsia="Arial"/>
          <w:sz w:val="22"/>
        </w:rPr>
        <w:t>8. Аз рӯйи китоб муайян кунед: Нодира кай таваллуд шудааст?</w:t>
      </w:r>
    </w:p>
    <w:p>
      <w:r>
        <w:rPr>
          <w:rFonts w:ascii="Arial" w:hAnsi="Arial" w:eastAsia="Arial"/>
          <w:sz w:val="22"/>
        </w:rPr>
        <w:t>Ҷавоби дуруст: 1792</w:t>
      </w:r>
    </w:p>
    <w:p>
      <w:r>
        <w:rPr>
          <w:rFonts w:ascii="Arial" w:hAnsi="Arial" w:eastAsia="Arial"/>
          <w:sz w:val="22"/>
        </w:rPr>
        <w:t>9. Нодира дар куҷо таваллуд шудааст?</w:t>
      </w:r>
    </w:p>
    <w:p>
      <w:r>
        <w:rPr>
          <w:rFonts w:ascii="Arial" w:hAnsi="Arial" w:eastAsia="Arial"/>
          <w:sz w:val="22"/>
        </w:rPr>
        <w:t>Ҷавоби дуруст: Андиҷон</w:t>
      </w:r>
    </w:p>
    <w:p>
      <w:r>
        <w:rPr>
          <w:rFonts w:ascii="Arial" w:hAnsi="Arial" w:eastAsia="Arial"/>
          <w:sz w:val="22"/>
        </w:rPr>
        <w:t>10. Ҷавоби дуруст ба саволи «Нодира дар куҷо таваллуд шудааст?» кадом аст?</w:t>
      </w:r>
    </w:p>
    <w:p>
      <w:r>
        <w:rPr>
          <w:rFonts w:ascii="Arial" w:hAnsi="Arial" w:eastAsia="Arial"/>
          <w:sz w:val="22"/>
        </w:rPr>
        <w:t>Ҷавоби дуруст: Андиҷон</w:t>
      </w:r>
    </w:p>
    <w:p>
      <w:r>
        <w:rPr>
          <w:rFonts w:ascii="Arial" w:hAnsi="Arial" w:eastAsia="Arial"/>
          <w:sz w:val="22"/>
        </w:rPr>
        <w:t>11. Кадом ҷавоб нодира дар куҷо таваллуд шудааст?</w:t>
      </w:r>
    </w:p>
    <w:p>
      <w:r>
        <w:rPr>
          <w:rFonts w:ascii="Arial" w:hAnsi="Arial" w:eastAsia="Arial"/>
          <w:sz w:val="22"/>
        </w:rPr>
        <w:t>Ҷавоби дуруст: Андиҷон</w:t>
      </w:r>
    </w:p>
    <w:p>
      <w:r>
        <w:rPr>
          <w:rFonts w:ascii="Arial" w:hAnsi="Arial" w:eastAsia="Arial"/>
          <w:sz w:val="22"/>
        </w:rPr>
        <w:t>12. Аз рӯйи китоб муайян кунед: Нодира дар куҷо таваллуд шудааст?</w:t>
      </w:r>
    </w:p>
    <w:p>
      <w:r>
        <w:rPr>
          <w:rFonts w:ascii="Arial" w:hAnsi="Arial" w:eastAsia="Arial"/>
          <w:sz w:val="22"/>
        </w:rPr>
        <w:t>Ҷавоби дуруст: Андиҷон</w:t>
      </w:r>
    </w:p>
    <w:p>
      <w:r>
        <w:rPr>
          <w:rFonts w:ascii="Arial" w:hAnsi="Arial" w:eastAsia="Arial"/>
          <w:sz w:val="22"/>
        </w:rPr>
        <w:t>13. Нодира кай кушта шудааст?</w:t>
      </w:r>
    </w:p>
    <w:p>
      <w:r>
        <w:rPr>
          <w:rFonts w:ascii="Arial" w:hAnsi="Arial" w:eastAsia="Arial"/>
          <w:sz w:val="22"/>
        </w:rPr>
        <w:t>Ҷавоби дуруст: 1842</w:t>
      </w:r>
    </w:p>
    <w:p>
      <w:r>
        <w:rPr>
          <w:rFonts w:ascii="Arial" w:hAnsi="Arial" w:eastAsia="Arial"/>
          <w:sz w:val="22"/>
        </w:rPr>
        <w:t>14. Ҷавоби дуруст ба саволи «Нодира кай кушта шудааст?» кадом аст?</w:t>
      </w:r>
    </w:p>
    <w:p>
      <w:r>
        <w:rPr>
          <w:rFonts w:ascii="Arial" w:hAnsi="Arial" w:eastAsia="Arial"/>
          <w:sz w:val="22"/>
        </w:rPr>
        <w:t>Ҷавоби дуруст: 1842</w:t>
      </w:r>
    </w:p>
    <w:p>
      <w:r>
        <w:rPr>
          <w:rFonts w:ascii="Arial" w:hAnsi="Arial" w:eastAsia="Arial"/>
          <w:sz w:val="22"/>
        </w:rPr>
        <w:t>15. Кадом ҷавоб нодира кай кушта шудааст?</w:t>
      </w:r>
    </w:p>
    <w:p>
      <w:r>
        <w:rPr>
          <w:rFonts w:ascii="Arial" w:hAnsi="Arial" w:eastAsia="Arial"/>
          <w:sz w:val="22"/>
        </w:rPr>
        <w:t>Ҷавоби дуруст: 1842</w:t>
      </w:r>
    </w:p>
    <w:p>
      <w:r>
        <w:rPr>
          <w:rFonts w:ascii="Arial" w:hAnsi="Arial" w:eastAsia="Arial"/>
          <w:sz w:val="22"/>
        </w:rPr>
        <w:t>16. Аз рӯйи китоб муайян кунед: Нодира кай кушта шудааст?</w:t>
      </w:r>
    </w:p>
    <w:p>
      <w:r>
        <w:rPr>
          <w:rFonts w:ascii="Arial" w:hAnsi="Arial" w:eastAsia="Arial"/>
          <w:sz w:val="22"/>
        </w:rPr>
        <w:t>Ҷавоби дуруст: 1842</w:t>
      </w:r>
    </w:p>
    <w:p>
      <w:r>
        <w:rPr>
          <w:rFonts w:ascii="Arial" w:hAnsi="Arial" w:eastAsia="Arial"/>
          <w:sz w:val="22"/>
        </w:rPr>
        <w:t>17. Нодираро кӣ куштааст?</w:t>
      </w:r>
    </w:p>
    <w:p>
      <w:r>
        <w:rPr>
          <w:rFonts w:ascii="Arial" w:hAnsi="Arial" w:eastAsia="Arial"/>
          <w:sz w:val="22"/>
        </w:rPr>
        <w:t>Ҷавоби дуруст: Амир Насрулло</w:t>
      </w:r>
    </w:p>
    <w:p>
      <w:r>
        <w:rPr>
          <w:rFonts w:ascii="Arial" w:hAnsi="Arial" w:eastAsia="Arial"/>
          <w:sz w:val="22"/>
        </w:rPr>
        <w:t>18. Ҷавоби дуруст ба саволи «Нодираро кӣ куштааст?» кадом аст?</w:t>
      </w:r>
    </w:p>
    <w:p>
      <w:r>
        <w:rPr>
          <w:rFonts w:ascii="Arial" w:hAnsi="Arial" w:eastAsia="Arial"/>
          <w:sz w:val="22"/>
        </w:rPr>
        <w:t>Ҷавоби дуруст: Амир Насрулло</w:t>
      </w:r>
    </w:p>
    <w:p>
      <w:r>
        <w:rPr>
          <w:rFonts w:ascii="Arial" w:hAnsi="Arial" w:eastAsia="Arial"/>
          <w:sz w:val="22"/>
        </w:rPr>
        <w:t>19. Кадом ҷавоб нодираро кӣ куштааст?</w:t>
      </w:r>
    </w:p>
    <w:p>
      <w:r>
        <w:rPr>
          <w:rFonts w:ascii="Arial" w:hAnsi="Arial" w:eastAsia="Arial"/>
          <w:sz w:val="22"/>
        </w:rPr>
        <w:t>Ҷавоби дуруст: Амир Насрулло</w:t>
      </w:r>
    </w:p>
    <w:p>
      <w:r>
        <w:rPr>
          <w:rFonts w:ascii="Arial" w:hAnsi="Arial" w:eastAsia="Arial"/>
          <w:sz w:val="22"/>
        </w:rPr>
        <w:t>20. Аз рӯйи китоб муайян кунед: Нодираро кӣ куштааст?</w:t>
      </w:r>
    </w:p>
    <w:p>
      <w:r>
        <w:rPr>
          <w:rFonts w:ascii="Arial" w:hAnsi="Arial" w:eastAsia="Arial"/>
          <w:sz w:val="22"/>
        </w:rPr>
        <w:t>Ҷавоби дуруст: Амир Насрулло</w:t>
      </w:r>
    </w:p>
    <w:p>
      <w:r>
        <w:rPr>
          <w:rFonts w:ascii="Arial" w:hAnsi="Arial" w:eastAsia="Arial"/>
          <w:sz w:val="22"/>
        </w:rPr>
        <w:t>21. Нодира дар эҷоди тоҷикӣ кадом тахаллусро истифода кардааст?</w:t>
      </w:r>
    </w:p>
    <w:p>
      <w:r>
        <w:rPr>
          <w:rFonts w:ascii="Arial" w:hAnsi="Arial" w:eastAsia="Arial"/>
          <w:sz w:val="22"/>
        </w:rPr>
        <w:t>Ҷавоби дуруст: Макнуна</w:t>
      </w:r>
    </w:p>
    <w:p>
      <w:r>
        <w:rPr>
          <w:rFonts w:ascii="Arial" w:hAnsi="Arial" w:eastAsia="Arial"/>
          <w:sz w:val="22"/>
        </w:rPr>
        <w:t>22. Ҷавоби дуруст ба саволи «Нодира дар эҷоди тоҷикӣ кадом тахаллусро истифода кардааст?» кадом аст?</w:t>
      </w:r>
    </w:p>
    <w:p>
      <w:r>
        <w:rPr>
          <w:rFonts w:ascii="Arial" w:hAnsi="Arial" w:eastAsia="Arial"/>
          <w:sz w:val="22"/>
        </w:rPr>
        <w:t>Ҷавоби дуруст: Макнуна</w:t>
      </w:r>
    </w:p>
    <w:p>
      <w:r>
        <w:rPr>
          <w:rFonts w:ascii="Arial" w:hAnsi="Arial" w:eastAsia="Arial"/>
          <w:sz w:val="22"/>
        </w:rPr>
        <w:t>23. Кадом ҷавоб нодира дар эҷоди тоҷикӣ кадом тахаллусро истифода кардааст?</w:t>
      </w:r>
    </w:p>
    <w:p>
      <w:r>
        <w:rPr>
          <w:rFonts w:ascii="Arial" w:hAnsi="Arial" w:eastAsia="Arial"/>
          <w:sz w:val="22"/>
        </w:rPr>
        <w:t>Ҷавоби дуруст: Макнуна</w:t>
      </w:r>
    </w:p>
    <w:p>
      <w:r>
        <w:rPr>
          <w:rFonts w:ascii="Arial" w:hAnsi="Arial" w:eastAsia="Arial"/>
          <w:sz w:val="22"/>
        </w:rPr>
        <w:t>24. Аз рӯйи китоб муайян кунед: Нодира дар эҷоди тоҷикӣ кадом тахаллусро истифода кардааст?</w:t>
      </w:r>
    </w:p>
    <w:p>
      <w:r>
        <w:rPr>
          <w:rFonts w:ascii="Arial" w:hAnsi="Arial" w:eastAsia="Arial"/>
          <w:sz w:val="22"/>
        </w:rPr>
        <w:t>Ҷавоби дуруст: Макнуна</w:t>
      </w:r>
    </w:p>
    <w:p>
      <w:r>
        <w:rPr>
          <w:rFonts w:ascii="Arial" w:hAnsi="Arial" w:eastAsia="Arial"/>
          <w:sz w:val="22"/>
        </w:rPr>
        <w:t>25. Дилшоди Барно кай таваллуд шудааст?</w:t>
      </w:r>
    </w:p>
    <w:p>
      <w:r>
        <w:rPr>
          <w:rFonts w:ascii="Arial" w:hAnsi="Arial" w:eastAsia="Arial"/>
          <w:sz w:val="22"/>
        </w:rPr>
        <w:t>Ҷавоби дуруст: 1800</w:t>
      </w:r>
    </w:p>
    <w:p>
      <w:r>
        <w:rPr>
          <w:rFonts w:ascii="Arial" w:hAnsi="Arial" w:eastAsia="Arial"/>
          <w:sz w:val="22"/>
        </w:rPr>
        <w:t>26. Ҷавоби дуруст ба саволи «Дилшоди Барно кай таваллуд шудааст?» кадом аст?</w:t>
      </w:r>
    </w:p>
    <w:p>
      <w:r>
        <w:rPr>
          <w:rFonts w:ascii="Arial" w:hAnsi="Arial" w:eastAsia="Arial"/>
          <w:sz w:val="22"/>
        </w:rPr>
        <w:t>Ҷавоби дуруст: 1800</w:t>
      </w:r>
    </w:p>
    <w:p>
      <w:r>
        <w:rPr>
          <w:rFonts w:ascii="Arial" w:hAnsi="Arial" w:eastAsia="Arial"/>
          <w:sz w:val="22"/>
        </w:rPr>
        <w:t>27. Кадом ҷавоб дилшоди барно кай таваллуд шудааст?</w:t>
      </w:r>
    </w:p>
    <w:p>
      <w:r>
        <w:rPr>
          <w:rFonts w:ascii="Arial" w:hAnsi="Arial" w:eastAsia="Arial"/>
          <w:sz w:val="22"/>
        </w:rPr>
        <w:t>Ҷавоби дуруст: 1800</w:t>
      </w:r>
    </w:p>
    <w:p>
      <w:r>
        <w:rPr>
          <w:rFonts w:ascii="Arial" w:hAnsi="Arial" w:eastAsia="Arial"/>
          <w:sz w:val="22"/>
        </w:rPr>
        <w:t>28. Аз рӯйи китоб муайян кунед: Дилшоди Барно кай таваллуд шудааст?</w:t>
      </w:r>
    </w:p>
    <w:p>
      <w:r>
        <w:rPr>
          <w:rFonts w:ascii="Arial" w:hAnsi="Arial" w:eastAsia="Arial"/>
          <w:sz w:val="22"/>
        </w:rPr>
        <w:t>Ҷавоби дуруст: 1800</w:t>
      </w:r>
    </w:p>
    <w:p>
      <w:r>
        <w:rPr>
          <w:rFonts w:ascii="Arial" w:hAnsi="Arial" w:eastAsia="Arial"/>
          <w:sz w:val="22"/>
        </w:rPr>
        <w:t>29. Дилшоди Барно дар куҷо таваллуд шудааст?</w:t>
      </w:r>
    </w:p>
    <w:p>
      <w:r>
        <w:rPr>
          <w:rFonts w:ascii="Arial" w:hAnsi="Arial" w:eastAsia="Arial"/>
          <w:sz w:val="22"/>
        </w:rPr>
        <w:t>Ҷавоби дуруст: Уротеппа (Истаравшан)</w:t>
      </w:r>
    </w:p>
    <w:p>
      <w:r>
        <w:rPr>
          <w:rFonts w:ascii="Arial" w:hAnsi="Arial" w:eastAsia="Arial"/>
          <w:sz w:val="22"/>
        </w:rPr>
        <w:t>30. Ҷавоби дуруст ба саволи «Дилшоди Барно дар куҷо таваллуд шудааст?» кадом аст?</w:t>
      </w:r>
    </w:p>
    <w:p>
      <w:r>
        <w:rPr>
          <w:rFonts w:ascii="Arial" w:hAnsi="Arial" w:eastAsia="Arial"/>
          <w:sz w:val="22"/>
        </w:rPr>
        <w:t>Ҷавоби дуруст: Уротеппа (Истаравшан)</w:t>
      </w:r>
    </w:p>
    <w:p>
      <w:r>
        <w:rPr>
          <w:rFonts w:ascii="Arial" w:hAnsi="Arial" w:eastAsia="Arial"/>
          <w:sz w:val="22"/>
        </w:rPr>
        <w:t>31. Кадом ҷавоб дилшоди барно дар куҷо таваллуд шудааст?</w:t>
      </w:r>
    </w:p>
    <w:p>
      <w:r>
        <w:rPr>
          <w:rFonts w:ascii="Arial" w:hAnsi="Arial" w:eastAsia="Arial"/>
          <w:sz w:val="22"/>
        </w:rPr>
        <w:t>Ҷавоби дуруст: Уротеппа (Истаравшан)</w:t>
      </w:r>
    </w:p>
    <w:p>
      <w:r>
        <w:rPr>
          <w:rFonts w:ascii="Arial" w:hAnsi="Arial" w:eastAsia="Arial"/>
          <w:sz w:val="22"/>
        </w:rPr>
        <w:t>32. Аз рӯйи китоб муайян кунед: Дилшоди Барно дар куҷо таваллуд шудааст?</w:t>
      </w:r>
    </w:p>
    <w:p>
      <w:r>
        <w:rPr>
          <w:rFonts w:ascii="Arial" w:hAnsi="Arial" w:eastAsia="Arial"/>
          <w:sz w:val="22"/>
        </w:rPr>
        <w:t>Ҷавоби дуруст: Уротеппа (Истаравшан)</w:t>
      </w:r>
    </w:p>
    <w:p>
      <w:r>
        <w:rPr>
          <w:rFonts w:ascii="Arial" w:hAnsi="Arial" w:eastAsia="Arial"/>
          <w:sz w:val="22"/>
        </w:rPr>
        <w:t>33. Дилшоди Барно ба чанд забон эҷод мекард?</w:t>
      </w:r>
    </w:p>
    <w:p>
      <w:r>
        <w:rPr>
          <w:rFonts w:ascii="Arial" w:hAnsi="Arial" w:eastAsia="Arial"/>
          <w:sz w:val="22"/>
        </w:rPr>
        <w:t>Ҷавоби дуруст: Ду забон</w:t>
      </w:r>
    </w:p>
    <w:p>
      <w:r>
        <w:rPr>
          <w:rFonts w:ascii="Arial" w:hAnsi="Arial" w:eastAsia="Arial"/>
          <w:sz w:val="22"/>
        </w:rPr>
        <w:t>34. Ҷавоби дуруст ба саволи «Дилшоди Барно ба чанд забон эҷод мекард?» кадом аст?</w:t>
      </w:r>
    </w:p>
    <w:p>
      <w:r>
        <w:rPr>
          <w:rFonts w:ascii="Arial" w:hAnsi="Arial" w:eastAsia="Arial"/>
          <w:sz w:val="22"/>
        </w:rPr>
        <w:t>Ҷавоби дуруст: Ду забон</w:t>
      </w:r>
    </w:p>
    <w:p>
      <w:r>
        <w:rPr>
          <w:rFonts w:ascii="Arial" w:hAnsi="Arial" w:eastAsia="Arial"/>
          <w:sz w:val="22"/>
        </w:rPr>
        <w:t>35. Кадом ҷавоб дилшоди барно ба чанд забон эҷод мекард?</w:t>
      </w:r>
    </w:p>
    <w:p>
      <w:r>
        <w:rPr>
          <w:rFonts w:ascii="Arial" w:hAnsi="Arial" w:eastAsia="Arial"/>
          <w:sz w:val="22"/>
        </w:rPr>
        <w:t>Ҷавоби дуруст: Ду забон</w:t>
      </w:r>
    </w:p>
    <w:p>
      <w:r>
        <w:rPr>
          <w:rFonts w:ascii="Arial" w:hAnsi="Arial" w:eastAsia="Arial"/>
          <w:sz w:val="22"/>
        </w:rPr>
        <w:t>36. Аз рӯйи китоб муайян кунед: Дилшоди Барно ба чанд забон эҷод мекард?</w:t>
      </w:r>
    </w:p>
    <w:p>
      <w:r>
        <w:rPr>
          <w:rFonts w:ascii="Arial" w:hAnsi="Arial" w:eastAsia="Arial"/>
          <w:sz w:val="22"/>
        </w:rPr>
        <w:t>Ҷавоби дуруст: Ду забон</w:t>
      </w:r>
    </w:p>
    <w:p>
      <w:r>
        <w:rPr>
          <w:rFonts w:ascii="Arial" w:hAnsi="Arial" w:eastAsia="Arial"/>
          <w:sz w:val="22"/>
        </w:rPr>
        <w:t>37. Тахаллусҳои Дилшоди Барно кадомҳоянд?</w:t>
      </w:r>
    </w:p>
    <w:p>
      <w:r>
        <w:rPr>
          <w:rFonts w:ascii="Arial" w:hAnsi="Arial" w:eastAsia="Arial"/>
          <w:sz w:val="22"/>
        </w:rPr>
        <w:t>Ҷавоби дуруст: Дилшоди Барно, Барно, Дилшодотун</w:t>
      </w:r>
    </w:p>
    <w:p>
      <w:r>
        <w:rPr>
          <w:rFonts w:ascii="Arial" w:hAnsi="Arial" w:eastAsia="Arial"/>
          <w:sz w:val="22"/>
        </w:rPr>
        <w:t>38. Ҷавоби дуруст ба саволи «Тахаллусҳои Дилшоди Барно кадомҳоянд?» кадом аст?</w:t>
      </w:r>
    </w:p>
    <w:p>
      <w:r>
        <w:rPr>
          <w:rFonts w:ascii="Arial" w:hAnsi="Arial" w:eastAsia="Arial"/>
          <w:sz w:val="22"/>
        </w:rPr>
        <w:t>Ҷавоби дуруст: Дилшоди Барно, Барно, Дилшодотун</w:t>
      </w:r>
    </w:p>
    <w:p>
      <w:r>
        <w:rPr>
          <w:rFonts w:ascii="Arial" w:hAnsi="Arial" w:eastAsia="Arial"/>
          <w:sz w:val="22"/>
        </w:rPr>
        <w:t>39. Кадом ҷавоб тахаллусҳои дилшоди барно кадомҳоянд?</w:t>
      </w:r>
    </w:p>
    <w:p>
      <w:r>
        <w:rPr>
          <w:rFonts w:ascii="Arial" w:hAnsi="Arial" w:eastAsia="Arial"/>
          <w:sz w:val="22"/>
        </w:rPr>
        <w:t>Ҷавоби дуруст: Дилшоди Барно, Барно, Дилшодотун</w:t>
      </w:r>
    </w:p>
    <w:p>
      <w:r>
        <w:rPr>
          <w:rFonts w:ascii="Arial" w:hAnsi="Arial" w:eastAsia="Arial"/>
          <w:sz w:val="22"/>
        </w:rPr>
        <w:t>40. Аз рӯйи китоб муайян кунед: Тахаллусҳои Дилшоди Барно кадомҳоянд?</w:t>
      </w:r>
    </w:p>
    <w:p>
      <w:r>
        <w:rPr>
          <w:rFonts w:ascii="Arial" w:hAnsi="Arial" w:eastAsia="Arial"/>
          <w:sz w:val="22"/>
        </w:rPr>
        <w:t>Ҷавоби дуруст: Дилшоди Барно, Барно, Дилшодотун</w:t>
      </w:r>
    </w:p>
    <w:p>
      <w:r>
        <w:rPr>
          <w:rFonts w:ascii="Arial" w:hAnsi="Arial" w:eastAsia="Arial"/>
          <w:sz w:val="22"/>
        </w:rPr>
        <w:t>41. Дар китоби дарсӣ гуфта мешавад: Номи аслии Нодира чӣ буд?</w:t>
      </w:r>
    </w:p>
    <w:p>
      <w:r>
        <w:rPr>
          <w:rFonts w:ascii="Arial" w:hAnsi="Arial" w:eastAsia="Arial"/>
          <w:sz w:val="22"/>
        </w:rPr>
        <w:t>Ҷавоби дуруст: Моҳларойим</w:t>
      </w:r>
    </w:p>
    <w:p>
      <w:r>
        <w:rPr>
          <w:rFonts w:ascii="Arial" w:hAnsi="Arial" w:eastAsia="Arial"/>
          <w:sz w:val="22"/>
        </w:rPr>
        <w:t>42. Дар китоби дарсӣ гуфта мешавад: Нодира кай таваллуд шудааст?</w:t>
      </w:r>
    </w:p>
    <w:p>
      <w:r>
        <w:rPr>
          <w:rFonts w:ascii="Arial" w:hAnsi="Arial" w:eastAsia="Arial"/>
          <w:sz w:val="22"/>
        </w:rPr>
        <w:t>Ҷавоби дуруст: 1792</w:t>
      </w:r>
    </w:p>
    <w:p>
      <w:r>
        <w:rPr>
          <w:rFonts w:ascii="Arial" w:hAnsi="Arial" w:eastAsia="Arial"/>
          <w:sz w:val="22"/>
        </w:rPr>
        <w:t>43. Дар китоби дарсӣ гуфта мешавад: Нодира дар куҷо таваллуд шудааст?</w:t>
      </w:r>
    </w:p>
    <w:p>
      <w:r>
        <w:rPr>
          <w:rFonts w:ascii="Arial" w:hAnsi="Arial" w:eastAsia="Arial"/>
          <w:sz w:val="22"/>
        </w:rPr>
        <w:t>Ҷавоби дуруст: Андиҷон</w:t>
      </w:r>
    </w:p>
    <w:p>
      <w:r>
        <w:rPr>
          <w:rFonts w:ascii="Arial" w:hAnsi="Arial" w:eastAsia="Arial"/>
          <w:sz w:val="22"/>
        </w:rPr>
        <w:t>44. Дар китоби дарсӣ гуфта мешавад: Нодира кай кушта шудааст?</w:t>
      </w:r>
    </w:p>
    <w:p>
      <w:r>
        <w:rPr>
          <w:rFonts w:ascii="Arial" w:hAnsi="Arial" w:eastAsia="Arial"/>
          <w:sz w:val="22"/>
        </w:rPr>
        <w:t>Ҷавоби дуруст: 1842</w:t>
      </w:r>
    </w:p>
    <w:p>
      <w:r>
        <w:rPr>
          <w:rFonts w:ascii="Arial" w:hAnsi="Arial" w:eastAsia="Arial"/>
          <w:sz w:val="22"/>
        </w:rPr>
        <w:t>45. Дар китоби дарсӣ гуфта мешавад: Нодираро кӣ куштааст?</w:t>
      </w:r>
    </w:p>
    <w:p>
      <w:r>
        <w:rPr>
          <w:rFonts w:ascii="Arial" w:hAnsi="Arial" w:eastAsia="Arial"/>
          <w:sz w:val="22"/>
        </w:rPr>
        <w:t>Ҷавоби дуруст: Амир Насрулло</w:t>
      </w:r>
    </w:p>
    <w:p>
      <w:r>
        <w:rPr>
          <w:rFonts w:ascii="Arial" w:hAnsi="Arial" w:eastAsia="Arial"/>
          <w:sz w:val="22"/>
        </w:rPr>
        <w:t>46. Дар китоби дарсӣ гуфта мешавад: Нодира дар эҷоди тоҷикӣ кадом тахаллусро истифода кардааст?</w:t>
      </w:r>
    </w:p>
    <w:p>
      <w:r>
        <w:rPr>
          <w:rFonts w:ascii="Arial" w:hAnsi="Arial" w:eastAsia="Arial"/>
          <w:sz w:val="22"/>
        </w:rPr>
        <w:t>Ҷавоби дуруст: Макнуна</w:t>
      </w:r>
    </w:p>
    <w:p>
      <w:r>
        <w:rPr>
          <w:rFonts w:ascii="Arial" w:hAnsi="Arial" w:eastAsia="Arial"/>
          <w:sz w:val="22"/>
        </w:rPr>
        <w:t>47. Дар китоби дарсӣ гуфта мешавад: Дилшоди Барно кай таваллуд шудааст?</w:t>
      </w:r>
    </w:p>
    <w:p>
      <w:r>
        <w:rPr>
          <w:rFonts w:ascii="Arial" w:hAnsi="Arial" w:eastAsia="Arial"/>
          <w:sz w:val="22"/>
        </w:rPr>
        <w:t>Ҷавоби дуруст: 1800</w:t>
      </w:r>
    </w:p>
    <w:p>
      <w:r>
        <w:rPr>
          <w:rFonts w:ascii="Arial" w:hAnsi="Arial" w:eastAsia="Arial"/>
          <w:sz w:val="22"/>
        </w:rPr>
        <w:t>48. Дар китоби дарсӣ гуфта мешавад: Дилшоди Барно дар куҷо таваллуд шудааст?</w:t>
      </w:r>
    </w:p>
    <w:p>
      <w:r>
        <w:rPr>
          <w:rFonts w:ascii="Arial" w:hAnsi="Arial" w:eastAsia="Arial"/>
          <w:sz w:val="22"/>
        </w:rPr>
        <w:t>Ҷавоби дуруст: Уротеппа (Истаравшан)</w:t>
      </w:r>
    </w:p>
    <w:p>
      <w:r>
        <w:rPr>
          <w:rFonts w:ascii="Arial" w:hAnsi="Arial" w:eastAsia="Arial"/>
          <w:sz w:val="22"/>
        </w:rPr>
        <w:t>49. Дар китоби дарсӣ гуфта мешавад: Дилшоди Барно ба чанд забон эҷод мекард?</w:t>
      </w:r>
    </w:p>
    <w:p>
      <w:r>
        <w:rPr>
          <w:rFonts w:ascii="Arial" w:hAnsi="Arial" w:eastAsia="Arial"/>
          <w:sz w:val="22"/>
        </w:rPr>
        <w:t>Ҷавоби дуруст: Ду забон</w:t>
      </w:r>
    </w:p>
    <w:p>
      <w:r>
        <w:rPr>
          <w:rFonts w:ascii="Arial" w:hAnsi="Arial" w:eastAsia="Arial"/>
          <w:sz w:val="22"/>
        </w:rPr>
        <w:t>50. Дар китоби дарсӣ гуфта мешавад: Тахаллусҳои Дилшоди Барно кадомҳоянд?</w:t>
      </w:r>
    </w:p>
    <w:p>
      <w:r>
        <w:rPr>
          <w:rFonts w:ascii="Arial" w:hAnsi="Arial" w:eastAsia="Arial"/>
          <w:sz w:val="22"/>
        </w:rPr>
        <w:t>Ҷавоби дуруст: Дилшоди Барно, Барно, Дилшодотун</w:t>
      </w:r>
    </w:p>
    <w:p>
      <w:r>
        <w:rPr>
          <w:rFonts w:ascii="Arial" w:hAnsi="Arial" w:eastAsia="Arial"/>
          <w:sz w:val="22"/>
        </w:rPr>
        <w:t>51. Дар китоби дарсӣ гуфта мешавад: Номи аслии Нодира чӣ буд?</w:t>
      </w:r>
    </w:p>
    <w:p>
      <w:r>
        <w:rPr>
          <w:rFonts w:ascii="Arial" w:hAnsi="Arial" w:eastAsia="Arial"/>
          <w:sz w:val="22"/>
        </w:rPr>
        <w:t>Ҷавоби дуруст: Моҳларойим</w:t>
      </w:r>
    </w:p>
    <w:p>
      <w:r>
        <w:rPr>
          <w:rFonts w:ascii="Arial" w:hAnsi="Arial" w:eastAsia="Arial"/>
          <w:sz w:val="22"/>
        </w:rPr>
        <w:t>52. Дар китоби дарсӣ гуфта мешавад: Нодира кай таваллуд шудааст?</w:t>
      </w:r>
    </w:p>
    <w:p>
      <w:r>
        <w:rPr>
          <w:rFonts w:ascii="Arial" w:hAnsi="Arial" w:eastAsia="Arial"/>
          <w:sz w:val="22"/>
        </w:rPr>
        <w:t>Ҷавоби дуруст: 1792</w:t>
      </w:r>
    </w:p>
    <w:p>
      <w:r>
        <w:rPr>
          <w:rFonts w:ascii="Arial" w:hAnsi="Arial" w:eastAsia="Arial"/>
          <w:sz w:val="22"/>
        </w:rPr>
        <w:t>53. Дар китоби дарсӣ гуфта мешавад: Нодира дар куҷо таваллуд шудааст?</w:t>
      </w:r>
    </w:p>
    <w:p>
      <w:r>
        <w:rPr>
          <w:rFonts w:ascii="Arial" w:hAnsi="Arial" w:eastAsia="Arial"/>
          <w:sz w:val="22"/>
        </w:rPr>
        <w:t>Ҷавоби дуруст: Андиҷон</w:t>
      </w:r>
    </w:p>
    <w:p>
      <w:r>
        <w:rPr>
          <w:rFonts w:ascii="Arial" w:hAnsi="Arial" w:eastAsia="Arial"/>
          <w:sz w:val="22"/>
        </w:rPr>
        <w:t>54. Дар китоби дарсӣ гуфта мешавад: Нодира кай кушта шудааст?</w:t>
      </w:r>
    </w:p>
    <w:p>
      <w:r>
        <w:rPr>
          <w:rFonts w:ascii="Arial" w:hAnsi="Arial" w:eastAsia="Arial"/>
          <w:sz w:val="22"/>
        </w:rPr>
        <w:t>Ҷавоби дуруст: 1842</w:t>
      </w:r>
    </w:p>
    <w:p>
      <w:r>
        <w:rPr>
          <w:rFonts w:ascii="Arial" w:hAnsi="Arial" w:eastAsia="Arial"/>
          <w:sz w:val="22"/>
        </w:rPr>
        <w:t>55. Дар китоби дарсӣ гуфта мешавад: Нодираро кӣ куштааст?</w:t>
      </w:r>
    </w:p>
    <w:p>
      <w:r>
        <w:rPr>
          <w:rFonts w:ascii="Arial" w:hAnsi="Arial" w:eastAsia="Arial"/>
          <w:sz w:val="22"/>
        </w:rPr>
        <w:t>Ҷавоби дуруст: Амир Насрулло</w:t>
      </w:r>
    </w:p>
    <w:p>
      <w:r>
        <w:rPr>
          <w:rFonts w:ascii="Arial" w:hAnsi="Arial" w:eastAsia="Arial"/>
          <w:sz w:val="22"/>
        </w:rPr>
        <w:t>56. Дар китоби дарсӣ гуфта мешавад: Нодира дар эҷоди тоҷикӣ кадом тахаллусро истифода кардааст?</w:t>
      </w:r>
    </w:p>
    <w:p>
      <w:r>
        <w:rPr>
          <w:rFonts w:ascii="Arial" w:hAnsi="Arial" w:eastAsia="Arial"/>
          <w:sz w:val="22"/>
        </w:rPr>
        <w:t>Ҷавоби дуруст: Макнуна</w:t>
      </w:r>
    </w:p>
    <w:p>
      <w:r>
        <w:rPr>
          <w:rFonts w:ascii="Arial" w:hAnsi="Arial" w:eastAsia="Arial"/>
          <w:sz w:val="22"/>
        </w:rPr>
        <w:t>57. Дар китоби дарсӣ гуфта мешавад: Дилшоди Барно кай таваллуд шудааст?</w:t>
      </w:r>
    </w:p>
    <w:p>
      <w:r>
        <w:rPr>
          <w:rFonts w:ascii="Arial" w:hAnsi="Arial" w:eastAsia="Arial"/>
          <w:sz w:val="22"/>
        </w:rPr>
        <w:t>Ҷавоби дуруст: 1800</w:t>
      </w:r>
    </w:p>
    <w:p>
      <w:r>
        <w:rPr>
          <w:rFonts w:ascii="Arial" w:hAnsi="Arial" w:eastAsia="Arial"/>
          <w:sz w:val="22"/>
        </w:rPr>
        <w:t>58. Дар китоби дарсӣ гуфта мешавад: Дилшоди Барно дар куҷо таваллуд шудааст?</w:t>
      </w:r>
    </w:p>
    <w:p>
      <w:r>
        <w:rPr>
          <w:rFonts w:ascii="Arial" w:hAnsi="Arial" w:eastAsia="Arial"/>
          <w:sz w:val="22"/>
        </w:rPr>
        <w:t>Ҷавоби дуруст: Уротеппа (Истаравшан)</w:t>
      </w:r>
    </w:p>
    <w:p>
      <w:r>
        <w:rPr>
          <w:rFonts w:ascii="Arial" w:hAnsi="Arial" w:eastAsia="Arial"/>
          <w:sz w:val="22"/>
        </w:rPr>
        <w:t>59. Дар китоби дарсӣ гуфта мешавад: Дилшоди Барно ба чанд забон эҷод мекард?</w:t>
      </w:r>
    </w:p>
    <w:p>
      <w:r>
        <w:rPr>
          <w:rFonts w:ascii="Arial" w:hAnsi="Arial" w:eastAsia="Arial"/>
          <w:sz w:val="22"/>
        </w:rPr>
        <w:t>Ҷавоби дуруст: Ду забон</w:t>
      </w:r>
    </w:p>
    <w:p>
      <w:r>
        <w:rPr>
          <w:rFonts w:ascii="Arial" w:hAnsi="Arial" w:eastAsia="Arial"/>
          <w:sz w:val="22"/>
        </w:rPr>
        <w:t>60. Дар китоби дарсӣ гуфта мешавад: Тахаллусҳои Дилшоди Барно кадомҳоянд?</w:t>
      </w:r>
    </w:p>
    <w:p>
      <w:r>
        <w:rPr>
          <w:rFonts w:ascii="Arial" w:hAnsi="Arial" w:eastAsia="Arial"/>
          <w:sz w:val="22"/>
        </w:rPr>
        <w:t>Ҷавоби дуруст: Дилшоди Барно, Барно, Дилшодотун</w:t>
      </w:r>
    </w:p>
    <w:p>
      <w:r>
        <w:rPr>
          <w:rFonts w:ascii="Arial" w:hAnsi="Arial" w:eastAsia="Arial"/>
          <w:sz w:val="22"/>
        </w:rPr>
        <w:t>61. Дар китоби дарсӣ гуфта мешавад: Номи аслии Нодира чӣ буд?</w:t>
      </w:r>
    </w:p>
    <w:p>
      <w:r>
        <w:rPr>
          <w:rFonts w:ascii="Arial" w:hAnsi="Arial" w:eastAsia="Arial"/>
          <w:sz w:val="22"/>
        </w:rPr>
        <w:t>Ҷавоби дуруст: Моҳларойим</w:t>
      </w:r>
    </w:p>
    <w:p>
      <w:r>
        <w:rPr>
          <w:rFonts w:ascii="Arial" w:hAnsi="Arial" w:eastAsia="Arial"/>
          <w:sz w:val="22"/>
        </w:rPr>
        <w:t>62. Дар китоби дарсӣ гуфта мешавад: Нодира кай таваллуд шудааст?</w:t>
      </w:r>
    </w:p>
    <w:p>
      <w:r>
        <w:rPr>
          <w:rFonts w:ascii="Arial" w:hAnsi="Arial" w:eastAsia="Arial"/>
          <w:sz w:val="22"/>
        </w:rPr>
        <w:t>Ҷавоби дуруст: 1792</w:t>
      </w:r>
    </w:p>
    <w:p>
      <w:r>
        <w:rPr>
          <w:rFonts w:ascii="Arial" w:hAnsi="Arial" w:eastAsia="Arial"/>
          <w:sz w:val="22"/>
        </w:rPr>
        <w:t>63. Дар китоби дарсӣ гуфта мешавад: Нодира дар куҷо таваллуд шудааст?</w:t>
      </w:r>
    </w:p>
    <w:p>
      <w:r>
        <w:rPr>
          <w:rFonts w:ascii="Arial" w:hAnsi="Arial" w:eastAsia="Arial"/>
          <w:sz w:val="22"/>
        </w:rPr>
        <w:t>Ҷавоби дуруст: Андиҷон</w:t>
      </w:r>
    </w:p>
    <w:p>
      <w:r>
        <w:rPr>
          <w:rFonts w:ascii="Arial" w:hAnsi="Arial" w:eastAsia="Arial"/>
          <w:sz w:val="22"/>
        </w:rPr>
        <w:t>64. Дар китоби дарсӣ гуфта мешавад: Нодира кай кушта шудааст?</w:t>
      </w:r>
    </w:p>
    <w:p>
      <w:r>
        <w:rPr>
          <w:rFonts w:ascii="Arial" w:hAnsi="Arial" w:eastAsia="Arial"/>
          <w:sz w:val="22"/>
        </w:rPr>
        <w:t>Ҷавоби дуруст: 1842</w:t>
      </w:r>
    </w:p>
    <w:p>
      <w:r>
        <w:rPr>
          <w:rFonts w:ascii="Arial" w:hAnsi="Arial" w:eastAsia="Arial"/>
          <w:sz w:val="22"/>
        </w:rPr>
        <w:t>65. Дар китоби дарсӣ гуфта мешавад: Нодираро кӣ куштааст?</w:t>
      </w:r>
    </w:p>
    <w:p>
      <w:r>
        <w:rPr>
          <w:rFonts w:ascii="Arial" w:hAnsi="Arial" w:eastAsia="Arial"/>
          <w:sz w:val="22"/>
        </w:rPr>
        <w:t>Ҷавоби дуруст: Амир Насрулло</w:t>
      </w:r>
    </w:p>
    <w:p>
      <w:r>
        <w:rPr>
          <w:rFonts w:ascii="Arial" w:hAnsi="Arial" w:eastAsia="Arial"/>
          <w:sz w:val="22"/>
        </w:rPr>
        <w:t>66. Дар китоби дарсӣ гуфта мешавад: Нодира дар эҷоди тоҷикӣ кадом тахаллусро истифода кардааст?</w:t>
      </w:r>
    </w:p>
    <w:p>
      <w:r>
        <w:rPr>
          <w:rFonts w:ascii="Arial" w:hAnsi="Arial" w:eastAsia="Arial"/>
          <w:sz w:val="22"/>
        </w:rPr>
        <w:t>Ҷавоби дуруст: Макнуна</w:t>
      </w:r>
    </w:p>
    <w:p>
      <w:r>
        <w:rPr>
          <w:rFonts w:ascii="Arial" w:hAnsi="Arial" w:eastAsia="Arial"/>
          <w:sz w:val="22"/>
        </w:rPr>
        <w:t>67. Дар китоби дарсӣ гуфта мешавад: Дилшоди Барно кай таваллуд шудааст?</w:t>
      </w:r>
    </w:p>
    <w:p>
      <w:r>
        <w:rPr>
          <w:rFonts w:ascii="Arial" w:hAnsi="Arial" w:eastAsia="Arial"/>
          <w:sz w:val="22"/>
        </w:rPr>
        <w:t>Ҷавоби дуруст: 1800</w:t>
      </w:r>
    </w:p>
    <w:p>
      <w:r>
        <w:rPr>
          <w:rFonts w:ascii="Arial" w:hAnsi="Arial" w:eastAsia="Arial"/>
          <w:sz w:val="22"/>
        </w:rPr>
        <w:t>68. Дар китоби дарсӣ гуфта мешавад: Дилшоди Барно дар куҷо таваллуд шудааст?</w:t>
      </w:r>
    </w:p>
    <w:p>
      <w:r>
        <w:rPr>
          <w:rFonts w:ascii="Arial" w:hAnsi="Arial" w:eastAsia="Arial"/>
          <w:sz w:val="22"/>
        </w:rPr>
        <w:t>Ҷавоби дуруст: Уротеппа (Истаравшан)</w:t>
      </w:r>
    </w:p>
    <w:p>
      <w:r>
        <w:rPr>
          <w:rFonts w:ascii="Arial" w:hAnsi="Arial" w:eastAsia="Arial"/>
          <w:sz w:val="22"/>
        </w:rPr>
        <w:t>69. Дар китоби дарсӣ гуфта мешавад: Дилшоди Барно ба чанд забон эҷод мекард?</w:t>
      </w:r>
    </w:p>
    <w:p>
      <w:r>
        <w:rPr>
          <w:rFonts w:ascii="Arial" w:hAnsi="Arial" w:eastAsia="Arial"/>
          <w:sz w:val="22"/>
        </w:rPr>
        <w:t>Ҷавоби дуруст: Ду забон</w:t>
      </w:r>
    </w:p>
    <w:p>
      <w:r>
        <w:rPr>
          <w:rFonts w:ascii="Arial" w:hAnsi="Arial" w:eastAsia="Arial"/>
          <w:sz w:val="22"/>
        </w:rPr>
        <w:t>70. Дар китоби дарсӣ гуфта мешавад: Тахаллусҳои Дилшоди Барно кадомҳоянд?</w:t>
      </w:r>
    </w:p>
    <w:p>
      <w:r>
        <w:rPr>
          <w:rFonts w:ascii="Arial" w:hAnsi="Arial" w:eastAsia="Arial"/>
          <w:sz w:val="22"/>
        </w:rPr>
        <w:t>Ҷавоби дуруст: Дилшоди Барно, Барно, Дилшодотун</w:t>
      </w:r>
    </w:p>
    <w:p>
      <w:r>
        <w:rPr>
          <w:rFonts w:ascii="Arial" w:hAnsi="Arial" w:eastAsia="Arial"/>
          <w:sz w:val="22"/>
        </w:rPr>
        <w:t>71. Дар китоби дарсӣ гуфта мешавад: Номи аслии Нодира чӣ буд?</w:t>
      </w:r>
    </w:p>
    <w:p>
      <w:r>
        <w:rPr>
          <w:rFonts w:ascii="Arial" w:hAnsi="Arial" w:eastAsia="Arial"/>
          <w:sz w:val="22"/>
        </w:rPr>
        <w:t>Ҷавоби дуруст: Моҳларойим</w:t>
      </w:r>
    </w:p>
    <w:p>
      <w:r>
        <w:rPr>
          <w:rFonts w:ascii="Arial" w:hAnsi="Arial" w:eastAsia="Arial"/>
          <w:sz w:val="22"/>
        </w:rPr>
        <w:t>72. Дар китоби дарсӣ гуфта мешавад: Нодира кай таваллуд шудааст?</w:t>
      </w:r>
    </w:p>
    <w:p>
      <w:r>
        <w:rPr>
          <w:rFonts w:ascii="Arial" w:hAnsi="Arial" w:eastAsia="Arial"/>
          <w:sz w:val="22"/>
        </w:rPr>
        <w:t>Ҷавоби дуруст: 1792</w:t>
      </w:r>
    </w:p>
    <w:p>
      <w:r>
        <w:rPr>
          <w:rFonts w:ascii="Arial" w:hAnsi="Arial" w:eastAsia="Arial"/>
          <w:sz w:val="22"/>
        </w:rPr>
        <w:t>73. Дар китоби дарсӣ гуфта мешавад: Нодира дар куҷо таваллуд шудааст?</w:t>
      </w:r>
    </w:p>
    <w:p>
      <w:r>
        <w:rPr>
          <w:rFonts w:ascii="Arial" w:hAnsi="Arial" w:eastAsia="Arial"/>
          <w:sz w:val="22"/>
        </w:rPr>
        <w:t>Ҷавоби дуруст: Андиҷон</w:t>
      </w:r>
    </w:p>
    <w:p>
      <w:r>
        <w:rPr>
          <w:rFonts w:ascii="Arial" w:hAnsi="Arial" w:eastAsia="Arial"/>
          <w:sz w:val="22"/>
        </w:rPr>
        <w:t>74. Дар китоби дарсӣ гуфта мешавад: Нодира кай кушта шудааст?</w:t>
      </w:r>
    </w:p>
    <w:p>
      <w:r>
        <w:rPr>
          <w:rFonts w:ascii="Arial" w:hAnsi="Arial" w:eastAsia="Arial"/>
          <w:sz w:val="22"/>
        </w:rPr>
        <w:t>Ҷавоби дуруст: 1842</w:t>
      </w:r>
    </w:p>
    <w:p>
      <w:r>
        <w:rPr>
          <w:rFonts w:ascii="Arial" w:hAnsi="Arial" w:eastAsia="Arial"/>
          <w:sz w:val="22"/>
        </w:rPr>
        <w:t>75. Дар китоби дарсӣ гуфта мешавад: Нодираро кӣ куштааст?</w:t>
      </w:r>
    </w:p>
    <w:p>
      <w:r>
        <w:rPr>
          <w:rFonts w:ascii="Arial" w:hAnsi="Arial" w:eastAsia="Arial"/>
          <w:sz w:val="22"/>
        </w:rPr>
        <w:t>Ҷавоби дуруст: Амир Насрулло</w:t>
      </w:r>
    </w:p>
    <w:p>
      <w:r>
        <w:rPr>
          <w:rFonts w:ascii="Arial" w:hAnsi="Arial" w:eastAsia="Arial"/>
          <w:sz w:val="22"/>
        </w:rPr>
        <w:t>76. Дар китоби дарсӣ гуфта мешавад: Нодира дар эҷоди тоҷикӣ кадом тахаллусро истифода кардааст?</w:t>
      </w:r>
    </w:p>
    <w:p>
      <w:r>
        <w:rPr>
          <w:rFonts w:ascii="Arial" w:hAnsi="Arial" w:eastAsia="Arial"/>
          <w:sz w:val="22"/>
        </w:rPr>
        <w:t>Ҷавоби дуруст: Макнуна</w:t>
      </w:r>
    </w:p>
    <w:p>
      <w:r>
        <w:rPr>
          <w:rFonts w:ascii="Arial" w:hAnsi="Arial" w:eastAsia="Arial"/>
          <w:sz w:val="22"/>
        </w:rPr>
        <w:t>77. Дар китоби дарсӣ гуфта мешавад: Дилшоди Барно кай таваллуд шудааст?</w:t>
      </w:r>
    </w:p>
    <w:p>
      <w:r>
        <w:rPr>
          <w:rFonts w:ascii="Arial" w:hAnsi="Arial" w:eastAsia="Arial"/>
          <w:sz w:val="22"/>
        </w:rPr>
        <w:t>Ҷавоби дуруст: 1800</w:t>
      </w:r>
    </w:p>
    <w:p>
      <w:r>
        <w:rPr>
          <w:rFonts w:ascii="Arial" w:hAnsi="Arial" w:eastAsia="Arial"/>
          <w:sz w:val="22"/>
        </w:rPr>
        <w:t>78. Дар китоби дарсӣ гуфта мешавад: Дилшоди Барно дар куҷо таваллуд шудааст?</w:t>
      </w:r>
    </w:p>
    <w:p>
      <w:r>
        <w:rPr>
          <w:rFonts w:ascii="Arial" w:hAnsi="Arial" w:eastAsia="Arial"/>
          <w:sz w:val="22"/>
        </w:rPr>
        <w:t>Ҷавоби дуруст: Уротеппа (Истаравшан)</w:t>
      </w:r>
    </w:p>
    <w:p>
      <w:r>
        <w:rPr>
          <w:rFonts w:ascii="Arial" w:hAnsi="Arial" w:eastAsia="Arial"/>
          <w:sz w:val="22"/>
        </w:rPr>
        <w:t>79. Дар китоби дарсӣ гуфта мешавад: Дилшоди Барно ба чанд забон эҷод мекард?</w:t>
      </w:r>
    </w:p>
    <w:p>
      <w:r>
        <w:rPr>
          <w:rFonts w:ascii="Arial" w:hAnsi="Arial" w:eastAsia="Arial"/>
          <w:sz w:val="22"/>
        </w:rPr>
        <w:t>Ҷавоби дуруст: Ду забон</w:t>
      </w:r>
    </w:p>
    <w:p>
      <w:r>
        <w:rPr>
          <w:rFonts w:ascii="Arial" w:hAnsi="Arial" w:eastAsia="Arial"/>
          <w:sz w:val="22"/>
        </w:rPr>
        <w:t>80. Дар китоби дарсӣ гуфта мешавад: Тахаллусҳои Дилшоди Барно кадомҳоянд?</w:t>
      </w:r>
    </w:p>
    <w:p>
      <w:r>
        <w:rPr>
          <w:rFonts w:ascii="Arial" w:hAnsi="Arial" w:eastAsia="Arial"/>
          <w:sz w:val="22"/>
        </w:rPr>
        <w:t>Ҷавоби дуруст: Дилшоди Барно, Барно, Дилшодотун</w:t>
      </w:r>
    </w:p>
    <w:p>
      <w:r>
        <w:rPr>
          <w:rFonts w:ascii="Arial" w:hAnsi="Arial" w:eastAsia="Arial"/>
          <w:sz w:val="22"/>
        </w:rPr>
        <w:t>81. Дар китоби дарсӣ гуфта мешавад: Номи аслии Нодира чӣ буд?</w:t>
      </w:r>
    </w:p>
    <w:p>
      <w:r>
        <w:rPr>
          <w:rFonts w:ascii="Arial" w:hAnsi="Arial" w:eastAsia="Arial"/>
          <w:sz w:val="22"/>
        </w:rPr>
        <w:t>Ҷавоби дуруст: Моҳларойим</w:t>
      </w:r>
    </w:p>
    <w:p>
      <w:r>
        <w:rPr>
          <w:rFonts w:ascii="Arial" w:hAnsi="Arial" w:eastAsia="Arial"/>
          <w:sz w:val="22"/>
        </w:rPr>
        <w:t>82. Дар китоби дарсӣ гуфта мешавад: Нодира кай таваллуд шудааст?</w:t>
      </w:r>
    </w:p>
    <w:p>
      <w:r>
        <w:rPr>
          <w:rFonts w:ascii="Arial" w:hAnsi="Arial" w:eastAsia="Arial"/>
          <w:sz w:val="22"/>
        </w:rPr>
        <w:t>Ҷавоби дуруст: 1792</w:t>
      </w:r>
    </w:p>
    <w:p>
      <w:r>
        <w:rPr>
          <w:rFonts w:ascii="Arial" w:hAnsi="Arial" w:eastAsia="Arial"/>
          <w:sz w:val="22"/>
        </w:rPr>
        <w:t>83. Дар китоби дарсӣ гуфта мешавад: Нодира дар куҷо таваллуд шудааст?</w:t>
      </w:r>
    </w:p>
    <w:p>
      <w:r>
        <w:rPr>
          <w:rFonts w:ascii="Arial" w:hAnsi="Arial" w:eastAsia="Arial"/>
          <w:sz w:val="22"/>
        </w:rPr>
        <w:t>Ҷавоби дуруст: Андиҷон</w:t>
      </w:r>
    </w:p>
    <w:p>
      <w:r>
        <w:rPr>
          <w:rFonts w:ascii="Arial" w:hAnsi="Arial" w:eastAsia="Arial"/>
          <w:sz w:val="22"/>
        </w:rPr>
        <w:t>84. Дар китоби дарсӣ гуфта мешавад: Нодира кай кушта шудааст?</w:t>
      </w:r>
    </w:p>
    <w:p>
      <w:r>
        <w:rPr>
          <w:rFonts w:ascii="Arial" w:hAnsi="Arial" w:eastAsia="Arial"/>
          <w:sz w:val="22"/>
        </w:rPr>
        <w:t>Ҷавоби дуруст: 1842</w:t>
      </w:r>
    </w:p>
    <w:p>
      <w:r>
        <w:rPr>
          <w:rFonts w:ascii="Arial" w:hAnsi="Arial" w:eastAsia="Arial"/>
          <w:sz w:val="22"/>
        </w:rPr>
        <w:t>85. Дар китоби дарсӣ гуфта мешавад: Нодираро кӣ куштааст?</w:t>
      </w:r>
    </w:p>
    <w:p>
      <w:r>
        <w:rPr>
          <w:rFonts w:ascii="Arial" w:hAnsi="Arial" w:eastAsia="Arial"/>
          <w:sz w:val="22"/>
        </w:rPr>
        <w:t>Ҷавоби дуруст: Амир Насрулло</w:t>
      </w:r>
    </w:p>
    <w:p>
      <w:r>
        <w:rPr>
          <w:rFonts w:ascii="Arial" w:hAnsi="Arial" w:eastAsia="Arial"/>
          <w:sz w:val="22"/>
        </w:rPr>
        <w:t>86. Дар китоби дарсӣ гуфта мешавад: Нодира дар эҷоди тоҷикӣ кадом тахаллусро истифода кардааст?</w:t>
      </w:r>
    </w:p>
    <w:p>
      <w:r>
        <w:rPr>
          <w:rFonts w:ascii="Arial" w:hAnsi="Arial" w:eastAsia="Arial"/>
          <w:sz w:val="22"/>
        </w:rPr>
        <w:t>Ҷавоби дуруст: Макнуна</w:t>
      </w:r>
    </w:p>
    <w:p>
      <w:r>
        <w:rPr>
          <w:rFonts w:ascii="Arial" w:hAnsi="Arial" w:eastAsia="Arial"/>
          <w:sz w:val="22"/>
        </w:rPr>
        <w:t>87. Дар китоби дарсӣ гуфта мешавад: Дилшоди Барно кай таваллуд шудааст?</w:t>
      </w:r>
    </w:p>
    <w:p>
      <w:r>
        <w:rPr>
          <w:rFonts w:ascii="Arial" w:hAnsi="Arial" w:eastAsia="Arial"/>
          <w:sz w:val="22"/>
        </w:rPr>
        <w:t>Ҷавоби дуруст: 1800</w:t>
      </w:r>
    </w:p>
    <w:p>
      <w:r>
        <w:rPr>
          <w:rFonts w:ascii="Arial" w:hAnsi="Arial" w:eastAsia="Arial"/>
          <w:sz w:val="22"/>
        </w:rPr>
        <w:t>88. Дар китоби дарсӣ гуфта мешавад: Дилшоди Барно дар куҷо таваллуд шудааст?</w:t>
      </w:r>
    </w:p>
    <w:p>
      <w:r>
        <w:rPr>
          <w:rFonts w:ascii="Arial" w:hAnsi="Arial" w:eastAsia="Arial"/>
          <w:sz w:val="22"/>
        </w:rPr>
        <w:t>Ҷавоби дуруст: Уротеппа (Истаравшан)</w:t>
      </w:r>
    </w:p>
    <w:p>
      <w:r>
        <w:rPr>
          <w:rFonts w:ascii="Arial" w:hAnsi="Arial" w:eastAsia="Arial"/>
          <w:sz w:val="22"/>
        </w:rPr>
        <w:t>89. Дар китоби дарсӣ гуфта мешавад: Дилшоди Барно ба чанд забон эҷод мекард?</w:t>
      </w:r>
    </w:p>
    <w:p>
      <w:r>
        <w:rPr>
          <w:rFonts w:ascii="Arial" w:hAnsi="Arial" w:eastAsia="Arial"/>
          <w:sz w:val="22"/>
        </w:rPr>
        <w:t>Ҷавоби дуруст: Ду забон</w:t>
      </w:r>
    </w:p>
    <w:p>
      <w:r>
        <w:rPr>
          <w:rFonts w:ascii="Arial" w:hAnsi="Arial" w:eastAsia="Arial"/>
          <w:sz w:val="22"/>
        </w:rPr>
        <w:t>90. Дар китоби дарсӣ гуфта мешавад: Тахаллусҳои Дилшоди Барно кадомҳоянд?</w:t>
      </w:r>
    </w:p>
    <w:p>
      <w:r>
        <w:rPr>
          <w:rFonts w:ascii="Arial" w:hAnsi="Arial" w:eastAsia="Arial"/>
          <w:sz w:val="22"/>
        </w:rPr>
        <w:t>Ҷавоби дуруст: Дилшоди Барно, Барно, Дилшодотун</w:t>
      </w:r>
    </w:p>
    <w:p>
      <w:r>
        <w:rPr>
          <w:rFonts w:ascii="Arial" w:hAnsi="Arial" w:eastAsia="Arial"/>
          <w:sz w:val="22"/>
        </w:rPr>
        <w:t>91. Дар китоби дарсӣ гуфта мешавад: Номи аслии Нодира чӣ буд?</w:t>
      </w:r>
    </w:p>
    <w:p>
      <w:r>
        <w:rPr>
          <w:rFonts w:ascii="Arial" w:hAnsi="Arial" w:eastAsia="Arial"/>
          <w:sz w:val="22"/>
        </w:rPr>
        <w:t>Ҷавоби дуруст: Моҳларойим</w:t>
      </w:r>
    </w:p>
    <w:p>
      <w:r>
        <w:rPr>
          <w:rFonts w:ascii="Arial" w:hAnsi="Arial" w:eastAsia="Arial"/>
          <w:sz w:val="22"/>
        </w:rPr>
        <w:t>92. Дар китоби дарсӣ гуфта мешавад: Нодира кай таваллуд шудааст?</w:t>
      </w:r>
    </w:p>
    <w:p>
      <w:r>
        <w:rPr>
          <w:rFonts w:ascii="Arial" w:hAnsi="Arial" w:eastAsia="Arial"/>
          <w:sz w:val="22"/>
        </w:rPr>
        <w:t>Ҷавоби дуруст: 1792</w:t>
      </w:r>
    </w:p>
    <w:p>
      <w:r>
        <w:rPr>
          <w:rFonts w:ascii="Arial" w:hAnsi="Arial" w:eastAsia="Arial"/>
          <w:sz w:val="22"/>
        </w:rPr>
        <w:t>93. Дар китоби дарсӣ гуфта мешавад: Нодира дар куҷо таваллуд шудааст?</w:t>
      </w:r>
    </w:p>
    <w:p>
      <w:r>
        <w:rPr>
          <w:rFonts w:ascii="Arial" w:hAnsi="Arial" w:eastAsia="Arial"/>
          <w:sz w:val="22"/>
        </w:rPr>
        <w:t>Ҷавоби дуруст: Андиҷон</w:t>
      </w:r>
    </w:p>
    <w:p>
      <w:r>
        <w:rPr>
          <w:rFonts w:ascii="Arial" w:hAnsi="Arial" w:eastAsia="Arial"/>
          <w:sz w:val="22"/>
        </w:rPr>
        <w:t>94. Дар китоби дарсӣ гуфта мешавад: Нодира кай кушта шудааст?</w:t>
      </w:r>
    </w:p>
    <w:p>
      <w:r>
        <w:rPr>
          <w:rFonts w:ascii="Arial" w:hAnsi="Arial" w:eastAsia="Arial"/>
          <w:sz w:val="22"/>
        </w:rPr>
        <w:t>Ҷавоби дуруст: 1842</w:t>
      </w:r>
    </w:p>
    <w:p>
      <w:r>
        <w:rPr>
          <w:rFonts w:ascii="Arial" w:hAnsi="Arial" w:eastAsia="Arial"/>
          <w:sz w:val="22"/>
        </w:rPr>
        <w:t>95. Дар китоби дарсӣ гуфта мешавад: Нодираро кӣ куштааст?</w:t>
      </w:r>
    </w:p>
    <w:p>
      <w:r>
        <w:rPr>
          <w:rFonts w:ascii="Arial" w:hAnsi="Arial" w:eastAsia="Arial"/>
          <w:sz w:val="22"/>
        </w:rPr>
        <w:t>Ҷавоби дуруст: Амир Насрулло</w:t>
      </w:r>
    </w:p>
    <w:p>
      <w:r>
        <w:rPr>
          <w:rFonts w:ascii="Arial" w:hAnsi="Arial" w:eastAsia="Arial"/>
          <w:sz w:val="22"/>
        </w:rPr>
        <w:t>96. Дар китоби дарсӣ гуфта мешавад: Нодира дар эҷоди тоҷикӣ кадом тахаллусро истифода кардааст?</w:t>
      </w:r>
    </w:p>
    <w:p>
      <w:r>
        <w:rPr>
          <w:rFonts w:ascii="Arial" w:hAnsi="Arial" w:eastAsia="Arial"/>
          <w:sz w:val="22"/>
        </w:rPr>
        <w:t>Ҷавоби дуруст: Макнуна</w:t>
      </w:r>
    </w:p>
    <w:p>
      <w:r>
        <w:rPr>
          <w:rFonts w:ascii="Arial" w:hAnsi="Arial" w:eastAsia="Arial"/>
          <w:sz w:val="22"/>
        </w:rPr>
        <w:t>97. Дар китоби дарсӣ гуфта мешавад: Дилшоди Барно кай таваллуд шудааст?</w:t>
      </w:r>
    </w:p>
    <w:p>
      <w:r>
        <w:rPr>
          <w:rFonts w:ascii="Arial" w:hAnsi="Arial" w:eastAsia="Arial"/>
          <w:sz w:val="22"/>
        </w:rPr>
        <w:t>Ҷавоби дуруст: 1800</w:t>
      </w:r>
    </w:p>
    <w:p>
      <w:r>
        <w:rPr>
          <w:rFonts w:ascii="Arial" w:hAnsi="Arial" w:eastAsia="Arial"/>
          <w:sz w:val="22"/>
        </w:rPr>
        <w:t>98. Дар китоби дарсӣ гуфта мешавад: Дилшоди Барно дар куҷо таваллуд шудааст?</w:t>
      </w:r>
    </w:p>
    <w:p>
      <w:r>
        <w:rPr>
          <w:rFonts w:ascii="Arial" w:hAnsi="Arial" w:eastAsia="Arial"/>
          <w:sz w:val="22"/>
        </w:rPr>
        <w:t>Ҷавоби дуруст: Уротеппа (Истаравшан)</w:t>
      </w:r>
    </w:p>
    <w:p>
      <w:r>
        <w:rPr>
          <w:rFonts w:ascii="Arial" w:hAnsi="Arial" w:eastAsia="Arial"/>
          <w:sz w:val="22"/>
        </w:rPr>
        <w:t>99. Дар китоби дарсӣ гуфта мешавад: Дилшоди Барно ба чанд забон эҷод мекард?</w:t>
      </w:r>
    </w:p>
    <w:p>
      <w:r>
        <w:rPr>
          <w:rFonts w:ascii="Arial" w:hAnsi="Arial" w:eastAsia="Arial"/>
          <w:sz w:val="22"/>
        </w:rPr>
        <w:t>Ҷавоби дуруст: Ду забон</w:t>
      </w:r>
    </w:p>
    <w:p>
      <w:r>
        <w:rPr>
          <w:rFonts w:ascii="Arial" w:hAnsi="Arial" w:eastAsia="Arial"/>
          <w:sz w:val="22"/>
        </w:rPr>
        <w:t>100. Дар китоби дарсӣ гуфта мешавад: Тахаллусҳои Дилшоди Барно кадомҳоянд?</w:t>
      </w:r>
    </w:p>
    <w:p>
      <w:r>
        <w:rPr>
          <w:rFonts w:ascii="Arial" w:hAnsi="Arial" w:eastAsia="Arial"/>
          <w:sz w:val="22"/>
        </w:rPr>
        <w:t>Ҷавоби дуруст: Дилшоди Барно, Барно, Дилшодотун</w:t>
      </w:r>
    </w:p>
    <w:p>
      <w:r>
        <w:rPr>
          <w:rFonts w:ascii="Arial" w:hAnsi="Arial" w:eastAsia="Arial"/>
          <w:sz w:val="22"/>
        </w:rPr>
        <w:br w:type="page"/>
      </w:r>
    </w:p>
    <w:p>
      <w:pPr>
        <w:pStyle w:val="Heading1"/>
      </w:pPr>
      <w:r>
        <w:rPr>
          <w:rFonts w:ascii="Arial" w:hAnsi="Arial" w:eastAsia="Arial"/>
          <w:sz w:val="22"/>
        </w:rPr>
        <w:t>10. Боби IV — Аҳмади Дониш</w:t>
      </w:r>
    </w:p>
    <w:p>
      <w:r>
        <w:rPr>
          <w:rFonts w:ascii="Arial" w:hAnsi="Arial" w:eastAsia="Arial"/>
          <w:sz w:val="22"/>
        </w:rPr>
        <w:t>1. Аҳмади Дониш кай таваллуд шудааст?</w:t>
      </w:r>
    </w:p>
    <w:p>
      <w:r>
        <w:rPr>
          <w:rFonts w:ascii="Arial" w:hAnsi="Arial" w:eastAsia="Arial"/>
          <w:sz w:val="22"/>
        </w:rPr>
        <w:t>Ҷавоби дуруст: 1826</w:t>
      </w:r>
    </w:p>
    <w:p>
      <w:r>
        <w:rPr>
          <w:rFonts w:ascii="Arial" w:hAnsi="Arial" w:eastAsia="Arial"/>
          <w:sz w:val="22"/>
        </w:rPr>
        <w:t>2. Ҷавоби дуруст ба саволи «Аҳмади Дониш кай таваллуд шудааст?» кадом аст?</w:t>
      </w:r>
    </w:p>
    <w:p>
      <w:r>
        <w:rPr>
          <w:rFonts w:ascii="Arial" w:hAnsi="Arial" w:eastAsia="Arial"/>
          <w:sz w:val="22"/>
        </w:rPr>
        <w:t>Ҷавоби дуруст: 1826</w:t>
      </w:r>
    </w:p>
    <w:p>
      <w:r>
        <w:rPr>
          <w:rFonts w:ascii="Arial" w:hAnsi="Arial" w:eastAsia="Arial"/>
          <w:sz w:val="22"/>
        </w:rPr>
        <w:t>3. Кадом ҷавоб аҳмади дониш кай таваллуд шудааст?</w:t>
      </w:r>
    </w:p>
    <w:p>
      <w:r>
        <w:rPr>
          <w:rFonts w:ascii="Arial" w:hAnsi="Arial" w:eastAsia="Arial"/>
          <w:sz w:val="22"/>
        </w:rPr>
        <w:t>Ҷавоби дуруст: 1826</w:t>
      </w:r>
    </w:p>
    <w:p>
      <w:r>
        <w:rPr>
          <w:rFonts w:ascii="Arial" w:hAnsi="Arial" w:eastAsia="Arial"/>
          <w:sz w:val="22"/>
        </w:rPr>
        <w:t>4. Аз рӯйи китоб муайян кунед: Аҳмади Дониш кай таваллуд шудааст?</w:t>
      </w:r>
    </w:p>
    <w:p>
      <w:r>
        <w:rPr>
          <w:rFonts w:ascii="Arial" w:hAnsi="Arial" w:eastAsia="Arial"/>
          <w:sz w:val="22"/>
        </w:rPr>
        <w:t>Ҷавоби дуруст: 1826</w:t>
      </w:r>
    </w:p>
    <w:p>
      <w:r>
        <w:rPr>
          <w:rFonts w:ascii="Arial" w:hAnsi="Arial" w:eastAsia="Arial"/>
          <w:sz w:val="22"/>
        </w:rPr>
        <w:t>5. Падари Аҳмади Дониш чӣ ном дошт?</w:t>
      </w:r>
    </w:p>
    <w:p>
      <w:r>
        <w:rPr>
          <w:rFonts w:ascii="Arial" w:hAnsi="Arial" w:eastAsia="Arial"/>
          <w:sz w:val="22"/>
        </w:rPr>
        <w:t>Ҷавоби дуруст: Мулло Мирносир</w:t>
      </w:r>
    </w:p>
    <w:p>
      <w:r>
        <w:rPr>
          <w:rFonts w:ascii="Arial" w:hAnsi="Arial" w:eastAsia="Arial"/>
          <w:sz w:val="22"/>
        </w:rPr>
        <w:t>6. Ҷавоби дуруст ба саволи «Падари Аҳмади Дониш чӣ ном дошт?» кадом аст?</w:t>
      </w:r>
    </w:p>
    <w:p>
      <w:r>
        <w:rPr>
          <w:rFonts w:ascii="Arial" w:hAnsi="Arial" w:eastAsia="Arial"/>
          <w:sz w:val="22"/>
        </w:rPr>
        <w:t>Ҷавоби дуруст: Мулло Мирносир</w:t>
      </w:r>
    </w:p>
    <w:p>
      <w:r>
        <w:rPr>
          <w:rFonts w:ascii="Arial" w:hAnsi="Arial" w:eastAsia="Arial"/>
          <w:sz w:val="22"/>
        </w:rPr>
        <w:t>7. Кадом ҷавоб падари аҳмади дониш чӣ ном дошт?</w:t>
      </w:r>
    </w:p>
    <w:p>
      <w:r>
        <w:rPr>
          <w:rFonts w:ascii="Arial" w:hAnsi="Arial" w:eastAsia="Arial"/>
          <w:sz w:val="22"/>
        </w:rPr>
        <w:t>Ҷавоби дуруст: Мулло Мирносир</w:t>
      </w:r>
    </w:p>
    <w:p>
      <w:r>
        <w:rPr>
          <w:rFonts w:ascii="Arial" w:hAnsi="Arial" w:eastAsia="Arial"/>
          <w:sz w:val="22"/>
        </w:rPr>
        <w:t>8. Аз рӯйи китоб муайян кунед: Падари Аҳмади Дониш чӣ ном дошт?</w:t>
      </w:r>
    </w:p>
    <w:p>
      <w:r>
        <w:rPr>
          <w:rFonts w:ascii="Arial" w:hAnsi="Arial" w:eastAsia="Arial"/>
          <w:sz w:val="22"/>
        </w:rPr>
        <w:t>Ҷавоби дуруст: Мулло Мирносир</w:t>
      </w:r>
    </w:p>
    <w:p>
      <w:r>
        <w:rPr>
          <w:rFonts w:ascii="Arial" w:hAnsi="Arial" w:eastAsia="Arial"/>
          <w:sz w:val="22"/>
        </w:rPr>
        <w:t>9. Аҳмади Дониш дар куҷо савод омӯхт?</w:t>
      </w:r>
    </w:p>
    <w:p>
      <w:r>
        <w:rPr>
          <w:rFonts w:ascii="Arial" w:hAnsi="Arial" w:eastAsia="Arial"/>
          <w:sz w:val="22"/>
        </w:rPr>
        <w:t>Ҷавоби дуруст: Дар мактаби хусусии модараш</w:t>
      </w:r>
    </w:p>
    <w:p>
      <w:r>
        <w:rPr>
          <w:rFonts w:ascii="Arial" w:hAnsi="Arial" w:eastAsia="Arial"/>
          <w:sz w:val="22"/>
        </w:rPr>
        <w:t>10. Ҷавоби дуруст ба саволи «Аҳмади Дониш дар куҷо савод омӯхт?» кадом аст?</w:t>
      </w:r>
    </w:p>
    <w:p>
      <w:r>
        <w:rPr>
          <w:rFonts w:ascii="Arial" w:hAnsi="Arial" w:eastAsia="Arial"/>
          <w:sz w:val="22"/>
        </w:rPr>
        <w:t>Ҷавоби дуруст: Дар мактаби хусусии модараш</w:t>
      </w:r>
    </w:p>
    <w:p>
      <w:r>
        <w:rPr>
          <w:rFonts w:ascii="Arial" w:hAnsi="Arial" w:eastAsia="Arial"/>
          <w:sz w:val="22"/>
        </w:rPr>
        <w:t>11. Кадом ҷавоб аҳмади дониш дар куҷо савод омӯхт?</w:t>
      </w:r>
    </w:p>
    <w:p>
      <w:r>
        <w:rPr>
          <w:rFonts w:ascii="Arial" w:hAnsi="Arial" w:eastAsia="Arial"/>
          <w:sz w:val="22"/>
        </w:rPr>
        <w:t>Ҷавоби дуруст: Дар мактаби хусусии модараш</w:t>
      </w:r>
    </w:p>
    <w:p>
      <w:r>
        <w:rPr>
          <w:rFonts w:ascii="Arial" w:hAnsi="Arial" w:eastAsia="Arial"/>
          <w:sz w:val="22"/>
        </w:rPr>
        <w:t>12. Аз рӯйи китоб муайян кунед: Аҳмади Дониш дар куҷо савод омӯхт?</w:t>
      </w:r>
    </w:p>
    <w:p>
      <w:r>
        <w:rPr>
          <w:rFonts w:ascii="Arial" w:hAnsi="Arial" w:eastAsia="Arial"/>
          <w:sz w:val="22"/>
        </w:rPr>
        <w:t>Ҷавоби дуруст: Дар мактаби хусусии модараш</w:t>
      </w:r>
    </w:p>
    <w:p>
      <w:r>
        <w:rPr>
          <w:rFonts w:ascii="Arial" w:hAnsi="Arial" w:eastAsia="Arial"/>
          <w:sz w:val="22"/>
        </w:rPr>
        <w:t>13. Аҳмади Дониш дар чандсолагӣ ба мактаби қоригӣ дода шуд?</w:t>
      </w:r>
    </w:p>
    <w:p>
      <w:r>
        <w:rPr>
          <w:rFonts w:ascii="Arial" w:hAnsi="Arial" w:eastAsia="Arial"/>
          <w:sz w:val="22"/>
        </w:rPr>
        <w:t>Ҷавоби дуруст: 12-солагӣ</w:t>
      </w:r>
    </w:p>
    <w:p>
      <w:r>
        <w:rPr>
          <w:rFonts w:ascii="Arial" w:hAnsi="Arial" w:eastAsia="Arial"/>
          <w:sz w:val="22"/>
        </w:rPr>
        <w:t>14. Ҷавоби дуруст ба саволи «Аҳмади Дониш дар чандсолагӣ ба мактаби қоригӣ дода шуд?» кадом аст?</w:t>
      </w:r>
    </w:p>
    <w:p>
      <w:r>
        <w:rPr>
          <w:rFonts w:ascii="Arial" w:hAnsi="Arial" w:eastAsia="Arial"/>
          <w:sz w:val="22"/>
        </w:rPr>
        <w:t>Ҷавоби дуруст: 12-солагӣ</w:t>
      </w:r>
    </w:p>
    <w:p>
      <w:r>
        <w:rPr>
          <w:rFonts w:ascii="Arial" w:hAnsi="Arial" w:eastAsia="Arial"/>
          <w:sz w:val="22"/>
        </w:rPr>
        <w:t>15. Кадом ҷавоб аҳмади дониш дар чандсолагӣ ба мактаби қоригӣ дода шуд?</w:t>
      </w:r>
    </w:p>
    <w:p>
      <w:r>
        <w:rPr>
          <w:rFonts w:ascii="Arial" w:hAnsi="Arial" w:eastAsia="Arial"/>
          <w:sz w:val="22"/>
        </w:rPr>
        <w:t>Ҷавоби дуруст: 12-солагӣ</w:t>
      </w:r>
    </w:p>
    <w:p>
      <w:r>
        <w:rPr>
          <w:rFonts w:ascii="Arial" w:hAnsi="Arial" w:eastAsia="Arial"/>
          <w:sz w:val="22"/>
        </w:rPr>
        <w:t>16. Аз рӯйи китоб муайян кунед: Аҳмади Дониш дар чандсолагӣ ба мактаби қоригӣ дода шуд?</w:t>
      </w:r>
    </w:p>
    <w:p>
      <w:r>
        <w:rPr>
          <w:rFonts w:ascii="Arial" w:hAnsi="Arial" w:eastAsia="Arial"/>
          <w:sz w:val="22"/>
        </w:rPr>
        <w:t>Ҷавоби дуруст: 12-солагӣ</w:t>
      </w:r>
    </w:p>
    <w:p>
      <w:r>
        <w:rPr>
          <w:rFonts w:ascii="Arial" w:hAnsi="Arial" w:eastAsia="Arial"/>
          <w:sz w:val="22"/>
        </w:rPr>
        <w:t>17. Аҳмади Дониш соли 1838 ба кадом мактаб супорида шуд?</w:t>
      </w:r>
    </w:p>
    <w:p>
      <w:r>
        <w:rPr>
          <w:rFonts w:ascii="Arial" w:hAnsi="Arial" w:eastAsia="Arial"/>
          <w:sz w:val="22"/>
        </w:rPr>
        <w:t>Ҷавоби дуруст: Мактаби қоригӣ</w:t>
      </w:r>
    </w:p>
    <w:p>
      <w:r>
        <w:rPr>
          <w:rFonts w:ascii="Arial" w:hAnsi="Arial" w:eastAsia="Arial"/>
          <w:sz w:val="22"/>
        </w:rPr>
        <w:t>18. Ҷавоби дуруст ба саволи «Аҳмади Дониш соли 1838 ба кадом мактаб супорида шуд?» кадом аст?</w:t>
      </w:r>
    </w:p>
    <w:p>
      <w:r>
        <w:rPr>
          <w:rFonts w:ascii="Arial" w:hAnsi="Arial" w:eastAsia="Arial"/>
          <w:sz w:val="22"/>
        </w:rPr>
        <w:t>Ҷавоби дуруст: Мактаби қоригӣ</w:t>
      </w:r>
    </w:p>
    <w:p>
      <w:r>
        <w:rPr>
          <w:rFonts w:ascii="Arial" w:hAnsi="Arial" w:eastAsia="Arial"/>
          <w:sz w:val="22"/>
        </w:rPr>
        <w:t>19. Кадом ҷавоб аҳмади дониш соли 1838 ба кадом мактаб супорида шуд?</w:t>
      </w:r>
    </w:p>
    <w:p>
      <w:r>
        <w:rPr>
          <w:rFonts w:ascii="Arial" w:hAnsi="Arial" w:eastAsia="Arial"/>
          <w:sz w:val="22"/>
        </w:rPr>
        <w:t>Ҷавоби дуруст: Мактаби қоригӣ</w:t>
      </w:r>
    </w:p>
    <w:p>
      <w:r>
        <w:rPr>
          <w:rFonts w:ascii="Arial" w:hAnsi="Arial" w:eastAsia="Arial"/>
          <w:sz w:val="22"/>
        </w:rPr>
        <w:t>20. Аз рӯйи китоб муайян кунед: Аҳмади Дониш соли 1838 ба кадом мактаб супорида шуд?</w:t>
      </w:r>
    </w:p>
    <w:p>
      <w:r>
        <w:rPr>
          <w:rFonts w:ascii="Arial" w:hAnsi="Arial" w:eastAsia="Arial"/>
          <w:sz w:val="22"/>
        </w:rPr>
        <w:t>Ҷавоби дуруст: Мактаби қоригӣ</w:t>
      </w:r>
    </w:p>
    <w:p>
      <w:r>
        <w:rPr>
          <w:rFonts w:ascii="Arial" w:hAnsi="Arial" w:eastAsia="Arial"/>
          <w:sz w:val="22"/>
        </w:rPr>
        <w:t>21. Соли 1842 Аҳмади Дониш ба куҷо дохил шуд?</w:t>
      </w:r>
    </w:p>
    <w:p>
      <w:r>
        <w:rPr>
          <w:rFonts w:ascii="Arial" w:hAnsi="Arial" w:eastAsia="Arial"/>
          <w:sz w:val="22"/>
        </w:rPr>
        <w:t>Ҷавоби дуруст: Мадраса</w:t>
      </w:r>
    </w:p>
    <w:p>
      <w:r>
        <w:rPr>
          <w:rFonts w:ascii="Arial" w:hAnsi="Arial" w:eastAsia="Arial"/>
          <w:sz w:val="22"/>
        </w:rPr>
        <w:t>22. Ҷавоби дуруст ба саволи «Соли 1842 Аҳмади Дониш ба куҷо дохил шуд?» кадом аст?</w:t>
      </w:r>
    </w:p>
    <w:p>
      <w:r>
        <w:rPr>
          <w:rFonts w:ascii="Arial" w:hAnsi="Arial" w:eastAsia="Arial"/>
          <w:sz w:val="22"/>
        </w:rPr>
        <w:t>Ҷавоби дуруст: Мадраса</w:t>
      </w:r>
    </w:p>
    <w:p>
      <w:r>
        <w:rPr>
          <w:rFonts w:ascii="Arial" w:hAnsi="Arial" w:eastAsia="Arial"/>
          <w:sz w:val="22"/>
        </w:rPr>
        <w:t>23. Кадом ҷавоб соли 1842 аҳмади дониш ба куҷо дохил шуд?</w:t>
      </w:r>
    </w:p>
    <w:p>
      <w:r>
        <w:rPr>
          <w:rFonts w:ascii="Arial" w:hAnsi="Arial" w:eastAsia="Arial"/>
          <w:sz w:val="22"/>
        </w:rPr>
        <w:t>Ҷавоби дуруст: Мадраса</w:t>
      </w:r>
    </w:p>
    <w:p>
      <w:r>
        <w:rPr>
          <w:rFonts w:ascii="Arial" w:hAnsi="Arial" w:eastAsia="Arial"/>
          <w:sz w:val="22"/>
        </w:rPr>
        <w:t>24. Аз рӯйи китоб муайян кунед: Соли 1842 Аҳмади Дониш ба куҷо дохил шуд?</w:t>
      </w:r>
    </w:p>
    <w:p>
      <w:r>
        <w:rPr>
          <w:rFonts w:ascii="Arial" w:hAnsi="Arial" w:eastAsia="Arial"/>
          <w:sz w:val="22"/>
        </w:rPr>
        <w:t>Ҷавоби дуруст: Мадраса</w:t>
      </w:r>
    </w:p>
    <w:p>
      <w:r>
        <w:rPr>
          <w:rFonts w:ascii="Arial" w:hAnsi="Arial" w:eastAsia="Arial"/>
          <w:sz w:val="22"/>
        </w:rPr>
        <w:t>25. Аҳмади Дониш кадом ҳунарҳоро омӯхт?</w:t>
      </w:r>
    </w:p>
    <w:p>
      <w:r>
        <w:rPr>
          <w:rFonts w:ascii="Arial" w:hAnsi="Arial" w:eastAsia="Arial"/>
          <w:sz w:val="22"/>
        </w:rPr>
        <w:t>Ҷавоби дуруст: Хаттотӣ ва лавҳакорӣ</w:t>
      </w:r>
    </w:p>
    <w:p>
      <w:r>
        <w:rPr>
          <w:rFonts w:ascii="Arial" w:hAnsi="Arial" w:eastAsia="Arial"/>
          <w:sz w:val="22"/>
        </w:rPr>
        <w:t>26. Ҷавоби дуруст ба саволи «Аҳмади Дониш кадом ҳунарҳоро омӯхт?» кадом аст?</w:t>
      </w:r>
    </w:p>
    <w:p>
      <w:r>
        <w:rPr>
          <w:rFonts w:ascii="Arial" w:hAnsi="Arial" w:eastAsia="Arial"/>
          <w:sz w:val="22"/>
        </w:rPr>
        <w:t>Ҷавоби дуруст: Хаттотӣ ва лавҳакорӣ</w:t>
      </w:r>
    </w:p>
    <w:p>
      <w:r>
        <w:rPr>
          <w:rFonts w:ascii="Arial" w:hAnsi="Arial" w:eastAsia="Arial"/>
          <w:sz w:val="22"/>
        </w:rPr>
        <w:t>27. Кадом ҷавоб аҳмади дониш кадом ҳунарҳоро омӯхт?</w:t>
      </w:r>
    </w:p>
    <w:p>
      <w:r>
        <w:rPr>
          <w:rFonts w:ascii="Arial" w:hAnsi="Arial" w:eastAsia="Arial"/>
          <w:sz w:val="22"/>
        </w:rPr>
        <w:t>Ҷавоби дуруст: Хаттотӣ ва лавҳакорӣ</w:t>
      </w:r>
    </w:p>
    <w:p>
      <w:r>
        <w:rPr>
          <w:rFonts w:ascii="Arial" w:hAnsi="Arial" w:eastAsia="Arial"/>
          <w:sz w:val="22"/>
        </w:rPr>
        <w:t>28. Аз рӯйи китоб муайян кунед: Аҳмади Дониш кадом ҳунарҳоро омӯхт?</w:t>
      </w:r>
    </w:p>
    <w:p>
      <w:r>
        <w:rPr>
          <w:rFonts w:ascii="Arial" w:hAnsi="Arial" w:eastAsia="Arial"/>
          <w:sz w:val="22"/>
        </w:rPr>
        <w:t>Ҷавоби дуруст: Хаттотӣ ва лавҳакорӣ</w:t>
      </w:r>
    </w:p>
    <w:p>
      <w:r>
        <w:rPr>
          <w:rFonts w:ascii="Arial" w:hAnsi="Arial" w:eastAsia="Arial"/>
          <w:sz w:val="22"/>
        </w:rPr>
        <w:t>29. Аҳмади Дониш кадом илмҳоро аз худ кард?</w:t>
      </w:r>
    </w:p>
    <w:p>
      <w:r>
        <w:rPr>
          <w:rFonts w:ascii="Arial" w:hAnsi="Arial" w:eastAsia="Arial"/>
          <w:sz w:val="22"/>
        </w:rPr>
        <w:t>Ҷавоби дуруст: Арабӣ, мантиқ, нуҷум, ҳайат, табииёт, риёзиёт, тиб, таърих ва адабиёт</w:t>
      </w:r>
    </w:p>
    <w:p>
      <w:r>
        <w:rPr>
          <w:rFonts w:ascii="Arial" w:hAnsi="Arial" w:eastAsia="Arial"/>
          <w:sz w:val="22"/>
        </w:rPr>
        <w:t>30. Ҷавоби дуруст ба саволи «Аҳмади Дониш кадом илмҳоро аз худ кард?» кадом аст?</w:t>
      </w:r>
    </w:p>
    <w:p>
      <w:r>
        <w:rPr>
          <w:rFonts w:ascii="Arial" w:hAnsi="Arial" w:eastAsia="Arial"/>
          <w:sz w:val="22"/>
        </w:rPr>
        <w:t>Ҷавоби дуруст: Арабӣ, мантиқ, нуҷум, ҳайат, табииёт, риёзиёт, тиб, таърих ва адабиёт</w:t>
      </w:r>
    </w:p>
    <w:p>
      <w:r>
        <w:rPr>
          <w:rFonts w:ascii="Arial" w:hAnsi="Arial" w:eastAsia="Arial"/>
          <w:sz w:val="22"/>
        </w:rPr>
        <w:t>31. Кадом ҷавоб аҳмади дониш кадом илмҳоро аз худ кард?</w:t>
      </w:r>
    </w:p>
    <w:p>
      <w:r>
        <w:rPr>
          <w:rFonts w:ascii="Arial" w:hAnsi="Arial" w:eastAsia="Arial"/>
          <w:sz w:val="22"/>
        </w:rPr>
        <w:t>Ҷавоби дуруст: Арабӣ, мантиқ, нуҷум, ҳайат, табииёт, риёзиёт, тиб, таърих ва адабиёт</w:t>
      </w:r>
    </w:p>
    <w:p>
      <w:r>
        <w:rPr>
          <w:rFonts w:ascii="Arial" w:hAnsi="Arial" w:eastAsia="Arial"/>
          <w:sz w:val="22"/>
        </w:rPr>
        <w:t>32. Аз рӯйи китоб муайян кунед: Аҳмади Дониш кадом илмҳоро аз худ кард?</w:t>
      </w:r>
    </w:p>
    <w:p>
      <w:r>
        <w:rPr>
          <w:rFonts w:ascii="Arial" w:hAnsi="Arial" w:eastAsia="Arial"/>
          <w:sz w:val="22"/>
        </w:rPr>
        <w:t>Ҷавоби дуруст: Арабӣ, мантиқ, нуҷум, ҳайат, табииёт, риёзиёт, тиб, таърих ва адабиёт</w:t>
      </w:r>
    </w:p>
    <w:p>
      <w:r>
        <w:rPr>
          <w:rFonts w:ascii="Arial" w:hAnsi="Arial" w:eastAsia="Arial"/>
          <w:sz w:val="22"/>
        </w:rPr>
        <w:t>33. Аҳмади Дониш дар дарбор ба кадом кор машғул шуд?</w:t>
      </w:r>
    </w:p>
    <w:p>
      <w:r>
        <w:rPr>
          <w:rFonts w:ascii="Arial" w:hAnsi="Arial" w:eastAsia="Arial"/>
          <w:sz w:val="22"/>
        </w:rPr>
        <w:t>Ҷавоби дуруст: Хаттотӣ ва маслиҳатчигӣ оид ба нуҷум</w:t>
      </w:r>
    </w:p>
    <w:p>
      <w:r>
        <w:rPr>
          <w:rFonts w:ascii="Arial" w:hAnsi="Arial" w:eastAsia="Arial"/>
          <w:sz w:val="22"/>
        </w:rPr>
        <w:t>34. Ҷавоби дуруст ба саволи «Аҳмади Дониш дар дарбор ба кадом кор машғул шуд?» кадом аст?</w:t>
      </w:r>
    </w:p>
    <w:p>
      <w:r>
        <w:rPr>
          <w:rFonts w:ascii="Arial" w:hAnsi="Arial" w:eastAsia="Arial"/>
          <w:sz w:val="22"/>
        </w:rPr>
        <w:t>Ҷавоби дуруст: Хаттотӣ ва маслиҳатчигӣ оид ба нуҷум</w:t>
      </w:r>
    </w:p>
    <w:p>
      <w:r>
        <w:rPr>
          <w:rFonts w:ascii="Arial" w:hAnsi="Arial" w:eastAsia="Arial"/>
          <w:sz w:val="22"/>
        </w:rPr>
        <w:t>35. Кадом ҷавоб аҳмади дониш дар дарбор ба кадом кор машғул шуд?</w:t>
      </w:r>
    </w:p>
    <w:p>
      <w:r>
        <w:rPr>
          <w:rFonts w:ascii="Arial" w:hAnsi="Arial" w:eastAsia="Arial"/>
          <w:sz w:val="22"/>
        </w:rPr>
        <w:t>Ҷавоби дуруст: Хаттотӣ ва маслиҳатчигӣ оид ба нуҷум</w:t>
      </w:r>
    </w:p>
    <w:p>
      <w:r>
        <w:rPr>
          <w:rFonts w:ascii="Arial" w:hAnsi="Arial" w:eastAsia="Arial"/>
          <w:sz w:val="22"/>
        </w:rPr>
        <w:t>36. Аз рӯйи китоб муайян кунед: Аҳмади Дониш дар дарбор ба кадом кор машғул шуд?</w:t>
      </w:r>
    </w:p>
    <w:p>
      <w:r>
        <w:rPr>
          <w:rFonts w:ascii="Arial" w:hAnsi="Arial" w:eastAsia="Arial"/>
          <w:sz w:val="22"/>
        </w:rPr>
        <w:t>Ҷавоби дуруст: Хаттотӣ ва маслиҳатчигӣ оид ба нуҷум</w:t>
      </w:r>
    </w:p>
    <w:p>
      <w:r>
        <w:rPr>
          <w:rFonts w:ascii="Arial" w:hAnsi="Arial" w:eastAsia="Arial"/>
          <w:sz w:val="22"/>
        </w:rPr>
        <w:t>37. Соли 1855 Аҳмади Дониш ба кадом вазифа таъин шуд?</w:t>
      </w:r>
    </w:p>
    <w:p>
      <w:r>
        <w:rPr>
          <w:rFonts w:ascii="Arial" w:hAnsi="Arial" w:eastAsia="Arial"/>
          <w:sz w:val="22"/>
        </w:rPr>
        <w:t>Ҷавоби дуруст: Сарвари мактаби муҳандисону меъморони дарбор</w:t>
      </w:r>
    </w:p>
    <w:p>
      <w:r>
        <w:rPr>
          <w:rFonts w:ascii="Arial" w:hAnsi="Arial" w:eastAsia="Arial"/>
          <w:sz w:val="22"/>
        </w:rPr>
        <w:t>38. Ҷавоби дуруст ба саволи «Соли 1855 Аҳмади Дониш ба кадом вазифа таъин шуд?» кадом аст?</w:t>
      </w:r>
    </w:p>
    <w:p>
      <w:r>
        <w:rPr>
          <w:rFonts w:ascii="Arial" w:hAnsi="Arial" w:eastAsia="Arial"/>
          <w:sz w:val="22"/>
        </w:rPr>
        <w:t>Ҷавоби дуруст: Сарвари мактаби муҳандисону меъморони дарбор</w:t>
      </w:r>
    </w:p>
    <w:p>
      <w:r>
        <w:rPr>
          <w:rFonts w:ascii="Arial" w:hAnsi="Arial" w:eastAsia="Arial"/>
          <w:sz w:val="22"/>
        </w:rPr>
        <w:t>39. Кадом ҷавоб соли 1855 аҳмади дониш ба кадом вазифа таъин шуд?</w:t>
      </w:r>
    </w:p>
    <w:p>
      <w:r>
        <w:rPr>
          <w:rFonts w:ascii="Arial" w:hAnsi="Arial" w:eastAsia="Arial"/>
          <w:sz w:val="22"/>
        </w:rPr>
        <w:t>Ҷавоби дуруст: Сарвари мактаби муҳандисону меъморони дарбор</w:t>
      </w:r>
    </w:p>
    <w:p>
      <w:r>
        <w:rPr>
          <w:rFonts w:ascii="Arial" w:hAnsi="Arial" w:eastAsia="Arial"/>
          <w:sz w:val="22"/>
        </w:rPr>
        <w:t>40. Аз рӯйи китоб муайян кунед: Соли 1855 Аҳмади Дониш ба кадом вазифа таъин шуд?</w:t>
      </w:r>
    </w:p>
    <w:p>
      <w:r>
        <w:rPr>
          <w:rFonts w:ascii="Arial" w:hAnsi="Arial" w:eastAsia="Arial"/>
          <w:sz w:val="22"/>
        </w:rPr>
        <w:t>Ҷавоби дуруст: Сарвари мактаби муҳандисону меъморони дарбор</w:t>
      </w:r>
    </w:p>
    <w:p>
      <w:r>
        <w:rPr>
          <w:rFonts w:ascii="Arial" w:hAnsi="Arial" w:eastAsia="Arial"/>
          <w:sz w:val="22"/>
        </w:rPr>
        <w:t>41. Чаро Аҳмади Дониш тахаллуси «Дониш»-ро интихоб кард?</w:t>
      </w:r>
    </w:p>
    <w:p>
      <w:r>
        <w:rPr>
          <w:rFonts w:ascii="Arial" w:hAnsi="Arial" w:eastAsia="Arial"/>
          <w:sz w:val="22"/>
        </w:rPr>
        <w:t>Ҷавоби дуруст: Ба сабаби донишмандӣ ва нуфузи илмии худ</w:t>
      </w:r>
    </w:p>
    <w:p>
      <w:r>
        <w:rPr>
          <w:rFonts w:ascii="Arial" w:hAnsi="Arial" w:eastAsia="Arial"/>
          <w:sz w:val="22"/>
        </w:rPr>
        <w:t>42. Ҷавоби дуруст ба саволи «Чаро Аҳмади Дониш тахаллуси «Дониш»-ро интихоб кард?» кадом аст?</w:t>
      </w:r>
    </w:p>
    <w:p>
      <w:r>
        <w:rPr>
          <w:rFonts w:ascii="Arial" w:hAnsi="Arial" w:eastAsia="Arial"/>
          <w:sz w:val="22"/>
        </w:rPr>
        <w:t>Ҷавоби дуруст: Ба сабаби донишмандӣ ва нуфузи илмии худ</w:t>
      </w:r>
    </w:p>
    <w:p>
      <w:r>
        <w:rPr>
          <w:rFonts w:ascii="Arial" w:hAnsi="Arial" w:eastAsia="Arial"/>
          <w:sz w:val="22"/>
        </w:rPr>
        <w:t>43. Кадом ҷавоб чаро аҳмади дониш тахаллуси «дониш»-ро интихоб кард?</w:t>
      </w:r>
    </w:p>
    <w:p>
      <w:r>
        <w:rPr>
          <w:rFonts w:ascii="Arial" w:hAnsi="Arial" w:eastAsia="Arial"/>
          <w:sz w:val="22"/>
        </w:rPr>
        <w:t>Ҷавоби дуруст: Ба сабаби донишмандӣ ва нуфузи илмии худ</w:t>
      </w:r>
    </w:p>
    <w:p>
      <w:r>
        <w:rPr>
          <w:rFonts w:ascii="Arial" w:hAnsi="Arial" w:eastAsia="Arial"/>
          <w:sz w:val="22"/>
        </w:rPr>
        <w:t>44. Аз рӯйи китоб муайян кунед: Чаро Аҳмади Дониш тахаллуси «Дониш»-ро интихоб кард?</w:t>
      </w:r>
    </w:p>
    <w:p>
      <w:r>
        <w:rPr>
          <w:rFonts w:ascii="Arial" w:hAnsi="Arial" w:eastAsia="Arial"/>
          <w:sz w:val="22"/>
        </w:rPr>
        <w:t>Ҷавоби дуруст: Ба сабаби донишмандӣ ва нуфузи илмии худ</w:t>
      </w:r>
    </w:p>
    <w:p>
      <w:r>
        <w:rPr>
          <w:rFonts w:ascii="Arial" w:hAnsi="Arial" w:eastAsia="Arial"/>
          <w:sz w:val="22"/>
        </w:rPr>
        <w:t>45. Дар китоби дарсӣ гуфта мешавад: Аҳмади Дониш кай таваллуд шудааст?</w:t>
      </w:r>
    </w:p>
    <w:p>
      <w:r>
        <w:rPr>
          <w:rFonts w:ascii="Arial" w:hAnsi="Arial" w:eastAsia="Arial"/>
          <w:sz w:val="22"/>
        </w:rPr>
        <w:t>Ҷавоби дуруст: 1826</w:t>
      </w:r>
    </w:p>
    <w:p>
      <w:r>
        <w:rPr>
          <w:rFonts w:ascii="Arial" w:hAnsi="Arial" w:eastAsia="Arial"/>
          <w:sz w:val="22"/>
        </w:rPr>
        <w:t>46. Дар китоби дарсӣ гуфта мешавад: Падари Аҳмади Дониш чӣ ном дошт?</w:t>
      </w:r>
    </w:p>
    <w:p>
      <w:r>
        <w:rPr>
          <w:rFonts w:ascii="Arial" w:hAnsi="Arial" w:eastAsia="Arial"/>
          <w:sz w:val="22"/>
        </w:rPr>
        <w:t>Ҷавоби дуруст: Мулло Мирносир</w:t>
      </w:r>
    </w:p>
    <w:p>
      <w:r>
        <w:rPr>
          <w:rFonts w:ascii="Arial" w:hAnsi="Arial" w:eastAsia="Arial"/>
          <w:sz w:val="22"/>
        </w:rPr>
        <w:t>47. Дар китоби дарсӣ гуфта мешавад: Аҳмади Дониш дар куҷо савод омӯхт?</w:t>
      </w:r>
    </w:p>
    <w:p>
      <w:r>
        <w:rPr>
          <w:rFonts w:ascii="Arial" w:hAnsi="Arial" w:eastAsia="Arial"/>
          <w:sz w:val="22"/>
        </w:rPr>
        <w:t>Ҷавоби дуруст: Дар мактаби хусусии модараш</w:t>
      </w:r>
    </w:p>
    <w:p>
      <w:r>
        <w:rPr>
          <w:rFonts w:ascii="Arial" w:hAnsi="Arial" w:eastAsia="Arial"/>
          <w:sz w:val="22"/>
        </w:rPr>
        <w:t>48. Дар китоби дарсӣ гуфта мешавад: Аҳмади Дониш дар чандсолагӣ ба мактаби қоригӣ дода шуд?</w:t>
      </w:r>
    </w:p>
    <w:p>
      <w:r>
        <w:rPr>
          <w:rFonts w:ascii="Arial" w:hAnsi="Arial" w:eastAsia="Arial"/>
          <w:sz w:val="22"/>
        </w:rPr>
        <w:t>Ҷавоби дуруст: 12-солагӣ</w:t>
      </w:r>
    </w:p>
    <w:p>
      <w:r>
        <w:rPr>
          <w:rFonts w:ascii="Arial" w:hAnsi="Arial" w:eastAsia="Arial"/>
          <w:sz w:val="22"/>
        </w:rPr>
        <w:t>49. Дар китоби дарсӣ гуфта мешавад: Аҳмади Дониш соли 1838 ба кадом мактаб супорида шуд?</w:t>
      </w:r>
    </w:p>
    <w:p>
      <w:r>
        <w:rPr>
          <w:rFonts w:ascii="Arial" w:hAnsi="Arial" w:eastAsia="Arial"/>
          <w:sz w:val="22"/>
        </w:rPr>
        <w:t>Ҷавоби дуруст: Мактаби қоригӣ</w:t>
      </w:r>
    </w:p>
    <w:p>
      <w:r>
        <w:rPr>
          <w:rFonts w:ascii="Arial" w:hAnsi="Arial" w:eastAsia="Arial"/>
          <w:sz w:val="22"/>
        </w:rPr>
        <w:t>50. Дар китоби дарсӣ гуфта мешавад: Соли 1842 Аҳмади Дониш ба куҷо дохил шуд?</w:t>
      </w:r>
    </w:p>
    <w:p>
      <w:r>
        <w:rPr>
          <w:rFonts w:ascii="Arial" w:hAnsi="Arial" w:eastAsia="Arial"/>
          <w:sz w:val="22"/>
        </w:rPr>
        <w:t>Ҷавоби дуруст: Мадраса</w:t>
      </w:r>
    </w:p>
    <w:p>
      <w:r>
        <w:rPr>
          <w:rFonts w:ascii="Arial" w:hAnsi="Arial" w:eastAsia="Arial"/>
          <w:sz w:val="22"/>
        </w:rPr>
        <w:t>51. Дар китоби дарсӣ гуфта мешавад: Аҳмади Дониш кадом ҳунарҳоро омӯхт?</w:t>
      </w:r>
    </w:p>
    <w:p>
      <w:r>
        <w:rPr>
          <w:rFonts w:ascii="Arial" w:hAnsi="Arial" w:eastAsia="Arial"/>
          <w:sz w:val="22"/>
        </w:rPr>
        <w:t>Ҷавоби дуруст: Хаттотӣ ва лавҳакорӣ</w:t>
      </w:r>
    </w:p>
    <w:p>
      <w:r>
        <w:rPr>
          <w:rFonts w:ascii="Arial" w:hAnsi="Arial" w:eastAsia="Arial"/>
          <w:sz w:val="22"/>
        </w:rPr>
        <w:t>52. Дар китоби дарсӣ гуфта мешавад: Аҳмади Дониш кадом илмҳоро аз худ кард?</w:t>
      </w:r>
    </w:p>
    <w:p>
      <w:r>
        <w:rPr>
          <w:rFonts w:ascii="Arial" w:hAnsi="Arial" w:eastAsia="Arial"/>
          <w:sz w:val="22"/>
        </w:rPr>
        <w:t>Ҷавоби дуруст: Арабӣ, мантиқ, нуҷум, ҳайат, табииёт, риёзиёт, тиб, таърих ва адабиёт</w:t>
      </w:r>
    </w:p>
    <w:p>
      <w:r>
        <w:rPr>
          <w:rFonts w:ascii="Arial" w:hAnsi="Arial" w:eastAsia="Arial"/>
          <w:sz w:val="22"/>
        </w:rPr>
        <w:t>53. Дар китоби дарсӣ гуфта мешавад: Аҳмади Дониш дар дарбор ба кадом кор машғул шуд?</w:t>
      </w:r>
    </w:p>
    <w:p>
      <w:r>
        <w:rPr>
          <w:rFonts w:ascii="Arial" w:hAnsi="Arial" w:eastAsia="Arial"/>
          <w:sz w:val="22"/>
        </w:rPr>
        <w:t>Ҷавоби дуруст: Хаттотӣ ва маслиҳатчигӣ оид ба нуҷум</w:t>
      </w:r>
    </w:p>
    <w:p>
      <w:r>
        <w:rPr>
          <w:rFonts w:ascii="Arial" w:hAnsi="Arial" w:eastAsia="Arial"/>
          <w:sz w:val="22"/>
        </w:rPr>
        <w:t>54. Дар китоби дарсӣ гуфта мешавад: Соли 1855 Аҳмади Дониш ба кадом вазифа таъин шуд?</w:t>
      </w:r>
    </w:p>
    <w:p>
      <w:r>
        <w:rPr>
          <w:rFonts w:ascii="Arial" w:hAnsi="Arial" w:eastAsia="Arial"/>
          <w:sz w:val="22"/>
        </w:rPr>
        <w:t>Ҷавоби дуруст: Сарвари мактаби муҳандисону меъморони дарбор</w:t>
      </w:r>
    </w:p>
    <w:p>
      <w:r>
        <w:rPr>
          <w:rFonts w:ascii="Arial" w:hAnsi="Arial" w:eastAsia="Arial"/>
          <w:sz w:val="22"/>
        </w:rPr>
        <w:t>55. Дар китоби дарсӣ гуфта мешавад: Чаро Аҳмади Дониш тахаллуси «Дониш»-ро интихоб кард?</w:t>
      </w:r>
    </w:p>
    <w:p>
      <w:r>
        <w:rPr>
          <w:rFonts w:ascii="Arial" w:hAnsi="Arial" w:eastAsia="Arial"/>
          <w:sz w:val="22"/>
        </w:rPr>
        <w:t>Ҷавоби дуруст: Ба сабаби донишмандӣ ва нуфузи илмии худ</w:t>
      </w:r>
    </w:p>
    <w:p>
      <w:r>
        <w:rPr>
          <w:rFonts w:ascii="Arial" w:hAnsi="Arial" w:eastAsia="Arial"/>
          <w:sz w:val="22"/>
        </w:rPr>
        <w:t>56. Дар китоби дарсӣ гуфта мешавад: Аҳмади Дониш кай таваллуд шудааст?</w:t>
      </w:r>
    </w:p>
    <w:p>
      <w:r>
        <w:rPr>
          <w:rFonts w:ascii="Arial" w:hAnsi="Arial" w:eastAsia="Arial"/>
          <w:sz w:val="22"/>
        </w:rPr>
        <w:t>Ҷавоби дуруст: 1826</w:t>
      </w:r>
    </w:p>
    <w:p>
      <w:r>
        <w:rPr>
          <w:rFonts w:ascii="Arial" w:hAnsi="Arial" w:eastAsia="Arial"/>
          <w:sz w:val="22"/>
        </w:rPr>
        <w:t>57. Дар китоби дарсӣ гуфта мешавад: Падари Аҳмади Дониш чӣ ном дошт?</w:t>
      </w:r>
    </w:p>
    <w:p>
      <w:r>
        <w:rPr>
          <w:rFonts w:ascii="Arial" w:hAnsi="Arial" w:eastAsia="Arial"/>
          <w:sz w:val="22"/>
        </w:rPr>
        <w:t>Ҷавоби дуруст: Мулло Мирносир</w:t>
      </w:r>
    </w:p>
    <w:p>
      <w:r>
        <w:rPr>
          <w:rFonts w:ascii="Arial" w:hAnsi="Arial" w:eastAsia="Arial"/>
          <w:sz w:val="22"/>
        </w:rPr>
        <w:t>58. Дар китоби дарсӣ гуфта мешавад: Аҳмади Дониш дар куҷо савод омӯхт?</w:t>
      </w:r>
    </w:p>
    <w:p>
      <w:r>
        <w:rPr>
          <w:rFonts w:ascii="Arial" w:hAnsi="Arial" w:eastAsia="Arial"/>
          <w:sz w:val="22"/>
        </w:rPr>
        <w:t>Ҷавоби дуруст: Дар мактаби хусусии модараш</w:t>
      </w:r>
    </w:p>
    <w:p>
      <w:r>
        <w:rPr>
          <w:rFonts w:ascii="Arial" w:hAnsi="Arial" w:eastAsia="Arial"/>
          <w:sz w:val="22"/>
        </w:rPr>
        <w:t>59. Дар китоби дарсӣ гуфта мешавад: Аҳмади Дониш дар чандсолагӣ ба мактаби қоригӣ дода шуд?</w:t>
      </w:r>
    </w:p>
    <w:p>
      <w:r>
        <w:rPr>
          <w:rFonts w:ascii="Arial" w:hAnsi="Arial" w:eastAsia="Arial"/>
          <w:sz w:val="22"/>
        </w:rPr>
        <w:t>Ҷавоби дуруст: 12-солагӣ</w:t>
      </w:r>
    </w:p>
    <w:p>
      <w:r>
        <w:rPr>
          <w:rFonts w:ascii="Arial" w:hAnsi="Arial" w:eastAsia="Arial"/>
          <w:sz w:val="22"/>
        </w:rPr>
        <w:t>60. Дар китоби дарсӣ гуфта мешавад: Аҳмади Дониш соли 1838 ба кадом мактаб супорида шуд?</w:t>
      </w:r>
    </w:p>
    <w:p>
      <w:r>
        <w:rPr>
          <w:rFonts w:ascii="Arial" w:hAnsi="Arial" w:eastAsia="Arial"/>
          <w:sz w:val="22"/>
        </w:rPr>
        <w:t>Ҷавоби дуруст: Мактаби қоригӣ</w:t>
      </w:r>
    </w:p>
    <w:p>
      <w:r>
        <w:rPr>
          <w:rFonts w:ascii="Arial" w:hAnsi="Arial" w:eastAsia="Arial"/>
          <w:sz w:val="22"/>
        </w:rPr>
        <w:t>61. Дар китоби дарсӣ гуфта мешавад: Соли 1842 Аҳмади Дониш ба куҷо дохил шуд?</w:t>
      </w:r>
    </w:p>
    <w:p>
      <w:r>
        <w:rPr>
          <w:rFonts w:ascii="Arial" w:hAnsi="Arial" w:eastAsia="Arial"/>
          <w:sz w:val="22"/>
        </w:rPr>
        <w:t>Ҷавоби дуруст: Мадраса</w:t>
      </w:r>
    </w:p>
    <w:p>
      <w:r>
        <w:rPr>
          <w:rFonts w:ascii="Arial" w:hAnsi="Arial" w:eastAsia="Arial"/>
          <w:sz w:val="22"/>
        </w:rPr>
        <w:t>62. Дар китоби дарсӣ гуфта мешавад: Аҳмади Дониш кадом ҳунарҳоро омӯхт?</w:t>
      </w:r>
    </w:p>
    <w:p>
      <w:r>
        <w:rPr>
          <w:rFonts w:ascii="Arial" w:hAnsi="Arial" w:eastAsia="Arial"/>
          <w:sz w:val="22"/>
        </w:rPr>
        <w:t>Ҷавоби дуруст: Хаттотӣ ва лавҳакорӣ</w:t>
      </w:r>
    </w:p>
    <w:p>
      <w:r>
        <w:rPr>
          <w:rFonts w:ascii="Arial" w:hAnsi="Arial" w:eastAsia="Arial"/>
          <w:sz w:val="22"/>
        </w:rPr>
        <w:t>63. Дар китоби дарсӣ гуфта мешавад: Аҳмади Дониш кадом илмҳоро аз худ кард?</w:t>
      </w:r>
    </w:p>
    <w:p>
      <w:r>
        <w:rPr>
          <w:rFonts w:ascii="Arial" w:hAnsi="Arial" w:eastAsia="Arial"/>
          <w:sz w:val="22"/>
        </w:rPr>
        <w:t>Ҷавоби дуруст: Арабӣ, мантиқ, нуҷум, ҳайат, табииёт, риёзиёт, тиб, таърих ва адабиёт</w:t>
      </w:r>
    </w:p>
    <w:p>
      <w:r>
        <w:rPr>
          <w:rFonts w:ascii="Arial" w:hAnsi="Arial" w:eastAsia="Arial"/>
          <w:sz w:val="22"/>
        </w:rPr>
        <w:t>64. Дар китоби дарсӣ гуфта мешавад: Аҳмади Дониш дар дарбор ба кадом кор машғул шуд?</w:t>
      </w:r>
    </w:p>
    <w:p>
      <w:r>
        <w:rPr>
          <w:rFonts w:ascii="Arial" w:hAnsi="Arial" w:eastAsia="Arial"/>
          <w:sz w:val="22"/>
        </w:rPr>
        <w:t>Ҷавоби дуруст: Хаттотӣ ва маслиҳатчигӣ оид ба нуҷум</w:t>
      </w:r>
    </w:p>
    <w:p>
      <w:r>
        <w:rPr>
          <w:rFonts w:ascii="Arial" w:hAnsi="Arial" w:eastAsia="Arial"/>
          <w:sz w:val="22"/>
        </w:rPr>
        <w:t>65. Дар китоби дарсӣ гуфта мешавад: Соли 1855 Аҳмади Дониш ба кадом вазифа таъин шуд?</w:t>
      </w:r>
    </w:p>
    <w:p>
      <w:r>
        <w:rPr>
          <w:rFonts w:ascii="Arial" w:hAnsi="Arial" w:eastAsia="Arial"/>
          <w:sz w:val="22"/>
        </w:rPr>
        <w:t>Ҷавоби дуруст: Сарвари мактаби муҳандисону меъморони дарбор</w:t>
      </w:r>
    </w:p>
    <w:p>
      <w:r>
        <w:rPr>
          <w:rFonts w:ascii="Arial" w:hAnsi="Arial" w:eastAsia="Arial"/>
          <w:sz w:val="22"/>
        </w:rPr>
        <w:t>66. Дар китоби дарсӣ гуфта мешавад: Чаро Аҳмади Дониш тахаллуси «Дониш»-ро интихоб кард?</w:t>
      </w:r>
    </w:p>
    <w:p>
      <w:r>
        <w:rPr>
          <w:rFonts w:ascii="Arial" w:hAnsi="Arial" w:eastAsia="Arial"/>
          <w:sz w:val="22"/>
        </w:rPr>
        <w:t>Ҷавоби дуруст: Ба сабаби донишмандӣ ва нуфузи илмии худ</w:t>
      </w:r>
    </w:p>
    <w:p>
      <w:r>
        <w:rPr>
          <w:rFonts w:ascii="Arial" w:hAnsi="Arial" w:eastAsia="Arial"/>
          <w:sz w:val="22"/>
        </w:rPr>
        <w:t>67. Дар китоби дарсӣ гуфта мешавад: Аҳмади Дониш кай таваллуд шудааст?</w:t>
      </w:r>
    </w:p>
    <w:p>
      <w:r>
        <w:rPr>
          <w:rFonts w:ascii="Arial" w:hAnsi="Arial" w:eastAsia="Arial"/>
          <w:sz w:val="22"/>
        </w:rPr>
        <w:t>Ҷавоби дуруст: 1826</w:t>
      </w:r>
    </w:p>
    <w:p>
      <w:r>
        <w:rPr>
          <w:rFonts w:ascii="Arial" w:hAnsi="Arial" w:eastAsia="Arial"/>
          <w:sz w:val="22"/>
        </w:rPr>
        <w:t>68. Дар китоби дарсӣ гуфта мешавад: Падари Аҳмади Дониш чӣ ном дошт?</w:t>
      </w:r>
    </w:p>
    <w:p>
      <w:r>
        <w:rPr>
          <w:rFonts w:ascii="Arial" w:hAnsi="Arial" w:eastAsia="Arial"/>
          <w:sz w:val="22"/>
        </w:rPr>
        <w:t>Ҷавоби дуруст: Мулло Мирносир</w:t>
      </w:r>
    </w:p>
    <w:p>
      <w:r>
        <w:rPr>
          <w:rFonts w:ascii="Arial" w:hAnsi="Arial" w:eastAsia="Arial"/>
          <w:sz w:val="22"/>
        </w:rPr>
        <w:t>69. Дар китоби дарсӣ гуфта мешавад: Аҳмади Дониш дар куҷо савод омӯхт?</w:t>
      </w:r>
    </w:p>
    <w:p>
      <w:r>
        <w:rPr>
          <w:rFonts w:ascii="Arial" w:hAnsi="Arial" w:eastAsia="Arial"/>
          <w:sz w:val="22"/>
        </w:rPr>
        <w:t>Ҷавоби дуруст: Дар мактаби хусусии модараш</w:t>
      </w:r>
    </w:p>
    <w:p>
      <w:r>
        <w:rPr>
          <w:rFonts w:ascii="Arial" w:hAnsi="Arial" w:eastAsia="Arial"/>
          <w:sz w:val="22"/>
        </w:rPr>
        <w:t>70. Дар китоби дарсӣ гуфта мешавад: Аҳмади Дониш дар чандсолагӣ ба мактаби қоригӣ дода шуд?</w:t>
      </w:r>
    </w:p>
    <w:p>
      <w:r>
        <w:rPr>
          <w:rFonts w:ascii="Arial" w:hAnsi="Arial" w:eastAsia="Arial"/>
          <w:sz w:val="22"/>
        </w:rPr>
        <w:t>Ҷавоби дуруст: 12-солагӣ</w:t>
      </w:r>
    </w:p>
    <w:p>
      <w:r>
        <w:rPr>
          <w:rFonts w:ascii="Arial" w:hAnsi="Arial" w:eastAsia="Arial"/>
          <w:sz w:val="22"/>
        </w:rPr>
        <w:t>71. Дар китоби дарсӣ гуфта мешавад: Аҳмади Дониш соли 1838 ба кадом мактаб супорида шуд?</w:t>
      </w:r>
    </w:p>
    <w:p>
      <w:r>
        <w:rPr>
          <w:rFonts w:ascii="Arial" w:hAnsi="Arial" w:eastAsia="Arial"/>
          <w:sz w:val="22"/>
        </w:rPr>
        <w:t>Ҷавоби дуруст: Мактаби қоригӣ</w:t>
      </w:r>
    </w:p>
    <w:p>
      <w:r>
        <w:rPr>
          <w:rFonts w:ascii="Arial" w:hAnsi="Arial" w:eastAsia="Arial"/>
          <w:sz w:val="22"/>
        </w:rPr>
        <w:t>72. Дар китоби дарсӣ гуфта мешавад: Соли 1842 Аҳмади Дониш ба куҷо дохил шуд?</w:t>
      </w:r>
    </w:p>
    <w:p>
      <w:r>
        <w:rPr>
          <w:rFonts w:ascii="Arial" w:hAnsi="Arial" w:eastAsia="Arial"/>
          <w:sz w:val="22"/>
        </w:rPr>
        <w:t>Ҷавоби дуруст: Мадраса</w:t>
      </w:r>
    </w:p>
    <w:p>
      <w:r>
        <w:rPr>
          <w:rFonts w:ascii="Arial" w:hAnsi="Arial" w:eastAsia="Arial"/>
          <w:sz w:val="22"/>
        </w:rPr>
        <w:t>73. Дар китоби дарсӣ гуфта мешавад: Аҳмади Дониш кадом ҳунарҳоро омӯхт?</w:t>
      </w:r>
    </w:p>
    <w:p>
      <w:r>
        <w:rPr>
          <w:rFonts w:ascii="Arial" w:hAnsi="Arial" w:eastAsia="Arial"/>
          <w:sz w:val="22"/>
        </w:rPr>
        <w:t>Ҷавоби дуруст: Хаттотӣ ва лавҳакорӣ</w:t>
      </w:r>
    </w:p>
    <w:p>
      <w:r>
        <w:rPr>
          <w:rFonts w:ascii="Arial" w:hAnsi="Arial" w:eastAsia="Arial"/>
          <w:sz w:val="22"/>
        </w:rPr>
        <w:t>74. Дар китоби дарсӣ гуфта мешавад: Аҳмади Дониш кадом илмҳоро аз худ кард?</w:t>
      </w:r>
    </w:p>
    <w:p>
      <w:r>
        <w:rPr>
          <w:rFonts w:ascii="Arial" w:hAnsi="Arial" w:eastAsia="Arial"/>
          <w:sz w:val="22"/>
        </w:rPr>
        <w:t>Ҷавоби дуруст: Арабӣ, мантиқ, нуҷум, ҳайат, табииёт, риёзиёт, тиб, таърих ва адабиёт</w:t>
      </w:r>
    </w:p>
    <w:p>
      <w:r>
        <w:rPr>
          <w:rFonts w:ascii="Arial" w:hAnsi="Arial" w:eastAsia="Arial"/>
          <w:sz w:val="22"/>
        </w:rPr>
        <w:t>75. Дар китоби дарсӣ гуфта мешавад: Аҳмади Дониш дар дарбор ба кадом кор машғул шуд?</w:t>
      </w:r>
    </w:p>
    <w:p>
      <w:r>
        <w:rPr>
          <w:rFonts w:ascii="Arial" w:hAnsi="Arial" w:eastAsia="Arial"/>
          <w:sz w:val="22"/>
        </w:rPr>
        <w:t>Ҷавоби дуруст: Хаттотӣ ва маслиҳатчигӣ оид ба нуҷум</w:t>
      </w:r>
    </w:p>
    <w:p>
      <w:r>
        <w:rPr>
          <w:rFonts w:ascii="Arial" w:hAnsi="Arial" w:eastAsia="Arial"/>
          <w:sz w:val="22"/>
        </w:rPr>
        <w:t>76. Дар китоби дарсӣ гуфта мешавад: Соли 1855 Аҳмади Дониш ба кадом вазифа таъин шуд?</w:t>
      </w:r>
    </w:p>
    <w:p>
      <w:r>
        <w:rPr>
          <w:rFonts w:ascii="Arial" w:hAnsi="Arial" w:eastAsia="Arial"/>
          <w:sz w:val="22"/>
        </w:rPr>
        <w:t>Ҷавоби дуруст: Сарвари мактаби муҳандисону меъморони дарбор</w:t>
      </w:r>
    </w:p>
    <w:p>
      <w:r>
        <w:rPr>
          <w:rFonts w:ascii="Arial" w:hAnsi="Arial" w:eastAsia="Arial"/>
          <w:sz w:val="22"/>
        </w:rPr>
        <w:t>77. Дар китоби дарсӣ гуфта мешавад: Чаро Аҳмади Дониш тахаллуси «Дониш»-ро интихоб кард?</w:t>
      </w:r>
    </w:p>
    <w:p>
      <w:r>
        <w:rPr>
          <w:rFonts w:ascii="Arial" w:hAnsi="Arial" w:eastAsia="Arial"/>
          <w:sz w:val="22"/>
        </w:rPr>
        <w:t>Ҷавоби дуруст: Ба сабаби донишмандӣ ва нуфузи илмии худ</w:t>
      </w:r>
    </w:p>
    <w:p>
      <w:r>
        <w:rPr>
          <w:rFonts w:ascii="Arial" w:hAnsi="Arial" w:eastAsia="Arial"/>
          <w:sz w:val="22"/>
        </w:rPr>
        <w:t>78. Дар китоби дарсӣ гуфта мешавад: Аҳмади Дониш кай таваллуд шудааст?</w:t>
      </w:r>
    </w:p>
    <w:p>
      <w:r>
        <w:rPr>
          <w:rFonts w:ascii="Arial" w:hAnsi="Arial" w:eastAsia="Arial"/>
          <w:sz w:val="22"/>
        </w:rPr>
        <w:t>Ҷавоби дуруст: 1826</w:t>
      </w:r>
    </w:p>
    <w:p>
      <w:r>
        <w:rPr>
          <w:rFonts w:ascii="Arial" w:hAnsi="Arial" w:eastAsia="Arial"/>
          <w:sz w:val="22"/>
        </w:rPr>
        <w:t>79. Дар китоби дарсӣ гуфта мешавад: Падари Аҳмади Дониш чӣ ном дошт?</w:t>
      </w:r>
    </w:p>
    <w:p>
      <w:r>
        <w:rPr>
          <w:rFonts w:ascii="Arial" w:hAnsi="Arial" w:eastAsia="Arial"/>
          <w:sz w:val="22"/>
        </w:rPr>
        <w:t>Ҷавоби дуруст: Мулло Мирносир</w:t>
      </w:r>
    </w:p>
    <w:p>
      <w:r>
        <w:rPr>
          <w:rFonts w:ascii="Arial" w:hAnsi="Arial" w:eastAsia="Arial"/>
          <w:sz w:val="22"/>
        </w:rPr>
        <w:t>80. Дар китоби дарсӣ гуфта мешавад: Аҳмади Дониш дар куҷо савод омӯхт?</w:t>
      </w:r>
    </w:p>
    <w:p>
      <w:r>
        <w:rPr>
          <w:rFonts w:ascii="Arial" w:hAnsi="Arial" w:eastAsia="Arial"/>
          <w:sz w:val="22"/>
        </w:rPr>
        <w:t>Ҷавоби дуруст: Дар мактаби хусусии модараш</w:t>
      </w:r>
    </w:p>
    <w:p>
      <w:r>
        <w:rPr>
          <w:rFonts w:ascii="Arial" w:hAnsi="Arial" w:eastAsia="Arial"/>
          <w:sz w:val="22"/>
        </w:rPr>
        <w:t>81. Дар китоби дарсӣ гуфта мешавад: Аҳмади Дониш дар чандсолагӣ ба мактаби қоригӣ дода шуд?</w:t>
      </w:r>
    </w:p>
    <w:p>
      <w:r>
        <w:rPr>
          <w:rFonts w:ascii="Arial" w:hAnsi="Arial" w:eastAsia="Arial"/>
          <w:sz w:val="22"/>
        </w:rPr>
        <w:t>Ҷавоби дуруст: 12-солагӣ</w:t>
      </w:r>
    </w:p>
    <w:p>
      <w:r>
        <w:rPr>
          <w:rFonts w:ascii="Arial" w:hAnsi="Arial" w:eastAsia="Arial"/>
          <w:sz w:val="22"/>
        </w:rPr>
        <w:t>82. Дар китоби дарсӣ гуфта мешавад: Аҳмади Дониш соли 1838 ба кадом мактаб супорида шуд?</w:t>
      </w:r>
    </w:p>
    <w:p>
      <w:r>
        <w:rPr>
          <w:rFonts w:ascii="Arial" w:hAnsi="Arial" w:eastAsia="Arial"/>
          <w:sz w:val="22"/>
        </w:rPr>
        <w:t>Ҷавоби дуруст: Мактаби қоригӣ</w:t>
      </w:r>
    </w:p>
    <w:p>
      <w:r>
        <w:rPr>
          <w:rFonts w:ascii="Arial" w:hAnsi="Arial" w:eastAsia="Arial"/>
          <w:sz w:val="22"/>
        </w:rPr>
        <w:t>83. Дар китоби дарсӣ гуфта мешавад: Соли 1842 Аҳмади Дониш ба куҷо дохил шуд?</w:t>
      </w:r>
    </w:p>
    <w:p>
      <w:r>
        <w:rPr>
          <w:rFonts w:ascii="Arial" w:hAnsi="Arial" w:eastAsia="Arial"/>
          <w:sz w:val="22"/>
        </w:rPr>
        <w:t>Ҷавоби дуруст: Мадраса</w:t>
      </w:r>
    </w:p>
    <w:p>
      <w:r>
        <w:rPr>
          <w:rFonts w:ascii="Arial" w:hAnsi="Arial" w:eastAsia="Arial"/>
          <w:sz w:val="22"/>
        </w:rPr>
        <w:t>84. Дар китоби дарсӣ гуфта мешавад: Аҳмади Дониш кадом ҳунарҳоро омӯхт?</w:t>
      </w:r>
    </w:p>
    <w:p>
      <w:r>
        <w:rPr>
          <w:rFonts w:ascii="Arial" w:hAnsi="Arial" w:eastAsia="Arial"/>
          <w:sz w:val="22"/>
        </w:rPr>
        <w:t>Ҷавоби дуруст: Хаттотӣ ва лавҳакорӣ</w:t>
      </w:r>
    </w:p>
    <w:p>
      <w:r>
        <w:rPr>
          <w:rFonts w:ascii="Arial" w:hAnsi="Arial" w:eastAsia="Arial"/>
          <w:sz w:val="22"/>
        </w:rPr>
        <w:t>85. Дар китоби дарсӣ гуфта мешавад: Аҳмади Дониш кадом илмҳоро аз худ кард?</w:t>
      </w:r>
    </w:p>
    <w:p>
      <w:r>
        <w:rPr>
          <w:rFonts w:ascii="Arial" w:hAnsi="Arial" w:eastAsia="Arial"/>
          <w:sz w:val="22"/>
        </w:rPr>
        <w:t>Ҷавоби дуруст: Арабӣ, мантиқ, нуҷум, ҳайат, табииёт, риёзиёт, тиб, таърих ва адабиёт</w:t>
      </w:r>
    </w:p>
    <w:p>
      <w:r>
        <w:rPr>
          <w:rFonts w:ascii="Arial" w:hAnsi="Arial" w:eastAsia="Arial"/>
          <w:sz w:val="22"/>
        </w:rPr>
        <w:t>86. Дар китоби дарсӣ гуфта мешавад: Аҳмади Дониш дар дарбор ба кадом кор машғул шуд?</w:t>
      </w:r>
    </w:p>
    <w:p>
      <w:r>
        <w:rPr>
          <w:rFonts w:ascii="Arial" w:hAnsi="Arial" w:eastAsia="Arial"/>
          <w:sz w:val="22"/>
        </w:rPr>
        <w:t>Ҷавоби дуруст: Хаттотӣ ва маслиҳатчигӣ оид ба нуҷум</w:t>
      </w:r>
    </w:p>
    <w:p>
      <w:r>
        <w:rPr>
          <w:rFonts w:ascii="Arial" w:hAnsi="Arial" w:eastAsia="Arial"/>
          <w:sz w:val="22"/>
        </w:rPr>
        <w:t>87. Дар китоби дарсӣ гуфта мешавад: Соли 1855 Аҳмади Дониш ба кадом вазифа таъин шуд?</w:t>
      </w:r>
    </w:p>
    <w:p>
      <w:r>
        <w:rPr>
          <w:rFonts w:ascii="Arial" w:hAnsi="Arial" w:eastAsia="Arial"/>
          <w:sz w:val="22"/>
        </w:rPr>
        <w:t>Ҷавоби дуруст: Сарвари мактаби муҳандисону меъморони дарбор</w:t>
      </w:r>
    </w:p>
    <w:p>
      <w:r>
        <w:rPr>
          <w:rFonts w:ascii="Arial" w:hAnsi="Arial" w:eastAsia="Arial"/>
          <w:sz w:val="22"/>
        </w:rPr>
        <w:t>88. Дар китоби дарсӣ гуфта мешавад: Чаро Аҳмади Дониш тахаллуси «Дониш»-ро интихоб кард?</w:t>
      </w:r>
    </w:p>
    <w:p>
      <w:r>
        <w:rPr>
          <w:rFonts w:ascii="Arial" w:hAnsi="Arial" w:eastAsia="Arial"/>
          <w:sz w:val="22"/>
        </w:rPr>
        <w:t>Ҷавоби дуруст: Ба сабаби донишмандӣ ва нуфузи илмии худ</w:t>
      </w:r>
    </w:p>
    <w:p>
      <w:r>
        <w:rPr>
          <w:rFonts w:ascii="Arial" w:hAnsi="Arial" w:eastAsia="Arial"/>
          <w:sz w:val="22"/>
        </w:rPr>
        <w:t>89. Дар китоби дарсӣ гуфта мешавад: Аҳмади Дониш кай таваллуд шудааст?</w:t>
      </w:r>
    </w:p>
    <w:p>
      <w:r>
        <w:rPr>
          <w:rFonts w:ascii="Arial" w:hAnsi="Arial" w:eastAsia="Arial"/>
          <w:sz w:val="22"/>
        </w:rPr>
        <w:t>Ҷавоби дуруст: 1826</w:t>
      </w:r>
    </w:p>
    <w:p>
      <w:r>
        <w:rPr>
          <w:rFonts w:ascii="Arial" w:hAnsi="Arial" w:eastAsia="Arial"/>
          <w:sz w:val="22"/>
        </w:rPr>
        <w:t>90. Дар китоби дарсӣ гуфта мешавад: Падари Аҳмади Дониш чӣ ном дошт?</w:t>
      </w:r>
    </w:p>
    <w:p>
      <w:r>
        <w:rPr>
          <w:rFonts w:ascii="Arial" w:hAnsi="Arial" w:eastAsia="Arial"/>
          <w:sz w:val="22"/>
        </w:rPr>
        <w:t>Ҷавоби дуруст: Мулло Мирносир</w:t>
      </w:r>
    </w:p>
    <w:p>
      <w:r>
        <w:rPr>
          <w:rFonts w:ascii="Arial" w:hAnsi="Arial" w:eastAsia="Arial"/>
          <w:sz w:val="22"/>
        </w:rPr>
        <w:t>91. Дар китоби дарсӣ гуфта мешавад: Аҳмади Дониш дар куҷо савод омӯхт?</w:t>
      </w:r>
    </w:p>
    <w:p>
      <w:r>
        <w:rPr>
          <w:rFonts w:ascii="Arial" w:hAnsi="Arial" w:eastAsia="Arial"/>
          <w:sz w:val="22"/>
        </w:rPr>
        <w:t>Ҷавоби дуруст: Дар мактаби хусусии модараш</w:t>
      </w:r>
    </w:p>
    <w:p>
      <w:r>
        <w:rPr>
          <w:rFonts w:ascii="Arial" w:hAnsi="Arial" w:eastAsia="Arial"/>
          <w:sz w:val="22"/>
        </w:rPr>
        <w:t>92. Дар китоби дарсӣ гуфта мешавад: Аҳмади Дониш дар чандсолагӣ ба мактаби қоригӣ дода шуд?</w:t>
      </w:r>
    </w:p>
    <w:p>
      <w:r>
        <w:rPr>
          <w:rFonts w:ascii="Arial" w:hAnsi="Arial" w:eastAsia="Arial"/>
          <w:sz w:val="22"/>
        </w:rPr>
        <w:t>Ҷавоби дуруст: 12-солагӣ</w:t>
      </w:r>
    </w:p>
    <w:p>
      <w:r>
        <w:rPr>
          <w:rFonts w:ascii="Arial" w:hAnsi="Arial" w:eastAsia="Arial"/>
          <w:sz w:val="22"/>
        </w:rPr>
        <w:t>93. Дар китоби дарсӣ гуфта мешавад: Аҳмади Дониш соли 1838 ба кадом мактаб супорида шуд?</w:t>
      </w:r>
    </w:p>
    <w:p>
      <w:r>
        <w:rPr>
          <w:rFonts w:ascii="Arial" w:hAnsi="Arial" w:eastAsia="Arial"/>
          <w:sz w:val="22"/>
        </w:rPr>
        <w:t>Ҷавоби дуруст: Мактаби қоригӣ</w:t>
      </w:r>
    </w:p>
    <w:p>
      <w:r>
        <w:rPr>
          <w:rFonts w:ascii="Arial" w:hAnsi="Arial" w:eastAsia="Arial"/>
          <w:sz w:val="22"/>
        </w:rPr>
        <w:t>94. Дар китоби дарсӣ гуфта мешавад: Соли 1842 Аҳмади Дониш ба куҷо дохил шуд?</w:t>
      </w:r>
    </w:p>
    <w:p>
      <w:r>
        <w:rPr>
          <w:rFonts w:ascii="Arial" w:hAnsi="Arial" w:eastAsia="Arial"/>
          <w:sz w:val="22"/>
        </w:rPr>
        <w:t>Ҷавоби дуруст: Мадраса</w:t>
      </w:r>
    </w:p>
    <w:p>
      <w:r>
        <w:rPr>
          <w:rFonts w:ascii="Arial" w:hAnsi="Arial" w:eastAsia="Arial"/>
          <w:sz w:val="22"/>
        </w:rPr>
        <w:t>95. Дар китоби дарсӣ гуфта мешавад: Аҳмади Дониш кадом ҳунарҳоро омӯхт?</w:t>
      </w:r>
    </w:p>
    <w:p>
      <w:r>
        <w:rPr>
          <w:rFonts w:ascii="Arial" w:hAnsi="Arial" w:eastAsia="Arial"/>
          <w:sz w:val="22"/>
        </w:rPr>
        <w:t>Ҷавоби дуруст: Хаттотӣ ва лавҳакорӣ</w:t>
      </w:r>
    </w:p>
    <w:p>
      <w:r>
        <w:rPr>
          <w:rFonts w:ascii="Arial" w:hAnsi="Arial" w:eastAsia="Arial"/>
          <w:sz w:val="22"/>
        </w:rPr>
        <w:t>96. Дар китоби дарсӣ гуфта мешавад: Аҳмади Дониш кадом илмҳоро аз худ кард?</w:t>
      </w:r>
    </w:p>
    <w:p>
      <w:r>
        <w:rPr>
          <w:rFonts w:ascii="Arial" w:hAnsi="Arial" w:eastAsia="Arial"/>
          <w:sz w:val="22"/>
        </w:rPr>
        <w:t>Ҷавоби дуруст: Арабӣ, мантиқ, нуҷум, ҳайат, табииёт, риёзиёт, тиб, таърих ва адабиёт</w:t>
      </w:r>
    </w:p>
    <w:p>
      <w:r>
        <w:rPr>
          <w:rFonts w:ascii="Arial" w:hAnsi="Arial" w:eastAsia="Arial"/>
          <w:sz w:val="22"/>
        </w:rPr>
        <w:t>97. Дар китоби дарсӣ гуфта мешавад: Аҳмади Дониш дар дарбор ба кадом кор машғул шуд?</w:t>
      </w:r>
    </w:p>
    <w:p>
      <w:r>
        <w:rPr>
          <w:rFonts w:ascii="Arial" w:hAnsi="Arial" w:eastAsia="Arial"/>
          <w:sz w:val="22"/>
        </w:rPr>
        <w:t>Ҷавоби дуруст: Хаттотӣ ва маслиҳатчигӣ оид ба нуҷум</w:t>
      </w:r>
    </w:p>
    <w:p>
      <w:r>
        <w:rPr>
          <w:rFonts w:ascii="Arial" w:hAnsi="Arial" w:eastAsia="Arial"/>
          <w:sz w:val="22"/>
        </w:rPr>
        <w:t>98. Дар китоби дарсӣ гуфта мешавад: Соли 1855 Аҳмади Дониш ба кадом вазифа таъин шуд?</w:t>
      </w:r>
    </w:p>
    <w:p>
      <w:r>
        <w:rPr>
          <w:rFonts w:ascii="Arial" w:hAnsi="Arial" w:eastAsia="Arial"/>
          <w:sz w:val="22"/>
        </w:rPr>
        <w:t>Ҷавоби дуруст: Сарвари мактаби муҳандисону меъморони дарбор</w:t>
      </w:r>
    </w:p>
    <w:p>
      <w:r>
        <w:rPr>
          <w:rFonts w:ascii="Arial" w:hAnsi="Arial" w:eastAsia="Arial"/>
          <w:sz w:val="22"/>
        </w:rPr>
        <w:t>99. Дар китоби дарсӣ гуфта мешавад: Чаро Аҳмади Дониш тахаллуси «Дониш»-ро интихоб кард?</w:t>
      </w:r>
    </w:p>
    <w:p>
      <w:r>
        <w:rPr>
          <w:rFonts w:ascii="Arial" w:hAnsi="Arial" w:eastAsia="Arial"/>
          <w:sz w:val="22"/>
        </w:rPr>
        <w:t>Ҷавоби дуруст: Ба сабаби донишмандӣ ва нуфузи илмии худ</w:t>
      </w:r>
    </w:p>
    <w:p>
      <w:r>
        <w:rPr>
          <w:rFonts w:ascii="Arial" w:hAnsi="Arial" w:eastAsia="Arial"/>
          <w:sz w:val="22"/>
        </w:rPr>
        <w:t>100. Дар китоби дарсӣ гуфта мешавад: Аҳмади Дониш кай таваллуд шудааст?</w:t>
      </w:r>
    </w:p>
    <w:p>
      <w:r>
        <w:rPr>
          <w:rFonts w:ascii="Arial" w:hAnsi="Arial" w:eastAsia="Arial"/>
          <w:sz w:val="22"/>
        </w:rPr>
        <w:t>Ҷавоби дуруст: 1826</w:t>
      </w:r>
    </w:p>
    <w:p>
      <w:r>
        <w:rPr>
          <w:rFonts w:ascii="Arial" w:hAnsi="Arial" w:eastAsia="Arial"/>
          <w:sz w:val="22"/>
        </w:rPr>
        <w:br w:type="page"/>
      </w:r>
    </w:p>
    <w:p>
      <w:pPr>
        <w:pStyle w:val="Heading1"/>
      </w:pPr>
      <w:r>
        <w:rPr>
          <w:rFonts w:ascii="Arial" w:hAnsi="Arial" w:eastAsia="Arial"/>
          <w:sz w:val="22"/>
        </w:rPr>
        <w:t>11. Боби IV — Наводир-ул-вақоеъ</w:t>
      </w:r>
    </w:p>
    <w:p>
      <w:r>
        <w:rPr>
          <w:rFonts w:ascii="Arial" w:hAnsi="Arial" w:eastAsia="Arial"/>
          <w:sz w:val="22"/>
        </w:rPr>
        <w:t>1. Асари машҳури Аҳмади Дониш кадом аст?</w:t>
      </w:r>
    </w:p>
    <w:p>
      <w:r>
        <w:rPr>
          <w:rFonts w:ascii="Arial" w:hAnsi="Arial" w:eastAsia="Arial"/>
          <w:sz w:val="22"/>
        </w:rPr>
        <w:t>Ҷавоби дуруст: «Наводир-ул-вақоеъ»</w:t>
      </w:r>
    </w:p>
    <w:p>
      <w:r>
        <w:rPr>
          <w:rFonts w:ascii="Arial" w:hAnsi="Arial" w:eastAsia="Arial"/>
          <w:sz w:val="22"/>
        </w:rPr>
        <w:t>2. Ҷавоби дуруст ба саволи «Асари машҳури Аҳмади Дониш кадом аст?» кадом аст?</w:t>
      </w:r>
    </w:p>
    <w:p>
      <w:r>
        <w:rPr>
          <w:rFonts w:ascii="Arial" w:hAnsi="Arial" w:eastAsia="Arial"/>
          <w:sz w:val="22"/>
        </w:rPr>
        <w:t>Ҷавоби дуруст: «Наводир-ул-вақоеъ»</w:t>
      </w:r>
    </w:p>
    <w:p>
      <w:r>
        <w:rPr>
          <w:rFonts w:ascii="Arial" w:hAnsi="Arial" w:eastAsia="Arial"/>
          <w:sz w:val="22"/>
        </w:rPr>
        <w:t>3. Кадом ҷавоб асари машҳури аҳмади дониш кадом аст?</w:t>
      </w:r>
    </w:p>
    <w:p>
      <w:r>
        <w:rPr>
          <w:rFonts w:ascii="Arial" w:hAnsi="Arial" w:eastAsia="Arial"/>
          <w:sz w:val="22"/>
        </w:rPr>
        <w:t>Ҷавоби дуруст: «Наводир-ул-вақоеъ»</w:t>
      </w:r>
    </w:p>
    <w:p>
      <w:r>
        <w:rPr>
          <w:rFonts w:ascii="Arial" w:hAnsi="Arial" w:eastAsia="Arial"/>
          <w:sz w:val="22"/>
        </w:rPr>
        <w:t>4. Аз рӯйи китоб муайян кунед: Асари машҳури Аҳмади Дониш кадом аст?</w:t>
      </w:r>
    </w:p>
    <w:p>
      <w:r>
        <w:rPr>
          <w:rFonts w:ascii="Arial" w:hAnsi="Arial" w:eastAsia="Arial"/>
          <w:sz w:val="22"/>
        </w:rPr>
        <w:t>Ҷавоби дуруст: «Наводир-ул-вақоеъ»</w:t>
      </w:r>
    </w:p>
    <w:p>
      <w:r>
        <w:rPr>
          <w:rFonts w:ascii="Arial" w:hAnsi="Arial" w:eastAsia="Arial"/>
          <w:sz w:val="22"/>
        </w:rPr>
        <w:t>5. «Наводир-ул-вақоеъ» ба кадом навъи мероси адабӣ дохил мешавад?</w:t>
      </w:r>
    </w:p>
    <w:p>
      <w:r>
        <w:rPr>
          <w:rFonts w:ascii="Arial" w:hAnsi="Arial" w:eastAsia="Arial"/>
          <w:sz w:val="22"/>
        </w:rPr>
        <w:t>Ҷавоби дуруст: Насри адабӣ ва иҷтимоӣ-фалсафӣ</w:t>
      </w:r>
    </w:p>
    <w:p>
      <w:r>
        <w:rPr>
          <w:rFonts w:ascii="Arial" w:hAnsi="Arial" w:eastAsia="Arial"/>
          <w:sz w:val="22"/>
        </w:rPr>
        <w:t>6. Ҷавоби дуруст ба саволи ««Наводир-ул-вақоеъ» ба кадом навъи мероси адабӣ дохил мешавад?» кадом аст?</w:t>
      </w:r>
    </w:p>
    <w:p>
      <w:r>
        <w:rPr>
          <w:rFonts w:ascii="Arial" w:hAnsi="Arial" w:eastAsia="Arial"/>
          <w:sz w:val="22"/>
        </w:rPr>
        <w:t>Ҷавоби дуруст: Насри адабӣ ва иҷтимоӣ-фалсафӣ</w:t>
      </w:r>
    </w:p>
    <w:p>
      <w:r>
        <w:rPr>
          <w:rFonts w:ascii="Arial" w:hAnsi="Arial" w:eastAsia="Arial"/>
          <w:sz w:val="22"/>
        </w:rPr>
        <w:t>7. Кадом ҷавоб «наводир-ул-вақоеъ» ба кадом навъи мероси адабӣ дохил мешавад?</w:t>
      </w:r>
    </w:p>
    <w:p>
      <w:r>
        <w:rPr>
          <w:rFonts w:ascii="Arial" w:hAnsi="Arial" w:eastAsia="Arial"/>
          <w:sz w:val="22"/>
        </w:rPr>
        <w:t>Ҷавоби дуруст: Насри адабӣ ва иҷтимоӣ-фалсафӣ</w:t>
      </w:r>
    </w:p>
    <w:p>
      <w:r>
        <w:rPr>
          <w:rFonts w:ascii="Arial" w:hAnsi="Arial" w:eastAsia="Arial"/>
          <w:sz w:val="22"/>
        </w:rPr>
        <w:t>8. Аз рӯйи китоб муайян кунед: «Наводир-ул-вақоеъ» ба кадом навъи мероси адабӣ дохил мешавад?</w:t>
      </w:r>
    </w:p>
    <w:p>
      <w:r>
        <w:rPr>
          <w:rFonts w:ascii="Arial" w:hAnsi="Arial" w:eastAsia="Arial"/>
          <w:sz w:val="22"/>
        </w:rPr>
        <w:t>Ҷавоби дуруст: Насри адабӣ ва иҷтимоӣ-фалсафӣ</w:t>
      </w:r>
    </w:p>
    <w:p>
      <w:r>
        <w:rPr>
          <w:rFonts w:ascii="Arial" w:hAnsi="Arial" w:eastAsia="Arial"/>
          <w:sz w:val="22"/>
        </w:rPr>
        <w:t>9. Дар осори Аҳмади Дониш кадом масъалаҳо муҳиманд?</w:t>
      </w:r>
    </w:p>
    <w:p>
      <w:r>
        <w:rPr>
          <w:rFonts w:ascii="Arial" w:hAnsi="Arial" w:eastAsia="Arial"/>
          <w:sz w:val="22"/>
        </w:rPr>
        <w:t>Ҷавоби дуруст: Илм, фалсафа, иҷтимоъ, ахлоқ ва ислоҳи ҷомеа</w:t>
      </w:r>
    </w:p>
    <w:p>
      <w:r>
        <w:rPr>
          <w:rFonts w:ascii="Arial" w:hAnsi="Arial" w:eastAsia="Arial"/>
          <w:sz w:val="22"/>
        </w:rPr>
        <w:t>10. Ҷавоби дуруст ба саволи «Дар осори Аҳмади Дониш кадом масъалаҳо муҳиманд?» кадом аст?</w:t>
      </w:r>
    </w:p>
    <w:p>
      <w:r>
        <w:rPr>
          <w:rFonts w:ascii="Arial" w:hAnsi="Arial" w:eastAsia="Arial"/>
          <w:sz w:val="22"/>
        </w:rPr>
        <w:t>Ҷавоби дуруст: Илм, фалсафа, иҷтимоъ, ахлоқ ва ислоҳи ҷомеа</w:t>
      </w:r>
    </w:p>
    <w:p>
      <w:r>
        <w:rPr>
          <w:rFonts w:ascii="Arial" w:hAnsi="Arial" w:eastAsia="Arial"/>
          <w:sz w:val="22"/>
        </w:rPr>
        <w:t>11. Кадом ҷавоб дар осори аҳмади дониш кадом масъалаҳо муҳиманд?</w:t>
      </w:r>
    </w:p>
    <w:p>
      <w:r>
        <w:rPr>
          <w:rFonts w:ascii="Arial" w:hAnsi="Arial" w:eastAsia="Arial"/>
          <w:sz w:val="22"/>
        </w:rPr>
        <w:t>Ҷавоби дуруст: Илм, фалсафа, иҷтимоъ, ахлоқ ва ислоҳи ҷомеа</w:t>
      </w:r>
    </w:p>
    <w:p>
      <w:r>
        <w:rPr>
          <w:rFonts w:ascii="Arial" w:hAnsi="Arial" w:eastAsia="Arial"/>
          <w:sz w:val="22"/>
        </w:rPr>
        <w:t>12. Аз рӯйи китоб муайян кунед: Дар осори Аҳмади Дониш кадом масъалаҳо муҳиманд?</w:t>
      </w:r>
    </w:p>
    <w:p>
      <w:r>
        <w:rPr>
          <w:rFonts w:ascii="Arial" w:hAnsi="Arial" w:eastAsia="Arial"/>
          <w:sz w:val="22"/>
        </w:rPr>
        <w:t>Ҷавоби дуруст: Илм, фалсафа, иҷтимоъ, ахлоқ ва ислоҳи ҷомеа</w:t>
      </w:r>
    </w:p>
    <w:p>
      <w:r>
        <w:rPr>
          <w:rFonts w:ascii="Arial" w:hAnsi="Arial" w:eastAsia="Arial"/>
          <w:sz w:val="22"/>
        </w:rPr>
        <w:t>13. Дар китоби дарсӣ гуфта мешавад: Асари машҳури Аҳмади Дониш кадом аст?</w:t>
      </w:r>
    </w:p>
    <w:p>
      <w:r>
        <w:rPr>
          <w:rFonts w:ascii="Arial" w:hAnsi="Arial" w:eastAsia="Arial"/>
          <w:sz w:val="22"/>
        </w:rPr>
        <w:t>Ҷавоби дуруст: «Наводир-ул-вақоеъ»</w:t>
      </w:r>
    </w:p>
    <w:p>
      <w:r>
        <w:rPr>
          <w:rFonts w:ascii="Arial" w:hAnsi="Arial" w:eastAsia="Arial"/>
          <w:sz w:val="22"/>
        </w:rPr>
        <w:t>14. Дар китоби дарсӣ гуфта мешавад: «Наводир-ул-вақоеъ» ба кадом навъи мероси адабӣ дохил мешавад?</w:t>
      </w:r>
    </w:p>
    <w:p>
      <w:r>
        <w:rPr>
          <w:rFonts w:ascii="Arial" w:hAnsi="Arial" w:eastAsia="Arial"/>
          <w:sz w:val="22"/>
        </w:rPr>
        <w:t>Ҷавоби дуруст: Насри адабӣ ва иҷтимоӣ-фалсафӣ</w:t>
      </w:r>
    </w:p>
    <w:p>
      <w:r>
        <w:rPr>
          <w:rFonts w:ascii="Arial" w:hAnsi="Arial" w:eastAsia="Arial"/>
          <w:sz w:val="22"/>
        </w:rPr>
        <w:t>15. Дар китоби дарсӣ гуфта мешавад: Дар осори Аҳмади Дониш кадом масъалаҳо муҳиманд?</w:t>
      </w:r>
    </w:p>
    <w:p>
      <w:r>
        <w:rPr>
          <w:rFonts w:ascii="Arial" w:hAnsi="Arial" w:eastAsia="Arial"/>
          <w:sz w:val="22"/>
        </w:rPr>
        <w:t>Ҷавоби дуруст: Илм, фалсафа, иҷтимоъ, ахлоқ ва ислоҳи ҷомеа</w:t>
      </w:r>
    </w:p>
    <w:p>
      <w:r>
        <w:rPr>
          <w:rFonts w:ascii="Arial" w:hAnsi="Arial" w:eastAsia="Arial"/>
          <w:sz w:val="22"/>
        </w:rPr>
        <w:t>16. Дар китоби дарсӣ гуфта мешавад: Асари машҳури Аҳмади Дониш кадом аст?</w:t>
      </w:r>
    </w:p>
    <w:p>
      <w:r>
        <w:rPr>
          <w:rFonts w:ascii="Arial" w:hAnsi="Arial" w:eastAsia="Arial"/>
          <w:sz w:val="22"/>
        </w:rPr>
        <w:t>Ҷавоби дуруст: «Наводир-ул-вақоеъ»</w:t>
      </w:r>
    </w:p>
    <w:p>
      <w:r>
        <w:rPr>
          <w:rFonts w:ascii="Arial" w:hAnsi="Arial" w:eastAsia="Arial"/>
          <w:sz w:val="22"/>
        </w:rPr>
        <w:t>17. Дар китоби дарсӣ гуфта мешавад: «Наводир-ул-вақоеъ» ба кадом навъи мероси адабӣ дохил мешавад?</w:t>
      </w:r>
    </w:p>
    <w:p>
      <w:r>
        <w:rPr>
          <w:rFonts w:ascii="Arial" w:hAnsi="Arial" w:eastAsia="Arial"/>
          <w:sz w:val="22"/>
        </w:rPr>
        <w:t>Ҷавоби дуруст: Насри адабӣ ва иҷтимоӣ-фалсафӣ</w:t>
      </w:r>
    </w:p>
    <w:p>
      <w:r>
        <w:rPr>
          <w:rFonts w:ascii="Arial" w:hAnsi="Arial" w:eastAsia="Arial"/>
          <w:sz w:val="22"/>
        </w:rPr>
        <w:t>18. Дар китоби дарсӣ гуфта мешавад: Дар осори Аҳмади Дониш кадом масъалаҳо муҳиманд?</w:t>
      </w:r>
    </w:p>
    <w:p>
      <w:r>
        <w:rPr>
          <w:rFonts w:ascii="Arial" w:hAnsi="Arial" w:eastAsia="Arial"/>
          <w:sz w:val="22"/>
        </w:rPr>
        <w:t>Ҷавоби дуруст: Илм, фалсафа, иҷтимоъ, ахлоқ ва ислоҳи ҷомеа</w:t>
      </w:r>
    </w:p>
    <w:p>
      <w:r>
        <w:rPr>
          <w:rFonts w:ascii="Arial" w:hAnsi="Arial" w:eastAsia="Arial"/>
          <w:sz w:val="22"/>
        </w:rPr>
        <w:t>19. Дар китоби дарсӣ гуфта мешавад: Асари машҳури Аҳмади Дониш кадом аст?</w:t>
      </w:r>
    </w:p>
    <w:p>
      <w:r>
        <w:rPr>
          <w:rFonts w:ascii="Arial" w:hAnsi="Arial" w:eastAsia="Arial"/>
          <w:sz w:val="22"/>
        </w:rPr>
        <w:t>Ҷавоби дуруст: «Наводир-ул-вақоеъ»</w:t>
      </w:r>
    </w:p>
    <w:p>
      <w:r>
        <w:rPr>
          <w:rFonts w:ascii="Arial" w:hAnsi="Arial" w:eastAsia="Arial"/>
          <w:sz w:val="22"/>
        </w:rPr>
        <w:t>20. Дар китоби дарсӣ гуфта мешавад: «Наводир-ул-вақоеъ» ба кадом навъи мероси адабӣ дохил мешавад?</w:t>
      </w:r>
    </w:p>
    <w:p>
      <w:r>
        <w:rPr>
          <w:rFonts w:ascii="Arial" w:hAnsi="Arial" w:eastAsia="Arial"/>
          <w:sz w:val="22"/>
        </w:rPr>
        <w:t>Ҷавоби дуруст: Насри адабӣ ва иҷтимоӣ-фалсафӣ</w:t>
      </w:r>
    </w:p>
    <w:p>
      <w:r>
        <w:rPr>
          <w:rFonts w:ascii="Arial" w:hAnsi="Arial" w:eastAsia="Arial"/>
          <w:sz w:val="22"/>
        </w:rPr>
        <w:t>21. Дар китоби дарсӣ гуфта мешавад: Дар осори Аҳмади Дониш кадом масъалаҳо муҳиманд?</w:t>
      </w:r>
    </w:p>
    <w:p>
      <w:r>
        <w:rPr>
          <w:rFonts w:ascii="Arial" w:hAnsi="Arial" w:eastAsia="Arial"/>
          <w:sz w:val="22"/>
        </w:rPr>
        <w:t>Ҷавоби дуруст: Илм, фалсафа, иҷтимоъ, ахлоқ ва ислоҳи ҷомеа</w:t>
      </w:r>
    </w:p>
    <w:p>
      <w:r>
        <w:rPr>
          <w:rFonts w:ascii="Arial" w:hAnsi="Arial" w:eastAsia="Arial"/>
          <w:sz w:val="22"/>
        </w:rPr>
        <w:t>22. Дар китоби дарсӣ гуфта мешавад: Асари машҳури Аҳмади Дониш кадом аст?</w:t>
      </w:r>
    </w:p>
    <w:p>
      <w:r>
        <w:rPr>
          <w:rFonts w:ascii="Arial" w:hAnsi="Arial" w:eastAsia="Arial"/>
          <w:sz w:val="22"/>
        </w:rPr>
        <w:t>Ҷавоби дуруст: «Наводир-ул-вақоеъ»</w:t>
      </w:r>
    </w:p>
    <w:p>
      <w:r>
        <w:rPr>
          <w:rFonts w:ascii="Arial" w:hAnsi="Arial" w:eastAsia="Arial"/>
          <w:sz w:val="22"/>
        </w:rPr>
        <w:t>23. Дар китоби дарсӣ гуфта мешавад: «Наводир-ул-вақоеъ» ба кадом навъи мероси адабӣ дохил мешавад?</w:t>
      </w:r>
    </w:p>
    <w:p>
      <w:r>
        <w:rPr>
          <w:rFonts w:ascii="Arial" w:hAnsi="Arial" w:eastAsia="Arial"/>
          <w:sz w:val="22"/>
        </w:rPr>
        <w:t>Ҷавоби дуруст: Насри адабӣ ва иҷтимоӣ-фалсафӣ</w:t>
      </w:r>
    </w:p>
    <w:p>
      <w:r>
        <w:rPr>
          <w:rFonts w:ascii="Arial" w:hAnsi="Arial" w:eastAsia="Arial"/>
          <w:sz w:val="22"/>
        </w:rPr>
        <w:t>24. Дар китоби дарсӣ гуфта мешавад: Дар осори Аҳмади Дониш кадом масъалаҳо муҳиманд?</w:t>
      </w:r>
    </w:p>
    <w:p>
      <w:r>
        <w:rPr>
          <w:rFonts w:ascii="Arial" w:hAnsi="Arial" w:eastAsia="Arial"/>
          <w:sz w:val="22"/>
        </w:rPr>
        <w:t>Ҷавоби дуруст: Илм, фалсафа, иҷтимоъ, ахлоқ ва ислоҳи ҷомеа</w:t>
      </w:r>
    </w:p>
    <w:p>
      <w:r>
        <w:rPr>
          <w:rFonts w:ascii="Arial" w:hAnsi="Arial" w:eastAsia="Arial"/>
          <w:sz w:val="22"/>
        </w:rPr>
        <w:t>25. Дар китоби дарсӣ гуфта мешавад: Асари машҳури Аҳмади Дониш кадом аст?</w:t>
      </w:r>
    </w:p>
    <w:p>
      <w:r>
        <w:rPr>
          <w:rFonts w:ascii="Arial" w:hAnsi="Arial" w:eastAsia="Arial"/>
          <w:sz w:val="22"/>
        </w:rPr>
        <w:t>Ҷавоби дуруст: «Наводир-ул-вақоеъ»</w:t>
      </w:r>
    </w:p>
    <w:p>
      <w:r>
        <w:rPr>
          <w:rFonts w:ascii="Arial" w:hAnsi="Arial" w:eastAsia="Arial"/>
          <w:sz w:val="22"/>
        </w:rPr>
        <w:t>26. Дар китоби дарсӣ гуфта мешавад: «Наводир-ул-вақоеъ» ба кадом навъи мероси адабӣ дохил мешавад?</w:t>
      </w:r>
    </w:p>
    <w:p>
      <w:r>
        <w:rPr>
          <w:rFonts w:ascii="Arial" w:hAnsi="Arial" w:eastAsia="Arial"/>
          <w:sz w:val="22"/>
        </w:rPr>
        <w:t>Ҷавоби дуруст: Насри адабӣ ва иҷтимоӣ-фалсафӣ</w:t>
      </w:r>
    </w:p>
    <w:p>
      <w:r>
        <w:rPr>
          <w:rFonts w:ascii="Arial" w:hAnsi="Arial" w:eastAsia="Arial"/>
          <w:sz w:val="22"/>
        </w:rPr>
        <w:t>27. Дар китоби дарсӣ гуфта мешавад: Дар осори Аҳмади Дониш кадом масъалаҳо муҳиманд?</w:t>
      </w:r>
    </w:p>
    <w:p>
      <w:r>
        <w:rPr>
          <w:rFonts w:ascii="Arial" w:hAnsi="Arial" w:eastAsia="Arial"/>
          <w:sz w:val="22"/>
        </w:rPr>
        <w:t>Ҷавоби дуруст: Илм, фалсафа, иҷтимоъ, ахлоқ ва ислоҳи ҷомеа</w:t>
      </w:r>
    </w:p>
    <w:p>
      <w:r>
        <w:rPr>
          <w:rFonts w:ascii="Arial" w:hAnsi="Arial" w:eastAsia="Arial"/>
          <w:sz w:val="22"/>
        </w:rPr>
        <w:t>28. Дар китоби дарсӣ гуфта мешавад: Асари машҳури Аҳмади Дониш кадом аст?</w:t>
      </w:r>
    </w:p>
    <w:p>
      <w:r>
        <w:rPr>
          <w:rFonts w:ascii="Arial" w:hAnsi="Arial" w:eastAsia="Arial"/>
          <w:sz w:val="22"/>
        </w:rPr>
        <w:t>Ҷавоби дуруст: «Наводир-ул-вақоеъ»</w:t>
      </w:r>
    </w:p>
    <w:p>
      <w:r>
        <w:rPr>
          <w:rFonts w:ascii="Arial" w:hAnsi="Arial" w:eastAsia="Arial"/>
          <w:sz w:val="22"/>
        </w:rPr>
        <w:t>29. Дар китоби дарсӣ гуфта мешавад: «Наводир-ул-вақоеъ» ба кадом навъи мероси адабӣ дохил мешавад?</w:t>
      </w:r>
    </w:p>
    <w:p>
      <w:r>
        <w:rPr>
          <w:rFonts w:ascii="Arial" w:hAnsi="Arial" w:eastAsia="Arial"/>
          <w:sz w:val="22"/>
        </w:rPr>
        <w:t>Ҷавоби дуруст: Насри адабӣ ва иҷтимоӣ-фалсафӣ</w:t>
      </w:r>
    </w:p>
    <w:p>
      <w:r>
        <w:rPr>
          <w:rFonts w:ascii="Arial" w:hAnsi="Arial" w:eastAsia="Arial"/>
          <w:sz w:val="22"/>
        </w:rPr>
        <w:t>30. Дар китоби дарсӣ гуфта мешавад: Дар осори Аҳмади Дониш кадом масъалаҳо муҳиманд?</w:t>
      </w:r>
    </w:p>
    <w:p>
      <w:r>
        <w:rPr>
          <w:rFonts w:ascii="Arial" w:hAnsi="Arial" w:eastAsia="Arial"/>
          <w:sz w:val="22"/>
        </w:rPr>
        <w:t>Ҷавоби дуруст: Илм, фалсафа, иҷтимоъ, ахлоқ ва ислоҳи ҷомеа</w:t>
      </w:r>
    </w:p>
    <w:p>
      <w:r>
        <w:rPr>
          <w:rFonts w:ascii="Arial" w:hAnsi="Arial" w:eastAsia="Arial"/>
          <w:sz w:val="22"/>
        </w:rPr>
        <w:t>31. Дар китоби дарсӣ гуфта мешавад: Асари машҳури Аҳмади Дониш кадом аст?</w:t>
      </w:r>
    </w:p>
    <w:p>
      <w:r>
        <w:rPr>
          <w:rFonts w:ascii="Arial" w:hAnsi="Arial" w:eastAsia="Arial"/>
          <w:sz w:val="22"/>
        </w:rPr>
        <w:t>Ҷавоби дуруст: «Наводир-ул-вақоеъ»</w:t>
      </w:r>
    </w:p>
    <w:p>
      <w:r>
        <w:rPr>
          <w:rFonts w:ascii="Arial" w:hAnsi="Arial" w:eastAsia="Arial"/>
          <w:sz w:val="22"/>
        </w:rPr>
        <w:t>32. Дар китоби дарсӣ гуфта мешавад: «Наводир-ул-вақоеъ» ба кадом навъи мероси адабӣ дохил мешавад?</w:t>
      </w:r>
    </w:p>
    <w:p>
      <w:r>
        <w:rPr>
          <w:rFonts w:ascii="Arial" w:hAnsi="Arial" w:eastAsia="Arial"/>
          <w:sz w:val="22"/>
        </w:rPr>
        <w:t>Ҷавоби дуруст: Насри адабӣ ва иҷтимоӣ-фалсафӣ</w:t>
      </w:r>
    </w:p>
    <w:p>
      <w:r>
        <w:rPr>
          <w:rFonts w:ascii="Arial" w:hAnsi="Arial" w:eastAsia="Arial"/>
          <w:sz w:val="22"/>
        </w:rPr>
        <w:t>33. Дар китоби дарсӣ гуфта мешавад: Дар осори Аҳмади Дониш кадом масъалаҳо муҳиманд?</w:t>
      </w:r>
    </w:p>
    <w:p>
      <w:r>
        <w:rPr>
          <w:rFonts w:ascii="Arial" w:hAnsi="Arial" w:eastAsia="Arial"/>
          <w:sz w:val="22"/>
        </w:rPr>
        <w:t>Ҷавоби дуруст: Илм, фалсафа, иҷтимоъ, ахлоқ ва ислоҳи ҷомеа</w:t>
      </w:r>
    </w:p>
    <w:p>
      <w:r>
        <w:rPr>
          <w:rFonts w:ascii="Arial" w:hAnsi="Arial" w:eastAsia="Arial"/>
          <w:sz w:val="22"/>
        </w:rPr>
        <w:t>34. Дар китоби дарсӣ гуфта мешавад: Асари машҳури Аҳмади Дониш кадом аст?</w:t>
      </w:r>
    </w:p>
    <w:p>
      <w:r>
        <w:rPr>
          <w:rFonts w:ascii="Arial" w:hAnsi="Arial" w:eastAsia="Arial"/>
          <w:sz w:val="22"/>
        </w:rPr>
        <w:t>Ҷавоби дуруст: «Наводир-ул-вақоеъ»</w:t>
      </w:r>
    </w:p>
    <w:p>
      <w:r>
        <w:rPr>
          <w:rFonts w:ascii="Arial" w:hAnsi="Arial" w:eastAsia="Arial"/>
          <w:sz w:val="22"/>
        </w:rPr>
        <w:t>35. Дар китоби дарсӣ гуфта мешавад: «Наводир-ул-вақоеъ» ба кадом навъи мероси адабӣ дохил мешавад?</w:t>
      </w:r>
    </w:p>
    <w:p>
      <w:r>
        <w:rPr>
          <w:rFonts w:ascii="Arial" w:hAnsi="Arial" w:eastAsia="Arial"/>
          <w:sz w:val="22"/>
        </w:rPr>
        <w:t>Ҷавоби дуруст: Насри адабӣ ва иҷтимоӣ-фалсафӣ</w:t>
      </w:r>
    </w:p>
    <w:p>
      <w:r>
        <w:rPr>
          <w:rFonts w:ascii="Arial" w:hAnsi="Arial" w:eastAsia="Arial"/>
          <w:sz w:val="22"/>
        </w:rPr>
        <w:t>36. Дар китоби дарсӣ гуфта мешавад: Дар осори Аҳмади Дониш кадом масъалаҳо муҳиманд?</w:t>
      </w:r>
    </w:p>
    <w:p>
      <w:r>
        <w:rPr>
          <w:rFonts w:ascii="Arial" w:hAnsi="Arial" w:eastAsia="Arial"/>
          <w:sz w:val="22"/>
        </w:rPr>
        <w:t>Ҷавоби дуруст: Илм, фалсафа, иҷтимоъ, ахлоқ ва ислоҳи ҷомеа</w:t>
      </w:r>
    </w:p>
    <w:p>
      <w:r>
        <w:rPr>
          <w:rFonts w:ascii="Arial" w:hAnsi="Arial" w:eastAsia="Arial"/>
          <w:sz w:val="22"/>
        </w:rPr>
        <w:t>37. Дар китоби дарсӣ гуфта мешавад: Асари машҳури Аҳмади Дониш кадом аст?</w:t>
      </w:r>
    </w:p>
    <w:p>
      <w:r>
        <w:rPr>
          <w:rFonts w:ascii="Arial" w:hAnsi="Arial" w:eastAsia="Arial"/>
          <w:sz w:val="22"/>
        </w:rPr>
        <w:t>Ҷавоби дуруст: «Наводир-ул-вақоеъ»</w:t>
      </w:r>
    </w:p>
    <w:p>
      <w:r>
        <w:rPr>
          <w:rFonts w:ascii="Arial" w:hAnsi="Arial" w:eastAsia="Arial"/>
          <w:sz w:val="22"/>
        </w:rPr>
        <w:t>38. Дар китоби дарсӣ гуфта мешавад: «Наводир-ул-вақоеъ» ба кадом навъи мероси адабӣ дохил мешавад?</w:t>
      </w:r>
    </w:p>
    <w:p>
      <w:r>
        <w:rPr>
          <w:rFonts w:ascii="Arial" w:hAnsi="Arial" w:eastAsia="Arial"/>
          <w:sz w:val="22"/>
        </w:rPr>
        <w:t>Ҷавоби дуруст: Насри адабӣ ва иҷтимоӣ-фалсафӣ</w:t>
      </w:r>
    </w:p>
    <w:p>
      <w:r>
        <w:rPr>
          <w:rFonts w:ascii="Arial" w:hAnsi="Arial" w:eastAsia="Arial"/>
          <w:sz w:val="22"/>
        </w:rPr>
        <w:t>39. Дар китоби дарсӣ гуфта мешавад: Дар осори Аҳмади Дониш кадом масъалаҳо муҳиманд?</w:t>
      </w:r>
    </w:p>
    <w:p>
      <w:r>
        <w:rPr>
          <w:rFonts w:ascii="Arial" w:hAnsi="Arial" w:eastAsia="Arial"/>
          <w:sz w:val="22"/>
        </w:rPr>
        <w:t>Ҷавоби дуруст: Илм, фалсафа, иҷтимоъ, ахлоқ ва ислоҳи ҷомеа</w:t>
      </w:r>
    </w:p>
    <w:p>
      <w:r>
        <w:rPr>
          <w:rFonts w:ascii="Arial" w:hAnsi="Arial" w:eastAsia="Arial"/>
          <w:sz w:val="22"/>
        </w:rPr>
        <w:t>40. Дар китоби дарсӣ гуфта мешавад: Асари машҳури Аҳмади Дониш кадом аст?</w:t>
      </w:r>
    </w:p>
    <w:p>
      <w:r>
        <w:rPr>
          <w:rFonts w:ascii="Arial" w:hAnsi="Arial" w:eastAsia="Arial"/>
          <w:sz w:val="22"/>
        </w:rPr>
        <w:t>Ҷавоби дуруст: «Наводир-ул-вақоеъ»</w:t>
      </w:r>
    </w:p>
    <w:p>
      <w:r>
        <w:rPr>
          <w:rFonts w:ascii="Arial" w:hAnsi="Arial" w:eastAsia="Arial"/>
          <w:sz w:val="22"/>
        </w:rPr>
        <w:t>41. Дар китоби дарсӣ гуфта мешавад: «Наводир-ул-вақоеъ» ба кадом навъи мероси адабӣ дохил мешавад?</w:t>
      </w:r>
    </w:p>
    <w:p>
      <w:r>
        <w:rPr>
          <w:rFonts w:ascii="Arial" w:hAnsi="Arial" w:eastAsia="Arial"/>
          <w:sz w:val="22"/>
        </w:rPr>
        <w:t>Ҷавоби дуруст: Насри адабӣ ва иҷтимоӣ-фалсафӣ</w:t>
      </w:r>
    </w:p>
    <w:p>
      <w:r>
        <w:rPr>
          <w:rFonts w:ascii="Arial" w:hAnsi="Arial" w:eastAsia="Arial"/>
          <w:sz w:val="22"/>
        </w:rPr>
        <w:t>42. Дар китоби дарсӣ гуфта мешавад: Дар осори Аҳмади Дониш кадом масъалаҳо муҳиманд?</w:t>
      </w:r>
    </w:p>
    <w:p>
      <w:r>
        <w:rPr>
          <w:rFonts w:ascii="Arial" w:hAnsi="Arial" w:eastAsia="Arial"/>
          <w:sz w:val="22"/>
        </w:rPr>
        <w:t>Ҷавоби дуруст: Илм, фалсафа, иҷтимоъ, ахлоқ ва ислоҳи ҷомеа</w:t>
      </w:r>
    </w:p>
    <w:p>
      <w:r>
        <w:rPr>
          <w:rFonts w:ascii="Arial" w:hAnsi="Arial" w:eastAsia="Arial"/>
          <w:sz w:val="22"/>
        </w:rPr>
        <w:t>43. Дар китоби дарсӣ гуфта мешавад: Асари машҳури Аҳмади Дониш кадом аст?</w:t>
      </w:r>
    </w:p>
    <w:p>
      <w:r>
        <w:rPr>
          <w:rFonts w:ascii="Arial" w:hAnsi="Arial" w:eastAsia="Arial"/>
          <w:sz w:val="22"/>
        </w:rPr>
        <w:t>Ҷавоби дуруст: «Наводир-ул-вақоеъ»</w:t>
      </w:r>
    </w:p>
    <w:p>
      <w:r>
        <w:rPr>
          <w:rFonts w:ascii="Arial" w:hAnsi="Arial" w:eastAsia="Arial"/>
          <w:sz w:val="22"/>
        </w:rPr>
        <w:t>44. Дар китоби дарсӣ гуфта мешавад: «Наводир-ул-вақоеъ» ба кадом навъи мероси адабӣ дохил мешавад?</w:t>
      </w:r>
    </w:p>
    <w:p>
      <w:r>
        <w:rPr>
          <w:rFonts w:ascii="Arial" w:hAnsi="Arial" w:eastAsia="Arial"/>
          <w:sz w:val="22"/>
        </w:rPr>
        <w:t>Ҷавоби дуруст: Насри адабӣ ва иҷтимоӣ-фалсафӣ</w:t>
      </w:r>
    </w:p>
    <w:p>
      <w:r>
        <w:rPr>
          <w:rFonts w:ascii="Arial" w:hAnsi="Arial" w:eastAsia="Arial"/>
          <w:sz w:val="22"/>
        </w:rPr>
        <w:t>45. Дар китоби дарсӣ гуфта мешавад: Дар осори Аҳмади Дониш кадом масъалаҳо муҳиманд?</w:t>
      </w:r>
    </w:p>
    <w:p>
      <w:r>
        <w:rPr>
          <w:rFonts w:ascii="Arial" w:hAnsi="Arial" w:eastAsia="Arial"/>
          <w:sz w:val="22"/>
        </w:rPr>
        <w:t>Ҷавоби дуруст: Илм, фалсафа, иҷтимоъ, ахлоқ ва ислоҳи ҷомеа</w:t>
      </w:r>
    </w:p>
    <w:p>
      <w:r>
        <w:rPr>
          <w:rFonts w:ascii="Arial" w:hAnsi="Arial" w:eastAsia="Arial"/>
          <w:sz w:val="22"/>
        </w:rPr>
        <w:t>46. Дар китоби дарсӣ гуфта мешавад: Асари машҳури Аҳмади Дониш кадом аст?</w:t>
      </w:r>
    </w:p>
    <w:p>
      <w:r>
        <w:rPr>
          <w:rFonts w:ascii="Arial" w:hAnsi="Arial" w:eastAsia="Arial"/>
          <w:sz w:val="22"/>
        </w:rPr>
        <w:t>Ҷавоби дуруст: «Наводир-ул-вақоеъ»</w:t>
      </w:r>
    </w:p>
    <w:p>
      <w:r>
        <w:rPr>
          <w:rFonts w:ascii="Arial" w:hAnsi="Arial" w:eastAsia="Arial"/>
          <w:sz w:val="22"/>
        </w:rPr>
        <w:t>47. Дар китоби дарсӣ гуфта мешавад: «Наводир-ул-вақоеъ» ба кадом навъи мероси адабӣ дохил мешавад?</w:t>
      </w:r>
    </w:p>
    <w:p>
      <w:r>
        <w:rPr>
          <w:rFonts w:ascii="Arial" w:hAnsi="Arial" w:eastAsia="Arial"/>
          <w:sz w:val="22"/>
        </w:rPr>
        <w:t>Ҷавоби дуруст: Насри адабӣ ва иҷтимоӣ-фалсафӣ</w:t>
      </w:r>
    </w:p>
    <w:p>
      <w:r>
        <w:rPr>
          <w:rFonts w:ascii="Arial" w:hAnsi="Arial" w:eastAsia="Arial"/>
          <w:sz w:val="22"/>
        </w:rPr>
        <w:t>48. Дар китоби дарсӣ гуфта мешавад: Дар осори Аҳмади Дониш кадом масъалаҳо муҳиманд?</w:t>
      </w:r>
    </w:p>
    <w:p>
      <w:r>
        <w:rPr>
          <w:rFonts w:ascii="Arial" w:hAnsi="Arial" w:eastAsia="Arial"/>
          <w:sz w:val="22"/>
        </w:rPr>
        <w:t>Ҷавоби дуруст: Илм, фалсафа, иҷтимоъ, ахлоқ ва ислоҳи ҷомеа</w:t>
      </w:r>
    </w:p>
    <w:p>
      <w:r>
        <w:rPr>
          <w:rFonts w:ascii="Arial" w:hAnsi="Arial" w:eastAsia="Arial"/>
          <w:sz w:val="22"/>
        </w:rPr>
        <w:t>49. Дар китоби дарсӣ гуфта мешавад: Асари машҳури Аҳмади Дониш кадом аст?</w:t>
      </w:r>
    </w:p>
    <w:p>
      <w:r>
        <w:rPr>
          <w:rFonts w:ascii="Arial" w:hAnsi="Arial" w:eastAsia="Arial"/>
          <w:sz w:val="22"/>
        </w:rPr>
        <w:t>Ҷавоби дуруст: «Наводир-ул-вақоеъ»</w:t>
      </w:r>
    </w:p>
    <w:p>
      <w:r>
        <w:rPr>
          <w:rFonts w:ascii="Arial" w:hAnsi="Arial" w:eastAsia="Arial"/>
          <w:sz w:val="22"/>
        </w:rPr>
        <w:t>50. Дар китоби дарсӣ гуфта мешавад: «Наводир-ул-вақоеъ» ба кадом навъи мероси адабӣ дохил мешавад?</w:t>
      </w:r>
    </w:p>
    <w:p>
      <w:r>
        <w:rPr>
          <w:rFonts w:ascii="Arial" w:hAnsi="Arial" w:eastAsia="Arial"/>
          <w:sz w:val="22"/>
        </w:rPr>
        <w:t>Ҷавоби дуруст: Насри адабӣ ва иҷтимоӣ-фалсафӣ</w:t>
      </w:r>
    </w:p>
    <w:p>
      <w:r>
        <w:rPr>
          <w:rFonts w:ascii="Arial" w:hAnsi="Arial" w:eastAsia="Arial"/>
          <w:sz w:val="22"/>
        </w:rPr>
        <w:t>51. Дар китоби дарсӣ гуфта мешавад: Дар осори Аҳмади Дониш кадом масъалаҳо муҳиманд?</w:t>
      </w:r>
    </w:p>
    <w:p>
      <w:r>
        <w:rPr>
          <w:rFonts w:ascii="Arial" w:hAnsi="Arial" w:eastAsia="Arial"/>
          <w:sz w:val="22"/>
        </w:rPr>
        <w:t>Ҷавоби дуруст: Илм, фалсафа, иҷтимоъ, ахлоқ ва ислоҳи ҷомеа</w:t>
      </w:r>
    </w:p>
    <w:p>
      <w:r>
        <w:rPr>
          <w:rFonts w:ascii="Arial" w:hAnsi="Arial" w:eastAsia="Arial"/>
          <w:sz w:val="22"/>
        </w:rPr>
        <w:t>52. Дар китоби дарсӣ гуфта мешавад: Асари машҳури Аҳмади Дониш кадом аст?</w:t>
      </w:r>
    </w:p>
    <w:p>
      <w:r>
        <w:rPr>
          <w:rFonts w:ascii="Arial" w:hAnsi="Arial" w:eastAsia="Arial"/>
          <w:sz w:val="22"/>
        </w:rPr>
        <w:t>Ҷавоби дуруст: «Наводир-ул-вақоеъ»</w:t>
      </w:r>
    </w:p>
    <w:p>
      <w:r>
        <w:rPr>
          <w:rFonts w:ascii="Arial" w:hAnsi="Arial" w:eastAsia="Arial"/>
          <w:sz w:val="22"/>
        </w:rPr>
        <w:t>53. Дар китоби дарсӣ гуфта мешавад: «Наводир-ул-вақоеъ» ба кадом навъи мероси адабӣ дохил мешавад?</w:t>
      </w:r>
    </w:p>
    <w:p>
      <w:r>
        <w:rPr>
          <w:rFonts w:ascii="Arial" w:hAnsi="Arial" w:eastAsia="Arial"/>
          <w:sz w:val="22"/>
        </w:rPr>
        <w:t>Ҷавоби дуруст: Насри адабӣ ва иҷтимоӣ-фалсафӣ</w:t>
      </w:r>
    </w:p>
    <w:p>
      <w:r>
        <w:rPr>
          <w:rFonts w:ascii="Arial" w:hAnsi="Arial" w:eastAsia="Arial"/>
          <w:sz w:val="22"/>
        </w:rPr>
        <w:t>54. Дар китоби дарсӣ гуфта мешавад: Дар осори Аҳмади Дониш кадом масъалаҳо муҳиманд?</w:t>
      </w:r>
    </w:p>
    <w:p>
      <w:r>
        <w:rPr>
          <w:rFonts w:ascii="Arial" w:hAnsi="Arial" w:eastAsia="Arial"/>
          <w:sz w:val="22"/>
        </w:rPr>
        <w:t>Ҷавоби дуруст: Илм, фалсафа, иҷтимоъ, ахлоқ ва ислоҳи ҷомеа</w:t>
      </w:r>
    </w:p>
    <w:p>
      <w:r>
        <w:rPr>
          <w:rFonts w:ascii="Arial" w:hAnsi="Arial" w:eastAsia="Arial"/>
          <w:sz w:val="22"/>
        </w:rPr>
        <w:t>55. Дар китоби дарсӣ гуфта мешавад: Асари машҳури Аҳмади Дониш кадом аст?</w:t>
      </w:r>
    </w:p>
    <w:p>
      <w:r>
        <w:rPr>
          <w:rFonts w:ascii="Arial" w:hAnsi="Arial" w:eastAsia="Arial"/>
          <w:sz w:val="22"/>
        </w:rPr>
        <w:t>Ҷавоби дуруст: «Наводир-ул-вақоеъ»</w:t>
      </w:r>
    </w:p>
    <w:p>
      <w:r>
        <w:rPr>
          <w:rFonts w:ascii="Arial" w:hAnsi="Arial" w:eastAsia="Arial"/>
          <w:sz w:val="22"/>
        </w:rPr>
        <w:t>56. Дар китоби дарсӣ гуфта мешавад: «Наводир-ул-вақоеъ» ба кадом навъи мероси адабӣ дохил мешавад?</w:t>
      </w:r>
    </w:p>
    <w:p>
      <w:r>
        <w:rPr>
          <w:rFonts w:ascii="Arial" w:hAnsi="Arial" w:eastAsia="Arial"/>
          <w:sz w:val="22"/>
        </w:rPr>
        <w:t>Ҷавоби дуруст: Насри адабӣ ва иҷтимоӣ-фалсафӣ</w:t>
      </w:r>
    </w:p>
    <w:p>
      <w:r>
        <w:rPr>
          <w:rFonts w:ascii="Arial" w:hAnsi="Arial" w:eastAsia="Arial"/>
          <w:sz w:val="22"/>
        </w:rPr>
        <w:t>57. Дар китоби дарсӣ гуфта мешавад: Дар осори Аҳмади Дониш кадом масъалаҳо муҳиманд?</w:t>
      </w:r>
    </w:p>
    <w:p>
      <w:r>
        <w:rPr>
          <w:rFonts w:ascii="Arial" w:hAnsi="Arial" w:eastAsia="Arial"/>
          <w:sz w:val="22"/>
        </w:rPr>
        <w:t>Ҷавоби дуруст: Илм, фалсафа, иҷтимоъ, ахлоқ ва ислоҳи ҷомеа</w:t>
      </w:r>
    </w:p>
    <w:p>
      <w:r>
        <w:rPr>
          <w:rFonts w:ascii="Arial" w:hAnsi="Arial" w:eastAsia="Arial"/>
          <w:sz w:val="22"/>
        </w:rPr>
        <w:t>58. Дар китоби дарсӣ гуфта мешавад: Асари машҳури Аҳмади Дониш кадом аст?</w:t>
      </w:r>
    </w:p>
    <w:p>
      <w:r>
        <w:rPr>
          <w:rFonts w:ascii="Arial" w:hAnsi="Arial" w:eastAsia="Arial"/>
          <w:sz w:val="22"/>
        </w:rPr>
        <w:t>Ҷавоби дуруст: «Наводир-ул-вақоеъ»</w:t>
      </w:r>
    </w:p>
    <w:p>
      <w:r>
        <w:rPr>
          <w:rFonts w:ascii="Arial" w:hAnsi="Arial" w:eastAsia="Arial"/>
          <w:sz w:val="22"/>
        </w:rPr>
        <w:t>59. Дар китоби дарсӣ гуфта мешавад: «Наводир-ул-вақоеъ» ба кадом навъи мероси адабӣ дохил мешавад?</w:t>
      </w:r>
    </w:p>
    <w:p>
      <w:r>
        <w:rPr>
          <w:rFonts w:ascii="Arial" w:hAnsi="Arial" w:eastAsia="Arial"/>
          <w:sz w:val="22"/>
        </w:rPr>
        <w:t>Ҷавоби дуруст: Насри адабӣ ва иҷтимоӣ-фалсафӣ</w:t>
      </w:r>
    </w:p>
    <w:p>
      <w:r>
        <w:rPr>
          <w:rFonts w:ascii="Arial" w:hAnsi="Arial" w:eastAsia="Arial"/>
          <w:sz w:val="22"/>
        </w:rPr>
        <w:t>60. Дар китоби дарсӣ гуфта мешавад: Дар осори Аҳмади Дониш кадом масъалаҳо муҳиманд?</w:t>
      </w:r>
    </w:p>
    <w:p>
      <w:r>
        <w:rPr>
          <w:rFonts w:ascii="Arial" w:hAnsi="Arial" w:eastAsia="Arial"/>
          <w:sz w:val="22"/>
        </w:rPr>
        <w:t>Ҷавоби дуруст: Илм, фалсафа, иҷтимоъ, ахлоқ ва ислоҳи ҷомеа</w:t>
      </w:r>
    </w:p>
    <w:p>
      <w:r>
        <w:rPr>
          <w:rFonts w:ascii="Arial" w:hAnsi="Arial" w:eastAsia="Arial"/>
          <w:sz w:val="22"/>
        </w:rPr>
        <w:t>61. Дар китоби дарсӣ гуфта мешавад: Асари машҳури Аҳмади Дониш кадом аст?</w:t>
      </w:r>
    </w:p>
    <w:p>
      <w:r>
        <w:rPr>
          <w:rFonts w:ascii="Arial" w:hAnsi="Arial" w:eastAsia="Arial"/>
          <w:sz w:val="22"/>
        </w:rPr>
        <w:t>Ҷавоби дуруст: «Наводир-ул-вақоеъ»</w:t>
      </w:r>
    </w:p>
    <w:p>
      <w:r>
        <w:rPr>
          <w:rFonts w:ascii="Arial" w:hAnsi="Arial" w:eastAsia="Arial"/>
          <w:sz w:val="22"/>
        </w:rPr>
        <w:t>62. Дар китоби дарсӣ гуфта мешавад: «Наводир-ул-вақоеъ» ба кадом навъи мероси адабӣ дохил мешавад?</w:t>
      </w:r>
    </w:p>
    <w:p>
      <w:r>
        <w:rPr>
          <w:rFonts w:ascii="Arial" w:hAnsi="Arial" w:eastAsia="Arial"/>
          <w:sz w:val="22"/>
        </w:rPr>
        <w:t>Ҷавоби дуруст: Насри адабӣ ва иҷтимоӣ-фалсафӣ</w:t>
      </w:r>
    </w:p>
    <w:p>
      <w:r>
        <w:rPr>
          <w:rFonts w:ascii="Arial" w:hAnsi="Arial" w:eastAsia="Arial"/>
          <w:sz w:val="22"/>
        </w:rPr>
        <w:t>63. Дар китоби дарсӣ гуфта мешавад: Дар осори Аҳмади Дониш кадом масъалаҳо муҳиманд?</w:t>
      </w:r>
    </w:p>
    <w:p>
      <w:r>
        <w:rPr>
          <w:rFonts w:ascii="Arial" w:hAnsi="Arial" w:eastAsia="Arial"/>
          <w:sz w:val="22"/>
        </w:rPr>
        <w:t>Ҷавоби дуруст: Илм, фалсафа, иҷтимоъ, ахлоқ ва ислоҳи ҷомеа</w:t>
      </w:r>
    </w:p>
    <w:p>
      <w:r>
        <w:rPr>
          <w:rFonts w:ascii="Arial" w:hAnsi="Arial" w:eastAsia="Arial"/>
          <w:sz w:val="22"/>
        </w:rPr>
        <w:t>64. Дар китоби дарсӣ гуфта мешавад: Асари машҳури Аҳмади Дониш кадом аст?</w:t>
      </w:r>
    </w:p>
    <w:p>
      <w:r>
        <w:rPr>
          <w:rFonts w:ascii="Arial" w:hAnsi="Arial" w:eastAsia="Arial"/>
          <w:sz w:val="22"/>
        </w:rPr>
        <w:t>Ҷавоби дуруст: «Наводир-ул-вақоеъ»</w:t>
      </w:r>
    </w:p>
    <w:p>
      <w:r>
        <w:rPr>
          <w:rFonts w:ascii="Arial" w:hAnsi="Arial" w:eastAsia="Arial"/>
          <w:sz w:val="22"/>
        </w:rPr>
        <w:t>65. Дар китоби дарсӣ гуфта мешавад: «Наводир-ул-вақоеъ» ба кадом навъи мероси адабӣ дохил мешавад?</w:t>
      </w:r>
    </w:p>
    <w:p>
      <w:r>
        <w:rPr>
          <w:rFonts w:ascii="Arial" w:hAnsi="Arial" w:eastAsia="Arial"/>
          <w:sz w:val="22"/>
        </w:rPr>
        <w:t>Ҷавоби дуруст: Насри адабӣ ва иҷтимоӣ-фалсафӣ</w:t>
      </w:r>
    </w:p>
    <w:p>
      <w:r>
        <w:rPr>
          <w:rFonts w:ascii="Arial" w:hAnsi="Arial" w:eastAsia="Arial"/>
          <w:sz w:val="22"/>
        </w:rPr>
        <w:t>66. Дар китоби дарсӣ гуфта мешавад: Дар осори Аҳмади Дониш кадом масъалаҳо муҳиманд?</w:t>
      </w:r>
    </w:p>
    <w:p>
      <w:r>
        <w:rPr>
          <w:rFonts w:ascii="Arial" w:hAnsi="Arial" w:eastAsia="Arial"/>
          <w:sz w:val="22"/>
        </w:rPr>
        <w:t>Ҷавоби дуруст: Илм, фалсафа, иҷтимоъ, ахлоқ ва ислоҳи ҷомеа</w:t>
      </w:r>
    </w:p>
    <w:p>
      <w:r>
        <w:rPr>
          <w:rFonts w:ascii="Arial" w:hAnsi="Arial" w:eastAsia="Arial"/>
          <w:sz w:val="22"/>
        </w:rPr>
        <w:t>67. Дар китоби дарсӣ гуфта мешавад: Асари машҳури Аҳмади Дониш кадом аст?</w:t>
      </w:r>
    </w:p>
    <w:p>
      <w:r>
        <w:rPr>
          <w:rFonts w:ascii="Arial" w:hAnsi="Arial" w:eastAsia="Arial"/>
          <w:sz w:val="22"/>
        </w:rPr>
        <w:t>Ҷавоби дуруст: «Наводир-ул-вақоеъ»</w:t>
      </w:r>
    </w:p>
    <w:p>
      <w:r>
        <w:rPr>
          <w:rFonts w:ascii="Arial" w:hAnsi="Arial" w:eastAsia="Arial"/>
          <w:sz w:val="22"/>
        </w:rPr>
        <w:t>68. Дар китоби дарсӣ гуфта мешавад: «Наводир-ул-вақоеъ» ба кадом навъи мероси адабӣ дохил мешавад?</w:t>
      </w:r>
    </w:p>
    <w:p>
      <w:r>
        <w:rPr>
          <w:rFonts w:ascii="Arial" w:hAnsi="Arial" w:eastAsia="Arial"/>
          <w:sz w:val="22"/>
        </w:rPr>
        <w:t>Ҷавоби дуруст: Насри адабӣ ва иҷтимоӣ-фалсафӣ</w:t>
      </w:r>
    </w:p>
    <w:p>
      <w:r>
        <w:rPr>
          <w:rFonts w:ascii="Arial" w:hAnsi="Arial" w:eastAsia="Arial"/>
          <w:sz w:val="22"/>
        </w:rPr>
        <w:t>69. Дар китоби дарсӣ гуфта мешавад: Дар осори Аҳмади Дониш кадом масъалаҳо муҳиманд?</w:t>
      </w:r>
    </w:p>
    <w:p>
      <w:r>
        <w:rPr>
          <w:rFonts w:ascii="Arial" w:hAnsi="Arial" w:eastAsia="Arial"/>
          <w:sz w:val="22"/>
        </w:rPr>
        <w:t>Ҷавоби дуруст: Илм, фалсафа, иҷтимоъ, ахлоқ ва ислоҳи ҷомеа</w:t>
      </w:r>
    </w:p>
    <w:p>
      <w:r>
        <w:rPr>
          <w:rFonts w:ascii="Arial" w:hAnsi="Arial" w:eastAsia="Arial"/>
          <w:sz w:val="22"/>
        </w:rPr>
        <w:t>70. Дар китоби дарсӣ гуфта мешавад: Асари машҳури Аҳмади Дониш кадом аст?</w:t>
      </w:r>
    </w:p>
    <w:p>
      <w:r>
        <w:rPr>
          <w:rFonts w:ascii="Arial" w:hAnsi="Arial" w:eastAsia="Arial"/>
          <w:sz w:val="22"/>
        </w:rPr>
        <w:t>Ҷавоби дуруст: «Наводир-ул-вақоеъ»</w:t>
      </w:r>
    </w:p>
    <w:p>
      <w:r>
        <w:rPr>
          <w:rFonts w:ascii="Arial" w:hAnsi="Arial" w:eastAsia="Arial"/>
          <w:sz w:val="22"/>
        </w:rPr>
        <w:t>71. Дар китоби дарсӣ гуфта мешавад: «Наводир-ул-вақоеъ» ба кадом навъи мероси адабӣ дохил мешавад?</w:t>
      </w:r>
    </w:p>
    <w:p>
      <w:r>
        <w:rPr>
          <w:rFonts w:ascii="Arial" w:hAnsi="Arial" w:eastAsia="Arial"/>
          <w:sz w:val="22"/>
        </w:rPr>
        <w:t>Ҷавоби дуруст: Насри адабӣ ва иҷтимоӣ-фалсафӣ</w:t>
      </w:r>
    </w:p>
    <w:p>
      <w:r>
        <w:rPr>
          <w:rFonts w:ascii="Arial" w:hAnsi="Arial" w:eastAsia="Arial"/>
          <w:sz w:val="22"/>
        </w:rPr>
        <w:t>72. Дар китоби дарсӣ гуфта мешавад: Дар осори Аҳмади Дониш кадом масъалаҳо муҳиманд?</w:t>
      </w:r>
    </w:p>
    <w:p>
      <w:r>
        <w:rPr>
          <w:rFonts w:ascii="Arial" w:hAnsi="Arial" w:eastAsia="Arial"/>
          <w:sz w:val="22"/>
        </w:rPr>
        <w:t>Ҷавоби дуруст: Илм, фалсафа, иҷтимоъ, ахлоқ ва ислоҳи ҷомеа</w:t>
      </w:r>
    </w:p>
    <w:p>
      <w:r>
        <w:rPr>
          <w:rFonts w:ascii="Arial" w:hAnsi="Arial" w:eastAsia="Arial"/>
          <w:sz w:val="22"/>
        </w:rPr>
        <w:t>73. Дар китоби дарсӣ гуфта мешавад: Асари машҳури Аҳмади Дониш кадом аст?</w:t>
      </w:r>
    </w:p>
    <w:p>
      <w:r>
        <w:rPr>
          <w:rFonts w:ascii="Arial" w:hAnsi="Arial" w:eastAsia="Arial"/>
          <w:sz w:val="22"/>
        </w:rPr>
        <w:t>Ҷавоби дуруст: «Наводир-ул-вақоеъ»</w:t>
      </w:r>
    </w:p>
    <w:p>
      <w:r>
        <w:rPr>
          <w:rFonts w:ascii="Arial" w:hAnsi="Arial" w:eastAsia="Arial"/>
          <w:sz w:val="22"/>
        </w:rPr>
        <w:t>74. Дар китоби дарсӣ гуфта мешавад: «Наводир-ул-вақоеъ» ба кадом навъи мероси адабӣ дохил мешавад?</w:t>
      </w:r>
    </w:p>
    <w:p>
      <w:r>
        <w:rPr>
          <w:rFonts w:ascii="Arial" w:hAnsi="Arial" w:eastAsia="Arial"/>
          <w:sz w:val="22"/>
        </w:rPr>
        <w:t>Ҷавоби дуруст: Насри адабӣ ва иҷтимоӣ-фалсафӣ</w:t>
      </w:r>
    </w:p>
    <w:p>
      <w:r>
        <w:rPr>
          <w:rFonts w:ascii="Arial" w:hAnsi="Arial" w:eastAsia="Arial"/>
          <w:sz w:val="22"/>
        </w:rPr>
        <w:t>75. Дар китоби дарсӣ гуфта мешавад: Дар осори Аҳмади Дониш кадом масъалаҳо муҳиманд?</w:t>
      </w:r>
    </w:p>
    <w:p>
      <w:r>
        <w:rPr>
          <w:rFonts w:ascii="Arial" w:hAnsi="Arial" w:eastAsia="Arial"/>
          <w:sz w:val="22"/>
        </w:rPr>
        <w:t>Ҷавоби дуруст: Илм, фалсафа, иҷтимоъ, ахлоқ ва ислоҳи ҷомеа</w:t>
      </w:r>
    </w:p>
    <w:p>
      <w:r>
        <w:rPr>
          <w:rFonts w:ascii="Arial" w:hAnsi="Arial" w:eastAsia="Arial"/>
          <w:sz w:val="22"/>
        </w:rPr>
        <w:t>76. Дар китоби дарсӣ гуфта мешавад: Асари машҳури Аҳмади Дониш кадом аст?</w:t>
      </w:r>
    </w:p>
    <w:p>
      <w:r>
        <w:rPr>
          <w:rFonts w:ascii="Arial" w:hAnsi="Arial" w:eastAsia="Arial"/>
          <w:sz w:val="22"/>
        </w:rPr>
        <w:t>Ҷавоби дуруст: «Наводир-ул-вақоеъ»</w:t>
      </w:r>
    </w:p>
    <w:p>
      <w:r>
        <w:rPr>
          <w:rFonts w:ascii="Arial" w:hAnsi="Arial" w:eastAsia="Arial"/>
          <w:sz w:val="22"/>
        </w:rPr>
        <w:t>77. Дар китоби дарсӣ гуфта мешавад: «Наводир-ул-вақоеъ» ба кадом навъи мероси адабӣ дохил мешавад?</w:t>
      </w:r>
    </w:p>
    <w:p>
      <w:r>
        <w:rPr>
          <w:rFonts w:ascii="Arial" w:hAnsi="Arial" w:eastAsia="Arial"/>
          <w:sz w:val="22"/>
        </w:rPr>
        <w:t>Ҷавоби дуруст: Насри адабӣ ва иҷтимоӣ-фалсафӣ</w:t>
      </w:r>
    </w:p>
    <w:p>
      <w:r>
        <w:rPr>
          <w:rFonts w:ascii="Arial" w:hAnsi="Arial" w:eastAsia="Arial"/>
          <w:sz w:val="22"/>
        </w:rPr>
        <w:t>78. Дар китоби дарсӣ гуфта мешавад: Дар осори Аҳмади Дониш кадом масъалаҳо муҳиманд?</w:t>
      </w:r>
    </w:p>
    <w:p>
      <w:r>
        <w:rPr>
          <w:rFonts w:ascii="Arial" w:hAnsi="Arial" w:eastAsia="Arial"/>
          <w:sz w:val="22"/>
        </w:rPr>
        <w:t>Ҷавоби дуруст: Илм, фалсафа, иҷтимоъ, ахлоқ ва ислоҳи ҷомеа</w:t>
      </w:r>
    </w:p>
    <w:p>
      <w:r>
        <w:rPr>
          <w:rFonts w:ascii="Arial" w:hAnsi="Arial" w:eastAsia="Arial"/>
          <w:sz w:val="22"/>
        </w:rPr>
        <w:t>79. Дар китоби дарсӣ гуфта мешавад: Асари машҳури Аҳмади Дониш кадом аст?</w:t>
      </w:r>
    </w:p>
    <w:p>
      <w:r>
        <w:rPr>
          <w:rFonts w:ascii="Arial" w:hAnsi="Arial" w:eastAsia="Arial"/>
          <w:sz w:val="22"/>
        </w:rPr>
        <w:t>Ҷавоби дуруст: «Наводир-ул-вақоеъ»</w:t>
      </w:r>
    </w:p>
    <w:p>
      <w:r>
        <w:rPr>
          <w:rFonts w:ascii="Arial" w:hAnsi="Arial" w:eastAsia="Arial"/>
          <w:sz w:val="22"/>
        </w:rPr>
        <w:t>80. Дар китоби дарсӣ гуфта мешавад: «Наводир-ул-вақоеъ» ба кадом навъи мероси адабӣ дохил мешавад?</w:t>
      </w:r>
    </w:p>
    <w:p>
      <w:r>
        <w:rPr>
          <w:rFonts w:ascii="Arial" w:hAnsi="Arial" w:eastAsia="Arial"/>
          <w:sz w:val="22"/>
        </w:rPr>
        <w:t>Ҷавоби дуруст: Насри адабӣ ва иҷтимоӣ-фалсафӣ</w:t>
      </w:r>
    </w:p>
    <w:p>
      <w:r>
        <w:rPr>
          <w:rFonts w:ascii="Arial" w:hAnsi="Arial" w:eastAsia="Arial"/>
          <w:sz w:val="22"/>
        </w:rPr>
        <w:t>81. Дар китоби дарсӣ гуфта мешавад: Дар осори Аҳмади Дониш кадом масъалаҳо муҳиманд?</w:t>
      </w:r>
    </w:p>
    <w:p>
      <w:r>
        <w:rPr>
          <w:rFonts w:ascii="Arial" w:hAnsi="Arial" w:eastAsia="Arial"/>
          <w:sz w:val="22"/>
        </w:rPr>
        <w:t>Ҷавоби дуруст: Илм, фалсафа, иҷтимоъ, ахлоқ ва ислоҳи ҷомеа</w:t>
      </w:r>
    </w:p>
    <w:p>
      <w:r>
        <w:rPr>
          <w:rFonts w:ascii="Arial" w:hAnsi="Arial" w:eastAsia="Arial"/>
          <w:sz w:val="22"/>
        </w:rPr>
        <w:t>82. Дар китоби дарсӣ гуфта мешавад: Асари машҳури Аҳмади Дониш кадом аст?</w:t>
      </w:r>
    </w:p>
    <w:p>
      <w:r>
        <w:rPr>
          <w:rFonts w:ascii="Arial" w:hAnsi="Arial" w:eastAsia="Arial"/>
          <w:sz w:val="22"/>
        </w:rPr>
        <w:t>Ҷавоби дуруст: «Наводир-ул-вақоеъ»</w:t>
      </w:r>
    </w:p>
    <w:p>
      <w:r>
        <w:rPr>
          <w:rFonts w:ascii="Arial" w:hAnsi="Arial" w:eastAsia="Arial"/>
          <w:sz w:val="22"/>
        </w:rPr>
        <w:t>83. Дар китоби дарсӣ гуфта мешавад: «Наводир-ул-вақоеъ» ба кадом навъи мероси адабӣ дохил мешавад?</w:t>
      </w:r>
    </w:p>
    <w:p>
      <w:r>
        <w:rPr>
          <w:rFonts w:ascii="Arial" w:hAnsi="Arial" w:eastAsia="Arial"/>
          <w:sz w:val="22"/>
        </w:rPr>
        <w:t>Ҷавоби дуруст: Насри адабӣ ва иҷтимоӣ-фалсафӣ</w:t>
      </w:r>
    </w:p>
    <w:p>
      <w:r>
        <w:rPr>
          <w:rFonts w:ascii="Arial" w:hAnsi="Arial" w:eastAsia="Arial"/>
          <w:sz w:val="22"/>
        </w:rPr>
        <w:t>84. Дар китоби дарсӣ гуфта мешавад: Дар осори Аҳмади Дониш кадом масъалаҳо муҳиманд?</w:t>
      </w:r>
    </w:p>
    <w:p>
      <w:r>
        <w:rPr>
          <w:rFonts w:ascii="Arial" w:hAnsi="Arial" w:eastAsia="Arial"/>
          <w:sz w:val="22"/>
        </w:rPr>
        <w:t>Ҷавоби дуруст: Илм, фалсафа, иҷтимоъ, ахлоқ ва ислоҳи ҷомеа</w:t>
      </w:r>
    </w:p>
    <w:p>
      <w:r>
        <w:rPr>
          <w:rFonts w:ascii="Arial" w:hAnsi="Arial" w:eastAsia="Arial"/>
          <w:sz w:val="22"/>
        </w:rPr>
        <w:t>85. Дар китоби дарсӣ гуфта мешавад: Асари машҳури Аҳмади Дониш кадом аст?</w:t>
      </w:r>
    </w:p>
    <w:p>
      <w:r>
        <w:rPr>
          <w:rFonts w:ascii="Arial" w:hAnsi="Arial" w:eastAsia="Arial"/>
          <w:sz w:val="22"/>
        </w:rPr>
        <w:t>Ҷавоби дуруст: «Наводир-ул-вақоеъ»</w:t>
      </w:r>
    </w:p>
    <w:p>
      <w:r>
        <w:rPr>
          <w:rFonts w:ascii="Arial" w:hAnsi="Arial" w:eastAsia="Arial"/>
          <w:sz w:val="22"/>
        </w:rPr>
        <w:t>86. Дар китоби дарсӣ гуфта мешавад: «Наводир-ул-вақоеъ» ба кадом навъи мероси адабӣ дохил мешавад?</w:t>
      </w:r>
    </w:p>
    <w:p>
      <w:r>
        <w:rPr>
          <w:rFonts w:ascii="Arial" w:hAnsi="Arial" w:eastAsia="Arial"/>
          <w:sz w:val="22"/>
        </w:rPr>
        <w:t>Ҷавоби дуруст: Насри адабӣ ва иҷтимоӣ-фалсафӣ</w:t>
      </w:r>
    </w:p>
    <w:p>
      <w:r>
        <w:rPr>
          <w:rFonts w:ascii="Arial" w:hAnsi="Arial" w:eastAsia="Arial"/>
          <w:sz w:val="22"/>
        </w:rPr>
        <w:t>87. Дар китоби дарсӣ гуфта мешавад: Дар осори Аҳмади Дониш кадом масъалаҳо муҳиманд?</w:t>
      </w:r>
    </w:p>
    <w:p>
      <w:r>
        <w:rPr>
          <w:rFonts w:ascii="Arial" w:hAnsi="Arial" w:eastAsia="Arial"/>
          <w:sz w:val="22"/>
        </w:rPr>
        <w:t>Ҷавоби дуруст: Илм, фалсафа, иҷтимоъ, ахлоқ ва ислоҳи ҷомеа</w:t>
      </w:r>
    </w:p>
    <w:p>
      <w:r>
        <w:rPr>
          <w:rFonts w:ascii="Arial" w:hAnsi="Arial" w:eastAsia="Arial"/>
          <w:sz w:val="22"/>
        </w:rPr>
        <w:t>88. Дар китоби дарсӣ гуфта мешавад: Асари машҳури Аҳмади Дониш кадом аст?</w:t>
      </w:r>
    </w:p>
    <w:p>
      <w:r>
        <w:rPr>
          <w:rFonts w:ascii="Arial" w:hAnsi="Arial" w:eastAsia="Arial"/>
          <w:sz w:val="22"/>
        </w:rPr>
        <w:t>Ҷавоби дуруст: «Наводир-ул-вақоеъ»</w:t>
      </w:r>
    </w:p>
    <w:p>
      <w:r>
        <w:rPr>
          <w:rFonts w:ascii="Arial" w:hAnsi="Arial" w:eastAsia="Arial"/>
          <w:sz w:val="22"/>
        </w:rPr>
        <w:t>89. Дар китоби дарсӣ гуфта мешавад: «Наводир-ул-вақоеъ» ба кадом навъи мероси адабӣ дохил мешавад?</w:t>
      </w:r>
    </w:p>
    <w:p>
      <w:r>
        <w:rPr>
          <w:rFonts w:ascii="Arial" w:hAnsi="Arial" w:eastAsia="Arial"/>
          <w:sz w:val="22"/>
        </w:rPr>
        <w:t>Ҷавоби дуруст: Насри адабӣ ва иҷтимоӣ-фалсафӣ</w:t>
      </w:r>
    </w:p>
    <w:p>
      <w:r>
        <w:rPr>
          <w:rFonts w:ascii="Arial" w:hAnsi="Arial" w:eastAsia="Arial"/>
          <w:sz w:val="22"/>
        </w:rPr>
        <w:t>90. Дар китоби дарсӣ гуфта мешавад: Дар осори Аҳмади Дониш кадом масъалаҳо муҳиманд?</w:t>
      </w:r>
    </w:p>
    <w:p>
      <w:r>
        <w:rPr>
          <w:rFonts w:ascii="Arial" w:hAnsi="Arial" w:eastAsia="Arial"/>
          <w:sz w:val="22"/>
        </w:rPr>
        <w:t>Ҷавоби дуруст: Илм, фалсафа, иҷтимоъ, ахлоқ ва ислоҳи ҷомеа</w:t>
      </w:r>
    </w:p>
    <w:p>
      <w:r>
        <w:rPr>
          <w:rFonts w:ascii="Arial" w:hAnsi="Arial" w:eastAsia="Arial"/>
          <w:sz w:val="22"/>
        </w:rPr>
        <w:t>91. Дар китоби дарсӣ гуфта мешавад: Асари машҳури Аҳмади Дониш кадом аст?</w:t>
      </w:r>
    </w:p>
    <w:p>
      <w:r>
        <w:rPr>
          <w:rFonts w:ascii="Arial" w:hAnsi="Arial" w:eastAsia="Arial"/>
          <w:sz w:val="22"/>
        </w:rPr>
        <w:t>Ҷавоби дуруст: «Наводир-ул-вақоеъ»</w:t>
      </w:r>
    </w:p>
    <w:p>
      <w:r>
        <w:rPr>
          <w:rFonts w:ascii="Arial" w:hAnsi="Arial" w:eastAsia="Arial"/>
          <w:sz w:val="22"/>
        </w:rPr>
        <w:t>92. Дар китоби дарсӣ гуфта мешавад: «Наводир-ул-вақоеъ» ба кадом навъи мероси адабӣ дохил мешавад?</w:t>
      </w:r>
    </w:p>
    <w:p>
      <w:r>
        <w:rPr>
          <w:rFonts w:ascii="Arial" w:hAnsi="Arial" w:eastAsia="Arial"/>
          <w:sz w:val="22"/>
        </w:rPr>
        <w:t>Ҷавоби дуруст: Насри адабӣ ва иҷтимоӣ-фалсафӣ</w:t>
      </w:r>
    </w:p>
    <w:p>
      <w:r>
        <w:rPr>
          <w:rFonts w:ascii="Arial" w:hAnsi="Arial" w:eastAsia="Arial"/>
          <w:sz w:val="22"/>
        </w:rPr>
        <w:t>93. Дар китоби дарсӣ гуфта мешавад: Дар осори Аҳмади Дониш кадом масъалаҳо муҳиманд?</w:t>
      </w:r>
    </w:p>
    <w:p>
      <w:r>
        <w:rPr>
          <w:rFonts w:ascii="Arial" w:hAnsi="Arial" w:eastAsia="Arial"/>
          <w:sz w:val="22"/>
        </w:rPr>
        <w:t>Ҷавоби дуруст: Илм, фалсафа, иҷтимоъ, ахлоқ ва ислоҳи ҷомеа</w:t>
      </w:r>
    </w:p>
    <w:p>
      <w:r>
        <w:rPr>
          <w:rFonts w:ascii="Arial" w:hAnsi="Arial" w:eastAsia="Arial"/>
          <w:sz w:val="22"/>
        </w:rPr>
        <w:t>94. Дар китоби дарсӣ гуфта мешавад: Асари машҳури Аҳмади Дониш кадом аст?</w:t>
      </w:r>
    </w:p>
    <w:p>
      <w:r>
        <w:rPr>
          <w:rFonts w:ascii="Arial" w:hAnsi="Arial" w:eastAsia="Arial"/>
          <w:sz w:val="22"/>
        </w:rPr>
        <w:t>Ҷавоби дуруст: «Наводир-ул-вақоеъ»</w:t>
      </w:r>
    </w:p>
    <w:p>
      <w:r>
        <w:rPr>
          <w:rFonts w:ascii="Arial" w:hAnsi="Arial" w:eastAsia="Arial"/>
          <w:sz w:val="22"/>
        </w:rPr>
        <w:t>95. Дар китоби дарсӣ гуфта мешавад: «Наводир-ул-вақоеъ» ба кадом навъи мероси адабӣ дохил мешавад?</w:t>
      </w:r>
    </w:p>
    <w:p>
      <w:r>
        <w:rPr>
          <w:rFonts w:ascii="Arial" w:hAnsi="Arial" w:eastAsia="Arial"/>
          <w:sz w:val="22"/>
        </w:rPr>
        <w:t>Ҷавоби дуруст: Насри адабӣ ва иҷтимоӣ-фалсафӣ</w:t>
      </w:r>
    </w:p>
    <w:p>
      <w:r>
        <w:rPr>
          <w:rFonts w:ascii="Arial" w:hAnsi="Arial" w:eastAsia="Arial"/>
          <w:sz w:val="22"/>
        </w:rPr>
        <w:t>96. Дар китоби дарсӣ гуфта мешавад: Дар осори Аҳмади Дониш кадом масъалаҳо муҳиманд?</w:t>
      </w:r>
    </w:p>
    <w:p>
      <w:r>
        <w:rPr>
          <w:rFonts w:ascii="Arial" w:hAnsi="Arial" w:eastAsia="Arial"/>
          <w:sz w:val="22"/>
        </w:rPr>
        <w:t>Ҷавоби дуруст: Илм, фалсафа, иҷтимоъ, ахлоқ ва ислоҳи ҷомеа</w:t>
      </w:r>
    </w:p>
    <w:p>
      <w:r>
        <w:rPr>
          <w:rFonts w:ascii="Arial" w:hAnsi="Arial" w:eastAsia="Arial"/>
          <w:sz w:val="22"/>
        </w:rPr>
        <w:t>97. Дар китоби дарсӣ гуфта мешавад: Асари машҳури Аҳмади Дониш кадом аст?</w:t>
      </w:r>
    </w:p>
    <w:p>
      <w:r>
        <w:rPr>
          <w:rFonts w:ascii="Arial" w:hAnsi="Arial" w:eastAsia="Arial"/>
          <w:sz w:val="22"/>
        </w:rPr>
        <w:t>Ҷавоби дуруст: «Наводир-ул-вақоеъ»</w:t>
      </w:r>
    </w:p>
    <w:p>
      <w:r>
        <w:rPr>
          <w:rFonts w:ascii="Arial" w:hAnsi="Arial" w:eastAsia="Arial"/>
          <w:sz w:val="22"/>
        </w:rPr>
        <w:t>98. Дар китоби дарсӣ гуфта мешавад: «Наводир-ул-вақоеъ» ба кадом навъи мероси адабӣ дохил мешавад?</w:t>
      </w:r>
    </w:p>
    <w:p>
      <w:r>
        <w:rPr>
          <w:rFonts w:ascii="Arial" w:hAnsi="Arial" w:eastAsia="Arial"/>
          <w:sz w:val="22"/>
        </w:rPr>
        <w:t>Ҷавоби дуруст: Насри адабӣ ва иҷтимоӣ-фалсафӣ</w:t>
      </w:r>
    </w:p>
    <w:p>
      <w:r>
        <w:rPr>
          <w:rFonts w:ascii="Arial" w:hAnsi="Arial" w:eastAsia="Arial"/>
          <w:sz w:val="22"/>
        </w:rPr>
        <w:t>99. Дар китоби дарсӣ гуфта мешавад: Дар осори Аҳмади Дониш кадом масъалаҳо муҳиманд?</w:t>
      </w:r>
    </w:p>
    <w:p>
      <w:r>
        <w:rPr>
          <w:rFonts w:ascii="Arial" w:hAnsi="Arial" w:eastAsia="Arial"/>
          <w:sz w:val="22"/>
        </w:rPr>
        <w:t>Ҷавоби дуруст: Илм, фалсафа, иҷтимоъ, ахлоқ ва ислоҳи ҷомеа</w:t>
      </w:r>
    </w:p>
    <w:p>
      <w:r>
        <w:rPr>
          <w:rFonts w:ascii="Arial" w:hAnsi="Arial" w:eastAsia="Arial"/>
          <w:sz w:val="22"/>
        </w:rPr>
        <w:t>100. Дар китоби дарсӣ гуфта мешавад: Асари машҳури Аҳмади Дониш кадом аст?</w:t>
      </w:r>
    </w:p>
    <w:p>
      <w:r>
        <w:rPr>
          <w:rFonts w:ascii="Arial" w:hAnsi="Arial" w:eastAsia="Arial"/>
          <w:sz w:val="22"/>
        </w:rPr>
        <w:t>Ҷавоби дуруст: «Наводир-ул-вақоеъ»</w:t>
      </w:r>
    </w:p>
    <w:p>
      <w:r>
        <w:rPr>
          <w:rFonts w:ascii="Arial" w:hAnsi="Arial" w:eastAsia="Arial"/>
          <w:sz w:val="22"/>
        </w:rPr>
        <w:br w:type="page"/>
      </w:r>
    </w:p>
    <w:p>
      <w:pPr>
        <w:pStyle w:val="Heading1"/>
      </w:pPr>
      <w:r>
        <w:rPr>
          <w:rFonts w:ascii="Arial" w:hAnsi="Arial" w:eastAsia="Arial"/>
          <w:sz w:val="22"/>
        </w:rPr>
        <w:t>12. Боби IV — Абдулқодирхоҷаи Савдо</w:t>
      </w:r>
    </w:p>
    <w:p>
      <w:r>
        <w:rPr>
          <w:rFonts w:ascii="Arial" w:hAnsi="Arial" w:eastAsia="Arial"/>
          <w:sz w:val="22"/>
        </w:rPr>
        <w:t>1. Қисми асосии ашъори лирикии Савдоро кадом жанр ташкил медиҳад?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2. Ҷавоби дуруст ба саволи «Қисми асосии ашъори лирикии Савдоро кадом жанр ташкил медиҳад?» кадом аст?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3. Кадом ҷавоб қисми асосии ашъори лирикии савдоро кадом жанр ташкил медиҳад?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4. Аз рӯйи китоб муайян кунед: Қисми асосии ашъори лирикии Савдоро кадом жанр ташкил медиҳад?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5. Савдо дар кадом маврид тахаллуси «Бепул»-ро истифода мекард?</w:t>
      </w:r>
    </w:p>
    <w:p>
      <w:r>
        <w:rPr>
          <w:rFonts w:ascii="Arial" w:hAnsi="Arial" w:eastAsia="Arial"/>
          <w:sz w:val="22"/>
        </w:rPr>
        <w:t>Ҷавоби дуруст: Дар осори мутоибавӣ</w:t>
      </w:r>
    </w:p>
    <w:p>
      <w:r>
        <w:rPr>
          <w:rFonts w:ascii="Arial" w:hAnsi="Arial" w:eastAsia="Arial"/>
          <w:sz w:val="22"/>
        </w:rPr>
        <w:t>6. Ҷавоби дуруст ба саволи «Савдо дар кадом маврид тахаллуси «Бепул»-ро истифода мекард?» кадом аст?</w:t>
      </w:r>
    </w:p>
    <w:p>
      <w:r>
        <w:rPr>
          <w:rFonts w:ascii="Arial" w:hAnsi="Arial" w:eastAsia="Arial"/>
          <w:sz w:val="22"/>
        </w:rPr>
        <w:t>Ҷавоби дуруст: Дар осори мутоибавӣ</w:t>
      </w:r>
    </w:p>
    <w:p>
      <w:r>
        <w:rPr>
          <w:rFonts w:ascii="Arial" w:hAnsi="Arial" w:eastAsia="Arial"/>
          <w:sz w:val="22"/>
        </w:rPr>
        <w:t>7. Кадом ҷавоб савдо дар кадом маврид тахаллуси «бепул»-ро истифода мекард?</w:t>
      </w:r>
    </w:p>
    <w:p>
      <w:r>
        <w:rPr>
          <w:rFonts w:ascii="Arial" w:hAnsi="Arial" w:eastAsia="Arial"/>
          <w:sz w:val="22"/>
        </w:rPr>
        <w:t>Ҷавоби дуруст: Дар осори мутоибавӣ</w:t>
      </w:r>
    </w:p>
    <w:p>
      <w:r>
        <w:rPr>
          <w:rFonts w:ascii="Arial" w:hAnsi="Arial" w:eastAsia="Arial"/>
          <w:sz w:val="22"/>
        </w:rPr>
        <w:t>8. Аз рӯйи китоб муайян кунед: Савдо дар кадом маврид тахаллуси «Бепул»-ро истифода мекард?</w:t>
      </w:r>
    </w:p>
    <w:p>
      <w:r>
        <w:rPr>
          <w:rFonts w:ascii="Arial" w:hAnsi="Arial" w:eastAsia="Arial"/>
          <w:sz w:val="22"/>
        </w:rPr>
        <w:t>Ҷавоби дуруст: Дар осори мутоибавӣ</w:t>
      </w:r>
    </w:p>
    <w:p>
      <w:r>
        <w:rPr>
          <w:rFonts w:ascii="Arial" w:hAnsi="Arial" w:eastAsia="Arial"/>
          <w:sz w:val="22"/>
        </w:rPr>
        <w:t>9. Эҷодиёти Савдо бо кадом хусусият фарқ мекунад?</w:t>
      </w:r>
    </w:p>
    <w:p>
      <w:r>
        <w:rPr>
          <w:rFonts w:ascii="Arial" w:hAnsi="Arial" w:eastAsia="Arial"/>
          <w:sz w:val="22"/>
        </w:rPr>
        <w:t>Ҷавоби дуруст: Мутоиба ва ҳаҷв</w:t>
      </w:r>
    </w:p>
    <w:p>
      <w:r>
        <w:rPr>
          <w:rFonts w:ascii="Arial" w:hAnsi="Arial" w:eastAsia="Arial"/>
          <w:sz w:val="22"/>
        </w:rPr>
        <w:t>10. Ҷавоби дуруст ба саволи «Эҷодиёти Савдо бо кадом хусусият фарқ мекунад?» кадом аст?</w:t>
      </w:r>
    </w:p>
    <w:p>
      <w:r>
        <w:rPr>
          <w:rFonts w:ascii="Arial" w:hAnsi="Arial" w:eastAsia="Arial"/>
          <w:sz w:val="22"/>
        </w:rPr>
        <w:t>Ҷавоби дуруст: Мутоиба ва ҳаҷв</w:t>
      </w:r>
    </w:p>
    <w:p>
      <w:r>
        <w:rPr>
          <w:rFonts w:ascii="Arial" w:hAnsi="Arial" w:eastAsia="Arial"/>
          <w:sz w:val="22"/>
        </w:rPr>
        <w:t>11. Кадом ҷавоб эҷодиёти савдо бо кадом хусусият фарқ мекунад?</w:t>
      </w:r>
    </w:p>
    <w:p>
      <w:r>
        <w:rPr>
          <w:rFonts w:ascii="Arial" w:hAnsi="Arial" w:eastAsia="Arial"/>
          <w:sz w:val="22"/>
        </w:rPr>
        <w:t>Ҷавоби дуруст: Мутоиба ва ҳаҷв</w:t>
      </w:r>
    </w:p>
    <w:p>
      <w:r>
        <w:rPr>
          <w:rFonts w:ascii="Arial" w:hAnsi="Arial" w:eastAsia="Arial"/>
          <w:sz w:val="22"/>
        </w:rPr>
        <w:t>12. Аз рӯйи китоб муайян кунед: Эҷодиёти Савдо бо кадом хусусият фарқ мекунад?</w:t>
      </w:r>
    </w:p>
    <w:p>
      <w:r>
        <w:rPr>
          <w:rFonts w:ascii="Arial" w:hAnsi="Arial" w:eastAsia="Arial"/>
          <w:sz w:val="22"/>
        </w:rPr>
        <w:t>Ҷавоби дуруст: Мутоиба ва ҳаҷв</w:t>
      </w:r>
    </w:p>
    <w:p>
      <w:r>
        <w:rPr>
          <w:rFonts w:ascii="Arial" w:hAnsi="Arial" w:eastAsia="Arial"/>
          <w:sz w:val="22"/>
        </w:rPr>
        <w:t>13. Савдо ба адабиёти давр чӣ таъсир гузоштааст?</w:t>
      </w:r>
    </w:p>
    <w:p>
      <w:r>
        <w:rPr>
          <w:rFonts w:ascii="Arial" w:hAnsi="Arial" w:eastAsia="Arial"/>
          <w:sz w:val="22"/>
        </w:rPr>
        <w:t>Ҷавоби дуруст: Ба суннати адабӣ ва адабиёти минбаъдаи тоҷик таъсир расондааст</w:t>
      </w:r>
    </w:p>
    <w:p>
      <w:r>
        <w:rPr>
          <w:rFonts w:ascii="Arial" w:hAnsi="Arial" w:eastAsia="Arial"/>
          <w:sz w:val="22"/>
        </w:rPr>
        <w:t>14. Ҷавоби дуруст ба саволи «Савдо ба адабиёти давр чӣ таъсир гузоштааст?» кадом аст?</w:t>
      </w:r>
    </w:p>
    <w:p>
      <w:r>
        <w:rPr>
          <w:rFonts w:ascii="Arial" w:hAnsi="Arial" w:eastAsia="Arial"/>
          <w:sz w:val="22"/>
        </w:rPr>
        <w:t>Ҷавоби дуруст: Ба суннати адабӣ ва адабиёти минбаъдаи тоҷик таъсир расондааст</w:t>
      </w:r>
    </w:p>
    <w:p>
      <w:r>
        <w:rPr>
          <w:rFonts w:ascii="Arial" w:hAnsi="Arial" w:eastAsia="Arial"/>
          <w:sz w:val="22"/>
        </w:rPr>
        <w:t>15. Кадом ҷавоб савдо ба адабиёти давр чӣ таъсир гузоштааст?</w:t>
      </w:r>
    </w:p>
    <w:p>
      <w:r>
        <w:rPr>
          <w:rFonts w:ascii="Arial" w:hAnsi="Arial" w:eastAsia="Arial"/>
          <w:sz w:val="22"/>
        </w:rPr>
        <w:t>Ҷавоби дуруст: Ба суннати адабӣ ва адабиёти минбаъдаи тоҷик таъсир расондааст</w:t>
      </w:r>
    </w:p>
    <w:p>
      <w:r>
        <w:rPr>
          <w:rFonts w:ascii="Arial" w:hAnsi="Arial" w:eastAsia="Arial"/>
          <w:sz w:val="22"/>
        </w:rPr>
        <w:t>16. Аз рӯйи китоб муайян кунед: Савдо ба адабиёти давр чӣ таъсир гузоштааст?</w:t>
      </w:r>
    </w:p>
    <w:p>
      <w:r>
        <w:rPr>
          <w:rFonts w:ascii="Arial" w:hAnsi="Arial" w:eastAsia="Arial"/>
          <w:sz w:val="22"/>
        </w:rPr>
        <w:t>Ҷавоби дуруст: Ба суннати адабӣ ва адабиёти минбаъдаи тоҷик таъсир расондааст</w:t>
      </w:r>
    </w:p>
    <w:p>
      <w:r>
        <w:rPr>
          <w:rFonts w:ascii="Arial" w:hAnsi="Arial" w:eastAsia="Arial"/>
          <w:sz w:val="22"/>
        </w:rPr>
        <w:t>17. Дар китоби дарсӣ гуфта мешавад: Қисми асосии ашъори лирикии Савдоро кадом жанр ташкил медиҳад?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18. Дар китоби дарсӣ гуфта мешавад: Савдо дар кадом маврид тахаллуси «Бепул»-ро истифода мекард?</w:t>
      </w:r>
    </w:p>
    <w:p>
      <w:r>
        <w:rPr>
          <w:rFonts w:ascii="Arial" w:hAnsi="Arial" w:eastAsia="Arial"/>
          <w:sz w:val="22"/>
        </w:rPr>
        <w:t>Ҷавоби дуруст: Дар осори мутоибавӣ</w:t>
      </w:r>
    </w:p>
    <w:p>
      <w:r>
        <w:rPr>
          <w:rFonts w:ascii="Arial" w:hAnsi="Arial" w:eastAsia="Arial"/>
          <w:sz w:val="22"/>
        </w:rPr>
        <w:t>19. Дар китоби дарсӣ гуфта мешавад: Эҷодиёти Савдо бо кадом хусусият фарқ мекунад?</w:t>
      </w:r>
    </w:p>
    <w:p>
      <w:r>
        <w:rPr>
          <w:rFonts w:ascii="Arial" w:hAnsi="Arial" w:eastAsia="Arial"/>
          <w:sz w:val="22"/>
        </w:rPr>
        <w:t>Ҷавоби дуруст: Мутоиба ва ҳаҷв</w:t>
      </w:r>
    </w:p>
    <w:p>
      <w:r>
        <w:rPr>
          <w:rFonts w:ascii="Arial" w:hAnsi="Arial" w:eastAsia="Arial"/>
          <w:sz w:val="22"/>
        </w:rPr>
        <w:t>20. Дар китоби дарсӣ гуфта мешавад: Савдо ба адабиёти давр чӣ таъсир гузоштааст?</w:t>
      </w:r>
    </w:p>
    <w:p>
      <w:r>
        <w:rPr>
          <w:rFonts w:ascii="Arial" w:hAnsi="Arial" w:eastAsia="Arial"/>
          <w:sz w:val="22"/>
        </w:rPr>
        <w:t>Ҷавоби дуруст: Ба суннати адабӣ ва адабиёти минбаъдаи тоҷик таъсир расондааст</w:t>
      </w:r>
    </w:p>
    <w:p>
      <w:r>
        <w:rPr>
          <w:rFonts w:ascii="Arial" w:hAnsi="Arial" w:eastAsia="Arial"/>
          <w:sz w:val="22"/>
        </w:rPr>
        <w:t>21. Дар китоби дарсӣ гуфта мешавад: Қисми асосии ашъори лирикии Савдоро кадом жанр ташкил медиҳад?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22. Дар китоби дарсӣ гуфта мешавад: Савдо дар кадом маврид тахаллуси «Бепул»-ро истифода мекард?</w:t>
      </w:r>
    </w:p>
    <w:p>
      <w:r>
        <w:rPr>
          <w:rFonts w:ascii="Arial" w:hAnsi="Arial" w:eastAsia="Arial"/>
          <w:sz w:val="22"/>
        </w:rPr>
        <w:t>Ҷавоби дуруст: Дар осори мутоибавӣ</w:t>
      </w:r>
    </w:p>
    <w:p>
      <w:r>
        <w:rPr>
          <w:rFonts w:ascii="Arial" w:hAnsi="Arial" w:eastAsia="Arial"/>
          <w:sz w:val="22"/>
        </w:rPr>
        <w:t>23. Дар китоби дарсӣ гуфта мешавад: Эҷодиёти Савдо бо кадом хусусият фарқ мекунад?</w:t>
      </w:r>
    </w:p>
    <w:p>
      <w:r>
        <w:rPr>
          <w:rFonts w:ascii="Arial" w:hAnsi="Arial" w:eastAsia="Arial"/>
          <w:sz w:val="22"/>
        </w:rPr>
        <w:t>Ҷавоби дуруст: Мутоиба ва ҳаҷв</w:t>
      </w:r>
    </w:p>
    <w:p>
      <w:r>
        <w:rPr>
          <w:rFonts w:ascii="Arial" w:hAnsi="Arial" w:eastAsia="Arial"/>
          <w:sz w:val="22"/>
        </w:rPr>
        <w:t>24. Дар китоби дарсӣ гуфта мешавад: Савдо ба адабиёти давр чӣ таъсир гузоштааст?</w:t>
      </w:r>
    </w:p>
    <w:p>
      <w:r>
        <w:rPr>
          <w:rFonts w:ascii="Arial" w:hAnsi="Arial" w:eastAsia="Arial"/>
          <w:sz w:val="22"/>
        </w:rPr>
        <w:t>Ҷавоби дуруст: Ба суннати адабӣ ва адабиёти минбаъдаи тоҷик таъсир расондааст</w:t>
      </w:r>
    </w:p>
    <w:p>
      <w:r>
        <w:rPr>
          <w:rFonts w:ascii="Arial" w:hAnsi="Arial" w:eastAsia="Arial"/>
          <w:sz w:val="22"/>
        </w:rPr>
        <w:t>25. Дар китоби дарсӣ гуфта мешавад: Қисми асосии ашъори лирикии Савдоро кадом жанр ташкил медиҳад?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26. Дар китоби дарсӣ гуфта мешавад: Савдо дар кадом маврид тахаллуси «Бепул»-ро истифода мекард?</w:t>
      </w:r>
    </w:p>
    <w:p>
      <w:r>
        <w:rPr>
          <w:rFonts w:ascii="Arial" w:hAnsi="Arial" w:eastAsia="Arial"/>
          <w:sz w:val="22"/>
        </w:rPr>
        <w:t>Ҷавоби дуруст: Дар осори мутоибавӣ</w:t>
      </w:r>
    </w:p>
    <w:p>
      <w:r>
        <w:rPr>
          <w:rFonts w:ascii="Arial" w:hAnsi="Arial" w:eastAsia="Arial"/>
          <w:sz w:val="22"/>
        </w:rPr>
        <w:t>27. Дар китоби дарсӣ гуфта мешавад: Эҷодиёти Савдо бо кадом хусусият фарқ мекунад?</w:t>
      </w:r>
    </w:p>
    <w:p>
      <w:r>
        <w:rPr>
          <w:rFonts w:ascii="Arial" w:hAnsi="Arial" w:eastAsia="Arial"/>
          <w:sz w:val="22"/>
        </w:rPr>
        <w:t>Ҷавоби дуруст: Мутоиба ва ҳаҷв</w:t>
      </w:r>
    </w:p>
    <w:p>
      <w:r>
        <w:rPr>
          <w:rFonts w:ascii="Arial" w:hAnsi="Arial" w:eastAsia="Arial"/>
          <w:sz w:val="22"/>
        </w:rPr>
        <w:t>28. Дар китоби дарсӣ гуфта мешавад: Савдо ба адабиёти давр чӣ таъсир гузоштааст?</w:t>
      </w:r>
    </w:p>
    <w:p>
      <w:r>
        <w:rPr>
          <w:rFonts w:ascii="Arial" w:hAnsi="Arial" w:eastAsia="Arial"/>
          <w:sz w:val="22"/>
        </w:rPr>
        <w:t>Ҷавоби дуруст: Ба суннати адабӣ ва адабиёти минбаъдаи тоҷик таъсир расондааст</w:t>
      </w:r>
    </w:p>
    <w:p>
      <w:r>
        <w:rPr>
          <w:rFonts w:ascii="Arial" w:hAnsi="Arial" w:eastAsia="Arial"/>
          <w:sz w:val="22"/>
        </w:rPr>
        <w:t>29. Дар китоби дарсӣ гуфта мешавад: Қисми асосии ашъори лирикии Савдоро кадом жанр ташкил медиҳад?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30. Дар китоби дарсӣ гуфта мешавад: Савдо дар кадом маврид тахаллуси «Бепул»-ро истифода мекард?</w:t>
      </w:r>
    </w:p>
    <w:p>
      <w:r>
        <w:rPr>
          <w:rFonts w:ascii="Arial" w:hAnsi="Arial" w:eastAsia="Arial"/>
          <w:sz w:val="22"/>
        </w:rPr>
        <w:t>Ҷавоби дуруст: Дар осори мутоибавӣ</w:t>
      </w:r>
    </w:p>
    <w:p>
      <w:r>
        <w:rPr>
          <w:rFonts w:ascii="Arial" w:hAnsi="Arial" w:eastAsia="Arial"/>
          <w:sz w:val="22"/>
        </w:rPr>
        <w:t>31. Дар китоби дарсӣ гуфта мешавад: Эҷодиёти Савдо бо кадом хусусият фарқ мекунад?</w:t>
      </w:r>
    </w:p>
    <w:p>
      <w:r>
        <w:rPr>
          <w:rFonts w:ascii="Arial" w:hAnsi="Arial" w:eastAsia="Arial"/>
          <w:sz w:val="22"/>
        </w:rPr>
        <w:t>Ҷавоби дуруст: Мутоиба ва ҳаҷв</w:t>
      </w:r>
    </w:p>
    <w:p>
      <w:r>
        <w:rPr>
          <w:rFonts w:ascii="Arial" w:hAnsi="Arial" w:eastAsia="Arial"/>
          <w:sz w:val="22"/>
        </w:rPr>
        <w:t>32. Дар китоби дарсӣ гуфта мешавад: Савдо ба адабиёти давр чӣ таъсир гузоштааст?</w:t>
      </w:r>
    </w:p>
    <w:p>
      <w:r>
        <w:rPr>
          <w:rFonts w:ascii="Arial" w:hAnsi="Arial" w:eastAsia="Arial"/>
          <w:sz w:val="22"/>
        </w:rPr>
        <w:t>Ҷавоби дуруст: Ба суннати адабӣ ва адабиёти минбаъдаи тоҷик таъсир расондааст</w:t>
      </w:r>
    </w:p>
    <w:p>
      <w:r>
        <w:rPr>
          <w:rFonts w:ascii="Arial" w:hAnsi="Arial" w:eastAsia="Arial"/>
          <w:sz w:val="22"/>
        </w:rPr>
        <w:t>33. Дар китоби дарсӣ гуфта мешавад: Қисми асосии ашъори лирикии Савдоро кадом жанр ташкил медиҳад?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34. Дар китоби дарсӣ гуфта мешавад: Савдо дар кадом маврид тахаллуси «Бепул»-ро истифода мекард?</w:t>
      </w:r>
    </w:p>
    <w:p>
      <w:r>
        <w:rPr>
          <w:rFonts w:ascii="Arial" w:hAnsi="Arial" w:eastAsia="Arial"/>
          <w:sz w:val="22"/>
        </w:rPr>
        <w:t>Ҷавоби дуруст: Дар осори мутоибавӣ</w:t>
      </w:r>
    </w:p>
    <w:p>
      <w:r>
        <w:rPr>
          <w:rFonts w:ascii="Arial" w:hAnsi="Arial" w:eastAsia="Arial"/>
          <w:sz w:val="22"/>
        </w:rPr>
        <w:t>35. Дар китоби дарсӣ гуфта мешавад: Эҷодиёти Савдо бо кадом хусусият фарқ мекунад?</w:t>
      </w:r>
    </w:p>
    <w:p>
      <w:r>
        <w:rPr>
          <w:rFonts w:ascii="Arial" w:hAnsi="Arial" w:eastAsia="Arial"/>
          <w:sz w:val="22"/>
        </w:rPr>
        <w:t>Ҷавоби дуруст: Мутоиба ва ҳаҷв</w:t>
      </w:r>
    </w:p>
    <w:p>
      <w:r>
        <w:rPr>
          <w:rFonts w:ascii="Arial" w:hAnsi="Arial" w:eastAsia="Arial"/>
          <w:sz w:val="22"/>
        </w:rPr>
        <w:t>36. Дар китоби дарсӣ гуфта мешавад: Савдо ба адабиёти давр чӣ таъсир гузоштааст?</w:t>
      </w:r>
    </w:p>
    <w:p>
      <w:r>
        <w:rPr>
          <w:rFonts w:ascii="Arial" w:hAnsi="Arial" w:eastAsia="Arial"/>
          <w:sz w:val="22"/>
        </w:rPr>
        <w:t>Ҷавоби дуруст: Ба суннати адабӣ ва адабиёти минбаъдаи тоҷик таъсир расондааст</w:t>
      </w:r>
    </w:p>
    <w:p>
      <w:r>
        <w:rPr>
          <w:rFonts w:ascii="Arial" w:hAnsi="Arial" w:eastAsia="Arial"/>
          <w:sz w:val="22"/>
        </w:rPr>
        <w:t>37. Дар китоби дарсӣ гуфта мешавад: Қисми асосии ашъори лирикии Савдоро кадом жанр ташкил медиҳад?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38. Дар китоби дарсӣ гуфта мешавад: Савдо дар кадом маврид тахаллуси «Бепул»-ро истифода мекард?</w:t>
      </w:r>
    </w:p>
    <w:p>
      <w:r>
        <w:rPr>
          <w:rFonts w:ascii="Arial" w:hAnsi="Arial" w:eastAsia="Arial"/>
          <w:sz w:val="22"/>
        </w:rPr>
        <w:t>Ҷавоби дуруст: Дар осори мутоибавӣ</w:t>
      </w:r>
    </w:p>
    <w:p>
      <w:r>
        <w:rPr>
          <w:rFonts w:ascii="Arial" w:hAnsi="Arial" w:eastAsia="Arial"/>
          <w:sz w:val="22"/>
        </w:rPr>
        <w:t>39. Дар китоби дарсӣ гуфта мешавад: Эҷодиёти Савдо бо кадом хусусият фарқ мекунад?</w:t>
      </w:r>
    </w:p>
    <w:p>
      <w:r>
        <w:rPr>
          <w:rFonts w:ascii="Arial" w:hAnsi="Arial" w:eastAsia="Arial"/>
          <w:sz w:val="22"/>
        </w:rPr>
        <w:t>Ҷавоби дуруст: Мутоиба ва ҳаҷв</w:t>
      </w:r>
    </w:p>
    <w:p>
      <w:r>
        <w:rPr>
          <w:rFonts w:ascii="Arial" w:hAnsi="Arial" w:eastAsia="Arial"/>
          <w:sz w:val="22"/>
        </w:rPr>
        <w:t>40. Дар китоби дарсӣ гуфта мешавад: Савдо ба адабиёти давр чӣ таъсир гузоштааст?</w:t>
      </w:r>
    </w:p>
    <w:p>
      <w:r>
        <w:rPr>
          <w:rFonts w:ascii="Arial" w:hAnsi="Arial" w:eastAsia="Arial"/>
          <w:sz w:val="22"/>
        </w:rPr>
        <w:t>Ҷавоби дуруст: Ба суннати адабӣ ва адабиёти минбаъдаи тоҷик таъсир расондааст</w:t>
      </w:r>
    </w:p>
    <w:p>
      <w:r>
        <w:rPr>
          <w:rFonts w:ascii="Arial" w:hAnsi="Arial" w:eastAsia="Arial"/>
          <w:sz w:val="22"/>
        </w:rPr>
        <w:t>41. Дар китоби дарсӣ гуфта мешавад: Қисми асосии ашъори лирикии Савдоро кадом жанр ташкил медиҳад?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42. Дар китоби дарсӣ гуфта мешавад: Савдо дар кадом маврид тахаллуси «Бепул»-ро истифода мекард?</w:t>
      </w:r>
    </w:p>
    <w:p>
      <w:r>
        <w:rPr>
          <w:rFonts w:ascii="Arial" w:hAnsi="Arial" w:eastAsia="Arial"/>
          <w:sz w:val="22"/>
        </w:rPr>
        <w:t>Ҷавоби дуруст: Дар осори мутоибавӣ</w:t>
      </w:r>
    </w:p>
    <w:p>
      <w:r>
        <w:rPr>
          <w:rFonts w:ascii="Arial" w:hAnsi="Arial" w:eastAsia="Arial"/>
          <w:sz w:val="22"/>
        </w:rPr>
        <w:t>43. Дар китоби дарсӣ гуфта мешавад: Эҷодиёти Савдо бо кадом хусусият фарқ мекунад?</w:t>
      </w:r>
    </w:p>
    <w:p>
      <w:r>
        <w:rPr>
          <w:rFonts w:ascii="Arial" w:hAnsi="Arial" w:eastAsia="Arial"/>
          <w:sz w:val="22"/>
        </w:rPr>
        <w:t>Ҷавоби дуруст: Мутоиба ва ҳаҷв</w:t>
      </w:r>
    </w:p>
    <w:p>
      <w:r>
        <w:rPr>
          <w:rFonts w:ascii="Arial" w:hAnsi="Arial" w:eastAsia="Arial"/>
          <w:sz w:val="22"/>
        </w:rPr>
        <w:t>44. Дар китоби дарсӣ гуфта мешавад: Савдо ба адабиёти давр чӣ таъсир гузоштааст?</w:t>
      </w:r>
    </w:p>
    <w:p>
      <w:r>
        <w:rPr>
          <w:rFonts w:ascii="Arial" w:hAnsi="Arial" w:eastAsia="Arial"/>
          <w:sz w:val="22"/>
        </w:rPr>
        <w:t>Ҷавоби дуруст: Ба суннати адабӣ ва адабиёти минбаъдаи тоҷик таъсир расондааст</w:t>
      </w:r>
    </w:p>
    <w:p>
      <w:r>
        <w:rPr>
          <w:rFonts w:ascii="Arial" w:hAnsi="Arial" w:eastAsia="Arial"/>
          <w:sz w:val="22"/>
        </w:rPr>
        <w:t>45. Дар китоби дарсӣ гуфта мешавад: Қисми асосии ашъори лирикии Савдоро кадом жанр ташкил медиҳад?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46. Дар китоби дарсӣ гуфта мешавад: Савдо дар кадом маврид тахаллуси «Бепул»-ро истифода мекард?</w:t>
      </w:r>
    </w:p>
    <w:p>
      <w:r>
        <w:rPr>
          <w:rFonts w:ascii="Arial" w:hAnsi="Arial" w:eastAsia="Arial"/>
          <w:sz w:val="22"/>
        </w:rPr>
        <w:t>Ҷавоби дуруст: Дар осори мутоибавӣ</w:t>
      </w:r>
    </w:p>
    <w:p>
      <w:r>
        <w:rPr>
          <w:rFonts w:ascii="Arial" w:hAnsi="Arial" w:eastAsia="Arial"/>
          <w:sz w:val="22"/>
        </w:rPr>
        <w:t>47. Дар китоби дарсӣ гуфта мешавад: Эҷодиёти Савдо бо кадом хусусият фарқ мекунад?</w:t>
      </w:r>
    </w:p>
    <w:p>
      <w:r>
        <w:rPr>
          <w:rFonts w:ascii="Arial" w:hAnsi="Arial" w:eastAsia="Arial"/>
          <w:sz w:val="22"/>
        </w:rPr>
        <w:t>Ҷавоби дуруст: Мутоиба ва ҳаҷв</w:t>
      </w:r>
    </w:p>
    <w:p>
      <w:r>
        <w:rPr>
          <w:rFonts w:ascii="Arial" w:hAnsi="Arial" w:eastAsia="Arial"/>
          <w:sz w:val="22"/>
        </w:rPr>
        <w:t>48. Дар китоби дарсӣ гуфта мешавад: Савдо ба адабиёти давр чӣ таъсир гузоштааст?</w:t>
      </w:r>
    </w:p>
    <w:p>
      <w:r>
        <w:rPr>
          <w:rFonts w:ascii="Arial" w:hAnsi="Arial" w:eastAsia="Arial"/>
          <w:sz w:val="22"/>
        </w:rPr>
        <w:t>Ҷавоби дуруст: Ба суннати адабӣ ва адабиёти минбаъдаи тоҷик таъсир расондааст</w:t>
      </w:r>
    </w:p>
    <w:p>
      <w:r>
        <w:rPr>
          <w:rFonts w:ascii="Arial" w:hAnsi="Arial" w:eastAsia="Arial"/>
          <w:sz w:val="22"/>
        </w:rPr>
        <w:t>49. Дар китоби дарсӣ гуфта мешавад: Қисми асосии ашъори лирикии Савдоро кадом жанр ташкил медиҳад?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50. Дар китоби дарсӣ гуфта мешавад: Савдо дар кадом маврид тахаллуси «Бепул»-ро истифода мекард?</w:t>
      </w:r>
    </w:p>
    <w:p>
      <w:r>
        <w:rPr>
          <w:rFonts w:ascii="Arial" w:hAnsi="Arial" w:eastAsia="Arial"/>
          <w:sz w:val="22"/>
        </w:rPr>
        <w:t>Ҷавоби дуруст: Дар осори мутоибавӣ</w:t>
      </w:r>
    </w:p>
    <w:p>
      <w:r>
        <w:rPr>
          <w:rFonts w:ascii="Arial" w:hAnsi="Arial" w:eastAsia="Arial"/>
          <w:sz w:val="22"/>
        </w:rPr>
        <w:t>51. Дар китоби дарсӣ гуфта мешавад: Эҷодиёти Савдо бо кадом хусусият фарқ мекунад?</w:t>
      </w:r>
    </w:p>
    <w:p>
      <w:r>
        <w:rPr>
          <w:rFonts w:ascii="Arial" w:hAnsi="Arial" w:eastAsia="Arial"/>
          <w:sz w:val="22"/>
        </w:rPr>
        <w:t>Ҷавоби дуруст: Мутоиба ва ҳаҷв</w:t>
      </w:r>
    </w:p>
    <w:p>
      <w:r>
        <w:rPr>
          <w:rFonts w:ascii="Arial" w:hAnsi="Arial" w:eastAsia="Arial"/>
          <w:sz w:val="22"/>
        </w:rPr>
        <w:t>52. Дар китоби дарсӣ гуфта мешавад: Савдо ба адабиёти давр чӣ таъсир гузоштааст?</w:t>
      </w:r>
    </w:p>
    <w:p>
      <w:r>
        <w:rPr>
          <w:rFonts w:ascii="Arial" w:hAnsi="Arial" w:eastAsia="Arial"/>
          <w:sz w:val="22"/>
        </w:rPr>
        <w:t>Ҷавоби дуруст: Ба суннати адабӣ ва адабиёти минбаъдаи тоҷик таъсир расондааст</w:t>
      </w:r>
    </w:p>
    <w:p>
      <w:r>
        <w:rPr>
          <w:rFonts w:ascii="Arial" w:hAnsi="Arial" w:eastAsia="Arial"/>
          <w:sz w:val="22"/>
        </w:rPr>
        <w:t>53. Дар китоби дарсӣ гуфта мешавад: Қисми асосии ашъори лирикии Савдоро кадом жанр ташкил медиҳад?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54. Дар китоби дарсӣ гуфта мешавад: Савдо дар кадом маврид тахаллуси «Бепул»-ро истифода мекард?</w:t>
      </w:r>
    </w:p>
    <w:p>
      <w:r>
        <w:rPr>
          <w:rFonts w:ascii="Arial" w:hAnsi="Arial" w:eastAsia="Arial"/>
          <w:sz w:val="22"/>
        </w:rPr>
        <w:t>Ҷавоби дуруст: Дар осори мутоибавӣ</w:t>
      </w:r>
    </w:p>
    <w:p>
      <w:r>
        <w:rPr>
          <w:rFonts w:ascii="Arial" w:hAnsi="Arial" w:eastAsia="Arial"/>
          <w:sz w:val="22"/>
        </w:rPr>
        <w:t>55. Дар китоби дарсӣ гуфта мешавад: Эҷодиёти Савдо бо кадом хусусият фарқ мекунад?</w:t>
      </w:r>
    </w:p>
    <w:p>
      <w:r>
        <w:rPr>
          <w:rFonts w:ascii="Arial" w:hAnsi="Arial" w:eastAsia="Arial"/>
          <w:sz w:val="22"/>
        </w:rPr>
        <w:t>Ҷавоби дуруст: Мутоиба ва ҳаҷв</w:t>
      </w:r>
    </w:p>
    <w:p>
      <w:r>
        <w:rPr>
          <w:rFonts w:ascii="Arial" w:hAnsi="Arial" w:eastAsia="Arial"/>
          <w:sz w:val="22"/>
        </w:rPr>
        <w:t>56. Дар китоби дарсӣ гуфта мешавад: Савдо ба адабиёти давр чӣ таъсир гузоштааст?</w:t>
      </w:r>
    </w:p>
    <w:p>
      <w:r>
        <w:rPr>
          <w:rFonts w:ascii="Arial" w:hAnsi="Arial" w:eastAsia="Arial"/>
          <w:sz w:val="22"/>
        </w:rPr>
        <w:t>Ҷавоби дуруст: Ба суннати адабӣ ва адабиёти минбаъдаи тоҷик таъсир расондааст</w:t>
      </w:r>
    </w:p>
    <w:p>
      <w:r>
        <w:rPr>
          <w:rFonts w:ascii="Arial" w:hAnsi="Arial" w:eastAsia="Arial"/>
          <w:sz w:val="22"/>
        </w:rPr>
        <w:t>57. Дар китоби дарсӣ гуфта мешавад: Қисми асосии ашъори лирикии Савдоро кадом жанр ташкил медиҳад?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58. Дар китоби дарсӣ гуфта мешавад: Савдо дар кадом маврид тахаллуси «Бепул»-ро истифода мекард?</w:t>
      </w:r>
    </w:p>
    <w:p>
      <w:r>
        <w:rPr>
          <w:rFonts w:ascii="Arial" w:hAnsi="Arial" w:eastAsia="Arial"/>
          <w:sz w:val="22"/>
        </w:rPr>
        <w:t>Ҷавоби дуруст: Дар осори мутоибавӣ</w:t>
      </w:r>
    </w:p>
    <w:p>
      <w:r>
        <w:rPr>
          <w:rFonts w:ascii="Arial" w:hAnsi="Arial" w:eastAsia="Arial"/>
          <w:sz w:val="22"/>
        </w:rPr>
        <w:t>59. Дар китоби дарсӣ гуфта мешавад: Эҷодиёти Савдо бо кадом хусусият фарқ мекунад?</w:t>
      </w:r>
    </w:p>
    <w:p>
      <w:r>
        <w:rPr>
          <w:rFonts w:ascii="Arial" w:hAnsi="Arial" w:eastAsia="Arial"/>
          <w:sz w:val="22"/>
        </w:rPr>
        <w:t>Ҷавоби дуруст: Мутоиба ва ҳаҷв</w:t>
      </w:r>
    </w:p>
    <w:p>
      <w:r>
        <w:rPr>
          <w:rFonts w:ascii="Arial" w:hAnsi="Arial" w:eastAsia="Arial"/>
          <w:sz w:val="22"/>
        </w:rPr>
        <w:t>60. Дар китоби дарсӣ гуфта мешавад: Савдо ба адабиёти давр чӣ таъсир гузоштааст?</w:t>
      </w:r>
    </w:p>
    <w:p>
      <w:r>
        <w:rPr>
          <w:rFonts w:ascii="Arial" w:hAnsi="Arial" w:eastAsia="Arial"/>
          <w:sz w:val="22"/>
        </w:rPr>
        <w:t>Ҷавоби дуруст: Ба суннати адабӣ ва адабиёти минбаъдаи тоҷик таъсир расондааст</w:t>
      </w:r>
    </w:p>
    <w:p>
      <w:r>
        <w:rPr>
          <w:rFonts w:ascii="Arial" w:hAnsi="Arial" w:eastAsia="Arial"/>
          <w:sz w:val="22"/>
        </w:rPr>
        <w:t>61. Дар китоби дарсӣ гуфта мешавад: Қисми асосии ашъори лирикии Савдоро кадом жанр ташкил медиҳад?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62. Дар китоби дарсӣ гуфта мешавад: Савдо дар кадом маврид тахаллуси «Бепул»-ро истифода мекард?</w:t>
      </w:r>
    </w:p>
    <w:p>
      <w:r>
        <w:rPr>
          <w:rFonts w:ascii="Arial" w:hAnsi="Arial" w:eastAsia="Arial"/>
          <w:sz w:val="22"/>
        </w:rPr>
        <w:t>Ҷавоби дуруст: Дар осори мутоибавӣ</w:t>
      </w:r>
    </w:p>
    <w:p>
      <w:r>
        <w:rPr>
          <w:rFonts w:ascii="Arial" w:hAnsi="Arial" w:eastAsia="Arial"/>
          <w:sz w:val="22"/>
        </w:rPr>
        <w:t>63. Дар китоби дарсӣ гуфта мешавад: Эҷодиёти Савдо бо кадом хусусият фарқ мекунад?</w:t>
      </w:r>
    </w:p>
    <w:p>
      <w:r>
        <w:rPr>
          <w:rFonts w:ascii="Arial" w:hAnsi="Arial" w:eastAsia="Arial"/>
          <w:sz w:val="22"/>
        </w:rPr>
        <w:t>Ҷавоби дуруст: Мутоиба ва ҳаҷв</w:t>
      </w:r>
    </w:p>
    <w:p>
      <w:r>
        <w:rPr>
          <w:rFonts w:ascii="Arial" w:hAnsi="Arial" w:eastAsia="Arial"/>
          <w:sz w:val="22"/>
        </w:rPr>
        <w:t>64. Дар китоби дарсӣ гуфта мешавад: Савдо ба адабиёти давр чӣ таъсир гузоштааст?</w:t>
      </w:r>
    </w:p>
    <w:p>
      <w:r>
        <w:rPr>
          <w:rFonts w:ascii="Arial" w:hAnsi="Arial" w:eastAsia="Arial"/>
          <w:sz w:val="22"/>
        </w:rPr>
        <w:t>Ҷавоби дуруст: Ба суннати адабӣ ва адабиёти минбаъдаи тоҷик таъсир расондааст</w:t>
      </w:r>
    </w:p>
    <w:p>
      <w:r>
        <w:rPr>
          <w:rFonts w:ascii="Arial" w:hAnsi="Arial" w:eastAsia="Arial"/>
          <w:sz w:val="22"/>
        </w:rPr>
        <w:t>65. Дар китоби дарсӣ гуфта мешавад: Қисми асосии ашъори лирикии Савдоро кадом жанр ташкил медиҳад?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66. Дар китоби дарсӣ гуфта мешавад: Савдо дар кадом маврид тахаллуси «Бепул»-ро истифода мекард?</w:t>
      </w:r>
    </w:p>
    <w:p>
      <w:r>
        <w:rPr>
          <w:rFonts w:ascii="Arial" w:hAnsi="Arial" w:eastAsia="Arial"/>
          <w:sz w:val="22"/>
        </w:rPr>
        <w:t>Ҷавоби дуруст: Дар осори мутоибавӣ</w:t>
      </w:r>
    </w:p>
    <w:p>
      <w:r>
        <w:rPr>
          <w:rFonts w:ascii="Arial" w:hAnsi="Arial" w:eastAsia="Arial"/>
          <w:sz w:val="22"/>
        </w:rPr>
        <w:t>67. Дар китоби дарсӣ гуфта мешавад: Эҷодиёти Савдо бо кадом хусусият фарқ мекунад?</w:t>
      </w:r>
    </w:p>
    <w:p>
      <w:r>
        <w:rPr>
          <w:rFonts w:ascii="Arial" w:hAnsi="Arial" w:eastAsia="Arial"/>
          <w:sz w:val="22"/>
        </w:rPr>
        <w:t>Ҷавоби дуруст: Мутоиба ва ҳаҷв</w:t>
      </w:r>
    </w:p>
    <w:p>
      <w:r>
        <w:rPr>
          <w:rFonts w:ascii="Arial" w:hAnsi="Arial" w:eastAsia="Arial"/>
          <w:sz w:val="22"/>
        </w:rPr>
        <w:t>68. Дар китоби дарсӣ гуфта мешавад: Савдо ба адабиёти давр чӣ таъсир гузоштааст?</w:t>
      </w:r>
    </w:p>
    <w:p>
      <w:r>
        <w:rPr>
          <w:rFonts w:ascii="Arial" w:hAnsi="Arial" w:eastAsia="Arial"/>
          <w:sz w:val="22"/>
        </w:rPr>
        <w:t>Ҷавоби дуруст: Ба суннати адабӣ ва адабиёти минбаъдаи тоҷик таъсир расондааст</w:t>
      </w:r>
    </w:p>
    <w:p>
      <w:r>
        <w:rPr>
          <w:rFonts w:ascii="Arial" w:hAnsi="Arial" w:eastAsia="Arial"/>
          <w:sz w:val="22"/>
        </w:rPr>
        <w:t>69. Дар китоби дарсӣ гуфта мешавад: Қисми асосии ашъори лирикии Савдоро кадом жанр ташкил медиҳад?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70. Дар китоби дарсӣ гуфта мешавад: Савдо дар кадом маврид тахаллуси «Бепул»-ро истифода мекард?</w:t>
      </w:r>
    </w:p>
    <w:p>
      <w:r>
        <w:rPr>
          <w:rFonts w:ascii="Arial" w:hAnsi="Arial" w:eastAsia="Arial"/>
          <w:sz w:val="22"/>
        </w:rPr>
        <w:t>Ҷавоби дуруст: Дар осори мутоибавӣ</w:t>
      </w:r>
    </w:p>
    <w:p>
      <w:r>
        <w:rPr>
          <w:rFonts w:ascii="Arial" w:hAnsi="Arial" w:eastAsia="Arial"/>
          <w:sz w:val="22"/>
        </w:rPr>
        <w:t>71. Дар китоби дарсӣ гуфта мешавад: Эҷодиёти Савдо бо кадом хусусият фарқ мекунад?</w:t>
      </w:r>
    </w:p>
    <w:p>
      <w:r>
        <w:rPr>
          <w:rFonts w:ascii="Arial" w:hAnsi="Arial" w:eastAsia="Arial"/>
          <w:sz w:val="22"/>
        </w:rPr>
        <w:t>Ҷавоби дуруст: Мутоиба ва ҳаҷв</w:t>
      </w:r>
    </w:p>
    <w:p>
      <w:r>
        <w:rPr>
          <w:rFonts w:ascii="Arial" w:hAnsi="Arial" w:eastAsia="Arial"/>
          <w:sz w:val="22"/>
        </w:rPr>
        <w:t>72. Дар китоби дарсӣ гуфта мешавад: Савдо ба адабиёти давр чӣ таъсир гузоштааст?</w:t>
      </w:r>
    </w:p>
    <w:p>
      <w:r>
        <w:rPr>
          <w:rFonts w:ascii="Arial" w:hAnsi="Arial" w:eastAsia="Arial"/>
          <w:sz w:val="22"/>
        </w:rPr>
        <w:t>Ҷавоби дуруст: Ба суннати адабӣ ва адабиёти минбаъдаи тоҷик таъсир расондааст</w:t>
      </w:r>
    </w:p>
    <w:p>
      <w:r>
        <w:rPr>
          <w:rFonts w:ascii="Arial" w:hAnsi="Arial" w:eastAsia="Arial"/>
          <w:sz w:val="22"/>
        </w:rPr>
        <w:t>73. Дар китоби дарсӣ гуфта мешавад: Қисми асосии ашъори лирикии Савдоро кадом жанр ташкил медиҳад?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74. Дар китоби дарсӣ гуфта мешавад: Савдо дар кадом маврид тахаллуси «Бепул»-ро истифода мекард?</w:t>
      </w:r>
    </w:p>
    <w:p>
      <w:r>
        <w:rPr>
          <w:rFonts w:ascii="Arial" w:hAnsi="Arial" w:eastAsia="Arial"/>
          <w:sz w:val="22"/>
        </w:rPr>
        <w:t>Ҷавоби дуруст: Дар осори мутоибавӣ</w:t>
      </w:r>
    </w:p>
    <w:p>
      <w:r>
        <w:rPr>
          <w:rFonts w:ascii="Arial" w:hAnsi="Arial" w:eastAsia="Arial"/>
          <w:sz w:val="22"/>
        </w:rPr>
        <w:t>75. Дар китоби дарсӣ гуфта мешавад: Эҷодиёти Савдо бо кадом хусусият фарқ мекунад?</w:t>
      </w:r>
    </w:p>
    <w:p>
      <w:r>
        <w:rPr>
          <w:rFonts w:ascii="Arial" w:hAnsi="Arial" w:eastAsia="Arial"/>
          <w:sz w:val="22"/>
        </w:rPr>
        <w:t>Ҷавоби дуруст: Мутоиба ва ҳаҷв</w:t>
      </w:r>
    </w:p>
    <w:p>
      <w:r>
        <w:rPr>
          <w:rFonts w:ascii="Arial" w:hAnsi="Arial" w:eastAsia="Arial"/>
          <w:sz w:val="22"/>
        </w:rPr>
        <w:t>76. Дар китоби дарсӣ гуфта мешавад: Савдо ба адабиёти давр чӣ таъсир гузоштааст?</w:t>
      </w:r>
    </w:p>
    <w:p>
      <w:r>
        <w:rPr>
          <w:rFonts w:ascii="Arial" w:hAnsi="Arial" w:eastAsia="Arial"/>
          <w:sz w:val="22"/>
        </w:rPr>
        <w:t>Ҷавоби дуруст: Ба суннати адабӣ ва адабиёти минбаъдаи тоҷик таъсир расондааст</w:t>
      </w:r>
    </w:p>
    <w:p>
      <w:r>
        <w:rPr>
          <w:rFonts w:ascii="Arial" w:hAnsi="Arial" w:eastAsia="Arial"/>
          <w:sz w:val="22"/>
        </w:rPr>
        <w:t>77. Дар китоби дарсӣ гуфта мешавад: Қисми асосии ашъори лирикии Савдоро кадом жанр ташкил медиҳад?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78. Дар китоби дарсӣ гуфта мешавад: Савдо дар кадом маврид тахаллуси «Бепул»-ро истифода мекард?</w:t>
      </w:r>
    </w:p>
    <w:p>
      <w:r>
        <w:rPr>
          <w:rFonts w:ascii="Arial" w:hAnsi="Arial" w:eastAsia="Arial"/>
          <w:sz w:val="22"/>
        </w:rPr>
        <w:t>Ҷавоби дуруст: Дар осори мутоибавӣ</w:t>
      </w:r>
    </w:p>
    <w:p>
      <w:r>
        <w:rPr>
          <w:rFonts w:ascii="Arial" w:hAnsi="Arial" w:eastAsia="Arial"/>
          <w:sz w:val="22"/>
        </w:rPr>
        <w:t>79. Дар китоби дарсӣ гуфта мешавад: Эҷодиёти Савдо бо кадом хусусият фарқ мекунад?</w:t>
      </w:r>
    </w:p>
    <w:p>
      <w:r>
        <w:rPr>
          <w:rFonts w:ascii="Arial" w:hAnsi="Arial" w:eastAsia="Arial"/>
          <w:sz w:val="22"/>
        </w:rPr>
        <w:t>Ҷавоби дуруст: Мутоиба ва ҳаҷв</w:t>
      </w:r>
    </w:p>
    <w:p>
      <w:r>
        <w:rPr>
          <w:rFonts w:ascii="Arial" w:hAnsi="Arial" w:eastAsia="Arial"/>
          <w:sz w:val="22"/>
        </w:rPr>
        <w:t>80. Дар китоби дарсӣ гуфта мешавад: Савдо ба адабиёти давр чӣ таъсир гузоштааст?</w:t>
      </w:r>
    </w:p>
    <w:p>
      <w:r>
        <w:rPr>
          <w:rFonts w:ascii="Arial" w:hAnsi="Arial" w:eastAsia="Arial"/>
          <w:sz w:val="22"/>
        </w:rPr>
        <w:t>Ҷавоби дуруст: Ба суннати адабӣ ва адабиёти минбаъдаи тоҷик таъсир расондааст</w:t>
      </w:r>
    </w:p>
    <w:p>
      <w:r>
        <w:rPr>
          <w:rFonts w:ascii="Arial" w:hAnsi="Arial" w:eastAsia="Arial"/>
          <w:sz w:val="22"/>
        </w:rPr>
        <w:t>81. Дар китоби дарсӣ гуфта мешавад: Қисми асосии ашъори лирикии Савдоро кадом жанр ташкил медиҳад?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82. Дар китоби дарсӣ гуфта мешавад: Савдо дар кадом маврид тахаллуси «Бепул»-ро истифода мекард?</w:t>
      </w:r>
    </w:p>
    <w:p>
      <w:r>
        <w:rPr>
          <w:rFonts w:ascii="Arial" w:hAnsi="Arial" w:eastAsia="Arial"/>
          <w:sz w:val="22"/>
        </w:rPr>
        <w:t>Ҷавоби дуруст: Дар осори мутоибавӣ</w:t>
      </w:r>
    </w:p>
    <w:p>
      <w:r>
        <w:rPr>
          <w:rFonts w:ascii="Arial" w:hAnsi="Arial" w:eastAsia="Arial"/>
          <w:sz w:val="22"/>
        </w:rPr>
        <w:t>83. Дар китоби дарсӣ гуфта мешавад: Эҷодиёти Савдо бо кадом хусусият фарқ мекунад?</w:t>
      </w:r>
    </w:p>
    <w:p>
      <w:r>
        <w:rPr>
          <w:rFonts w:ascii="Arial" w:hAnsi="Arial" w:eastAsia="Arial"/>
          <w:sz w:val="22"/>
        </w:rPr>
        <w:t>Ҷавоби дуруст: Мутоиба ва ҳаҷв</w:t>
      </w:r>
    </w:p>
    <w:p>
      <w:r>
        <w:rPr>
          <w:rFonts w:ascii="Arial" w:hAnsi="Arial" w:eastAsia="Arial"/>
          <w:sz w:val="22"/>
        </w:rPr>
        <w:t>84. Дар китоби дарсӣ гуфта мешавад: Савдо ба адабиёти давр чӣ таъсир гузоштааст?</w:t>
      </w:r>
    </w:p>
    <w:p>
      <w:r>
        <w:rPr>
          <w:rFonts w:ascii="Arial" w:hAnsi="Arial" w:eastAsia="Arial"/>
          <w:sz w:val="22"/>
        </w:rPr>
        <w:t>Ҷавоби дуруст: Ба суннати адабӣ ва адабиёти минбаъдаи тоҷик таъсир расондааст</w:t>
      </w:r>
    </w:p>
    <w:p>
      <w:r>
        <w:rPr>
          <w:rFonts w:ascii="Arial" w:hAnsi="Arial" w:eastAsia="Arial"/>
          <w:sz w:val="22"/>
        </w:rPr>
        <w:t>85. Дар китоби дарсӣ гуфта мешавад: Қисми асосии ашъори лирикии Савдоро кадом жанр ташкил медиҳад?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86. Дар китоби дарсӣ гуфта мешавад: Савдо дар кадом маврид тахаллуси «Бепул»-ро истифода мекард?</w:t>
      </w:r>
    </w:p>
    <w:p>
      <w:r>
        <w:rPr>
          <w:rFonts w:ascii="Arial" w:hAnsi="Arial" w:eastAsia="Arial"/>
          <w:sz w:val="22"/>
        </w:rPr>
        <w:t>Ҷавоби дуруст: Дар осори мутоибавӣ</w:t>
      </w:r>
    </w:p>
    <w:p>
      <w:r>
        <w:rPr>
          <w:rFonts w:ascii="Arial" w:hAnsi="Arial" w:eastAsia="Arial"/>
          <w:sz w:val="22"/>
        </w:rPr>
        <w:t>87. Дар китоби дарсӣ гуфта мешавад: Эҷодиёти Савдо бо кадом хусусият фарқ мекунад?</w:t>
      </w:r>
    </w:p>
    <w:p>
      <w:r>
        <w:rPr>
          <w:rFonts w:ascii="Arial" w:hAnsi="Arial" w:eastAsia="Arial"/>
          <w:sz w:val="22"/>
        </w:rPr>
        <w:t>Ҷавоби дуруст: Мутоиба ва ҳаҷв</w:t>
      </w:r>
    </w:p>
    <w:p>
      <w:r>
        <w:rPr>
          <w:rFonts w:ascii="Arial" w:hAnsi="Arial" w:eastAsia="Arial"/>
          <w:sz w:val="22"/>
        </w:rPr>
        <w:t>88. Дар китоби дарсӣ гуфта мешавад: Савдо ба адабиёти давр чӣ таъсир гузоштааст?</w:t>
      </w:r>
    </w:p>
    <w:p>
      <w:r>
        <w:rPr>
          <w:rFonts w:ascii="Arial" w:hAnsi="Arial" w:eastAsia="Arial"/>
          <w:sz w:val="22"/>
        </w:rPr>
        <w:t>Ҷавоби дуруст: Ба суннати адабӣ ва адабиёти минбаъдаи тоҷик таъсир расондааст</w:t>
      </w:r>
    </w:p>
    <w:p>
      <w:r>
        <w:rPr>
          <w:rFonts w:ascii="Arial" w:hAnsi="Arial" w:eastAsia="Arial"/>
          <w:sz w:val="22"/>
        </w:rPr>
        <w:t>89. Дар китоби дарсӣ гуфта мешавад: Қисми асосии ашъори лирикии Савдоро кадом жанр ташкил медиҳад?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90. Дар китоби дарсӣ гуфта мешавад: Савдо дар кадом маврид тахаллуси «Бепул»-ро истифода мекард?</w:t>
      </w:r>
    </w:p>
    <w:p>
      <w:r>
        <w:rPr>
          <w:rFonts w:ascii="Arial" w:hAnsi="Arial" w:eastAsia="Arial"/>
          <w:sz w:val="22"/>
        </w:rPr>
        <w:t>Ҷавоби дуруст: Дар осори мутоибавӣ</w:t>
      </w:r>
    </w:p>
    <w:p>
      <w:r>
        <w:rPr>
          <w:rFonts w:ascii="Arial" w:hAnsi="Arial" w:eastAsia="Arial"/>
          <w:sz w:val="22"/>
        </w:rPr>
        <w:t>91. Дар китоби дарсӣ гуфта мешавад: Эҷодиёти Савдо бо кадом хусусият фарқ мекунад?</w:t>
      </w:r>
    </w:p>
    <w:p>
      <w:r>
        <w:rPr>
          <w:rFonts w:ascii="Arial" w:hAnsi="Arial" w:eastAsia="Arial"/>
          <w:sz w:val="22"/>
        </w:rPr>
        <w:t>Ҷавоби дуруст: Мутоиба ва ҳаҷв</w:t>
      </w:r>
    </w:p>
    <w:p>
      <w:r>
        <w:rPr>
          <w:rFonts w:ascii="Arial" w:hAnsi="Arial" w:eastAsia="Arial"/>
          <w:sz w:val="22"/>
        </w:rPr>
        <w:t>92. Дар китоби дарсӣ гуфта мешавад: Савдо ба адабиёти давр чӣ таъсир гузоштааст?</w:t>
      </w:r>
    </w:p>
    <w:p>
      <w:r>
        <w:rPr>
          <w:rFonts w:ascii="Arial" w:hAnsi="Arial" w:eastAsia="Arial"/>
          <w:sz w:val="22"/>
        </w:rPr>
        <w:t>Ҷавоби дуруст: Ба суннати адабӣ ва адабиёти минбаъдаи тоҷик таъсир расондааст</w:t>
      </w:r>
    </w:p>
    <w:p>
      <w:r>
        <w:rPr>
          <w:rFonts w:ascii="Arial" w:hAnsi="Arial" w:eastAsia="Arial"/>
          <w:sz w:val="22"/>
        </w:rPr>
        <w:t>93. Дар китоби дарсӣ гуфта мешавад: Қисми асосии ашъори лирикии Савдоро кадом жанр ташкил медиҳад?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94. Дар китоби дарсӣ гуфта мешавад: Савдо дар кадом маврид тахаллуси «Бепул»-ро истифода мекард?</w:t>
      </w:r>
    </w:p>
    <w:p>
      <w:r>
        <w:rPr>
          <w:rFonts w:ascii="Arial" w:hAnsi="Arial" w:eastAsia="Arial"/>
          <w:sz w:val="22"/>
        </w:rPr>
        <w:t>Ҷавоби дуруст: Дар осори мутоибавӣ</w:t>
      </w:r>
    </w:p>
    <w:p>
      <w:r>
        <w:rPr>
          <w:rFonts w:ascii="Arial" w:hAnsi="Arial" w:eastAsia="Arial"/>
          <w:sz w:val="22"/>
        </w:rPr>
        <w:t>95. Дар китоби дарсӣ гуфта мешавад: Эҷодиёти Савдо бо кадом хусусият фарқ мекунад?</w:t>
      </w:r>
    </w:p>
    <w:p>
      <w:r>
        <w:rPr>
          <w:rFonts w:ascii="Arial" w:hAnsi="Arial" w:eastAsia="Arial"/>
          <w:sz w:val="22"/>
        </w:rPr>
        <w:t>Ҷавоби дуруст: Мутоиба ва ҳаҷв</w:t>
      </w:r>
    </w:p>
    <w:p>
      <w:r>
        <w:rPr>
          <w:rFonts w:ascii="Arial" w:hAnsi="Arial" w:eastAsia="Arial"/>
          <w:sz w:val="22"/>
        </w:rPr>
        <w:t>96. Дар китоби дарсӣ гуфта мешавад: Савдо ба адабиёти давр чӣ таъсир гузоштааст?</w:t>
      </w:r>
    </w:p>
    <w:p>
      <w:r>
        <w:rPr>
          <w:rFonts w:ascii="Arial" w:hAnsi="Arial" w:eastAsia="Arial"/>
          <w:sz w:val="22"/>
        </w:rPr>
        <w:t>Ҷавоби дуруст: Ба суннати адабӣ ва адабиёти минбаъдаи тоҷик таъсир расондааст</w:t>
      </w:r>
    </w:p>
    <w:p>
      <w:r>
        <w:rPr>
          <w:rFonts w:ascii="Arial" w:hAnsi="Arial" w:eastAsia="Arial"/>
          <w:sz w:val="22"/>
        </w:rPr>
        <w:t>97. Дар китоби дарсӣ гуфта мешавад: Қисми асосии ашъори лирикии Савдоро кадом жанр ташкил медиҳад?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98. Дар китоби дарсӣ гуфта мешавад: Савдо дар кадом маврид тахаллуси «Бепул»-ро истифода мекард?</w:t>
      </w:r>
    </w:p>
    <w:p>
      <w:r>
        <w:rPr>
          <w:rFonts w:ascii="Arial" w:hAnsi="Arial" w:eastAsia="Arial"/>
          <w:sz w:val="22"/>
        </w:rPr>
        <w:t>Ҷавоби дуруст: Дар осори мутоибавӣ</w:t>
      </w:r>
    </w:p>
    <w:p>
      <w:r>
        <w:rPr>
          <w:rFonts w:ascii="Arial" w:hAnsi="Arial" w:eastAsia="Arial"/>
          <w:sz w:val="22"/>
        </w:rPr>
        <w:t>99. Дар китоби дарсӣ гуфта мешавад: Эҷодиёти Савдо бо кадом хусусият фарқ мекунад?</w:t>
      </w:r>
    </w:p>
    <w:p>
      <w:r>
        <w:rPr>
          <w:rFonts w:ascii="Arial" w:hAnsi="Arial" w:eastAsia="Arial"/>
          <w:sz w:val="22"/>
        </w:rPr>
        <w:t>Ҷавоби дуруст: Мутоиба ва ҳаҷв</w:t>
      </w:r>
    </w:p>
    <w:p>
      <w:r>
        <w:rPr>
          <w:rFonts w:ascii="Arial" w:hAnsi="Arial" w:eastAsia="Arial"/>
          <w:sz w:val="22"/>
        </w:rPr>
        <w:t>100. Дар китоби дарсӣ гуфта мешавад: Савдо ба адабиёти давр чӣ таъсир гузоштааст?</w:t>
      </w:r>
    </w:p>
    <w:p>
      <w:r>
        <w:rPr>
          <w:rFonts w:ascii="Arial" w:hAnsi="Arial" w:eastAsia="Arial"/>
          <w:sz w:val="22"/>
        </w:rPr>
        <w:t>Ҷавоби дуруст: Ба суннати адабӣ ва адабиёти минбаъдаи тоҷик таъсир расондааст</w:t>
      </w:r>
    </w:p>
    <w:p>
      <w:r>
        <w:rPr>
          <w:rFonts w:ascii="Arial" w:hAnsi="Arial" w:eastAsia="Arial"/>
          <w:sz w:val="22"/>
        </w:rPr>
        <w:br w:type="page"/>
      </w:r>
    </w:p>
    <w:p>
      <w:pPr>
        <w:pStyle w:val="Heading1"/>
      </w:pPr>
      <w:r>
        <w:rPr>
          <w:rFonts w:ascii="Arial" w:hAnsi="Arial" w:eastAsia="Arial"/>
          <w:sz w:val="22"/>
        </w:rPr>
        <w:t>13. Боби IV — Қорӣ Раҳматуллоҳи Возеҳ</w:t>
      </w:r>
    </w:p>
    <w:p>
      <w:r>
        <w:rPr>
          <w:rFonts w:ascii="Arial" w:hAnsi="Arial" w:eastAsia="Arial"/>
          <w:sz w:val="22"/>
        </w:rPr>
        <w:t>1. Асари Қорӣ Раҳматуллоҳи Возеҳ кадом аст?</w:t>
      </w:r>
    </w:p>
    <w:p>
      <w:r>
        <w:rPr>
          <w:rFonts w:ascii="Arial" w:hAnsi="Arial" w:eastAsia="Arial"/>
          <w:sz w:val="22"/>
        </w:rPr>
        <w:t>Ҷавоби дуруст: «Савонеҳ-ул-масолик»</w:t>
      </w:r>
    </w:p>
    <w:p>
      <w:r>
        <w:rPr>
          <w:rFonts w:ascii="Arial" w:hAnsi="Arial" w:eastAsia="Arial"/>
          <w:sz w:val="22"/>
        </w:rPr>
        <w:t>2. Ҷавоби дуруст ба саволи «Асари Қорӣ Раҳматуллоҳи Возеҳ кадом аст?» кадом аст?</w:t>
      </w:r>
    </w:p>
    <w:p>
      <w:r>
        <w:rPr>
          <w:rFonts w:ascii="Arial" w:hAnsi="Arial" w:eastAsia="Arial"/>
          <w:sz w:val="22"/>
        </w:rPr>
        <w:t>Ҷавоби дуруст: «Савонеҳ-ул-масолик»</w:t>
      </w:r>
    </w:p>
    <w:p>
      <w:r>
        <w:rPr>
          <w:rFonts w:ascii="Arial" w:hAnsi="Arial" w:eastAsia="Arial"/>
          <w:sz w:val="22"/>
        </w:rPr>
        <w:t>3. Кадом ҷавоб асари қорӣ раҳматуллоҳи возеҳ кадом аст?</w:t>
      </w:r>
    </w:p>
    <w:p>
      <w:r>
        <w:rPr>
          <w:rFonts w:ascii="Arial" w:hAnsi="Arial" w:eastAsia="Arial"/>
          <w:sz w:val="22"/>
        </w:rPr>
        <w:t>Ҷавоби дуруст: «Савонеҳ-ул-масолик»</w:t>
      </w:r>
    </w:p>
    <w:p>
      <w:r>
        <w:rPr>
          <w:rFonts w:ascii="Arial" w:hAnsi="Arial" w:eastAsia="Arial"/>
          <w:sz w:val="22"/>
        </w:rPr>
        <w:t>4. Аз рӯйи китоб муайян кунед: Асари Қорӣ Раҳматуллоҳи Возеҳ кадом аст?</w:t>
      </w:r>
    </w:p>
    <w:p>
      <w:r>
        <w:rPr>
          <w:rFonts w:ascii="Arial" w:hAnsi="Arial" w:eastAsia="Arial"/>
          <w:sz w:val="22"/>
        </w:rPr>
        <w:t>Ҷавоби дуруст: «Савонеҳ-ул-масолик»</w:t>
      </w:r>
    </w:p>
    <w:p>
      <w:r>
        <w:rPr>
          <w:rFonts w:ascii="Arial" w:hAnsi="Arial" w:eastAsia="Arial"/>
          <w:sz w:val="22"/>
        </w:rPr>
        <w:t>5. Дар китоби дарсӣ гуфта мешавад: Асари Қорӣ Раҳматуллоҳи Возеҳ кадом аст?</w:t>
      </w:r>
    </w:p>
    <w:p>
      <w:r>
        <w:rPr>
          <w:rFonts w:ascii="Arial" w:hAnsi="Arial" w:eastAsia="Arial"/>
          <w:sz w:val="22"/>
        </w:rPr>
        <w:t>Ҷавоби дуруст: «Савонеҳ-ул-масолик»</w:t>
      </w:r>
    </w:p>
    <w:p>
      <w:r>
        <w:rPr>
          <w:rFonts w:ascii="Arial" w:hAnsi="Arial" w:eastAsia="Arial"/>
          <w:sz w:val="22"/>
        </w:rPr>
        <w:t>6. Дар китоби дарсӣ гуфта мешавад: Асари Қорӣ Раҳматуллоҳи Возеҳ кадом аст?</w:t>
      </w:r>
    </w:p>
    <w:p>
      <w:r>
        <w:rPr>
          <w:rFonts w:ascii="Arial" w:hAnsi="Arial" w:eastAsia="Arial"/>
          <w:sz w:val="22"/>
        </w:rPr>
        <w:t>Ҷавоби дуруст: «Савонеҳ-ул-масолик»</w:t>
      </w:r>
    </w:p>
    <w:p>
      <w:r>
        <w:rPr>
          <w:rFonts w:ascii="Arial" w:hAnsi="Arial" w:eastAsia="Arial"/>
          <w:sz w:val="22"/>
        </w:rPr>
        <w:t>7. Дар китоби дарсӣ гуфта мешавад: Асари Қорӣ Раҳматуллоҳи Возеҳ кадом аст?</w:t>
      </w:r>
    </w:p>
    <w:p>
      <w:r>
        <w:rPr>
          <w:rFonts w:ascii="Arial" w:hAnsi="Arial" w:eastAsia="Arial"/>
          <w:sz w:val="22"/>
        </w:rPr>
        <w:t>Ҷавоби дуруст: «Савонеҳ-ул-масолик»</w:t>
      </w:r>
    </w:p>
    <w:p>
      <w:r>
        <w:rPr>
          <w:rFonts w:ascii="Arial" w:hAnsi="Arial" w:eastAsia="Arial"/>
          <w:sz w:val="22"/>
        </w:rPr>
        <w:t>8. Дар китоби дарсӣ гуфта мешавад: Асари Қорӣ Раҳматуллоҳи Возеҳ кадом аст?</w:t>
      </w:r>
    </w:p>
    <w:p>
      <w:r>
        <w:rPr>
          <w:rFonts w:ascii="Arial" w:hAnsi="Arial" w:eastAsia="Arial"/>
          <w:sz w:val="22"/>
        </w:rPr>
        <w:t>Ҷавоби дуруст: «Савонеҳ-ул-масолик»</w:t>
      </w:r>
    </w:p>
    <w:p>
      <w:r>
        <w:rPr>
          <w:rFonts w:ascii="Arial" w:hAnsi="Arial" w:eastAsia="Arial"/>
          <w:sz w:val="22"/>
        </w:rPr>
        <w:t>9. Дар китоби дарсӣ гуфта мешавад: Асари Қорӣ Раҳматуллоҳи Возеҳ кадом аст?</w:t>
      </w:r>
    </w:p>
    <w:p>
      <w:r>
        <w:rPr>
          <w:rFonts w:ascii="Arial" w:hAnsi="Arial" w:eastAsia="Arial"/>
          <w:sz w:val="22"/>
        </w:rPr>
        <w:t>Ҷавоби дуруст: «Савонеҳ-ул-масолик»</w:t>
      </w:r>
    </w:p>
    <w:p>
      <w:r>
        <w:rPr>
          <w:rFonts w:ascii="Arial" w:hAnsi="Arial" w:eastAsia="Arial"/>
          <w:sz w:val="22"/>
        </w:rPr>
        <w:t>10. Дар китоби дарсӣ гуфта мешавад: Асари Қорӣ Раҳматуллоҳи Возеҳ кадом аст?</w:t>
      </w:r>
    </w:p>
    <w:p>
      <w:r>
        <w:rPr>
          <w:rFonts w:ascii="Arial" w:hAnsi="Arial" w:eastAsia="Arial"/>
          <w:sz w:val="22"/>
        </w:rPr>
        <w:t>Ҷавоби дуруст: «Савонеҳ-ул-масолик»</w:t>
      </w:r>
    </w:p>
    <w:p>
      <w:r>
        <w:rPr>
          <w:rFonts w:ascii="Arial" w:hAnsi="Arial" w:eastAsia="Arial"/>
          <w:sz w:val="22"/>
        </w:rPr>
        <w:t>11. Дар китоби дарсӣ гуфта мешавад: Асари Қорӣ Раҳматуллоҳи Возеҳ кадом аст?</w:t>
      </w:r>
    </w:p>
    <w:p>
      <w:r>
        <w:rPr>
          <w:rFonts w:ascii="Arial" w:hAnsi="Arial" w:eastAsia="Arial"/>
          <w:sz w:val="22"/>
        </w:rPr>
        <w:t>Ҷавоби дуруст: «Савонеҳ-ул-масолик»</w:t>
      </w:r>
    </w:p>
    <w:p>
      <w:r>
        <w:rPr>
          <w:rFonts w:ascii="Arial" w:hAnsi="Arial" w:eastAsia="Arial"/>
          <w:sz w:val="22"/>
        </w:rPr>
        <w:t>12. Дар китоби дарсӣ гуфта мешавад: Асари Қорӣ Раҳматуллоҳи Возеҳ кадом аст?</w:t>
      </w:r>
    </w:p>
    <w:p>
      <w:r>
        <w:rPr>
          <w:rFonts w:ascii="Arial" w:hAnsi="Arial" w:eastAsia="Arial"/>
          <w:sz w:val="22"/>
        </w:rPr>
        <w:t>Ҷавоби дуруст: «Савонеҳ-ул-масолик»</w:t>
      </w:r>
    </w:p>
    <w:p>
      <w:r>
        <w:rPr>
          <w:rFonts w:ascii="Arial" w:hAnsi="Arial" w:eastAsia="Arial"/>
          <w:sz w:val="22"/>
        </w:rPr>
        <w:t>13. Дар китоби дарсӣ гуфта мешавад: Асари Қорӣ Раҳматуллоҳи Возеҳ кадом аст?</w:t>
      </w:r>
    </w:p>
    <w:p>
      <w:r>
        <w:rPr>
          <w:rFonts w:ascii="Arial" w:hAnsi="Arial" w:eastAsia="Arial"/>
          <w:sz w:val="22"/>
        </w:rPr>
        <w:t>Ҷавоби дуруст: «Савонеҳ-ул-масолик»</w:t>
      </w:r>
    </w:p>
    <w:p>
      <w:r>
        <w:rPr>
          <w:rFonts w:ascii="Arial" w:hAnsi="Arial" w:eastAsia="Arial"/>
          <w:sz w:val="22"/>
        </w:rPr>
        <w:t>14. Дар китоби дарсӣ гуфта мешавад: Асари Қорӣ Раҳматуллоҳи Возеҳ кадом аст?</w:t>
      </w:r>
    </w:p>
    <w:p>
      <w:r>
        <w:rPr>
          <w:rFonts w:ascii="Arial" w:hAnsi="Arial" w:eastAsia="Arial"/>
          <w:sz w:val="22"/>
        </w:rPr>
        <w:t>Ҷавоби дуруст: «Савонеҳ-ул-масолик»</w:t>
      </w:r>
    </w:p>
    <w:p>
      <w:r>
        <w:rPr>
          <w:rFonts w:ascii="Arial" w:hAnsi="Arial" w:eastAsia="Arial"/>
          <w:sz w:val="22"/>
        </w:rPr>
        <w:t>15. Дар китоби дарсӣ гуфта мешавад: Асари Қорӣ Раҳматуллоҳи Возеҳ кадом аст?</w:t>
      </w:r>
    </w:p>
    <w:p>
      <w:r>
        <w:rPr>
          <w:rFonts w:ascii="Arial" w:hAnsi="Arial" w:eastAsia="Arial"/>
          <w:sz w:val="22"/>
        </w:rPr>
        <w:t>Ҷавоби дуруст: «Савонеҳ-ул-масолик»</w:t>
      </w:r>
    </w:p>
    <w:p>
      <w:r>
        <w:rPr>
          <w:rFonts w:ascii="Arial" w:hAnsi="Arial" w:eastAsia="Arial"/>
          <w:sz w:val="22"/>
        </w:rPr>
        <w:t>16. Дар китоби дарсӣ гуфта мешавад: Асари Қорӣ Раҳматуллоҳи Возеҳ кадом аст?</w:t>
      </w:r>
    </w:p>
    <w:p>
      <w:r>
        <w:rPr>
          <w:rFonts w:ascii="Arial" w:hAnsi="Arial" w:eastAsia="Arial"/>
          <w:sz w:val="22"/>
        </w:rPr>
        <w:t>Ҷавоби дуруст: «Савонеҳ-ул-масолик»</w:t>
      </w:r>
    </w:p>
    <w:p>
      <w:r>
        <w:rPr>
          <w:rFonts w:ascii="Arial" w:hAnsi="Arial" w:eastAsia="Arial"/>
          <w:sz w:val="22"/>
        </w:rPr>
        <w:t>17. Дар китоби дарсӣ гуфта мешавад: Асари Қорӣ Раҳматуллоҳи Возеҳ кадом аст?</w:t>
      </w:r>
    </w:p>
    <w:p>
      <w:r>
        <w:rPr>
          <w:rFonts w:ascii="Arial" w:hAnsi="Arial" w:eastAsia="Arial"/>
          <w:sz w:val="22"/>
        </w:rPr>
        <w:t>Ҷавоби дуруст: «Савонеҳ-ул-масолик»</w:t>
      </w:r>
    </w:p>
    <w:p>
      <w:r>
        <w:rPr>
          <w:rFonts w:ascii="Arial" w:hAnsi="Arial" w:eastAsia="Arial"/>
          <w:sz w:val="22"/>
        </w:rPr>
        <w:t>18. Дар китоби дарсӣ гуфта мешавад: Асари Қорӣ Раҳматуллоҳи Возеҳ кадом аст?</w:t>
      </w:r>
    </w:p>
    <w:p>
      <w:r>
        <w:rPr>
          <w:rFonts w:ascii="Arial" w:hAnsi="Arial" w:eastAsia="Arial"/>
          <w:sz w:val="22"/>
        </w:rPr>
        <w:t>Ҷавоби дуруст: «Савонеҳ-ул-масолик»</w:t>
      </w:r>
    </w:p>
    <w:p>
      <w:r>
        <w:rPr>
          <w:rFonts w:ascii="Arial" w:hAnsi="Arial" w:eastAsia="Arial"/>
          <w:sz w:val="22"/>
        </w:rPr>
        <w:t>19. Дар китоби дарсӣ гуфта мешавад: Асари Қорӣ Раҳматуллоҳи Возеҳ кадом аст?</w:t>
      </w:r>
    </w:p>
    <w:p>
      <w:r>
        <w:rPr>
          <w:rFonts w:ascii="Arial" w:hAnsi="Arial" w:eastAsia="Arial"/>
          <w:sz w:val="22"/>
        </w:rPr>
        <w:t>Ҷавоби дуруст: «Савонеҳ-ул-масолик»</w:t>
      </w:r>
    </w:p>
    <w:p>
      <w:r>
        <w:rPr>
          <w:rFonts w:ascii="Arial" w:hAnsi="Arial" w:eastAsia="Arial"/>
          <w:sz w:val="22"/>
        </w:rPr>
        <w:t>20. Дар китоби дарсӣ гуфта мешавад: Асари Қорӣ Раҳматуллоҳи Возеҳ кадом аст?</w:t>
      </w:r>
    </w:p>
    <w:p>
      <w:r>
        <w:rPr>
          <w:rFonts w:ascii="Arial" w:hAnsi="Arial" w:eastAsia="Arial"/>
          <w:sz w:val="22"/>
        </w:rPr>
        <w:t>Ҷавоби дуруст: «Савонеҳ-ул-масолик»</w:t>
      </w:r>
    </w:p>
    <w:p>
      <w:r>
        <w:rPr>
          <w:rFonts w:ascii="Arial" w:hAnsi="Arial" w:eastAsia="Arial"/>
          <w:sz w:val="22"/>
        </w:rPr>
        <w:t>21. Дар китоби дарсӣ гуфта мешавад: Асари Қорӣ Раҳматуллоҳи Возеҳ кадом аст?</w:t>
      </w:r>
    </w:p>
    <w:p>
      <w:r>
        <w:rPr>
          <w:rFonts w:ascii="Arial" w:hAnsi="Arial" w:eastAsia="Arial"/>
          <w:sz w:val="22"/>
        </w:rPr>
        <w:t>Ҷавоби дуруст: «Савонеҳ-ул-масолик»</w:t>
      </w:r>
    </w:p>
    <w:p>
      <w:r>
        <w:rPr>
          <w:rFonts w:ascii="Arial" w:hAnsi="Arial" w:eastAsia="Arial"/>
          <w:sz w:val="22"/>
        </w:rPr>
        <w:t>22. Дар китоби дарсӣ гуфта мешавад: Асари Қорӣ Раҳматуллоҳи Возеҳ кадом аст?</w:t>
      </w:r>
    </w:p>
    <w:p>
      <w:r>
        <w:rPr>
          <w:rFonts w:ascii="Arial" w:hAnsi="Arial" w:eastAsia="Arial"/>
          <w:sz w:val="22"/>
        </w:rPr>
        <w:t>Ҷавоби дуруст: «Савонеҳ-ул-масолик»</w:t>
      </w:r>
    </w:p>
    <w:p>
      <w:r>
        <w:rPr>
          <w:rFonts w:ascii="Arial" w:hAnsi="Arial" w:eastAsia="Arial"/>
          <w:sz w:val="22"/>
        </w:rPr>
        <w:t>23. Дар китоби дарсӣ гуфта мешавад: Асари Қорӣ Раҳматуллоҳи Возеҳ кадом аст?</w:t>
      </w:r>
    </w:p>
    <w:p>
      <w:r>
        <w:rPr>
          <w:rFonts w:ascii="Arial" w:hAnsi="Arial" w:eastAsia="Arial"/>
          <w:sz w:val="22"/>
        </w:rPr>
        <w:t>Ҷавоби дуруст: «Савонеҳ-ул-масолик»</w:t>
      </w:r>
    </w:p>
    <w:p>
      <w:r>
        <w:rPr>
          <w:rFonts w:ascii="Arial" w:hAnsi="Arial" w:eastAsia="Arial"/>
          <w:sz w:val="22"/>
        </w:rPr>
        <w:t>24. Дар китоби дарсӣ гуфта мешавад: Асари Қорӣ Раҳматуллоҳи Возеҳ кадом аст?</w:t>
      </w:r>
    </w:p>
    <w:p>
      <w:r>
        <w:rPr>
          <w:rFonts w:ascii="Arial" w:hAnsi="Arial" w:eastAsia="Arial"/>
          <w:sz w:val="22"/>
        </w:rPr>
        <w:t>Ҷавоби дуруст: «Савонеҳ-ул-масолик»</w:t>
      </w:r>
    </w:p>
    <w:p>
      <w:r>
        <w:rPr>
          <w:rFonts w:ascii="Arial" w:hAnsi="Arial" w:eastAsia="Arial"/>
          <w:sz w:val="22"/>
        </w:rPr>
        <w:t>25. Дар китоби дарсӣ гуфта мешавад: Асари Қорӣ Раҳматуллоҳи Возеҳ кадом аст?</w:t>
      </w:r>
    </w:p>
    <w:p>
      <w:r>
        <w:rPr>
          <w:rFonts w:ascii="Arial" w:hAnsi="Arial" w:eastAsia="Arial"/>
          <w:sz w:val="22"/>
        </w:rPr>
        <w:t>Ҷавоби дуруст: «Савонеҳ-ул-масолик»</w:t>
      </w:r>
    </w:p>
    <w:p>
      <w:r>
        <w:rPr>
          <w:rFonts w:ascii="Arial" w:hAnsi="Arial" w:eastAsia="Arial"/>
          <w:sz w:val="22"/>
        </w:rPr>
        <w:t>26. Дар китоби дарсӣ гуфта мешавад: Асари Қорӣ Раҳматуллоҳи Возеҳ кадом аст?</w:t>
      </w:r>
    </w:p>
    <w:p>
      <w:r>
        <w:rPr>
          <w:rFonts w:ascii="Arial" w:hAnsi="Arial" w:eastAsia="Arial"/>
          <w:sz w:val="22"/>
        </w:rPr>
        <w:t>Ҷавоби дуруст: «Савонеҳ-ул-масолик»</w:t>
      </w:r>
    </w:p>
    <w:p>
      <w:r>
        <w:rPr>
          <w:rFonts w:ascii="Arial" w:hAnsi="Arial" w:eastAsia="Arial"/>
          <w:sz w:val="22"/>
        </w:rPr>
        <w:t>27. Дар китоби дарсӣ гуфта мешавад: Асари Қорӣ Раҳматуллоҳи Возеҳ кадом аст?</w:t>
      </w:r>
    </w:p>
    <w:p>
      <w:r>
        <w:rPr>
          <w:rFonts w:ascii="Arial" w:hAnsi="Arial" w:eastAsia="Arial"/>
          <w:sz w:val="22"/>
        </w:rPr>
        <w:t>Ҷавоби дуруст: «Савонеҳ-ул-масолик»</w:t>
      </w:r>
    </w:p>
    <w:p>
      <w:r>
        <w:rPr>
          <w:rFonts w:ascii="Arial" w:hAnsi="Arial" w:eastAsia="Arial"/>
          <w:sz w:val="22"/>
        </w:rPr>
        <w:t>28. Дар китоби дарсӣ гуфта мешавад: Асари Қорӣ Раҳматуллоҳи Возеҳ кадом аст?</w:t>
      </w:r>
    </w:p>
    <w:p>
      <w:r>
        <w:rPr>
          <w:rFonts w:ascii="Arial" w:hAnsi="Arial" w:eastAsia="Arial"/>
          <w:sz w:val="22"/>
        </w:rPr>
        <w:t>Ҷавоби дуруст: «Савонеҳ-ул-масолик»</w:t>
      </w:r>
    </w:p>
    <w:p>
      <w:r>
        <w:rPr>
          <w:rFonts w:ascii="Arial" w:hAnsi="Arial" w:eastAsia="Arial"/>
          <w:sz w:val="22"/>
        </w:rPr>
        <w:t>29. Дар китоби дарсӣ гуфта мешавад: Асари Қорӣ Раҳматуллоҳи Возеҳ кадом аст?</w:t>
      </w:r>
    </w:p>
    <w:p>
      <w:r>
        <w:rPr>
          <w:rFonts w:ascii="Arial" w:hAnsi="Arial" w:eastAsia="Arial"/>
          <w:sz w:val="22"/>
        </w:rPr>
        <w:t>Ҷавоби дуруст: «Савонеҳ-ул-масолик»</w:t>
      </w:r>
    </w:p>
    <w:p>
      <w:r>
        <w:rPr>
          <w:rFonts w:ascii="Arial" w:hAnsi="Arial" w:eastAsia="Arial"/>
          <w:sz w:val="22"/>
        </w:rPr>
        <w:t>30. Дар китоби дарсӣ гуфта мешавад: Асари Қорӣ Раҳматуллоҳи Возеҳ кадом аст?</w:t>
      </w:r>
    </w:p>
    <w:p>
      <w:r>
        <w:rPr>
          <w:rFonts w:ascii="Arial" w:hAnsi="Arial" w:eastAsia="Arial"/>
          <w:sz w:val="22"/>
        </w:rPr>
        <w:t>Ҷавоби дуруст: «Савонеҳ-ул-масолик»</w:t>
      </w:r>
    </w:p>
    <w:p>
      <w:r>
        <w:rPr>
          <w:rFonts w:ascii="Arial" w:hAnsi="Arial" w:eastAsia="Arial"/>
          <w:sz w:val="22"/>
        </w:rPr>
        <w:t>31. Дар китоби дарсӣ гуфта мешавад: Асари Қорӣ Раҳматуллоҳи Возеҳ кадом аст?</w:t>
      </w:r>
    </w:p>
    <w:p>
      <w:r>
        <w:rPr>
          <w:rFonts w:ascii="Arial" w:hAnsi="Arial" w:eastAsia="Arial"/>
          <w:sz w:val="22"/>
        </w:rPr>
        <w:t>Ҷавоби дуруст: «Савонеҳ-ул-масолик»</w:t>
      </w:r>
    </w:p>
    <w:p>
      <w:r>
        <w:rPr>
          <w:rFonts w:ascii="Arial" w:hAnsi="Arial" w:eastAsia="Arial"/>
          <w:sz w:val="22"/>
        </w:rPr>
        <w:t>32. Дар китоби дарсӣ гуфта мешавад: Асари Қорӣ Раҳматуллоҳи Возеҳ кадом аст?</w:t>
      </w:r>
    </w:p>
    <w:p>
      <w:r>
        <w:rPr>
          <w:rFonts w:ascii="Arial" w:hAnsi="Arial" w:eastAsia="Arial"/>
          <w:sz w:val="22"/>
        </w:rPr>
        <w:t>Ҷавоби дуруст: «Савонеҳ-ул-масолик»</w:t>
      </w:r>
    </w:p>
    <w:p>
      <w:r>
        <w:rPr>
          <w:rFonts w:ascii="Arial" w:hAnsi="Arial" w:eastAsia="Arial"/>
          <w:sz w:val="22"/>
        </w:rPr>
        <w:t>33. Дар китоби дарсӣ гуфта мешавад: Асари Қорӣ Раҳматуллоҳи Возеҳ кадом аст?</w:t>
      </w:r>
    </w:p>
    <w:p>
      <w:r>
        <w:rPr>
          <w:rFonts w:ascii="Arial" w:hAnsi="Arial" w:eastAsia="Arial"/>
          <w:sz w:val="22"/>
        </w:rPr>
        <w:t>Ҷавоби дуруст: «Савонеҳ-ул-масолик»</w:t>
      </w:r>
    </w:p>
    <w:p>
      <w:r>
        <w:rPr>
          <w:rFonts w:ascii="Arial" w:hAnsi="Arial" w:eastAsia="Arial"/>
          <w:sz w:val="22"/>
        </w:rPr>
        <w:t>34. Дар китоби дарсӣ гуфта мешавад: Асари Қорӣ Раҳматуллоҳи Возеҳ кадом аст?</w:t>
      </w:r>
    </w:p>
    <w:p>
      <w:r>
        <w:rPr>
          <w:rFonts w:ascii="Arial" w:hAnsi="Arial" w:eastAsia="Arial"/>
          <w:sz w:val="22"/>
        </w:rPr>
        <w:t>Ҷавоби дуруст: «Савонеҳ-ул-масолик»</w:t>
      </w:r>
    </w:p>
    <w:p>
      <w:r>
        <w:rPr>
          <w:rFonts w:ascii="Arial" w:hAnsi="Arial" w:eastAsia="Arial"/>
          <w:sz w:val="22"/>
        </w:rPr>
        <w:t>35. Дар китоби дарсӣ гуфта мешавад: Асари Қорӣ Раҳматуллоҳи Возеҳ кадом аст?</w:t>
      </w:r>
    </w:p>
    <w:p>
      <w:r>
        <w:rPr>
          <w:rFonts w:ascii="Arial" w:hAnsi="Arial" w:eastAsia="Arial"/>
          <w:sz w:val="22"/>
        </w:rPr>
        <w:t>Ҷавоби дуруст: «Савонеҳ-ул-масолик»</w:t>
      </w:r>
    </w:p>
    <w:p>
      <w:r>
        <w:rPr>
          <w:rFonts w:ascii="Arial" w:hAnsi="Arial" w:eastAsia="Arial"/>
          <w:sz w:val="22"/>
        </w:rPr>
        <w:t>36. Дар китоби дарсӣ гуфта мешавад: Асари Қорӣ Раҳматуллоҳи Возеҳ кадом аст?</w:t>
      </w:r>
    </w:p>
    <w:p>
      <w:r>
        <w:rPr>
          <w:rFonts w:ascii="Arial" w:hAnsi="Arial" w:eastAsia="Arial"/>
          <w:sz w:val="22"/>
        </w:rPr>
        <w:t>Ҷавоби дуруст: «Савонеҳ-ул-масолик»</w:t>
      </w:r>
    </w:p>
    <w:p>
      <w:r>
        <w:rPr>
          <w:rFonts w:ascii="Arial" w:hAnsi="Arial" w:eastAsia="Arial"/>
          <w:sz w:val="22"/>
        </w:rPr>
        <w:t>37. Дар китоби дарсӣ гуфта мешавад: Асари Қорӣ Раҳматуллоҳи Возеҳ кадом аст?</w:t>
      </w:r>
    </w:p>
    <w:p>
      <w:r>
        <w:rPr>
          <w:rFonts w:ascii="Arial" w:hAnsi="Arial" w:eastAsia="Arial"/>
          <w:sz w:val="22"/>
        </w:rPr>
        <w:t>Ҷавоби дуруст: «Савонеҳ-ул-масолик»</w:t>
      </w:r>
    </w:p>
    <w:p>
      <w:r>
        <w:rPr>
          <w:rFonts w:ascii="Arial" w:hAnsi="Arial" w:eastAsia="Arial"/>
          <w:sz w:val="22"/>
        </w:rPr>
        <w:t>38. Дар китоби дарсӣ гуфта мешавад: Асари Қорӣ Раҳматуллоҳи Возеҳ кадом аст?</w:t>
      </w:r>
    </w:p>
    <w:p>
      <w:r>
        <w:rPr>
          <w:rFonts w:ascii="Arial" w:hAnsi="Arial" w:eastAsia="Arial"/>
          <w:sz w:val="22"/>
        </w:rPr>
        <w:t>Ҷавоби дуруст: «Савонеҳ-ул-масолик»</w:t>
      </w:r>
    </w:p>
    <w:p>
      <w:r>
        <w:rPr>
          <w:rFonts w:ascii="Arial" w:hAnsi="Arial" w:eastAsia="Arial"/>
          <w:sz w:val="22"/>
        </w:rPr>
        <w:t>39. Дар китоби дарсӣ гуфта мешавад: Асари Қорӣ Раҳматуллоҳи Возеҳ кадом аст?</w:t>
      </w:r>
    </w:p>
    <w:p>
      <w:r>
        <w:rPr>
          <w:rFonts w:ascii="Arial" w:hAnsi="Arial" w:eastAsia="Arial"/>
          <w:sz w:val="22"/>
        </w:rPr>
        <w:t>Ҷавоби дуруст: «Савонеҳ-ул-масолик»</w:t>
      </w:r>
    </w:p>
    <w:p>
      <w:r>
        <w:rPr>
          <w:rFonts w:ascii="Arial" w:hAnsi="Arial" w:eastAsia="Arial"/>
          <w:sz w:val="22"/>
        </w:rPr>
        <w:t>40. Дар китоби дарсӣ гуфта мешавад: Асари Қорӣ Раҳматуллоҳи Возеҳ кадом аст?</w:t>
      </w:r>
    </w:p>
    <w:p>
      <w:r>
        <w:rPr>
          <w:rFonts w:ascii="Arial" w:hAnsi="Arial" w:eastAsia="Arial"/>
          <w:sz w:val="22"/>
        </w:rPr>
        <w:t>Ҷавоби дуруст: «Савонеҳ-ул-масолик»</w:t>
      </w:r>
    </w:p>
    <w:p>
      <w:r>
        <w:rPr>
          <w:rFonts w:ascii="Arial" w:hAnsi="Arial" w:eastAsia="Arial"/>
          <w:sz w:val="22"/>
        </w:rPr>
        <w:t>41. Дар китоби дарсӣ гуфта мешавад: Асари Қорӣ Раҳматуллоҳи Возеҳ кадом аст?</w:t>
      </w:r>
    </w:p>
    <w:p>
      <w:r>
        <w:rPr>
          <w:rFonts w:ascii="Arial" w:hAnsi="Arial" w:eastAsia="Arial"/>
          <w:sz w:val="22"/>
        </w:rPr>
        <w:t>Ҷавоби дуруст: «Савонеҳ-ул-масолик»</w:t>
      </w:r>
    </w:p>
    <w:p>
      <w:r>
        <w:rPr>
          <w:rFonts w:ascii="Arial" w:hAnsi="Arial" w:eastAsia="Arial"/>
          <w:sz w:val="22"/>
        </w:rPr>
        <w:t>42. Дар китоби дарсӣ гуфта мешавад: Асари Қорӣ Раҳматуллоҳи Возеҳ кадом аст?</w:t>
      </w:r>
    </w:p>
    <w:p>
      <w:r>
        <w:rPr>
          <w:rFonts w:ascii="Arial" w:hAnsi="Arial" w:eastAsia="Arial"/>
          <w:sz w:val="22"/>
        </w:rPr>
        <w:t>Ҷавоби дуруст: «Савонеҳ-ул-масолик»</w:t>
      </w:r>
    </w:p>
    <w:p>
      <w:r>
        <w:rPr>
          <w:rFonts w:ascii="Arial" w:hAnsi="Arial" w:eastAsia="Arial"/>
          <w:sz w:val="22"/>
        </w:rPr>
        <w:t>43. Дар китоби дарсӣ гуфта мешавад: Асари Қорӣ Раҳматуллоҳи Возеҳ кадом аст?</w:t>
      </w:r>
    </w:p>
    <w:p>
      <w:r>
        <w:rPr>
          <w:rFonts w:ascii="Arial" w:hAnsi="Arial" w:eastAsia="Arial"/>
          <w:sz w:val="22"/>
        </w:rPr>
        <w:t>Ҷавоби дуруст: «Савонеҳ-ул-масолик»</w:t>
      </w:r>
    </w:p>
    <w:p>
      <w:r>
        <w:rPr>
          <w:rFonts w:ascii="Arial" w:hAnsi="Arial" w:eastAsia="Arial"/>
          <w:sz w:val="22"/>
        </w:rPr>
        <w:t>44. Дар китоби дарсӣ гуфта мешавад: Асари Қорӣ Раҳматуллоҳи Возеҳ кадом аст?</w:t>
      </w:r>
    </w:p>
    <w:p>
      <w:r>
        <w:rPr>
          <w:rFonts w:ascii="Arial" w:hAnsi="Arial" w:eastAsia="Arial"/>
          <w:sz w:val="22"/>
        </w:rPr>
        <w:t>Ҷавоби дуруст: «Савонеҳ-ул-масолик»</w:t>
      </w:r>
    </w:p>
    <w:p>
      <w:r>
        <w:rPr>
          <w:rFonts w:ascii="Arial" w:hAnsi="Arial" w:eastAsia="Arial"/>
          <w:sz w:val="22"/>
        </w:rPr>
        <w:t>45. Дар китоби дарсӣ гуфта мешавад: Асари Қорӣ Раҳматуллоҳи Возеҳ кадом аст?</w:t>
      </w:r>
    </w:p>
    <w:p>
      <w:r>
        <w:rPr>
          <w:rFonts w:ascii="Arial" w:hAnsi="Arial" w:eastAsia="Arial"/>
          <w:sz w:val="22"/>
        </w:rPr>
        <w:t>Ҷавоби дуруст: «Савонеҳ-ул-масолик»</w:t>
      </w:r>
    </w:p>
    <w:p>
      <w:r>
        <w:rPr>
          <w:rFonts w:ascii="Arial" w:hAnsi="Arial" w:eastAsia="Arial"/>
          <w:sz w:val="22"/>
        </w:rPr>
        <w:t>46. Дар китоби дарсӣ гуфта мешавад: Асари Қорӣ Раҳматуллоҳи Возеҳ кадом аст?</w:t>
      </w:r>
    </w:p>
    <w:p>
      <w:r>
        <w:rPr>
          <w:rFonts w:ascii="Arial" w:hAnsi="Arial" w:eastAsia="Arial"/>
          <w:sz w:val="22"/>
        </w:rPr>
        <w:t>Ҷавоби дуруст: «Савонеҳ-ул-масолик»</w:t>
      </w:r>
    </w:p>
    <w:p>
      <w:r>
        <w:rPr>
          <w:rFonts w:ascii="Arial" w:hAnsi="Arial" w:eastAsia="Arial"/>
          <w:sz w:val="22"/>
        </w:rPr>
        <w:t>47. Дар китоби дарсӣ гуфта мешавад: Асари Қорӣ Раҳматуллоҳи Возеҳ кадом аст?</w:t>
      </w:r>
    </w:p>
    <w:p>
      <w:r>
        <w:rPr>
          <w:rFonts w:ascii="Arial" w:hAnsi="Arial" w:eastAsia="Arial"/>
          <w:sz w:val="22"/>
        </w:rPr>
        <w:t>Ҷавоби дуруст: «Савонеҳ-ул-масолик»</w:t>
      </w:r>
    </w:p>
    <w:p>
      <w:r>
        <w:rPr>
          <w:rFonts w:ascii="Arial" w:hAnsi="Arial" w:eastAsia="Arial"/>
          <w:sz w:val="22"/>
        </w:rPr>
        <w:t>48. Дар китоби дарсӣ гуфта мешавад: Асари Қорӣ Раҳматуллоҳи Возеҳ кадом аст?</w:t>
      </w:r>
    </w:p>
    <w:p>
      <w:r>
        <w:rPr>
          <w:rFonts w:ascii="Arial" w:hAnsi="Arial" w:eastAsia="Arial"/>
          <w:sz w:val="22"/>
        </w:rPr>
        <w:t>Ҷавоби дуруст: «Савонеҳ-ул-масолик»</w:t>
      </w:r>
    </w:p>
    <w:p>
      <w:r>
        <w:rPr>
          <w:rFonts w:ascii="Arial" w:hAnsi="Arial" w:eastAsia="Arial"/>
          <w:sz w:val="22"/>
        </w:rPr>
        <w:t>49. Дар китоби дарсӣ гуфта мешавад: Асари Қорӣ Раҳматуллоҳи Возеҳ кадом аст?</w:t>
      </w:r>
    </w:p>
    <w:p>
      <w:r>
        <w:rPr>
          <w:rFonts w:ascii="Arial" w:hAnsi="Arial" w:eastAsia="Arial"/>
          <w:sz w:val="22"/>
        </w:rPr>
        <w:t>Ҷавоби дуруст: «Савонеҳ-ул-масолик»</w:t>
      </w:r>
    </w:p>
    <w:p>
      <w:r>
        <w:rPr>
          <w:rFonts w:ascii="Arial" w:hAnsi="Arial" w:eastAsia="Arial"/>
          <w:sz w:val="22"/>
        </w:rPr>
        <w:t>50. Дар китоби дарсӣ гуфта мешавад: Асари Қорӣ Раҳматуллоҳи Возеҳ кадом аст?</w:t>
      </w:r>
    </w:p>
    <w:p>
      <w:r>
        <w:rPr>
          <w:rFonts w:ascii="Arial" w:hAnsi="Arial" w:eastAsia="Arial"/>
          <w:sz w:val="22"/>
        </w:rPr>
        <w:t>Ҷавоби дуруст: «Савонеҳ-ул-масолик»</w:t>
      </w:r>
    </w:p>
    <w:p>
      <w:r>
        <w:rPr>
          <w:rFonts w:ascii="Arial" w:hAnsi="Arial" w:eastAsia="Arial"/>
          <w:sz w:val="22"/>
        </w:rPr>
        <w:t>51. Дар китоби дарсӣ гуфта мешавад: Асари Қорӣ Раҳматуллоҳи Возеҳ кадом аст?</w:t>
      </w:r>
    </w:p>
    <w:p>
      <w:r>
        <w:rPr>
          <w:rFonts w:ascii="Arial" w:hAnsi="Arial" w:eastAsia="Arial"/>
          <w:sz w:val="22"/>
        </w:rPr>
        <w:t>Ҷавоби дуруст: «Савонеҳ-ул-масолик»</w:t>
      </w:r>
    </w:p>
    <w:p>
      <w:r>
        <w:rPr>
          <w:rFonts w:ascii="Arial" w:hAnsi="Arial" w:eastAsia="Arial"/>
          <w:sz w:val="22"/>
        </w:rPr>
        <w:t>52. Дар китоби дарсӣ гуфта мешавад: Асари Қорӣ Раҳматуллоҳи Возеҳ кадом аст?</w:t>
      </w:r>
    </w:p>
    <w:p>
      <w:r>
        <w:rPr>
          <w:rFonts w:ascii="Arial" w:hAnsi="Arial" w:eastAsia="Arial"/>
          <w:sz w:val="22"/>
        </w:rPr>
        <w:t>Ҷавоби дуруст: «Савонеҳ-ул-масолик»</w:t>
      </w:r>
    </w:p>
    <w:p>
      <w:r>
        <w:rPr>
          <w:rFonts w:ascii="Arial" w:hAnsi="Arial" w:eastAsia="Arial"/>
          <w:sz w:val="22"/>
        </w:rPr>
        <w:t>53. Дар китоби дарсӣ гуфта мешавад: Асари Қорӣ Раҳматуллоҳи Возеҳ кадом аст?</w:t>
      </w:r>
    </w:p>
    <w:p>
      <w:r>
        <w:rPr>
          <w:rFonts w:ascii="Arial" w:hAnsi="Arial" w:eastAsia="Arial"/>
          <w:sz w:val="22"/>
        </w:rPr>
        <w:t>Ҷавоби дуруст: «Савонеҳ-ул-масолик»</w:t>
      </w:r>
    </w:p>
    <w:p>
      <w:r>
        <w:rPr>
          <w:rFonts w:ascii="Arial" w:hAnsi="Arial" w:eastAsia="Arial"/>
          <w:sz w:val="22"/>
        </w:rPr>
        <w:t>54. Дар китоби дарсӣ гуфта мешавад: Асари Қорӣ Раҳматуллоҳи Возеҳ кадом аст?</w:t>
      </w:r>
    </w:p>
    <w:p>
      <w:r>
        <w:rPr>
          <w:rFonts w:ascii="Arial" w:hAnsi="Arial" w:eastAsia="Arial"/>
          <w:sz w:val="22"/>
        </w:rPr>
        <w:t>Ҷавоби дуруст: «Савонеҳ-ул-масолик»</w:t>
      </w:r>
    </w:p>
    <w:p>
      <w:r>
        <w:rPr>
          <w:rFonts w:ascii="Arial" w:hAnsi="Arial" w:eastAsia="Arial"/>
          <w:sz w:val="22"/>
        </w:rPr>
        <w:t>55. Дар китоби дарсӣ гуфта мешавад: Асари Қорӣ Раҳматуллоҳи Возеҳ кадом аст?</w:t>
      </w:r>
    </w:p>
    <w:p>
      <w:r>
        <w:rPr>
          <w:rFonts w:ascii="Arial" w:hAnsi="Arial" w:eastAsia="Arial"/>
          <w:sz w:val="22"/>
        </w:rPr>
        <w:t>Ҷавоби дуруст: «Савонеҳ-ул-масолик»</w:t>
      </w:r>
    </w:p>
    <w:p>
      <w:r>
        <w:rPr>
          <w:rFonts w:ascii="Arial" w:hAnsi="Arial" w:eastAsia="Arial"/>
          <w:sz w:val="22"/>
        </w:rPr>
        <w:t>56. Дар китоби дарсӣ гуфта мешавад: Асари Қорӣ Раҳматуллоҳи Возеҳ кадом аст?</w:t>
      </w:r>
    </w:p>
    <w:p>
      <w:r>
        <w:rPr>
          <w:rFonts w:ascii="Arial" w:hAnsi="Arial" w:eastAsia="Arial"/>
          <w:sz w:val="22"/>
        </w:rPr>
        <w:t>Ҷавоби дуруст: «Савонеҳ-ул-масолик»</w:t>
      </w:r>
    </w:p>
    <w:p>
      <w:r>
        <w:rPr>
          <w:rFonts w:ascii="Arial" w:hAnsi="Arial" w:eastAsia="Arial"/>
          <w:sz w:val="22"/>
        </w:rPr>
        <w:t>57. Дар китоби дарсӣ гуфта мешавад: Асари Қорӣ Раҳматуллоҳи Возеҳ кадом аст?</w:t>
      </w:r>
    </w:p>
    <w:p>
      <w:r>
        <w:rPr>
          <w:rFonts w:ascii="Arial" w:hAnsi="Arial" w:eastAsia="Arial"/>
          <w:sz w:val="22"/>
        </w:rPr>
        <w:t>Ҷавоби дуруст: «Савонеҳ-ул-масолик»</w:t>
      </w:r>
    </w:p>
    <w:p>
      <w:r>
        <w:rPr>
          <w:rFonts w:ascii="Arial" w:hAnsi="Arial" w:eastAsia="Arial"/>
          <w:sz w:val="22"/>
        </w:rPr>
        <w:t>58. Дар китоби дарсӣ гуфта мешавад: Асари Қорӣ Раҳматуллоҳи Возеҳ кадом аст?</w:t>
      </w:r>
    </w:p>
    <w:p>
      <w:r>
        <w:rPr>
          <w:rFonts w:ascii="Arial" w:hAnsi="Arial" w:eastAsia="Arial"/>
          <w:sz w:val="22"/>
        </w:rPr>
        <w:t>Ҷавоби дуруст: «Савонеҳ-ул-масолик»</w:t>
      </w:r>
    </w:p>
    <w:p>
      <w:r>
        <w:rPr>
          <w:rFonts w:ascii="Arial" w:hAnsi="Arial" w:eastAsia="Arial"/>
          <w:sz w:val="22"/>
        </w:rPr>
        <w:t>59. Дар китоби дарсӣ гуфта мешавад: Асари Қорӣ Раҳматуллоҳи Возеҳ кадом аст?</w:t>
      </w:r>
    </w:p>
    <w:p>
      <w:r>
        <w:rPr>
          <w:rFonts w:ascii="Arial" w:hAnsi="Arial" w:eastAsia="Arial"/>
          <w:sz w:val="22"/>
        </w:rPr>
        <w:t>Ҷавоби дуруст: «Савонеҳ-ул-масолик»</w:t>
      </w:r>
    </w:p>
    <w:p>
      <w:r>
        <w:rPr>
          <w:rFonts w:ascii="Arial" w:hAnsi="Arial" w:eastAsia="Arial"/>
          <w:sz w:val="22"/>
        </w:rPr>
        <w:t>60. Дар китоби дарсӣ гуфта мешавад: Асари Қорӣ Раҳматуллоҳи Возеҳ кадом аст?</w:t>
      </w:r>
    </w:p>
    <w:p>
      <w:r>
        <w:rPr>
          <w:rFonts w:ascii="Arial" w:hAnsi="Arial" w:eastAsia="Arial"/>
          <w:sz w:val="22"/>
        </w:rPr>
        <w:t>Ҷавоби дуруст: «Савонеҳ-ул-масолик»</w:t>
      </w:r>
    </w:p>
    <w:p>
      <w:r>
        <w:rPr>
          <w:rFonts w:ascii="Arial" w:hAnsi="Arial" w:eastAsia="Arial"/>
          <w:sz w:val="22"/>
        </w:rPr>
        <w:t>61. Дар китоби дарсӣ гуфта мешавад: Асари Қорӣ Раҳматуллоҳи Возеҳ кадом аст?</w:t>
      </w:r>
    </w:p>
    <w:p>
      <w:r>
        <w:rPr>
          <w:rFonts w:ascii="Arial" w:hAnsi="Arial" w:eastAsia="Arial"/>
          <w:sz w:val="22"/>
        </w:rPr>
        <w:t>Ҷавоби дуруст: «Савонеҳ-ул-масолик»</w:t>
      </w:r>
    </w:p>
    <w:p>
      <w:r>
        <w:rPr>
          <w:rFonts w:ascii="Arial" w:hAnsi="Arial" w:eastAsia="Arial"/>
          <w:sz w:val="22"/>
        </w:rPr>
        <w:t>62. Дар китоби дарсӣ гуфта мешавад: Асари Қорӣ Раҳматуллоҳи Возеҳ кадом аст?</w:t>
      </w:r>
    </w:p>
    <w:p>
      <w:r>
        <w:rPr>
          <w:rFonts w:ascii="Arial" w:hAnsi="Arial" w:eastAsia="Arial"/>
          <w:sz w:val="22"/>
        </w:rPr>
        <w:t>Ҷавоби дуруст: «Савонеҳ-ул-масолик»</w:t>
      </w:r>
    </w:p>
    <w:p>
      <w:r>
        <w:rPr>
          <w:rFonts w:ascii="Arial" w:hAnsi="Arial" w:eastAsia="Arial"/>
          <w:sz w:val="22"/>
        </w:rPr>
        <w:t>63. Дар китоби дарсӣ гуфта мешавад: Асари Қорӣ Раҳматуллоҳи Возеҳ кадом аст?</w:t>
      </w:r>
    </w:p>
    <w:p>
      <w:r>
        <w:rPr>
          <w:rFonts w:ascii="Arial" w:hAnsi="Arial" w:eastAsia="Arial"/>
          <w:sz w:val="22"/>
        </w:rPr>
        <w:t>Ҷавоби дуруст: «Савонеҳ-ул-масолик»</w:t>
      </w:r>
    </w:p>
    <w:p>
      <w:r>
        <w:rPr>
          <w:rFonts w:ascii="Arial" w:hAnsi="Arial" w:eastAsia="Arial"/>
          <w:sz w:val="22"/>
        </w:rPr>
        <w:t>64. Дар китоби дарсӣ гуфта мешавад: Асари Қорӣ Раҳматуллоҳи Возеҳ кадом аст?</w:t>
      </w:r>
    </w:p>
    <w:p>
      <w:r>
        <w:rPr>
          <w:rFonts w:ascii="Arial" w:hAnsi="Arial" w:eastAsia="Arial"/>
          <w:sz w:val="22"/>
        </w:rPr>
        <w:t>Ҷавоби дуруст: «Савонеҳ-ул-масолик»</w:t>
      </w:r>
    </w:p>
    <w:p>
      <w:r>
        <w:rPr>
          <w:rFonts w:ascii="Arial" w:hAnsi="Arial" w:eastAsia="Arial"/>
          <w:sz w:val="22"/>
        </w:rPr>
        <w:t>65. Дар китоби дарсӣ гуфта мешавад: Асари Қорӣ Раҳматуллоҳи Возеҳ кадом аст?</w:t>
      </w:r>
    </w:p>
    <w:p>
      <w:r>
        <w:rPr>
          <w:rFonts w:ascii="Arial" w:hAnsi="Arial" w:eastAsia="Arial"/>
          <w:sz w:val="22"/>
        </w:rPr>
        <w:t>Ҷавоби дуруст: «Савонеҳ-ул-масолик»</w:t>
      </w:r>
    </w:p>
    <w:p>
      <w:r>
        <w:rPr>
          <w:rFonts w:ascii="Arial" w:hAnsi="Arial" w:eastAsia="Arial"/>
          <w:sz w:val="22"/>
        </w:rPr>
        <w:t>66. Дар китоби дарсӣ гуфта мешавад: Асари Қорӣ Раҳматуллоҳи Возеҳ кадом аст?</w:t>
      </w:r>
    </w:p>
    <w:p>
      <w:r>
        <w:rPr>
          <w:rFonts w:ascii="Arial" w:hAnsi="Arial" w:eastAsia="Arial"/>
          <w:sz w:val="22"/>
        </w:rPr>
        <w:t>Ҷавоби дуруст: «Савонеҳ-ул-масолик»</w:t>
      </w:r>
    </w:p>
    <w:p>
      <w:r>
        <w:rPr>
          <w:rFonts w:ascii="Arial" w:hAnsi="Arial" w:eastAsia="Arial"/>
          <w:sz w:val="22"/>
        </w:rPr>
        <w:t>67. Дар китоби дарсӣ гуфта мешавад: Асари Қорӣ Раҳматуллоҳи Возеҳ кадом аст?</w:t>
      </w:r>
    </w:p>
    <w:p>
      <w:r>
        <w:rPr>
          <w:rFonts w:ascii="Arial" w:hAnsi="Arial" w:eastAsia="Arial"/>
          <w:sz w:val="22"/>
        </w:rPr>
        <w:t>Ҷавоби дуруст: «Савонеҳ-ул-масолик»</w:t>
      </w:r>
    </w:p>
    <w:p>
      <w:r>
        <w:rPr>
          <w:rFonts w:ascii="Arial" w:hAnsi="Arial" w:eastAsia="Arial"/>
          <w:sz w:val="22"/>
        </w:rPr>
        <w:t>68. Дар китоби дарсӣ гуфта мешавад: Асари Қорӣ Раҳматуллоҳи Возеҳ кадом аст?</w:t>
      </w:r>
    </w:p>
    <w:p>
      <w:r>
        <w:rPr>
          <w:rFonts w:ascii="Arial" w:hAnsi="Arial" w:eastAsia="Arial"/>
          <w:sz w:val="22"/>
        </w:rPr>
        <w:t>Ҷавоби дуруст: «Савонеҳ-ул-масолик»</w:t>
      </w:r>
    </w:p>
    <w:p>
      <w:r>
        <w:rPr>
          <w:rFonts w:ascii="Arial" w:hAnsi="Arial" w:eastAsia="Arial"/>
          <w:sz w:val="22"/>
        </w:rPr>
        <w:t>69. Дар китоби дарсӣ гуфта мешавад: Асари Қорӣ Раҳматуллоҳи Возеҳ кадом аст?</w:t>
      </w:r>
    </w:p>
    <w:p>
      <w:r>
        <w:rPr>
          <w:rFonts w:ascii="Arial" w:hAnsi="Arial" w:eastAsia="Arial"/>
          <w:sz w:val="22"/>
        </w:rPr>
        <w:t>Ҷавоби дуруст: «Савонеҳ-ул-масолик»</w:t>
      </w:r>
    </w:p>
    <w:p>
      <w:r>
        <w:rPr>
          <w:rFonts w:ascii="Arial" w:hAnsi="Arial" w:eastAsia="Arial"/>
          <w:sz w:val="22"/>
        </w:rPr>
        <w:t>70. Дар китоби дарсӣ гуфта мешавад: Асари Қорӣ Раҳматуллоҳи Возеҳ кадом аст?</w:t>
      </w:r>
    </w:p>
    <w:p>
      <w:r>
        <w:rPr>
          <w:rFonts w:ascii="Arial" w:hAnsi="Arial" w:eastAsia="Arial"/>
          <w:sz w:val="22"/>
        </w:rPr>
        <w:t>Ҷавоби дуруст: «Савонеҳ-ул-масолик»</w:t>
      </w:r>
    </w:p>
    <w:p>
      <w:r>
        <w:rPr>
          <w:rFonts w:ascii="Arial" w:hAnsi="Arial" w:eastAsia="Arial"/>
          <w:sz w:val="22"/>
        </w:rPr>
        <w:t>71. Дар китоби дарсӣ гуфта мешавад: Асари Қорӣ Раҳматуллоҳи Возеҳ кадом аст?</w:t>
      </w:r>
    </w:p>
    <w:p>
      <w:r>
        <w:rPr>
          <w:rFonts w:ascii="Arial" w:hAnsi="Arial" w:eastAsia="Arial"/>
          <w:sz w:val="22"/>
        </w:rPr>
        <w:t>Ҷавоби дуруст: «Савонеҳ-ул-масолик»</w:t>
      </w:r>
    </w:p>
    <w:p>
      <w:r>
        <w:rPr>
          <w:rFonts w:ascii="Arial" w:hAnsi="Arial" w:eastAsia="Arial"/>
          <w:sz w:val="22"/>
        </w:rPr>
        <w:t>72. Дар китоби дарсӣ гуфта мешавад: Асари Қорӣ Раҳматуллоҳи Возеҳ кадом аст?</w:t>
      </w:r>
    </w:p>
    <w:p>
      <w:r>
        <w:rPr>
          <w:rFonts w:ascii="Arial" w:hAnsi="Arial" w:eastAsia="Arial"/>
          <w:sz w:val="22"/>
        </w:rPr>
        <w:t>Ҷавоби дуруст: «Савонеҳ-ул-масолик»</w:t>
      </w:r>
    </w:p>
    <w:p>
      <w:r>
        <w:rPr>
          <w:rFonts w:ascii="Arial" w:hAnsi="Arial" w:eastAsia="Arial"/>
          <w:sz w:val="22"/>
        </w:rPr>
        <w:t>73. Дар китоби дарсӣ гуфта мешавад: Асари Қорӣ Раҳматуллоҳи Возеҳ кадом аст?</w:t>
      </w:r>
    </w:p>
    <w:p>
      <w:r>
        <w:rPr>
          <w:rFonts w:ascii="Arial" w:hAnsi="Arial" w:eastAsia="Arial"/>
          <w:sz w:val="22"/>
        </w:rPr>
        <w:t>Ҷавоби дуруст: «Савонеҳ-ул-масолик»</w:t>
      </w:r>
    </w:p>
    <w:p>
      <w:r>
        <w:rPr>
          <w:rFonts w:ascii="Arial" w:hAnsi="Arial" w:eastAsia="Arial"/>
          <w:sz w:val="22"/>
        </w:rPr>
        <w:t>74. Дар китоби дарсӣ гуфта мешавад: Асари Қорӣ Раҳматуллоҳи Возеҳ кадом аст?</w:t>
      </w:r>
    </w:p>
    <w:p>
      <w:r>
        <w:rPr>
          <w:rFonts w:ascii="Arial" w:hAnsi="Arial" w:eastAsia="Arial"/>
          <w:sz w:val="22"/>
        </w:rPr>
        <w:t>Ҷавоби дуруст: «Савонеҳ-ул-масолик»</w:t>
      </w:r>
    </w:p>
    <w:p>
      <w:r>
        <w:rPr>
          <w:rFonts w:ascii="Arial" w:hAnsi="Arial" w:eastAsia="Arial"/>
          <w:sz w:val="22"/>
        </w:rPr>
        <w:t>75. Дар китоби дарсӣ гуфта мешавад: Асари Қорӣ Раҳматуллоҳи Возеҳ кадом аст?</w:t>
      </w:r>
    </w:p>
    <w:p>
      <w:r>
        <w:rPr>
          <w:rFonts w:ascii="Arial" w:hAnsi="Arial" w:eastAsia="Arial"/>
          <w:sz w:val="22"/>
        </w:rPr>
        <w:t>Ҷавоби дуруст: «Савонеҳ-ул-масолик»</w:t>
      </w:r>
    </w:p>
    <w:p>
      <w:r>
        <w:rPr>
          <w:rFonts w:ascii="Arial" w:hAnsi="Arial" w:eastAsia="Arial"/>
          <w:sz w:val="22"/>
        </w:rPr>
        <w:t>76. Дар китоби дарсӣ гуфта мешавад: Асари Қорӣ Раҳматуллоҳи Возеҳ кадом аст?</w:t>
      </w:r>
    </w:p>
    <w:p>
      <w:r>
        <w:rPr>
          <w:rFonts w:ascii="Arial" w:hAnsi="Arial" w:eastAsia="Arial"/>
          <w:sz w:val="22"/>
        </w:rPr>
        <w:t>Ҷавоби дуруст: «Савонеҳ-ул-масолик»</w:t>
      </w:r>
    </w:p>
    <w:p>
      <w:r>
        <w:rPr>
          <w:rFonts w:ascii="Arial" w:hAnsi="Arial" w:eastAsia="Arial"/>
          <w:sz w:val="22"/>
        </w:rPr>
        <w:t>77. Дар китоби дарсӣ гуфта мешавад: Асари Қорӣ Раҳматуллоҳи Возеҳ кадом аст?</w:t>
      </w:r>
    </w:p>
    <w:p>
      <w:r>
        <w:rPr>
          <w:rFonts w:ascii="Arial" w:hAnsi="Arial" w:eastAsia="Arial"/>
          <w:sz w:val="22"/>
        </w:rPr>
        <w:t>Ҷавоби дуруст: «Савонеҳ-ул-масолик»</w:t>
      </w:r>
    </w:p>
    <w:p>
      <w:r>
        <w:rPr>
          <w:rFonts w:ascii="Arial" w:hAnsi="Arial" w:eastAsia="Arial"/>
          <w:sz w:val="22"/>
        </w:rPr>
        <w:t>78. Дар китоби дарсӣ гуфта мешавад: Асари Қорӣ Раҳматуллоҳи Возеҳ кадом аст?</w:t>
      </w:r>
    </w:p>
    <w:p>
      <w:r>
        <w:rPr>
          <w:rFonts w:ascii="Arial" w:hAnsi="Arial" w:eastAsia="Arial"/>
          <w:sz w:val="22"/>
        </w:rPr>
        <w:t>Ҷавоби дуруст: «Савонеҳ-ул-масолик»</w:t>
      </w:r>
    </w:p>
    <w:p>
      <w:r>
        <w:rPr>
          <w:rFonts w:ascii="Arial" w:hAnsi="Arial" w:eastAsia="Arial"/>
          <w:sz w:val="22"/>
        </w:rPr>
        <w:t>79. Дар китоби дарсӣ гуфта мешавад: Асари Қорӣ Раҳматуллоҳи Возеҳ кадом аст?</w:t>
      </w:r>
    </w:p>
    <w:p>
      <w:r>
        <w:rPr>
          <w:rFonts w:ascii="Arial" w:hAnsi="Arial" w:eastAsia="Arial"/>
          <w:sz w:val="22"/>
        </w:rPr>
        <w:t>Ҷавоби дуруст: «Савонеҳ-ул-масолик»</w:t>
      </w:r>
    </w:p>
    <w:p>
      <w:r>
        <w:rPr>
          <w:rFonts w:ascii="Arial" w:hAnsi="Arial" w:eastAsia="Arial"/>
          <w:sz w:val="22"/>
        </w:rPr>
        <w:t>80. Дар китоби дарсӣ гуфта мешавад: Асари Қорӣ Раҳматуллоҳи Возеҳ кадом аст?</w:t>
      </w:r>
    </w:p>
    <w:p>
      <w:r>
        <w:rPr>
          <w:rFonts w:ascii="Arial" w:hAnsi="Arial" w:eastAsia="Arial"/>
          <w:sz w:val="22"/>
        </w:rPr>
        <w:t>Ҷавоби дуруст: «Савонеҳ-ул-масолик»</w:t>
      </w:r>
    </w:p>
    <w:p>
      <w:r>
        <w:rPr>
          <w:rFonts w:ascii="Arial" w:hAnsi="Arial" w:eastAsia="Arial"/>
          <w:sz w:val="22"/>
        </w:rPr>
        <w:t>81. Дар китоби дарсӣ гуфта мешавад: Асари Қорӣ Раҳматуллоҳи Возеҳ кадом аст?</w:t>
      </w:r>
    </w:p>
    <w:p>
      <w:r>
        <w:rPr>
          <w:rFonts w:ascii="Arial" w:hAnsi="Arial" w:eastAsia="Arial"/>
          <w:sz w:val="22"/>
        </w:rPr>
        <w:t>Ҷавоби дуруст: «Савонеҳ-ул-масолик»</w:t>
      </w:r>
    </w:p>
    <w:p>
      <w:r>
        <w:rPr>
          <w:rFonts w:ascii="Arial" w:hAnsi="Arial" w:eastAsia="Arial"/>
          <w:sz w:val="22"/>
        </w:rPr>
        <w:t>82. Дар китоби дарсӣ гуфта мешавад: Асари Қорӣ Раҳматуллоҳи Возеҳ кадом аст?</w:t>
      </w:r>
    </w:p>
    <w:p>
      <w:r>
        <w:rPr>
          <w:rFonts w:ascii="Arial" w:hAnsi="Arial" w:eastAsia="Arial"/>
          <w:sz w:val="22"/>
        </w:rPr>
        <w:t>Ҷавоби дуруст: «Савонеҳ-ул-масолик»</w:t>
      </w:r>
    </w:p>
    <w:p>
      <w:r>
        <w:rPr>
          <w:rFonts w:ascii="Arial" w:hAnsi="Arial" w:eastAsia="Arial"/>
          <w:sz w:val="22"/>
        </w:rPr>
        <w:t>83. Дар китоби дарсӣ гуфта мешавад: Асари Қорӣ Раҳматуллоҳи Возеҳ кадом аст?</w:t>
      </w:r>
    </w:p>
    <w:p>
      <w:r>
        <w:rPr>
          <w:rFonts w:ascii="Arial" w:hAnsi="Arial" w:eastAsia="Arial"/>
          <w:sz w:val="22"/>
        </w:rPr>
        <w:t>Ҷавоби дуруст: «Савонеҳ-ул-масолик»</w:t>
      </w:r>
    </w:p>
    <w:p>
      <w:r>
        <w:rPr>
          <w:rFonts w:ascii="Arial" w:hAnsi="Arial" w:eastAsia="Arial"/>
          <w:sz w:val="22"/>
        </w:rPr>
        <w:t>84. Дар китоби дарсӣ гуфта мешавад: Асари Қорӣ Раҳматуллоҳи Возеҳ кадом аст?</w:t>
      </w:r>
    </w:p>
    <w:p>
      <w:r>
        <w:rPr>
          <w:rFonts w:ascii="Arial" w:hAnsi="Arial" w:eastAsia="Arial"/>
          <w:sz w:val="22"/>
        </w:rPr>
        <w:t>Ҷавоби дуруст: «Савонеҳ-ул-масолик»</w:t>
      </w:r>
    </w:p>
    <w:p>
      <w:r>
        <w:rPr>
          <w:rFonts w:ascii="Arial" w:hAnsi="Arial" w:eastAsia="Arial"/>
          <w:sz w:val="22"/>
        </w:rPr>
        <w:t>85. Дар китоби дарсӣ гуфта мешавад: Асари Қорӣ Раҳматуллоҳи Возеҳ кадом аст?</w:t>
      </w:r>
    </w:p>
    <w:p>
      <w:r>
        <w:rPr>
          <w:rFonts w:ascii="Arial" w:hAnsi="Arial" w:eastAsia="Arial"/>
          <w:sz w:val="22"/>
        </w:rPr>
        <w:t>Ҷавоби дуруст: «Савонеҳ-ул-масолик»</w:t>
      </w:r>
    </w:p>
    <w:p>
      <w:r>
        <w:rPr>
          <w:rFonts w:ascii="Arial" w:hAnsi="Arial" w:eastAsia="Arial"/>
          <w:sz w:val="22"/>
        </w:rPr>
        <w:t>86. Дар китоби дарсӣ гуфта мешавад: Асари Қорӣ Раҳматуллоҳи Возеҳ кадом аст?</w:t>
      </w:r>
    </w:p>
    <w:p>
      <w:r>
        <w:rPr>
          <w:rFonts w:ascii="Arial" w:hAnsi="Arial" w:eastAsia="Arial"/>
          <w:sz w:val="22"/>
        </w:rPr>
        <w:t>Ҷавоби дуруст: «Савонеҳ-ул-масолик»</w:t>
      </w:r>
    </w:p>
    <w:p>
      <w:r>
        <w:rPr>
          <w:rFonts w:ascii="Arial" w:hAnsi="Arial" w:eastAsia="Arial"/>
          <w:sz w:val="22"/>
        </w:rPr>
        <w:t>87. Дар китоби дарсӣ гуфта мешавад: Асари Қорӣ Раҳматуллоҳи Возеҳ кадом аст?</w:t>
      </w:r>
    </w:p>
    <w:p>
      <w:r>
        <w:rPr>
          <w:rFonts w:ascii="Arial" w:hAnsi="Arial" w:eastAsia="Arial"/>
          <w:sz w:val="22"/>
        </w:rPr>
        <w:t>Ҷавоби дуруст: «Савонеҳ-ул-масолик»</w:t>
      </w:r>
    </w:p>
    <w:p>
      <w:r>
        <w:rPr>
          <w:rFonts w:ascii="Arial" w:hAnsi="Arial" w:eastAsia="Arial"/>
          <w:sz w:val="22"/>
        </w:rPr>
        <w:t>88. Дар китоби дарсӣ гуфта мешавад: Асари Қорӣ Раҳматуллоҳи Возеҳ кадом аст?</w:t>
      </w:r>
    </w:p>
    <w:p>
      <w:r>
        <w:rPr>
          <w:rFonts w:ascii="Arial" w:hAnsi="Arial" w:eastAsia="Arial"/>
          <w:sz w:val="22"/>
        </w:rPr>
        <w:t>Ҷавоби дуруст: «Савонеҳ-ул-масолик»</w:t>
      </w:r>
    </w:p>
    <w:p>
      <w:r>
        <w:rPr>
          <w:rFonts w:ascii="Arial" w:hAnsi="Arial" w:eastAsia="Arial"/>
          <w:sz w:val="22"/>
        </w:rPr>
        <w:t>89. Дар китоби дарсӣ гуфта мешавад: Асари Қорӣ Раҳматуллоҳи Возеҳ кадом аст?</w:t>
      </w:r>
    </w:p>
    <w:p>
      <w:r>
        <w:rPr>
          <w:rFonts w:ascii="Arial" w:hAnsi="Arial" w:eastAsia="Arial"/>
          <w:sz w:val="22"/>
        </w:rPr>
        <w:t>Ҷавоби дуруст: «Савонеҳ-ул-масолик»</w:t>
      </w:r>
    </w:p>
    <w:p>
      <w:r>
        <w:rPr>
          <w:rFonts w:ascii="Arial" w:hAnsi="Arial" w:eastAsia="Arial"/>
          <w:sz w:val="22"/>
        </w:rPr>
        <w:t>90. Дар китоби дарсӣ гуфта мешавад: Асари Қорӣ Раҳматуллоҳи Возеҳ кадом аст?</w:t>
      </w:r>
    </w:p>
    <w:p>
      <w:r>
        <w:rPr>
          <w:rFonts w:ascii="Arial" w:hAnsi="Arial" w:eastAsia="Arial"/>
          <w:sz w:val="22"/>
        </w:rPr>
        <w:t>Ҷавоби дуруст: «Савонеҳ-ул-масолик»</w:t>
      </w:r>
    </w:p>
    <w:p>
      <w:r>
        <w:rPr>
          <w:rFonts w:ascii="Arial" w:hAnsi="Arial" w:eastAsia="Arial"/>
          <w:sz w:val="22"/>
        </w:rPr>
        <w:t>91. Дар китоби дарсӣ гуфта мешавад: Асари Қорӣ Раҳматуллоҳи Возеҳ кадом аст?</w:t>
      </w:r>
    </w:p>
    <w:p>
      <w:r>
        <w:rPr>
          <w:rFonts w:ascii="Arial" w:hAnsi="Arial" w:eastAsia="Arial"/>
          <w:sz w:val="22"/>
        </w:rPr>
        <w:t>Ҷавоби дуруст: «Савонеҳ-ул-масолик»</w:t>
      </w:r>
    </w:p>
    <w:p>
      <w:r>
        <w:rPr>
          <w:rFonts w:ascii="Arial" w:hAnsi="Arial" w:eastAsia="Arial"/>
          <w:sz w:val="22"/>
        </w:rPr>
        <w:t>92. Дар китоби дарсӣ гуфта мешавад: Асари Қорӣ Раҳматуллоҳи Возеҳ кадом аст?</w:t>
      </w:r>
    </w:p>
    <w:p>
      <w:r>
        <w:rPr>
          <w:rFonts w:ascii="Arial" w:hAnsi="Arial" w:eastAsia="Arial"/>
          <w:sz w:val="22"/>
        </w:rPr>
        <w:t>Ҷавоби дуруст: «Савонеҳ-ул-масолик»</w:t>
      </w:r>
    </w:p>
    <w:p>
      <w:r>
        <w:rPr>
          <w:rFonts w:ascii="Arial" w:hAnsi="Arial" w:eastAsia="Arial"/>
          <w:sz w:val="22"/>
        </w:rPr>
        <w:t>93. Дар китоби дарсӣ гуфта мешавад: Асари Қорӣ Раҳматуллоҳи Возеҳ кадом аст?</w:t>
      </w:r>
    </w:p>
    <w:p>
      <w:r>
        <w:rPr>
          <w:rFonts w:ascii="Arial" w:hAnsi="Arial" w:eastAsia="Arial"/>
          <w:sz w:val="22"/>
        </w:rPr>
        <w:t>Ҷавоби дуруст: «Савонеҳ-ул-масолик»</w:t>
      </w:r>
    </w:p>
    <w:p>
      <w:r>
        <w:rPr>
          <w:rFonts w:ascii="Arial" w:hAnsi="Arial" w:eastAsia="Arial"/>
          <w:sz w:val="22"/>
        </w:rPr>
        <w:t>94. Дар китоби дарсӣ гуфта мешавад: Асари Қорӣ Раҳматуллоҳи Возеҳ кадом аст?</w:t>
      </w:r>
    </w:p>
    <w:p>
      <w:r>
        <w:rPr>
          <w:rFonts w:ascii="Arial" w:hAnsi="Arial" w:eastAsia="Arial"/>
          <w:sz w:val="22"/>
        </w:rPr>
        <w:t>Ҷавоби дуруст: «Савонеҳ-ул-масолик»</w:t>
      </w:r>
    </w:p>
    <w:p>
      <w:r>
        <w:rPr>
          <w:rFonts w:ascii="Arial" w:hAnsi="Arial" w:eastAsia="Arial"/>
          <w:sz w:val="22"/>
        </w:rPr>
        <w:t>95. Дар китоби дарсӣ гуфта мешавад: Асари Қорӣ Раҳматуллоҳи Возеҳ кадом аст?</w:t>
      </w:r>
    </w:p>
    <w:p>
      <w:r>
        <w:rPr>
          <w:rFonts w:ascii="Arial" w:hAnsi="Arial" w:eastAsia="Arial"/>
          <w:sz w:val="22"/>
        </w:rPr>
        <w:t>Ҷавоби дуруст: «Савонеҳ-ул-масолик»</w:t>
      </w:r>
    </w:p>
    <w:p>
      <w:r>
        <w:rPr>
          <w:rFonts w:ascii="Arial" w:hAnsi="Arial" w:eastAsia="Arial"/>
          <w:sz w:val="22"/>
        </w:rPr>
        <w:t>96. Дар китоби дарсӣ гуфта мешавад: Асари Қорӣ Раҳматуллоҳи Возеҳ кадом аст?</w:t>
      </w:r>
    </w:p>
    <w:p>
      <w:r>
        <w:rPr>
          <w:rFonts w:ascii="Arial" w:hAnsi="Arial" w:eastAsia="Arial"/>
          <w:sz w:val="22"/>
        </w:rPr>
        <w:t>Ҷавоби дуруст: «Савонеҳ-ул-масолик»</w:t>
      </w:r>
    </w:p>
    <w:p>
      <w:r>
        <w:rPr>
          <w:rFonts w:ascii="Arial" w:hAnsi="Arial" w:eastAsia="Arial"/>
          <w:sz w:val="22"/>
        </w:rPr>
        <w:t>97. Дар китоби дарсӣ гуфта мешавад: Асари Қорӣ Раҳматуллоҳи Возеҳ кадом аст?</w:t>
      </w:r>
    </w:p>
    <w:p>
      <w:r>
        <w:rPr>
          <w:rFonts w:ascii="Arial" w:hAnsi="Arial" w:eastAsia="Arial"/>
          <w:sz w:val="22"/>
        </w:rPr>
        <w:t>Ҷавоби дуруст: «Савонеҳ-ул-масолик»</w:t>
      </w:r>
    </w:p>
    <w:p>
      <w:r>
        <w:rPr>
          <w:rFonts w:ascii="Arial" w:hAnsi="Arial" w:eastAsia="Arial"/>
          <w:sz w:val="22"/>
        </w:rPr>
        <w:t>98. Дар китоби дарсӣ гуфта мешавад: Асари Қорӣ Раҳматуллоҳи Возеҳ кадом аст?</w:t>
      </w:r>
    </w:p>
    <w:p>
      <w:r>
        <w:rPr>
          <w:rFonts w:ascii="Arial" w:hAnsi="Arial" w:eastAsia="Arial"/>
          <w:sz w:val="22"/>
        </w:rPr>
        <w:t>Ҷавоби дуруст: «Савонеҳ-ул-масолик»</w:t>
      </w:r>
    </w:p>
    <w:p>
      <w:r>
        <w:rPr>
          <w:rFonts w:ascii="Arial" w:hAnsi="Arial" w:eastAsia="Arial"/>
          <w:sz w:val="22"/>
        </w:rPr>
        <w:t>99. Дар китоби дарсӣ гуфта мешавад: Асари Қорӣ Раҳматуллоҳи Возеҳ кадом аст?</w:t>
      </w:r>
    </w:p>
    <w:p>
      <w:r>
        <w:rPr>
          <w:rFonts w:ascii="Arial" w:hAnsi="Arial" w:eastAsia="Arial"/>
          <w:sz w:val="22"/>
        </w:rPr>
        <w:t>Ҷавоби дуруст: «Савонеҳ-ул-масолик»</w:t>
      </w:r>
    </w:p>
    <w:p>
      <w:r>
        <w:rPr>
          <w:rFonts w:ascii="Arial" w:hAnsi="Arial" w:eastAsia="Arial"/>
          <w:sz w:val="22"/>
        </w:rPr>
        <w:t>100. Дар китоби дарсӣ гуфта мешавад: Асари Қорӣ Раҳматуллоҳи Возеҳ кадом аст?</w:t>
      </w:r>
    </w:p>
    <w:p>
      <w:r>
        <w:rPr>
          <w:rFonts w:ascii="Arial" w:hAnsi="Arial" w:eastAsia="Arial"/>
          <w:sz w:val="22"/>
        </w:rPr>
        <w:t>Ҷавоби дуруст: «Савонеҳ-ул-масолик»</w:t>
      </w:r>
    </w:p>
    <w:p>
      <w:r>
        <w:rPr>
          <w:rFonts w:ascii="Arial" w:hAnsi="Arial" w:eastAsia="Arial"/>
          <w:sz w:val="22"/>
        </w:rPr>
        <w:br w:type="page"/>
      </w:r>
    </w:p>
    <w:p>
      <w:pPr>
        <w:pStyle w:val="Heading1"/>
      </w:pPr>
      <w:r>
        <w:rPr>
          <w:rFonts w:ascii="Arial" w:hAnsi="Arial" w:eastAsia="Arial"/>
          <w:sz w:val="22"/>
        </w:rPr>
        <w:t>14. Боби IV — Шамсиддини Шоҳин</w:t>
      </w:r>
    </w:p>
    <w:p>
      <w:r>
        <w:rPr>
          <w:rFonts w:ascii="Arial" w:hAnsi="Arial" w:eastAsia="Arial"/>
          <w:sz w:val="22"/>
        </w:rPr>
        <w:t>1. Шоҳин намояндаи кадом давра аст?</w:t>
      </w:r>
    </w:p>
    <w:p>
      <w:r>
        <w:rPr>
          <w:rFonts w:ascii="Arial" w:hAnsi="Arial" w:eastAsia="Arial"/>
          <w:sz w:val="22"/>
        </w:rPr>
        <w:t>Ҷавоби дуруст: Нимаи дуюми асри XIX</w:t>
      </w:r>
    </w:p>
    <w:p>
      <w:r>
        <w:rPr>
          <w:rFonts w:ascii="Arial" w:hAnsi="Arial" w:eastAsia="Arial"/>
          <w:sz w:val="22"/>
        </w:rPr>
        <w:t>2. Ҷавоби дуруст ба саволи «Шоҳин намояндаи кадом давра аст?» кадом аст?</w:t>
      </w:r>
    </w:p>
    <w:p>
      <w:r>
        <w:rPr>
          <w:rFonts w:ascii="Arial" w:hAnsi="Arial" w:eastAsia="Arial"/>
          <w:sz w:val="22"/>
        </w:rPr>
        <w:t>Ҷавоби дуруст: Нимаи дуюми асри XIX</w:t>
      </w:r>
    </w:p>
    <w:p>
      <w:r>
        <w:rPr>
          <w:rFonts w:ascii="Arial" w:hAnsi="Arial" w:eastAsia="Arial"/>
          <w:sz w:val="22"/>
        </w:rPr>
        <w:t>3. Кадом ҷавоб шоҳин намояндаи кадом давра аст?</w:t>
      </w:r>
    </w:p>
    <w:p>
      <w:r>
        <w:rPr>
          <w:rFonts w:ascii="Arial" w:hAnsi="Arial" w:eastAsia="Arial"/>
          <w:sz w:val="22"/>
        </w:rPr>
        <w:t>Ҷавоби дуруст: Нимаи дуюми асри XIX</w:t>
      </w:r>
    </w:p>
    <w:p>
      <w:r>
        <w:rPr>
          <w:rFonts w:ascii="Arial" w:hAnsi="Arial" w:eastAsia="Arial"/>
          <w:sz w:val="22"/>
        </w:rPr>
        <w:t>4. Аз рӯйи китоб муайян кунед: Шоҳин намояндаи кадом давра аст?</w:t>
      </w:r>
    </w:p>
    <w:p>
      <w:r>
        <w:rPr>
          <w:rFonts w:ascii="Arial" w:hAnsi="Arial" w:eastAsia="Arial"/>
          <w:sz w:val="22"/>
        </w:rPr>
        <w:t>Ҷавоби дуруст: Нимаи дуюми асри XIX</w:t>
      </w:r>
    </w:p>
    <w:p>
      <w:r>
        <w:rPr>
          <w:rFonts w:ascii="Arial" w:hAnsi="Arial" w:eastAsia="Arial"/>
          <w:sz w:val="22"/>
        </w:rPr>
        <w:t>5. Кадом асар тафаккури сиёсии Шоҳинро қавитар кард?</w:t>
      </w:r>
    </w:p>
    <w:p>
      <w:r>
        <w:rPr>
          <w:rFonts w:ascii="Arial" w:hAnsi="Arial" w:eastAsia="Arial"/>
          <w:sz w:val="22"/>
        </w:rPr>
        <w:t>Ҷавоби дуруст: «Наводир-ул-вақоеъ»-и Аҳмади Дониш</w:t>
      </w:r>
    </w:p>
    <w:p>
      <w:r>
        <w:rPr>
          <w:rFonts w:ascii="Arial" w:hAnsi="Arial" w:eastAsia="Arial"/>
          <w:sz w:val="22"/>
        </w:rPr>
        <w:t>6. Ҷавоби дуруст ба саволи «Кадом асар тафаккури сиёсии Шоҳинро қавитар кард?» кадом аст?</w:t>
      </w:r>
    </w:p>
    <w:p>
      <w:r>
        <w:rPr>
          <w:rFonts w:ascii="Arial" w:hAnsi="Arial" w:eastAsia="Arial"/>
          <w:sz w:val="22"/>
        </w:rPr>
        <w:t>Ҷавоби дуруст: «Наводир-ул-вақоеъ»-и Аҳмади Дониш</w:t>
      </w:r>
    </w:p>
    <w:p>
      <w:r>
        <w:rPr>
          <w:rFonts w:ascii="Arial" w:hAnsi="Arial" w:eastAsia="Arial"/>
          <w:sz w:val="22"/>
        </w:rPr>
        <w:t>7. Кадом ҷавоб кадом асар тафаккури сиёсии шоҳинро қавитар кард?</w:t>
      </w:r>
    </w:p>
    <w:p>
      <w:r>
        <w:rPr>
          <w:rFonts w:ascii="Arial" w:hAnsi="Arial" w:eastAsia="Arial"/>
          <w:sz w:val="22"/>
        </w:rPr>
        <w:t>Ҷавоби дуруст: «Наводир-ул-вақоеъ»-и Аҳмади Дониш</w:t>
      </w:r>
    </w:p>
    <w:p>
      <w:r>
        <w:rPr>
          <w:rFonts w:ascii="Arial" w:hAnsi="Arial" w:eastAsia="Arial"/>
          <w:sz w:val="22"/>
        </w:rPr>
        <w:t>8. Аз рӯйи китоб муайян кунед: Кадом асар тафаккури сиёсии Шоҳинро қавитар кард?</w:t>
      </w:r>
    </w:p>
    <w:p>
      <w:r>
        <w:rPr>
          <w:rFonts w:ascii="Arial" w:hAnsi="Arial" w:eastAsia="Arial"/>
          <w:sz w:val="22"/>
        </w:rPr>
        <w:t>Ҷавоби дуруст: «Наводир-ул-вақоеъ»-и Аҳмади Дониш</w:t>
      </w:r>
    </w:p>
    <w:p>
      <w:r>
        <w:rPr>
          <w:rFonts w:ascii="Arial" w:hAnsi="Arial" w:eastAsia="Arial"/>
          <w:sz w:val="22"/>
        </w:rPr>
        <w:t>9. Шоҳин бештар дар кадом жанр шуҳрат ёфтааст?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10. Ҷавоби дуруст ба саволи «Шоҳин бештар дар кадом жанр шуҳрат ёфтааст?» кадом аст?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11. Кадом ҷавоб шоҳин бештар дар кадом жанр шуҳрат ёфтааст?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12. Аз рӯйи китоб муайян кунед: Шоҳин бештар дар кадом жанр шуҳрат ёфтааст?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13. Асари машҳури Шоҳин кадом аст?</w:t>
      </w:r>
    </w:p>
    <w:p>
      <w:r>
        <w:rPr>
          <w:rFonts w:ascii="Arial" w:hAnsi="Arial" w:eastAsia="Arial"/>
          <w:sz w:val="22"/>
        </w:rPr>
        <w:t>Ҷавоби дуруст: «Бадоеъ-ус-саноеъ»</w:t>
      </w:r>
    </w:p>
    <w:p>
      <w:r>
        <w:rPr>
          <w:rFonts w:ascii="Arial" w:hAnsi="Arial" w:eastAsia="Arial"/>
          <w:sz w:val="22"/>
        </w:rPr>
        <w:t>14. Ҷавоби дуруст ба саволи «Асари машҳури Шоҳин кадом аст?» кадом аст?</w:t>
      </w:r>
    </w:p>
    <w:p>
      <w:r>
        <w:rPr>
          <w:rFonts w:ascii="Arial" w:hAnsi="Arial" w:eastAsia="Arial"/>
          <w:sz w:val="22"/>
        </w:rPr>
        <w:t>Ҷавоби дуруст: «Бадоеъ-ус-саноеъ»</w:t>
      </w:r>
    </w:p>
    <w:p>
      <w:r>
        <w:rPr>
          <w:rFonts w:ascii="Arial" w:hAnsi="Arial" w:eastAsia="Arial"/>
          <w:sz w:val="22"/>
        </w:rPr>
        <w:t>15. Кадом ҷавоб асари машҳури шоҳин кадом аст?</w:t>
      </w:r>
    </w:p>
    <w:p>
      <w:r>
        <w:rPr>
          <w:rFonts w:ascii="Arial" w:hAnsi="Arial" w:eastAsia="Arial"/>
          <w:sz w:val="22"/>
        </w:rPr>
        <w:t>Ҷавоби дуруст: «Бадоеъ-ус-саноеъ»</w:t>
      </w:r>
    </w:p>
    <w:p>
      <w:r>
        <w:rPr>
          <w:rFonts w:ascii="Arial" w:hAnsi="Arial" w:eastAsia="Arial"/>
          <w:sz w:val="22"/>
        </w:rPr>
        <w:t>16. Аз рӯйи китоб муайян кунед: Асари машҳури Шоҳин кадом аст?</w:t>
      </w:r>
    </w:p>
    <w:p>
      <w:r>
        <w:rPr>
          <w:rFonts w:ascii="Arial" w:hAnsi="Arial" w:eastAsia="Arial"/>
          <w:sz w:val="22"/>
        </w:rPr>
        <w:t>Ҷавоби дуруст: «Бадоеъ-ус-саноеъ»</w:t>
      </w:r>
    </w:p>
    <w:p>
      <w:r>
        <w:rPr>
          <w:rFonts w:ascii="Arial" w:hAnsi="Arial" w:eastAsia="Arial"/>
          <w:sz w:val="22"/>
        </w:rPr>
        <w:t>17. Дар «Бадоеъ-ус-саноеъ» кадом масъалаҳо баррасӣ мешаванд?</w:t>
      </w:r>
    </w:p>
    <w:p>
      <w:r>
        <w:rPr>
          <w:rFonts w:ascii="Arial" w:hAnsi="Arial" w:eastAsia="Arial"/>
          <w:sz w:val="22"/>
        </w:rPr>
        <w:t>Ҷавоби дуруст: Масъалаҳои иҷтимоӣ</w:t>
      </w:r>
    </w:p>
    <w:p>
      <w:r>
        <w:rPr>
          <w:rFonts w:ascii="Arial" w:hAnsi="Arial" w:eastAsia="Arial"/>
          <w:sz w:val="22"/>
        </w:rPr>
        <w:t>18. Ҷавоби дуруст ба саволи «Дар «Бадоеъ-ус-саноеъ» кадом масъалаҳо баррасӣ мешаванд?» кадом аст?</w:t>
      </w:r>
    </w:p>
    <w:p>
      <w:r>
        <w:rPr>
          <w:rFonts w:ascii="Arial" w:hAnsi="Arial" w:eastAsia="Arial"/>
          <w:sz w:val="22"/>
        </w:rPr>
        <w:t>Ҷавоби дуруст: Масъалаҳои иҷтимоӣ</w:t>
      </w:r>
    </w:p>
    <w:p>
      <w:r>
        <w:rPr>
          <w:rFonts w:ascii="Arial" w:hAnsi="Arial" w:eastAsia="Arial"/>
          <w:sz w:val="22"/>
        </w:rPr>
        <w:t>19. Кадом ҷавоб дар «бадоеъ-ус-саноеъ» кадом масъалаҳо баррасӣ мешаванд?</w:t>
      </w:r>
    </w:p>
    <w:p>
      <w:r>
        <w:rPr>
          <w:rFonts w:ascii="Arial" w:hAnsi="Arial" w:eastAsia="Arial"/>
          <w:sz w:val="22"/>
        </w:rPr>
        <w:t>Ҷавоби дуруст: Масъалаҳои иҷтимоӣ</w:t>
      </w:r>
    </w:p>
    <w:p>
      <w:r>
        <w:rPr>
          <w:rFonts w:ascii="Arial" w:hAnsi="Arial" w:eastAsia="Arial"/>
          <w:sz w:val="22"/>
        </w:rPr>
        <w:t>20. Аз рӯйи китоб муайян кунед: Дар «Бадоеъ-ус-саноеъ» кадом масъалаҳо баррасӣ мешаванд?</w:t>
      </w:r>
    </w:p>
    <w:p>
      <w:r>
        <w:rPr>
          <w:rFonts w:ascii="Arial" w:hAnsi="Arial" w:eastAsia="Arial"/>
          <w:sz w:val="22"/>
        </w:rPr>
        <w:t>Ҷавоби дуруст: Масъалаҳои иҷтимоӣ</w:t>
      </w:r>
    </w:p>
    <w:p>
      <w:r>
        <w:rPr>
          <w:rFonts w:ascii="Arial" w:hAnsi="Arial" w:eastAsia="Arial"/>
          <w:sz w:val="22"/>
        </w:rPr>
        <w:t>21. Шоҳин дар осори худ кадом санъатҳои бадеиро истифода кардааст?</w:t>
      </w:r>
    </w:p>
    <w:p>
      <w:r>
        <w:rPr>
          <w:rFonts w:ascii="Arial" w:hAnsi="Arial" w:eastAsia="Arial"/>
          <w:sz w:val="22"/>
        </w:rPr>
        <w:t>Ҷавоби дуруст: Маҷоз, рамз, киноя, истиора ва тамсил</w:t>
      </w:r>
    </w:p>
    <w:p>
      <w:r>
        <w:rPr>
          <w:rFonts w:ascii="Arial" w:hAnsi="Arial" w:eastAsia="Arial"/>
          <w:sz w:val="22"/>
        </w:rPr>
        <w:t>22. Ҷавоби дуруст ба саволи «Шоҳин дар осори худ кадом санъатҳои бадеиро истифода кардааст?» кадом аст?</w:t>
      </w:r>
    </w:p>
    <w:p>
      <w:r>
        <w:rPr>
          <w:rFonts w:ascii="Arial" w:hAnsi="Arial" w:eastAsia="Arial"/>
          <w:sz w:val="22"/>
        </w:rPr>
        <w:t>Ҷавоби дуруст: Маҷоз, рамз, киноя, истиора ва тамсил</w:t>
      </w:r>
    </w:p>
    <w:p>
      <w:r>
        <w:rPr>
          <w:rFonts w:ascii="Arial" w:hAnsi="Arial" w:eastAsia="Arial"/>
          <w:sz w:val="22"/>
        </w:rPr>
        <w:t>23. Кадом ҷавоб шоҳин дар осори худ кадом санъатҳои бадеиро истифода кардааст?</w:t>
      </w:r>
    </w:p>
    <w:p>
      <w:r>
        <w:rPr>
          <w:rFonts w:ascii="Arial" w:hAnsi="Arial" w:eastAsia="Arial"/>
          <w:sz w:val="22"/>
        </w:rPr>
        <w:t>Ҷавоби дуруст: Маҷоз, рамз, киноя, истиора ва тамсил</w:t>
      </w:r>
    </w:p>
    <w:p>
      <w:r>
        <w:rPr>
          <w:rFonts w:ascii="Arial" w:hAnsi="Arial" w:eastAsia="Arial"/>
          <w:sz w:val="22"/>
        </w:rPr>
        <w:t>24. Аз рӯйи китоб муайян кунед: Шоҳин дар осори худ кадом санъатҳои бадеиро истифода кардааст?</w:t>
      </w:r>
    </w:p>
    <w:p>
      <w:r>
        <w:rPr>
          <w:rFonts w:ascii="Arial" w:hAnsi="Arial" w:eastAsia="Arial"/>
          <w:sz w:val="22"/>
        </w:rPr>
        <w:t>Ҷавоби дуруст: Маҷоз, рамз, киноя, истиора ва тамсил</w:t>
      </w:r>
    </w:p>
    <w:p>
      <w:r>
        <w:rPr>
          <w:rFonts w:ascii="Arial" w:hAnsi="Arial" w:eastAsia="Arial"/>
          <w:sz w:val="22"/>
        </w:rPr>
        <w:t>25. Дар китоби дарсӣ гуфта мешавад: Шоҳин намояндаи кадом давра аст?</w:t>
      </w:r>
    </w:p>
    <w:p>
      <w:r>
        <w:rPr>
          <w:rFonts w:ascii="Arial" w:hAnsi="Arial" w:eastAsia="Arial"/>
          <w:sz w:val="22"/>
        </w:rPr>
        <w:t>Ҷавоби дуруст: Нимаи дуюми асри XIX</w:t>
      </w:r>
    </w:p>
    <w:p>
      <w:r>
        <w:rPr>
          <w:rFonts w:ascii="Arial" w:hAnsi="Arial" w:eastAsia="Arial"/>
          <w:sz w:val="22"/>
        </w:rPr>
        <w:t>26. Дар китоби дарсӣ гуфта мешавад: Кадом асар тафаккури сиёсии Шоҳинро қавитар кард?</w:t>
      </w:r>
    </w:p>
    <w:p>
      <w:r>
        <w:rPr>
          <w:rFonts w:ascii="Arial" w:hAnsi="Arial" w:eastAsia="Arial"/>
          <w:sz w:val="22"/>
        </w:rPr>
        <w:t>Ҷавоби дуруст: «Наводир-ул-вақоеъ»-и Аҳмади Дониш</w:t>
      </w:r>
    </w:p>
    <w:p>
      <w:r>
        <w:rPr>
          <w:rFonts w:ascii="Arial" w:hAnsi="Arial" w:eastAsia="Arial"/>
          <w:sz w:val="22"/>
        </w:rPr>
        <w:t>27. Дар китоби дарсӣ гуфта мешавад: Шоҳин бештар дар кадом жанр шуҳрат ёфтааст?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28. Дар китоби дарсӣ гуфта мешавад: Асари машҳури Шоҳин кадом аст?</w:t>
      </w:r>
    </w:p>
    <w:p>
      <w:r>
        <w:rPr>
          <w:rFonts w:ascii="Arial" w:hAnsi="Arial" w:eastAsia="Arial"/>
          <w:sz w:val="22"/>
        </w:rPr>
        <w:t>Ҷавоби дуруст: «Бадоеъ-ус-саноеъ»</w:t>
      </w:r>
    </w:p>
    <w:p>
      <w:r>
        <w:rPr>
          <w:rFonts w:ascii="Arial" w:hAnsi="Arial" w:eastAsia="Arial"/>
          <w:sz w:val="22"/>
        </w:rPr>
        <w:t>29. Дар китоби дарсӣ гуфта мешавад: Дар «Бадоеъ-ус-саноеъ» кадом масъалаҳо баррасӣ мешаванд?</w:t>
      </w:r>
    </w:p>
    <w:p>
      <w:r>
        <w:rPr>
          <w:rFonts w:ascii="Arial" w:hAnsi="Arial" w:eastAsia="Arial"/>
          <w:sz w:val="22"/>
        </w:rPr>
        <w:t>Ҷавоби дуруст: Масъалаҳои иҷтимоӣ</w:t>
      </w:r>
    </w:p>
    <w:p>
      <w:r>
        <w:rPr>
          <w:rFonts w:ascii="Arial" w:hAnsi="Arial" w:eastAsia="Arial"/>
          <w:sz w:val="22"/>
        </w:rPr>
        <w:t>30. Дар китоби дарсӣ гуфта мешавад: Шоҳин дар осори худ кадом санъатҳои бадеиро истифода кардааст?</w:t>
      </w:r>
    </w:p>
    <w:p>
      <w:r>
        <w:rPr>
          <w:rFonts w:ascii="Arial" w:hAnsi="Arial" w:eastAsia="Arial"/>
          <w:sz w:val="22"/>
        </w:rPr>
        <w:t>Ҷавоби дуруст: Маҷоз, рамз, киноя, истиора ва тамсил</w:t>
      </w:r>
    </w:p>
    <w:p>
      <w:r>
        <w:rPr>
          <w:rFonts w:ascii="Arial" w:hAnsi="Arial" w:eastAsia="Arial"/>
          <w:sz w:val="22"/>
        </w:rPr>
        <w:t>31. Дар китоби дарсӣ гуфта мешавад: Шоҳин намояндаи кадом давра аст?</w:t>
      </w:r>
    </w:p>
    <w:p>
      <w:r>
        <w:rPr>
          <w:rFonts w:ascii="Arial" w:hAnsi="Arial" w:eastAsia="Arial"/>
          <w:sz w:val="22"/>
        </w:rPr>
        <w:t>Ҷавоби дуруст: Нимаи дуюми асри XIX</w:t>
      </w:r>
    </w:p>
    <w:p>
      <w:r>
        <w:rPr>
          <w:rFonts w:ascii="Arial" w:hAnsi="Arial" w:eastAsia="Arial"/>
          <w:sz w:val="22"/>
        </w:rPr>
        <w:t>32. Дар китоби дарсӣ гуфта мешавад: Кадом асар тафаккури сиёсии Шоҳинро қавитар кард?</w:t>
      </w:r>
    </w:p>
    <w:p>
      <w:r>
        <w:rPr>
          <w:rFonts w:ascii="Arial" w:hAnsi="Arial" w:eastAsia="Arial"/>
          <w:sz w:val="22"/>
        </w:rPr>
        <w:t>Ҷавоби дуруст: «Наводир-ул-вақоеъ»-и Аҳмади Дониш</w:t>
      </w:r>
    </w:p>
    <w:p>
      <w:r>
        <w:rPr>
          <w:rFonts w:ascii="Arial" w:hAnsi="Arial" w:eastAsia="Arial"/>
          <w:sz w:val="22"/>
        </w:rPr>
        <w:t>33. Дар китоби дарсӣ гуфта мешавад: Шоҳин бештар дар кадом жанр шуҳрат ёфтааст?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34. Дар китоби дарсӣ гуфта мешавад: Асари машҳури Шоҳин кадом аст?</w:t>
      </w:r>
    </w:p>
    <w:p>
      <w:r>
        <w:rPr>
          <w:rFonts w:ascii="Arial" w:hAnsi="Arial" w:eastAsia="Arial"/>
          <w:sz w:val="22"/>
        </w:rPr>
        <w:t>Ҷавоби дуруст: «Бадоеъ-ус-саноеъ»</w:t>
      </w:r>
    </w:p>
    <w:p>
      <w:r>
        <w:rPr>
          <w:rFonts w:ascii="Arial" w:hAnsi="Arial" w:eastAsia="Arial"/>
          <w:sz w:val="22"/>
        </w:rPr>
        <w:t>35. Дар китоби дарсӣ гуфта мешавад: Дар «Бадоеъ-ус-саноеъ» кадом масъалаҳо баррасӣ мешаванд?</w:t>
      </w:r>
    </w:p>
    <w:p>
      <w:r>
        <w:rPr>
          <w:rFonts w:ascii="Arial" w:hAnsi="Arial" w:eastAsia="Arial"/>
          <w:sz w:val="22"/>
        </w:rPr>
        <w:t>Ҷавоби дуруст: Масъалаҳои иҷтимоӣ</w:t>
      </w:r>
    </w:p>
    <w:p>
      <w:r>
        <w:rPr>
          <w:rFonts w:ascii="Arial" w:hAnsi="Arial" w:eastAsia="Arial"/>
          <w:sz w:val="22"/>
        </w:rPr>
        <w:t>36. Дар китоби дарсӣ гуфта мешавад: Шоҳин дар осори худ кадом санъатҳои бадеиро истифода кардааст?</w:t>
      </w:r>
    </w:p>
    <w:p>
      <w:r>
        <w:rPr>
          <w:rFonts w:ascii="Arial" w:hAnsi="Arial" w:eastAsia="Arial"/>
          <w:sz w:val="22"/>
        </w:rPr>
        <w:t>Ҷавоби дуруст: Маҷоз, рамз, киноя, истиора ва тамсил</w:t>
      </w:r>
    </w:p>
    <w:p>
      <w:r>
        <w:rPr>
          <w:rFonts w:ascii="Arial" w:hAnsi="Arial" w:eastAsia="Arial"/>
          <w:sz w:val="22"/>
        </w:rPr>
        <w:t>37. Дар китоби дарсӣ гуфта мешавад: Шоҳин намояндаи кадом давра аст?</w:t>
      </w:r>
    </w:p>
    <w:p>
      <w:r>
        <w:rPr>
          <w:rFonts w:ascii="Arial" w:hAnsi="Arial" w:eastAsia="Arial"/>
          <w:sz w:val="22"/>
        </w:rPr>
        <w:t>Ҷавоби дуруст: Нимаи дуюми асри XIX</w:t>
      </w:r>
    </w:p>
    <w:p>
      <w:r>
        <w:rPr>
          <w:rFonts w:ascii="Arial" w:hAnsi="Arial" w:eastAsia="Arial"/>
          <w:sz w:val="22"/>
        </w:rPr>
        <w:t>38. Дар китоби дарсӣ гуфта мешавад: Кадом асар тафаккури сиёсии Шоҳинро қавитар кард?</w:t>
      </w:r>
    </w:p>
    <w:p>
      <w:r>
        <w:rPr>
          <w:rFonts w:ascii="Arial" w:hAnsi="Arial" w:eastAsia="Arial"/>
          <w:sz w:val="22"/>
        </w:rPr>
        <w:t>Ҷавоби дуруст: «Наводир-ул-вақоеъ»-и Аҳмади Дониш</w:t>
      </w:r>
    </w:p>
    <w:p>
      <w:r>
        <w:rPr>
          <w:rFonts w:ascii="Arial" w:hAnsi="Arial" w:eastAsia="Arial"/>
          <w:sz w:val="22"/>
        </w:rPr>
        <w:t>39. Дар китоби дарсӣ гуфта мешавад: Шоҳин бештар дар кадом жанр шуҳрат ёфтааст?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40. Дар китоби дарсӣ гуфта мешавад: Асари машҳури Шоҳин кадом аст?</w:t>
      </w:r>
    </w:p>
    <w:p>
      <w:r>
        <w:rPr>
          <w:rFonts w:ascii="Arial" w:hAnsi="Arial" w:eastAsia="Arial"/>
          <w:sz w:val="22"/>
        </w:rPr>
        <w:t>Ҷавоби дуруст: «Бадоеъ-ус-саноеъ»</w:t>
      </w:r>
    </w:p>
    <w:p>
      <w:r>
        <w:rPr>
          <w:rFonts w:ascii="Arial" w:hAnsi="Arial" w:eastAsia="Arial"/>
          <w:sz w:val="22"/>
        </w:rPr>
        <w:t>41. Дар китоби дарсӣ гуфта мешавад: Дар «Бадоеъ-ус-саноеъ» кадом масъалаҳо баррасӣ мешаванд?</w:t>
      </w:r>
    </w:p>
    <w:p>
      <w:r>
        <w:rPr>
          <w:rFonts w:ascii="Arial" w:hAnsi="Arial" w:eastAsia="Arial"/>
          <w:sz w:val="22"/>
        </w:rPr>
        <w:t>Ҷавоби дуруст: Масъалаҳои иҷтимоӣ</w:t>
      </w:r>
    </w:p>
    <w:p>
      <w:r>
        <w:rPr>
          <w:rFonts w:ascii="Arial" w:hAnsi="Arial" w:eastAsia="Arial"/>
          <w:sz w:val="22"/>
        </w:rPr>
        <w:t>42. Дар китоби дарсӣ гуфта мешавад: Шоҳин дар осори худ кадом санъатҳои бадеиро истифода кардааст?</w:t>
      </w:r>
    </w:p>
    <w:p>
      <w:r>
        <w:rPr>
          <w:rFonts w:ascii="Arial" w:hAnsi="Arial" w:eastAsia="Arial"/>
          <w:sz w:val="22"/>
        </w:rPr>
        <w:t>Ҷавоби дуруст: Маҷоз, рамз, киноя, истиора ва тамсил</w:t>
      </w:r>
    </w:p>
    <w:p>
      <w:r>
        <w:rPr>
          <w:rFonts w:ascii="Arial" w:hAnsi="Arial" w:eastAsia="Arial"/>
          <w:sz w:val="22"/>
        </w:rPr>
        <w:t>43. Дар китоби дарсӣ гуфта мешавад: Шоҳин намояндаи кадом давра аст?</w:t>
      </w:r>
    </w:p>
    <w:p>
      <w:r>
        <w:rPr>
          <w:rFonts w:ascii="Arial" w:hAnsi="Arial" w:eastAsia="Arial"/>
          <w:sz w:val="22"/>
        </w:rPr>
        <w:t>Ҷавоби дуруст: Нимаи дуюми асри XIX</w:t>
      </w:r>
    </w:p>
    <w:p>
      <w:r>
        <w:rPr>
          <w:rFonts w:ascii="Arial" w:hAnsi="Arial" w:eastAsia="Arial"/>
          <w:sz w:val="22"/>
        </w:rPr>
        <w:t>44. Дар китоби дарсӣ гуфта мешавад: Кадом асар тафаккури сиёсии Шоҳинро қавитар кард?</w:t>
      </w:r>
    </w:p>
    <w:p>
      <w:r>
        <w:rPr>
          <w:rFonts w:ascii="Arial" w:hAnsi="Arial" w:eastAsia="Arial"/>
          <w:sz w:val="22"/>
        </w:rPr>
        <w:t>Ҷавоби дуруст: «Наводир-ул-вақоеъ»-и Аҳмади Дониш</w:t>
      </w:r>
    </w:p>
    <w:p>
      <w:r>
        <w:rPr>
          <w:rFonts w:ascii="Arial" w:hAnsi="Arial" w:eastAsia="Arial"/>
          <w:sz w:val="22"/>
        </w:rPr>
        <w:t>45. Дар китоби дарсӣ гуфта мешавад: Шоҳин бештар дар кадом жанр шуҳрат ёфтааст?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46. Дар китоби дарсӣ гуфта мешавад: Асари машҳури Шоҳин кадом аст?</w:t>
      </w:r>
    </w:p>
    <w:p>
      <w:r>
        <w:rPr>
          <w:rFonts w:ascii="Arial" w:hAnsi="Arial" w:eastAsia="Arial"/>
          <w:sz w:val="22"/>
        </w:rPr>
        <w:t>Ҷавоби дуруст: «Бадоеъ-ус-саноеъ»</w:t>
      </w:r>
    </w:p>
    <w:p>
      <w:r>
        <w:rPr>
          <w:rFonts w:ascii="Arial" w:hAnsi="Arial" w:eastAsia="Arial"/>
          <w:sz w:val="22"/>
        </w:rPr>
        <w:t>47. Дар китоби дарсӣ гуфта мешавад: Дар «Бадоеъ-ус-саноеъ» кадом масъалаҳо баррасӣ мешаванд?</w:t>
      </w:r>
    </w:p>
    <w:p>
      <w:r>
        <w:rPr>
          <w:rFonts w:ascii="Arial" w:hAnsi="Arial" w:eastAsia="Arial"/>
          <w:sz w:val="22"/>
        </w:rPr>
        <w:t>Ҷавоби дуруст: Масъалаҳои иҷтимоӣ</w:t>
      </w:r>
    </w:p>
    <w:p>
      <w:r>
        <w:rPr>
          <w:rFonts w:ascii="Arial" w:hAnsi="Arial" w:eastAsia="Arial"/>
          <w:sz w:val="22"/>
        </w:rPr>
        <w:t>48. Дар китоби дарсӣ гуфта мешавад: Шоҳин дар осори худ кадом санъатҳои бадеиро истифода кардааст?</w:t>
      </w:r>
    </w:p>
    <w:p>
      <w:r>
        <w:rPr>
          <w:rFonts w:ascii="Arial" w:hAnsi="Arial" w:eastAsia="Arial"/>
          <w:sz w:val="22"/>
        </w:rPr>
        <w:t>Ҷавоби дуруст: Маҷоз, рамз, киноя, истиора ва тамсил</w:t>
      </w:r>
    </w:p>
    <w:p>
      <w:r>
        <w:rPr>
          <w:rFonts w:ascii="Arial" w:hAnsi="Arial" w:eastAsia="Arial"/>
          <w:sz w:val="22"/>
        </w:rPr>
        <w:t>49. Дар китоби дарсӣ гуфта мешавад: Шоҳин намояндаи кадом давра аст?</w:t>
      </w:r>
    </w:p>
    <w:p>
      <w:r>
        <w:rPr>
          <w:rFonts w:ascii="Arial" w:hAnsi="Arial" w:eastAsia="Arial"/>
          <w:sz w:val="22"/>
        </w:rPr>
        <w:t>Ҷавоби дуруст: Нимаи дуюми асри XIX</w:t>
      </w:r>
    </w:p>
    <w:p>
      <w:r>
        <w:rPr>
          <w:rFonts w:ascii="Arial" w:hAnsi="Arial" w:eastAsia="Arial"/>
          <w:sz w:val="22"/>
        </w:rPr>
        <w:t>50. Дар китоби дарсӣ гуфта мешавад: Кадом асар тафаккури сиёсии Шоҳинро қавитар кард?</w:t>
      </w:r>
    </w:p>
    <w:p>
      <w:r>
        <w:rPr>
          <w:rFonts w:ascii="Arial" w:hAnsi="Arial" w:eastAsia="Arial"/>
          <w:sz w:val="22"/>
        </w:rPr>
        <w:t>Ҷавоби дуруст: «Наводир-ул-вақоеъ»-и Аҳмади Дониш</w:t>
      </w:r>
    </w:p>
    <w:p>
      <w:r>
        <w:rPr>
          <w:rFonts w:ascii="Arial" w:hAnsi="Arial" w:eastAsia="Arial"/>
          <w:sz w:val="22"/>
        </w:rPr>
        <w:t>51. Дар китоби дарсӣ гуфта мешавад: Шоҳин бештар дар кадом жанр шуҳрат ёфтааст?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52. Дар китоби дарсӣ гуфта мешавад: Асари машҳури Шоҳин кадом аст?</w:t>
      </w:r>
    </w:p>
    <w:p>
      <w:r>
        <w:rPr>
          <w:rFonts w:ascii="Arial" w:hAnsi="Arial" w:eastAsia="Arial"/>
          <w:sz w:val="22"/>
        </w:rPr>
        <w:t>Ҷавоби дуруст: «Бадоеъ-ус-саноеъ»</w:t>
      </w:r>
    </w:p>
    <w:p>
      <w:r>
        <w:rPr>
          <w:rFonts w:ascii="Arial" w:hAnsi="Arial" w:eastAsia="Arial"/>
          <w:sz w:val="22"/>
        </w:rPr>
        <w:t>53. Дар китоби дарсӣ гуфта мешавад: Дар «Бадоеъ-ус-саноеъ» кадом масъалаҳо баррасӣ мешаванд?</w:t>
      </w:r>
    </w:p>
    <w:p>
      <w:r>
        <w:rPr>
          <w:rFonts w:ascii="Arial" w:hAnsi="Arial" w:eastAsia="Arial"/>
          <w:sz w:val="22"/>
        </w:rPr>
        <w:t>Ҷавоби дуруст: Масъалаҳои иҷтимоӣ</w:t>
      </w:r>
    </w:p>
    <w:p>
      <w:r>
        <w:rPr>
          <w:rFonts w:ascii="Arial" w:hAnsi="Arial" w:eastAsia="Arial"/>
          <w:sz w:val="22"/>
        </w:rPr>
        <w:t>54. Дар китоби дарсӣ гуфта мешавад: Шоҳин дар осори худ кадом санъатҳои бадеиро истифода кардааст?</w:t>
      </w:r>
    </w:p>
    <w:p>
      <w:r>
        <w:rPr>
          <w:rFonts w:ascii="Arial" w:hAnsi="Arial" w:eastAsia="Arial"/>
          <w:sz w:val="22"/>
        </w:rPr>
        <w:t>Ҷавоби дуруст: Маҷоз, рамз, киноя, истиора ва тамсил</w:t>
      </w:r>
    </w:p>
    <w:p>
      <w:r>
        <w:rPr>
          <w:rFonts w:ascii="Arial" w:hAnsi="Arial" w:eastAsia="Arial"/>
          <w:sz w:val="22"/>
        </w:rPr>
        <w:t>55. Дар китоби дарсӣ гуфта мешавад: Шоҳин намояндаи кадом давра аст?</w:t>
      </w:r>
    </w:p>
    <w:p>
      <w:r>
        <w:rPr>
          <w:rFonts w:ascii="Arial" w:hAnsi="Arial" w:eastAsia="Arial"/>
          <w:sz w:val="22"/>
        </w:rPr>
        <w:t>Ҷавоби дуруст: Нимаи дуюми асри XIX</w:t>
      </w:r>
    </w:p>
    <w:p>
      <w:r>
        <w:rPr>
          <w:rFonts w:ascii="Arial" w:hAnsi="Arial" w:eastAsia="Arial"/>
          <w:sz w:val="22"/>
        </w:rPr>
        <w:t>56. Дар китоби дарсӣ гуфта мешавад: Кадом асар тафаккури сиёсии Шоҳинро қавитар кард?</w:t>
      </w:r>
    </w:p>
    <w:p>
      <w:r>
        <w:rPr>
          <w:rFonts w:ascii="Arial" w:hAnsi="Arial" w:eastAsia="Arial"/>
          <w:sz w:val="22"/>
        </w:rPr>
        <w:t>Ҷавоби дуруст: «Наводир-ул-вақоеъ»-и Аҳмади Дониш</w:t>
      </w:r>
    </w:p>
    <w:p>
      <w:r>
        <w:rPr>
          <w:rFonts w:ascii="Arial" w:hAnsi="Arial" w:eastAsia="Arial"/>
          <w:sz w:val="22"/>
        </w:rPr>
        <w:t>57. Дар китоби дарсӣ гуфта мешавад: Шоҳин бештар дар кадом жанр шуҳрат ёфтааст?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58. Дар китоби дарсӣ гуфта мешавад: Асари машҳури Шоҳин кадом аст?</w:t>
      </w:r>
    </w:p>
    <w:p>
      <w:r>
        <w:rPr>
          <w:rFonts w:ascii="Arial" w:hAnsi="Arial" w:eastAsia="Arial"/>
          <w:sz w:val="22"/>
        </w:rPr>
        <w:t>Ҷавоби дуруст: «Бадоеъ-ус-саноеъ»</w:t>
      </w:r>
    </w:p>
    <w:p>
      <w:r>
        <w:rPr>
          <w:rFonts w:ascii="Arial" w:hAnsi="Arial" w:eastAsia="Arial"/>
          <w:sz w:val="22"/>
        </w:rPr>
        <w:t>59. Дар китоби дарсӣ гуфта мешавад: Дар «Бадоеъ-ус-саноеъ» кадом масъалаҳо баррасӣ мешаванд?</w:t>
      </w:r>
    </w:p>
    <w:p>
      <w:r>
        <w:rPr>
          <w:rFonts w:ascii="Arial" w:hAnsi="Arial" w:eastAsia="Arial"/>
          <w:sz w:val="22"/>
        </w:rPr>
        <w:t>Ҷавоби дуруст: Масъалаҳои иҷтимоӣ</w:t>
      </w:r>
    </w:p>
    <w:p>
      <w:r>
        <w:rPr>
          <w:rFonts w:ascii="Arial" w:hAnsi="Arial" w:eastAsia="Arial"/>
          <w:sz w:val="22"/>
        </w:rPr>
        <w:t>60. Дар китоби дарсӣ гуфта мешавад: Шоҳин дар осори худ кадом санъатҳои бадеиро истифода кардааст?</w:t>
      </w:r>
    </w:p>
    <w:p>
      <w:r>
        <w:rPr>
          <w:rFonts w:ascii="Arial" w:hAnsi="Arial" w:eastAsia="Arial"/>
          <w:sz w:val="22"/>
        </w:rPr>
        <w:t>Ҷавоби дуруст: Маҷоз, рамз, киноя, истиора ва тамсил</w:t>
      </w:r>
    </w:p>
    <w:p>
      <w:r>
        <w:rPr>
          <w:rFonts w:ascii="Arial" w:hAnsi="Arial" w:eastAsia="Arial"/>
          <w:sz w:val="22"/>
        </w:rPr>
        <w:t>61. Дар китоби дарсӣ гуфта мешавад: Шоҳин намояндаи кадом давра аст?</w:t>
      </w:r>
    </w:p>
    <w:p>
      <w:r>
        <w:rPr>
          <w:rFonts w:ascii="Arial" w:hAnsi="Arial" w:eastAsia="Arial"/>
          <w:sz w:val="22"/>
        </w:rPr>
        <w:t>Ҷавоби дуруст: Нимаи дуюми асри XIX</w:t>
      </w:r>
    </w:p>
    <w:p>
      <w:r>
        <w:rPr>
          <w:rFonts w:ascii="Arial" w:hAnsi="Arial" w:eastAsia="Arial"/>
          <w:sz w:val="22"/>
        </w:rPr>
        <w:t>62. Дар китоби дарсӣ гуфта мешавад: Кадом асар тафаккури сиёсии Шоҳинро қавитар кард?</w:t>
      </w:r>
    </w:p>
    <w:p>
      <w:r>
        <w:rPr>
          <w:rFonts w:ascii="Arial" w:hAnsi="Arial" w:eastAsia="Arial"/>
          <w:sz w:val="22"/>
        </w:rPr>
        <w:t>Ҷавоби дуруст: «Наводир-ул-вақоеъ»-и Аҳмади Дониш</w:t>
      </w:r>
    </w:p>
    <w:p>
      <w:r>
        <w:rPr>
          <w:rFonts w:ascii="Arial" w:hAnsi="Arial" w:eastAsia="Arial"/>
          <w:sz w:val="22"/>
        </w:rPr>
        <w:t>63. Дар китоби дарсӣ гуфта мешавад: Шоҳин бештар дар кадом жанр шуҳрат ёфтааст?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64. Дар китоби дарсӣ гуфта мешавад: Асари машҳури Шоҳин кадом аст?</w:t>
      </w:r>
    </w:p>
    <w:p>
      <w:r>
        <w:rPr>
          <w:rFonts w:ascii="Arial" w:hAnsi="Arial" w:eastAsia="Arial"/>
          <w:sz w:val="22"/>
        </w:rPr>
        <w:t>Ҷавоби дуруст: «Бадоеъ-ус-саноеъ»</w:t>
      </w:r>
    </w:p>
    <w:p>
      <w:r>
        <w:rPr>
          <w:rFonts w:ascii="Arial" w:hAnsi="Arial" w:eastAsia="Arial"/>
          <w:sz w:val="22"/>
        </w:rPr>
        <w:t>65. Дар китоби дарсӣ гуфта мешавад: Дар «Бадоеъ-ус-саноеъ» кадом масъалаҳо баррасӣ мешаванд?</w:t>
      </w:r>
    </w:p>
    <w:p>
      <w:r>
        <w:rPr>
          <w:rFonts w:ascii="Arial" w:hAnsi="Arial" w:eastAsia="Arial"/>
          <w:sz w:val="22"/>
        </w:rPr>
        <w:t>Ҷавоби дуруст: Масъалаҳои иҷтимоӣ</w:t>
      </w:r>
    </w:p>
    <w:p>
      <w:r>
        <w:rPr>
          <w:rFonts w:ascii="Arial" w:hAnsi="Arial" w:eastAsia="Arial"/>
          <w:sz w:val="22"/>
        </w:rPr>
        <w:t>66. Дар китоби дарсӣ гуфта мешавад: Шоҳин дар осори худ кадом санъатҳои бадеиро истифода кардааст?</w:t>
      </w:r>
    </w:p>
    <w:p>
      <w:r>
        <w:rPr>
          <w:rFonts w:ascii="Arial" w:hAnsi="Arial" w:eastAsia="Arial"/>
          <w:sz w:val="22"/>
        </w:rPr>
        <w:t>Ҷавоби дуруст: Маҷоз, рамз, киноя, истиора ва тамсил</w:t>
      </w:r>
    </w:p>
    <w:p>
      <w:r>
        <w:rPr>
          <w:rFonts w:ascii="Arial" w:hAnsi="Arial" w:eastAsia="Arial"/>
          <w:sz w:val="22"/>
        </w:rPr>
        <w:t>67. Дар китоби дарсӣ гуфта мешавад: Шоҳин намояндаи кадом давра аст?</w:t>
      </w:r>
    </w:p>
    <w:p>
      <w:r>
        <w:rPr>
          <w:rFonts w:ascii="Arial" w:hAnsi="Arial" w:eastAsia="Arial"/>
          <w:sz w:val="22"/>
        </w:rPr>
        <w:t>Ҷавоби дуруст: Нимаи дуюми асри XIX</w:t>
      </w:r>
    </w:p>
    <w:p>
      <w:r>
        <w:rPr>
          <w:rFonts w:ascii="Arial" w:hAnsi="Arial" w:eastAsia="Arial"/>
          <w:sz w:val="22"/>
        </w:rPr>
        <w:t>68. Дар китоби дарсӣ гуфта мешавад: Кадом асар тафаккури сиёсии Шоҳинро қавитар кард?</w:t>
      </w:r>
    </w:p>
    <w:p>
      <w:r>
        <w:rPr>
          <w:rFonts w:ascii="Arial" w:hAnsi="Arial" w:eastAsia="Arial"/>
          <w:sz w:val="22"/>
        </w:rPr>
        <w:t>Ҷавоби дуруст: «Наводир-ул-вақоеъ»-и Аҳмади Дониш</w:t>
      </w:r>
    </w:p>
    <w:p>
      <w:r>
        <w:rPr>
          <w:rFonts w:ascii="Arial" w:hAnsi="Arial" w:eastAsia="Arial"/>
          <w:sz w:val="22"/>
        </w:rPr>
        <w:t>69. Дар китоби дарсӣ гуфта мешавад: Шоҳин бештар дар кадом жанр шуҳрат ёфтааст?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70. Дар китоби дарсӣ гуфта мешавад: Асари машҳури Шоҳин кадом аст?</w:t>
      </w:r>
    </w:p>
    <w:p>
      <w:r>
        <w:rPr>
          <w:rFonts w:ascii="Arial" w:hAnsi="Arial" w:eastAsia="Arial"/>
          <w:sz w:val="22"/>
        </w:rPr>
        <w:t>Ҷавоби дуруст: «Бадоеъ-ус-саноеъ»</w:t>
      </w:r>
    </w:p>
    <w:p>
      <w:r>
        <w:rPr>
          <w:rFonts w:ascii="Arial" w:hAnsi="Arial" w:eastAsia="Arial"/>
          <w:sz w:val="22"/>
        </w:rPr>
        <w:t>71. Дар китоби дарсӣ гуфта мешавад: Дар «Бадоеъ-ус-саноеъ» кадом масъалаҳо баррасӣ мешаванд?</w:t>
      </w:r>
    </w:p>
    <w:p>
      <w:r>
        <w:rPr>
          <w:rFonts w:ascii="Arial" w:hAnsi="Arial" w:eastAsia="Arial"/>
          <w:sz w:val="22"/>
        </w:rPr>
        <w:t>Ҷавоби дуруст: Масъалаҳои иҷтимоӣ</w:t>
      </w:r>
    </w:p>
    <w:p>
      <w:r>
        <w:rPr>
          <w:rFonts w:ascii="Arial" w:hAnsi="Arial" w:eastAsia="Arial"/>
          <w:sz w:val="22"/>
        </w:rPr>
        <w:t>72. Дар китоби дарсӣ гуфта мешавад: Шоҳин дар осори худ кадом санъатҳои бадеиро истифода кардааст?</w:t>
      </w:r>
    </w:p>
    <w:p>
      <w:r>
        <w:rPr>
          <w:rFonts w:ascii="Arial" w:hAnsi="Arial" w:eastAsia="Arial"/>
          <w:sz w:val="22"/>
        </w:rPr>
        <w:t>Ҷавоби дуруст: Маҷоз, рамз, киноя, истиора ва тамсил</w:t>
      </w:r>
    </w:p>
    <w:p>
      <w:r>
        <w:rPr>
          <w:rFonts w:ascii="Arial" w:hAnsi="Arial" w:eastAsia="Arial"/>
          <w:sz w:val="22"/>
        </w:rPr>
        <w:t>73. Дар китоби дарсӣ гуфта мешавад: Шоҳин намояндаи кадом давра аст?</w:t>
      </w:r>
    </w:p>
    <w:p>
      <w:r>
        <w:rPr>
          <w:rFonts w:ascii="Arial" w:hAnsi="Arial" w:eastAsia="Arial"/>
          <w:sz w:val="22"/>
        </w:rPr>
        <w:t>Ҷавоби дуруст: Нимаи дуюми асри XIX</w:t>
      </w:r>
    </w:p>
    <w:p>
      <w:r>
        <w:rPr>
          <w:rFonts w:ascii="Arial" w:hAnsi="Arial" w:eastAsia="Arial"/>
          <w:sz w:val="22"/>
        </w:rPr>
        <w:t>74. Дар китоби дарсӣ гуфта мешавад: Кадом асар тафаккури сиёсии Шоҳинро қавитар кард?</w:t>
      </w:r>
    </w:p>
    <w:p>
      <w:r>
        <w:rPr>
          <w:rFonts w:ascii="Arial" w:hAnsi="Arial" w:eastAsia="Arial"/>
          <w:sz w:val="22"/>
        </w:rPr>
        <w:t>Ҷавоби дуруст: «Наводир-ул-вақоеъ»-и Аҳмади Дониш</w:t>
      </w:r>
    </w:p>
    <w:p>
      <w:r>
        <w:rPr>
          <w:rFonts w:ascii="Arial" w:hAnsi="Arial" w:eastAsia="Arial"/>
          <w:sz w:val="22"/>
        </w:rPr>
        <w:t>75. Дар китоби дарсӣ гуфта мешавад: Шоҳин бештар дар кадом жанр шуҳрат ёфтааст?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76. Дар китоби дарсӣ гуфта мешавад: Асари машҳури Шоҳин кадом аст?</w:t>
      </w:r>
    </w:p>
    <w:p>
      <w:r>
        <w:rPr>
          <w:rFonts w:ascii="Arial" w:hAnsi="Arial" w:eastAsia="Arial"/>
          <w:sz w:val="22"/>
        </w:rPr>
        <w:t>Ҷавоби дуруст: «Бадоеъ-ус-саноеъ»</w:t>
      </w:r>
    </w:p>
    <w:p>
      <w:r>
        <w:rPr>
          <w:rFonts w:ascii="Arial" w:hAnsi="Arial" w:eastAsia="Arial"/>
          <w:sz w:val="22"/>
        </w:rPr>
        <w:t>77. Дар китоби дарсӣ гуфта мешавад: Дар «Бадоеъ-ус-саноеъ» кадом масъалаҳо баррасӣ мешаванд?</w:t>
      </w:r>
    </w:p>
    <w:p>
      <w:r>
        <w:rPr>
          <w:rFonts w:ascii="Arial" w:hAnsi="Arial" w:eastAsia="Arial"/>
          <w:sz w:val="22"/>
        </w:rPr>
        <w:t>Ҷавоби дуруст: Масъалаҳои иҷтимоӣ</w:t>
      </w:r>
    </w:p>
    <w:p>
      <w:r>
        <w:rPr>
          <w:rFonts w:ascii="Arial" w:hAnsi="Arial" w:eastAsia="Arial"/>
          <w:sz w:val="22"/>
        </w:rPr>
        <w:t>78. Дар китоби дарсӣ гуфта мешавад: Шоҳин дар осори худ кадом санъатҳои бадеиро истифода кардааст?</w:t>
      </w:r>
    </w:p>
    <w:p>
      <w:r>
        <w:rPr>
          <w:rFonts w:ascii="Arial" w:hAnsi="Arial" w:eastAsia="Arial"/>
          <w:sz w:val="22"/>
        </w:rPr>
        <w:t>Ҷавоби дуруст: Маҷоз, рамз, киноя, истиора ва тамсил</w:t>
      </w:r>
    </w:p>
    <w:p>
      <w:r>
        <w:rPr>
          <w:rFonts w:ascii="Arial" w:hAnsi="Arial" w:eastAsia="Arial"/>
          <w:sz w:val="22"/>
        </w:rPr>
        <w:t>79. Дар китоби дарсӣ гуфта мешавад: Шоҳин намояндаи кадом давра аст?</w:t>
      </w:r>
    </w:p>
    <w:p>
      <w:r>
        <w:rPr>
          <w:rFonts w:ascii="Arial" w:hAnsi="Arial" w:eastAsia="Arial"/>
          <w:sz w:val="22"/>
        </w:rPr>
        <w:t>Ҷавоби дуруст: Нимаи дуюми асри XIX</w:t>
      </w:r>
    </w:p>
    <w:p>
      <w:r>
        <w:rPr>
          <w:rFonts w:ascii="Arial" w:hAnsi="Arial" w:eastAsia="Arial"/>
          <w:sz w:val="22"/>
        </w:rPr>
        <w:t>80. Дар китоби дарсӣ гуфта мешавад: Кадом асар тафаккури сиёсии Шоҳинро қавитар кард?</w:t>
      </w:r>
    </w:p>
    <w:p>
      <w:r>
        <w:rPr>
          <w:rFonts w:ascii="Arial" w:hAnsi="Arial" w:eastAsia="Arial"/>
          <w:sz w:val="22"/>
        </w:rPr>
        <w:t>Ҷавоби дуруст: «Наводир-ул-вақоеъ»-и Аҳмади Дониш</w:t>
      </w:r>
    </w:p>
    <w:p>
      <w:r>
        <w:rPr>
          <w:rFonts w:ascii="Arial" w:hAnsi="Arial" w:eastAsia="Arial"/>
          <w:sz w:val="22"/>
        </w:rPr>
        <w:t>81. Дар китоби дарсӣ гуфта мешавад: Шоҳин бештар дар кадом жанр шуҳрат ёфтааст?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82. Дар китоби дарсӣ гуфта мешавад: Асари машҳури Шоҳин кадом аст?</w:t>
      </w:r>
    </w:p>
    <w:p>
      <w:r>
        <w:rPr>
          <w:rFonts w:ascii="Arial" w:hAnsi="Arial" w:eastAsia="Arial"/>
          <w:sz w:val="22"/>
        </w:rPr>
        <w:t>Ҷавоби дуруст: «Бадоеъ-ус-саноеъ»</w:t>
      </w:r>
    </w:p>
    <w:p>
      <w:r>
        <w:rPr>
          <w:rFonts w:ascii="Arial" w:hAnsi="Arial" w:eastAsia="Arial"/>
          <w:sz w:val="22"/>
        </w:rPr>
        <w:t>83. Дар китоби дарсӣ гуфта мешавад: Дар «Бадоеъ-ус-саноеъ» кадом масъалаҳо баррасӣ мешаванд?</w:t>
      </w:r>
    </w:p>
    <w:p>
      <w:r>
        <w:rPr>
          <w:rFonts w:ascii="Arial" w:hAnsi="Arial" w:eastAsia="Arial"/>
          <w:sz w:val="22"/>
        </w:rPr>
        <w:t>Ҷавоби дуруст: Масъалаҳои иҷтимоӣ</w:t>
      </w:r>
    </w:p>
    <w:p>
      <w:r>
        <w:rPr>
          <w:rFonts w:ascii="Arial" w:hAnsi="Arial" w:eastAsia="Arial"/>
          <w:sz w:val="22"/>
        </w:rPr>
        <w:t>84. Дар китоби дарсӣ гуфта мешавад: Шоҳин дар осори худ кадом санъатҳои бадеиро истифода кардааст?</w:t>
      </w:r>
    </w:p>
    <w:p>
      <w:r>
        <w:rPr>
          <w:rFonts w:ascii="Arial" w:hAnsi="Arial" w:eastAsia="Arial"/>
          <w:sz w:val="22"/>
        </w:rPr>
        <w:t>Ҷавоби дуруст: Маҷоз, рамз, киноя, истиора ва тамсил</w:t>
      </w:r>
    </w:p>
    <w:p>
      <w:r>
        <w:rPr>
          <w:rFonts w:ascii="Arial" w:hAnsi="Arial" w:eastAsia="Arial"/>
          <w:sz w:val="22"/>
        </w:rPr>
        <w:t>85. Дар китоби дарсӣ гуфта мешавад: Шоҳин намояндаи кадом давра аст?</w:t>
      </w:r>
    </w:p>
    <w:p>
      <w:r>
        <w:rPr>
          <w:rFonts w:ascii="Arial" w:hAnsi="Arial" w:eastAsia="Arial"/>
          <w:sz w:val="22"/>
        </w:rPr>
        <w:t>Ҷавоби дуруст: Нимаи дуюми асри XIX</w:t>
      </w:r>
    </w:p>
    <w:p>
      <w:r>
        <w:rPr>
          <w:rFonts w:ascii="Arial" w:hAnsi="Arial" w:eastAsia="Arial"/>
          <w:sz w:val="22"/>
        </w:rPr>
        <w:t>86. Дар китоби дарсӣ гуфта мешавад: Кадом асар тафаккури сиёсии Шоҳинро қавитар кард?</w:t>
      </w:r>
    </w:p>
    <w:p>
      <w:r>
        <w:rPr>
          <w:rFonts w:ascii="Arial" w:hAnsi="Arial" w:eastAsia="Arial"/>
          <w:sz w:val="22"/>
        </w:rPr>
        <w:t>Ҷавоби дуруст: «Наводир-ул-вақоеъ»-и Аҳмади Дониш</w:t>
      </w:r>
    </w:p>
    <w:p>
      <w:r>
        <w:rPr>
          <w:rFonts w:ascii="Arial" w:hAnsi="Arial" w:eastAsia="Arial"/>
          <w:sz w:val="22"/>
        </w:rPr>
        <w:t>87. Дар китоби дарсӣ гуфта мешавад: Шоҳин бештар дар кадом жанр шуҳрат ёфтааст?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88. Дар китоби дарсӣ гуфта мешавад: Асари машҳури Шоҳин кадом аст?</w:t>
      </w:r>
    </w:p>
    <w:p>
      <w:r>
        <w:rPr>
          <w:rFonts w:ascii="Arial" w:hAnsi="Arial" w:eastAsia="Arial"/>
          <w:sz w:val="22"/>
        </w:rPr>
        <w:t>Ҷавоби дуруст: «Бадоеъ-ус-саноеъ»</w:t>
      </w:r>
    </w:p>
    <w:p>
      <w:r>
        <w:rPr>
          <w:rFonts w:ascii="Arial" w:hAnsi="Arial" w:eastAsia="Arial"/>
          <w:sz w:val="22"/>
        </w:rPr>
        <w:t>89. Дар китоби дарсӣ гуфта мешавад: Дар «Бадоеъ-ус-саноеъ» кадом масъалаҳо баррасӣ мешаванд?</w:t>
      </w:r>
    </w:p>
    <w:p>
      <w:r>
        <w:rPr>
          <w:rFonts w:ascii="Arial" w:hAnsi="Arial" w:eastAsia="Arial"/>
          <w:sz w:val="22"/>
        </w:rPr>
        <w:t>Ҷавоби дуруст: Масъалаҳои иҷтимоӣ</w:t>
      </w:r>
    </w:p>
    <w:p>
      <w:r>
        <w:rPr>
          <w:rFonts w:ascii="Arial" w:hAnsi="Arial" w:eastAsia="Arial"/>
          <w:sz w:val="22"/>
        </w:rPr>
        <w:t>90. Дар китоби дарсӣ гуфта мешавад: Шоҳин дар осори худ кадом санъатҳои бадеиро истифода кардааст?</w:t>
      </w:r>
    </w:p>
    <w:p>
      <w:r>
        <w:rPr>
          <w:rFonts w:ascii="Arial" w:hAnsi="Arial" w:eastAsia="Arial"/>
          <w:sz w:val="22"/>
        </w:rPr>
        <w:t>Ҷавоби дуруст: Маҷоз, рамз, киноя, истиора ва тамсил</w:t>
      </w:r>
    </w:p>
    <w:p>
      <w:r>
        <w:rPr>
          <w:rFonts w:ascii="Arial" w:hAnsi="Arial" w:eastAsia="Arial"/>
          <w:sz w:val="22"/>
        </w:rPr>
        <w:t>91. Дар китоби дарсӣ гуфта мешавад: Шоҳин намояндаи кадом давра аст?</w:t>
      </w:r>
    </w:p>
    <w:p>
      <w:r>
        <w:rPr>
          <w:rFonts w:ascii="Arial" w:hAnsi="Arial" w:eastAsia="Arial"/>
          <w:sz w:val="22"/>
        </w:rPr>
        <w:t>Ҷавоби дуруст: Нимаи дуюми асри XIX</w:t>
      </w:r>
    </w:p>
    <w:p>
      <w:r>
        <w:rPr>
          <w:rFonts w:ascii="Arial" w:hAnsi="Arial" w:eastAsia="Arial"/>
          <w:sz w:val="22"/>
        </w:rPr>
        <w:t>92. Дар китоби дарсӣ гуфта мешавад: Кадом асар тафаккури сиёсии Шоҳинро қавитар кард?</w:t>
      </w:r>
    </w:p>
    <w:p>
      <w:r>
        <w:rPr>
          <w:rFonts w:ascii="Arial" w:hAnsi="Arial" w:eastAsia="Arial"/>
          <w:sz w:val="22"/>
        </w:rPr>
        <w:t>Ҷавоби дуруст: «Наводир-ул-вақоеъ»-и Аҳмади Дониш</w:t>
      </w:r>
    </w:p>
    <w:p>
      <w:r>
        <w:rPr>
          <w:rFonts w:ascii="Arial" w:hAnsi="Arial" w:eastAsia="Arial"/>
          <w:sz w:val="22"/>
        </w:rPr>
        <w:t>93. Дар китоби дарсӣ гуфта мешавад: Шоҳин бештар дар кадом жанр шуҳрат ёфтааст?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94. Дар китоби дарсӣ гуфта мешавад: Асари машҳури Шоҳин кадом аст?</w:t>
      </w:r>
    </w:p>
    <w:p>
      <w:r>
        <w:rPr>
          <w:rFonts w:ascii="Arial" w:hAnsi="Arial" w:eastAsia="Arial"/>
          <w:sz w:val="22"/>
        </w:rPr>
        <w:t>Ҷавоби дуруст: «Бадоеъ-ус-саноеъ»</w:t>
      </w:r>
    </w:p>
    <w:p>
      <w:r>
        <w:rPr>
          <w:rFonts w:ascii="Arial" w:hAnsi="Arial" w:eastAsia="Arial"/>
          <w:sz w:val="22"/>
        </w:rPr>
        <w:t>95. Дар китоби дарсӣ гуфта мешавад: Дар «Бадоеъ-ус-саноеъ» кадом масъалаҳо баррасӣ мешаванд?</w:t>
      </w:r>
    </w:p>
    <w:p>
      <w:r>
        <w:rPr>
          <w:rFonts w:ascii="Arial" w:hAnsi="Arial" w:eastAsia="Arial"/>
          <w:sz w:val="22"/>
        </w:rPr>
        <w:t>Ҷавоби дуруст: Масъалаҳои иҷтимоӣ</w:t>
      </w:r>
    </w:p>
    <w:p>
      <w:r>
        <w:rPr>
          <w:rFonts w:ascii="Arial" w:hAnsi="Arial" w:eastAsia="Arial"/>
          <w:sz w:val="22"/>
        </w:rPr>
        <w:t>96. Дар китоби дарсӣ гуфта мешавад: Шоҳин дар осори худ кадом санъатҳои бадеиро истифода кардааст?</w:t>
      </w:r>
    </w:p>
    <w:p>
      <w:r>
        <w:rPr>
          <w:rFonts w:ascii="Arial" w:hAnsi="Arial" w:eastAsia="Arial"/>
          <w:sz w:val="22"/>
        </w:rPr>
        <w:t>Ҷавоби дуруст: Маҷоз, рамз, киноя, истиора ва тамсил</w:t>
      </w:r>
    </w:p>
    <w:p>
      <w:r>
        <w:rPr>
          <w:rFonts w:ascii="Arial" w:hAnsi="Arial" w:eastAsia="Arial"/>
          <w:sz w:val="22"/>
        </w:rPr>
        <w:t>97. Дар китоби дарсӣ гуфта мешавад: Шоҳин намояндаи кадом давра аст?</w:t>
      </w:r>
    </w:p>
    <w:p>
      <w:r>
        <w:rPr>
          <w:rFonts w:ascii="Arial" w:hAnsi="Arial" w:eastAsia="Arial"/>
          <w:sz w:val="22"/>
        </w:rPr>
        <w:t>Ҷавоби дуруст: Нимаи дуюми асри XIX</w:t>
      </w:r>
    </w:p>
    <w:p>
      <w:r>
        <w:rPr>
          <w:rFonts w:ascii="Arial" w:hAnsi="Arial" w:eastAsia="Arial"/>
          <w:sz w:val="22"/>
        </w:rPr>
        <w:t>98. Дар китоби дарсӣ гуфта мешавад: Кадом асар тафаккури сиёсии Шоҳинро қавитар кард?</w:t>
      </w:r>
    </w:p>
    <w:p>
      <w:r>
        <w:rPr>
          <w:rFonts w:ascii="Arial" w:hAnsi="Arial" w:eastAsia="Arial"/>
          <w:sz w:val="22"/>
        </w:rPr>
        <w:t>Ҷавоби дуруст: «Наводир-ул-вақоеъ»-и Аҳмади Дониш</w:t>
      </w:r>
    </w:p>
    <w:p>
      <w:r>
        <w:rPr>
          <w:rFonts w:ascii="Arial" w:hAnsi="Arial" w:eastAsia="Arial"/>
          <w:sz w:val="22"/>
        </w:rPr>
        <w:t>99. Дар китоби дарсӣ гуфта мешавад: Шоҳин бештар дар кадом жанр шуҳрат ёфтааст?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100. Дар китоби дарсӣ гуфта мешавад: Асари машҳури Шоҳин кадом аст?</w:t>
      </w:r>
    </w:p>
    <w:p>
      <w:r>
        <w:rPr>
          <w:rFonts w:ascii="Arial" w:hAnsi="Arial" w:eastAsia="Arial"/>
          <w:sz w:val="22"/>
        </w:rPr>
        <w:t>Ҷавоби дуруст: «Бадоеъ-ус-саноеъ»</w:t>
      </w:r>
    </w:p>
    <w:p>
      <w:r>
        <w:rPr>
          <w:rFonts w:ascii="Arial" w:hAnsi="Arial" w:eastAsia="Arial"/>
          <w:sz w:val="22"/>
        </w:rPr>
        <w:br w:type="page"/>
      </w:r>
    </w:p>
    <w:p>
      <w:pPr>
        <w:pStyle w:val="Heading1"/>
      </w:pPr>
      <w:r>
        <w:rPr>
          <w:rFonts w:ascii="Arial" w:hAnsi="Arial" w:eastAsia="Arial"/>
          <w:sz w:val="22"/>
        </w:rPr>
        <w:t>15. Боби IV — Тамоюлоти рушди адабиёти тоҷик дар асри XX</w:t>
      </w:r>
    </w:p>
    <w:p>
      <w:r>
        <w:rPr>
          <w:rFonts w:ascii="Arial" w:hAnsi="Arial" w:eastAsia="Arial"/>
          <w:sz w:val="22"/>
        </w:rPr>
        <w:t>1. Адабиёти давраи нав ба кадом асрҳо тааллуқ дорад?</w:t>
      </w:r>
    </w:p>
    <w:p>
      <w:r>
        <w:rPr>
          <w:rFonts w:ascii="Arial" w:hAnsi="Arial" w:eastAsia="Arial"/>
          <w:sz w:val="22"/>
        </w:rPr>
        <w:t>Ҷавоби дуруст: Асри XX ва минбаъда</w:t>
      </w:r>
    </w:p>
    <w:p>
      <w:r>
        <w:rPr>
          <w:rFonts w:ascii="Arial" w:hAnsi="Arial" w:eastAsia="Arial"/>
          <w:sz w:val="22"/>
        </w:rPr>
        <w:t>2. Ҷавоби дуруст ба саволи «Адабиёти давраи нав ба кадом асрҳо тааллуқ дорад?» кадом аст?</w:t>
      </w:r>
    </w:p>
    <w:p>
      <w:r>
        <w:rPr>
          <w:rFonts w:ascii="Arial" w:hAnsi="Arial" w:eastAsia="Arial"/>
          <w:sz w:val="22"/>
        </w:rPr>
        <w:t>Ҷавоби дуруст: Асри XX ва минбаъда</w:t>
      </w:r>
    </w:p>
    <w:p>
      <w:r>
        <w:rPr>
          <w:rFonts w:ascii="Arial" w:hAnsi="Arial" w:eastAsia="Arial"/>
          <w:sz w:val="22"/>
        </w:rPr>
        <w:t>3. Кадом ҷавоб адабиёти давраи нав ба кадом асрҳо тааллуқ дорад?</w:t>
      </w:r>
    </w:p>
    <w:p>
      <w:r>
        <w:rPr>
          <w:rFonts w:ascii="Arial" w:hAnsi="Arial" w:eastAsia="Arial"/>
          <w:sz w:val="22"/>
        </w:rPr>
        <w:t>Ҷавоби дуруст: Асри XX ва минбаъда</w:t>
      </w:r>
    </w:p>
    <w:p>
      <w:r>
        <w:rPr>
          <w:rFonts w:ascii="Arial" w:hAnsi="Arial" w:eastAsia="Arial"/>
          <w:sz w:val="22"/>
        </w:rPr>
        <w:t>4. Аз рӯйи китоб муайян кунед: Адабиёти давраи нав ба кадом асрҳо тааллуқ дорад?</w:t>
      </w:r>
    </w:p>
    <w:p>
      <w:r>
        <w:rPr>
          <w:rFonts w:ascii="Arial" w:hAnsi="Arial" w:eastAsia="Arial"/>
          <w:sz w:val="22"/>
        </w:rPr>
        <w:t>Ҷавоби дуруст: Асри XX ва минбаъда</w:t>
      </w:r>
    </w:p>
    <w:p>
      <w:r>
        <w:rPr>
          <w:rFonts w:ascii="Arial" w:hAnsi="Arial" w:eastAsia="Arial"/>
          <w:sz w:val="22"/>
        </w:rPr>
        <w:t>5. Адабиёти давраи нав дар заминаи чӣ ташаккул ёфт?</w:t>
      </w:r>
    </w:p>
    <w:p>
      <w:r>
        <w:rPr>
          <w:rFonts w:ascii="Arial" w:hAnsi="Arial" w:eastAsia="Arial"/>
          <w:sz w:val="22"/>
        </w:rPr>
        <w:t>Ҷавоби дуруст: Анъанаҳои адабиёти классикии форсу тоҷик</w:t>
      </w:r>
    </w:p>
    <w:p>
      <w:r>
        <w:rPr>
          <w:rFonts w:ascii="Arial" w:hAnsi="Arial" w:eastAsia="Arial"/>
          <w:sz w:val="22"/>
        </w:rPr>
        <w:t>6. Ҷавоби дуруст ба саволи «Адабиёти давраи нав дар заминаи чӣ ташаккул ёфт?» кадом аст?</w:t>
      </w:r>
    </w:p>
    <w:p>
      <w:r>
        <w:rPr>
          <w:rFonts w:ascii="Arial" w:hAnsi="Arial" w:eastAsia="Arial"/>
          <w:sz w:val="22"/>
        </w:rPr>
        <w:t>Ҷавоби дуруст: Анъанаҳои адабиёти классикии форсу тоҷик</w:t>
      </w:r>
    </w:p>
    <w:p>
      <w:r>
        <w:rPr>
          <w:rFonts w:ascii="Arial" w:hAnsi="Arial" w:eastAsia="Arial"/>
          <w:sz w:val="22"/>
        </w:rPr>
        <w:t>7. Кадом ҷавоб адабиёти давраи нав дар заминаи чӣ ташаккул ёфт?</w:t>
      </w:r>
    </w:p>
    <w:p>
      <w:r>
        <w:rPr>
          <w:rFonts w:ascii="Arial" w:hAnsi="Arial" w:eastAsia="Arial"/>
          <w:sz w:val="22"/>
        </w:rPr>
        <w:t>Ҷавоби дуруст: Анъанаҳои адабиёти классикии форсу тоҷик</w:t>
      </w:r>
    </w:p>
    <w:p>
      <w:r>
        <w:rPr>
          <w:rFonts w:ascii="Arial" w:hAnsi="Arial" w:eastAsia="Arial"/>
          <w:sz w:val="22"/>
        </w:rPr>
        <w:t>8. Аз рӯйи китоб муайян кунед: Адабиёти давраи нав дар заминаи чӣ ташаккул ёфт?</w:t>
      </w:r>
    </w:p>
    <w:p>
      <w:r>
        <w:rPr>
          <w:rFonts w:ascii="Arial" w:hAnsi="Arial" w:eastAsia="Arial"/>
          <w:sz w:val="22"/>
        </w:rPr>
        <w:t>Ҷавоби дуруст: Анъанаҳои адабиёти классикии форсу тоҷик</w:t>
      </w:r>
    </w:p>
    <w:p>
      <w:r>
        <w:rPr>
          <w:rFonts w:ascii="Arial" w:hAnsi="Arial" w:eastAsia="Arial"/>
          <w:sz w:val="22"/>
        </w:rPr>
        <w:t>9. Ба адабиёти давраи нав таъсири кадом адабиётҳо расидааст?</w:t>
      </w:r>
    </w:p>
    <w:p>
      <w:r>
        <w:rPr>
          <w:rFonts w:ascii="Arial" w:hAnsi="Arial" w:eastAsia="Arial"/>
          <w:sz w:val="22"/>
        </w:rPr>
        <w:t>Ҷавоби дуруст: Адабиёти рус ва дигар халқҳо</w:t>
      </w:r>
    </w:p>
    <w:p>
      <w:r>
        <w:rPr>
          <w:rFonts w:ascii="Arial" w:hAnsi="Arial" w:eastAsia="Arial"/>
          <w:sz w:val="22"/>
        </w:rPr>
        <w:t>10. Ҷавоби дуруст ба саволи «Ба адабиёти давраи нав таъсири кадом адабиётҳо расидааст?» кадом аст?</w:t>
      </w:r>
    </w:p>
    <w:p>
      <w:r>
        <w:rPr>
          <w:rFonts w:ascii="Arial" w:hAnsi="Arial" w:eastAsia="Arial"/>
          <w:sz w:val="22"/>
        </w:rPr>
        <w:t>Ҷавоби дуруст: Адабиёти рус ва дигар халқҳо</w:t>
      </w:r>
    </w:p>
    <w:p>
      <w:r>
        <w:rPr>
          <w:rFonts w:ascii="Arial" w:hAnsi="Arial" w:eastAsia="Arial"/>
          <w:sz w:val="22"/>
        </w:rPr>
        <w:t>11. Кадом ҷавоб ба адабиёти давраи нав таъсири кадом адабиётҳо расидааст?</w:t>
      </w:r>
    </w:p>
    <w:p>
      <w:r>
        <w:rPr>
          <w:rFonts w:ascii="Arial" w:hAnsi="Arial" w:eastAsia="Arial"/>
          <w:sz w:val="22"/>
        </w:rPr>
        <w:t>Ҷавоби дуруст: Адабиёти рус ва дигар халқҳо</w:t>
      </w:r>
    </w:p>
    <w:p>
      <w:r>
        <w:rPr>
          <w:rFonts w:ascii="Arial" w:hAnsi="Arial" w:eastAsia="Arial"/>
          <w:sz w:val="22"/>
        </w:rPr>
        <w:t>12. Аз рӯйи китоб муайян кунед: Ба адабиёти давраи нав таъсири кадом адабиётҳо расидааст?</w:t>
      </w:r>
    </w:p>
    <w:p>
      <w:r>
        <w:rPr>
          <w:rFonts w:ascii="Arial" w:hAnsi="Arial" w:eastAsia="Arial"/>
          <w:sz w:val="22"/>
        </w:rPr>
        <w:t>Ҷавоби дуруст: Адабиёти рус ва дигар халқҳо</w:t>
      </w:r>
    </w:p>
    <w:p>
      <w:r>
        <w:rPr>
          <w:rFonts w:ascii="Arial" w:hAnsi="Arial" w:eastAsia="Arial"/>
          <w:sz w:val="22"/>
        </w:rPr>
        <w:t>13. Дар китоби дарсӣ гуфта мешавад: Адабиёти давраи нав ба кадом асрҳо тааллуқ дорад?</w:t>
      </w:r>
    </w:p>
    <w:p>
      <w:r>
        <w:rPr>
          <w:rFonts w:ascii="Arial" w:hAnsi="Arial" w:eastAsia="Arial"/>
          <w:sz w:val="22"/>
        </w:rPr>
        <w:t>Ҷавоби дуруст: Асри XX ва минбаъда</w:t>
      </w:r>
    </w:p>
    <w:p>
      <w:r>
        <w:rPr>
          <w:rFonts w:ascii="Arial" w:hAnsi="Arial" w:eastAsia="Arial"/>
          <w:sz w:val="22"/>
        </w:rPr>
        <w:t>14. Дар китоби дарсӣ гуфта мешавад: Адабиёти давраи нав дар заминаи чӣ ташаккул ёфт?</w:t>
      </w:r>
    </w:p>
    <w:p>
      <w:r>
        <w:rPr>
          <w:rFonts w:ascii="Arial" w:hAnsi="Arial" w:eastAsia="Arial"/>
          <w:sz w:val="22"/>
        </w:rPr>
        <w:t>Ҷавоби дуруст: Анъанаҳои адабиёти классикии форсу тоҷик</w:t>
      </w:r>
    </w:p>
    <w:p>
      <w:r>
        <w:rPr>
          <w:rFonts w:ascii="Arial" w:hAnsi="Arial" w:eastAsia="Arial"/>
          <w:sz w:val="22"/>
        </w:rPr>
        <w:t>15. Дар китоби дарсӣ гуфта мешавад: Ба адабиёти давраи нав таъсири кадом адабиётҳо расидааст?</w:t>
      </w:r>
    </w:p>
    <w:p>
      <w:r>
        <w:rPr>
          <w:rFonts w:ascii="Arial" w:hAnsi="Arial" w:eastAsia="Arial"/>
          <w:sz w:val="22"/>
        </w:rPr>
        <w:t>Ҷавоби дуруст: Адабиёти рус ва дигар халқҳо</w:t>
      </w:r>
    </w:p>
    <w:p>
      <w:r>
        <w:rPr>
          <w:rFonts w:ascii="Arial" w:hAnsi="Arial" w:eastAsia="Arial"/>
          <w:sz w:val="22"/>
        </w:rPr>
        <w:t>16. Дар китоби дарсӣ гуфта мешавад: Адабиёти давраи нав ба кадом асрҳо тааллуқ дорад?</w:t>
      </w:r>
    </w:p>
    <w:p>
      <w:r>
        <w:rPr>
          <w:rFonts w:ascii="Arial" w:hAnsi="Arial" w:eastAsia="Arial"/>
          <w:sz w:val="22"/>
        </w:rPr>
        <w:t>Ҷавоби дуруст: Асри XX ва минбаъда</w:t>
      </w:r>
    </w:p>
    <w:p>
      <w:r>
        <w:rPr>
          <w:rFonts w:ascii="Arial" w:hAnsi="Arial" w:eastAsia="Arial"/>
          <w:sz w:val="22"/>
        </w:rPr>
        <w:t>17. Дар китоби дарсӣ гуфта мешавад: Адабиёти давраи нав дар заминаи чӣ ташаккул ёфт?</w:t>
      </w:r>
    </w:p>
    <w:p>
      <w:r>
        <w:rPr>
          <w:rFonts w:ascii="Arial" w:hAnsi="Arial" w:eastAsia="Arial"/>
          <w:sz w:val="22"/>
        </w:rPr>
        <w:t>Ҷавоби дуруст: Анъанаҳои адабиёти классикии форсу тоҷик</w:t>
      </w:r>
    </w:p>
    <w:p>
      <w:r>
        <w:rPr>
          <w:rFonts w:ascii="Arial" w:hAnsi="Arial" w:eastAsia="Arial"/>
          <w:sz w:val="22"/>
        </w:rPr>
        <w:t>18. Дар китоби дарсӣ гуфта мешавад: Ба адабиёти давраи нав таъсири кадом адабиётҳо расидааст?</w:t>
      </w:r>
    </w:p>
    <w:p>
      <w:r>
        <w:rPr>
          <w:rFonts w:ascii="Arial" w:hAnsi="Arial" w:eastAsia="Arial"/>
          <w:sz w:val="22"/>
        </w:rPr>
        <w:t>Ҷавоби дуруст: Адабиёти рус ва дигар халқҳо</w:t>
      </w:r>
    </w:p>
    <w:p>
      <w:r>
        <w:rPr>
          <w:rFonts w:ascii="Arial" w:hAnsi="Arial" w:eastAsia="Arial"/>
          <w:sz w:val="22"/>
        </w:rPr>
        <w:t>19. Дар китоби дарсӣ гуфта мешавад: Адабиёти давраи нав ба кадом асрҳо тааллуқ дорад?</w:t>
      </w:r>
    </w:p>
    <w:p>
      <w:r>
        <w:rPr>
          <w:rFonts w:ascii="Arial" w:hAnsi="Arial" w:eastAsia="Arial"/>
          <w:sz w:val="22"/>
        </w:rPr>
        <w:t>Ҷавоби дуруст: Асри XX ва минбаъда</w:t>
      </w:r>
    </w:p>
    <w:p>
      <w:r>
        <w:rPr>
          <w:rFonts w:ascii="Arial" w:hAnsi="Arial" w:eastAsia="Arial"/>
          <w:sz w:val="22"/>
        </w:rPr>
        <w:t>20. Дар китоби дарсӣ гуфта мешавад: Адабиёти давраи нав дар заминаи чӣ ташаккул ёфт?</w:t>
      </w:r>
    </w:p>
    <w:p>
      <w:r>
        <w:rPr>
          <w:rFonts w:ascii="Arial" w:hAnsi="Arial" w:eastAsia="Arial"/>
          <w:sz w:val="22"/>
        </w:rPr>
        <w:t>Ҷавоби дуруст: Анъанаҳои адабиёти классикии форсу тоҷик</w:t>
      </w:r>
    </w:p>
    <w:p>
      <w:r>
        <w:rPr>
          <w:rFonts w:ascii="Arial" w:hAnsi="Arial" w:eastAsia="Arial"/>
          <w:sz w:val="22"/>
        </w:rPr>
        <w:t>21. Дар китоби дарсӣ гуфта мешавад: Ба адабиёти давраи нав таъсири кадом адабиётҳо расидааст?</w:t>
      </w:r>
    </w:p>
    <w:p>
      <w:r>
        <w:rPr>
          <w:rFonts w:ascii="Arial" w:hAnsi="Arial" w:eastAsia="Arial"/>
          <w:sz w:val="22"/>
        </w:rPr>
        <w:t>Ҷавоби дуруст: Адабиёти рус ва дигар халқҳо</w:t>
      </w:r>
    </w:p>
    <w:p>
      <w:r>
        <w:rPr>
          <w:rFonts w:ascii="Arial" w:hAnsi="Arial" w:eastAsia="Arial"/>
          <w:sz w:val="22"/>
        </w:rPr>
        <w:t>22. Дар китоби дарсӣ гуфта мешавад: Адабиёти давраи нав ба кадом асрҳо тааллуқ дорад?</w:t>
      </w:r>
    </w:p>
    <w:p>
      <w:r>
        <w:rPr>
          <w:rFonts w:ascii="Arial" w:hAnsi="Arial" w:eastAsia="Arial"/>
          <w:sz w:val="22"/>
        </w:rPr>
        <w:t>Ҷавоби дуруст: Асри XX ва минбаъда</w:t>
      </w:r>
    </w:p>
    <w:p>
      <w:r>
        <w:rPr>
          <w:rFonts w:ascii="Arial" w:hAnsi="Arial" w:eastAsia="Arial"/>
          <w:sz w:val="22"/>
        </w:rPr>
        <w:t>23. Дар китоби дарсӣ гуфта мешавад: Адабиёти давраи нав дар заминаи чӣ ташаккул ёфт?</w:t>
      </w:r>
    </w:p>
    <w:p>
      <w:r>
        <w:rPr>
          <w:rFonts w:ascii="Arial" w:hAnsi="Arial" w:eastAsia="Arial"/>
          <w:sz w:val="22"/>
        </w:rPr>
        <w:t>Ҷавоби дуруст: Анъанаҳои адабиёти классикии форсу тоҷик</w:t>
      </w:r>
    </w:p>
    <w:p>
      <w:r>
        <w:rPr>
          <w:rFonts w:ascii="Arial" w:hAnsi="Arial" w:eastAsia="Arial"/>
          <w:sz w:val="22"/>
        </w:rPr>
        <w:t>24. Дар китоби дарсӣ гуфта мешавад: Ба адабиёти давраи нав таъсири кадом адабиётҳо расидааст?</w:t>
      </w:r>
    </w:p>
    <w:p>
      <w:r>
        <w:rPr>
          <w:rFonts w:ascii="Arial" w:hAnsi="Arial" w:eastAsia="Arial"/>
          <w:sz w:val="22"/>
        </w:rPr>
        <w:t>Ҷавоби дуруст: Адабиёти рус ва дигар халқҳо</w:t>
      </w:r>
    </w:p>
    <w:p>
      <w:r>
        <w:rPr>
          <w:rFonts w:ascii="Arial" w:hAnsi="Arial" w:eastAsia="Arial"/>
          <w:sz w:val="22"/>
        </w:rPr>
        <w:t>25. Дар китоби дарсӣ гуфта мешавад: Адабиёти давраи нав ба кадом асрҳо тааллуқ дорад?</w:t>
      </w:r>
    </w:p>
    <w:p>
      <w:r>
        <w:rPr>
          <w:rFonts w:ascii="Arial" w:hAnsi="Arial" w:eastAsia="Arial"/>
          <w:sz w:val="22"/>
        </w:rPr>
        <w:t>Ҷавоби дуруст: Асри XX ва минбаъда</w:t>
      </w:r>
    </w:p>
    <w:p>
      <w:r>
        <w:rPr>
          <w:rFonts w:ascii="Arial" w:hAnsi="Arial" w:eastAsia="Arial"/>
          <w:sz w:val="22"/>
        </w:rPr>
        <w:t>26. Дар китоби дарсӣ гуфта мешавад: Адабиёти давраи нав дар заминаи чӣ ташаккул ёфт?</w:t>
      </w:r>
    </w:p>
    <w:p>
      <w:r>
        <w:rPr>
          <w:rFonts w:ascii="Arial" w:hAnsi="Arial" w:eastAsia="Arial"/>
          <w:sz w:val="22"/>
        </w:rPr>
        <w:t>Ҷавоби дуруст: Анъанаҳои адабиёти классикии форсу тоҷик</w:t>
      </w:r>
    </w:p>
    <w:p>
      <w:r>
        <w:rPr>
          <w:rFonts w:ascii="Arial" w:hAnsi="Arial" w:eastAsia="Arial"/>
          <w:sz w:val="22"/>
        </w:rPr>
        <w:t>27. Дар китоби дарсӣ гуфта мешавад: Ба адабиёти давраи нав таъсири кадом адабиётҳо расидааст?</w:t>
      </w:r>
    </w:p>
    <w:p>
      <w:r>
        <w:rPr>
          <w:rFonts w:ascii="Arial" w:hAnsi="Arial" w:eastAsia="Arial"/>
          <w:sz w:val="22"/>
        </w:rPr>
        <w:t>Ҷавоби дуруст: Адабиёти рус ва дигар халқҳо</w:t>
      </w:r>
    </w:p>
    <w:p>
      <w:r>
        <w:rPr>
          <w:rFonts w:ascii="Arial" w:hAnsi="Arial" w:eastAsia="Arial"/>
          <w:sz w:val="22"/>
        </w:rPr>
        <w:t>28. Дар китоби дарсӣ гуфта мешавад: Адабиёти давраи нав ба кадом асрҳо тааллуқ дорад?</w:t>
      </w:r>
    </w:p>
    <w:p>
      <w:r>
        <w:rPr>
          <w:rFonts w:ascii="Arial" w:hAnsi="Arial" w:eastAsia="Arial"/>
          <w:sz w:val="22"/>
        </w:rPr>
        <w:t>Ҷавоби дуруст: Асри XX ва минбаъда</w:t>
      </w:r>
    </w:p>
    <w:p>
      <w:r>
        <w:rPr>
          <w:rFonts w:ascii="Arial" w:hAnsi="Arial" w:eastAsia="Arial"/>
          <w:sz w:val="22"/>
        </w:rPr>
        <w:t>29. Дар китоби дарсӣ гуфта мешавад: Адабиёти давраи нав дар заминаи чӣ ташаккул ёфт?</w:t>
      </w:r>
    </w:p>
    <w:p>
      <w:r>
        <w:rPr>
          <w:rFonts w:ascii="Arial" w:hAnsi="Arial" w:eastAsia="Arial"/>
          <w:sz w:val="22"/>
        </w:rPr>
        <w:t>Ҷавоби дуруст: Анъанаҳои адабиёти классикии форсу тоҷик</w:t>
      </w:r>
    </w:p>
    <w:p>
      <w:r>
        <w:rPr>
          <w:rFonts w:ascii="Arial" w:hAnsi="Arial" w:eastAsia="Arial"/>
          <w:sz w:val="22"/>
        </w:rPr>
        <w:t>30. Дар китоби дарсӣ гуфта мешавад: Ба адабиёти давраи нав таъсири кадом адабиётҳо расидааст?</w:t>
      </w:r>
    </w:p>
    <w:p>
      <w:r>
        <w:rPr>
          <w:rFonts w:ascii="Arial" w:hAnsi="Arial" w:eastAsia="Arial"/>
          <w:sz w:val="22"/>
        </w:rPr>
        <w:t>Ҷавоби дуруст: Адабиёти рус ва дигар халқҳо</w:t>
      </w:r>
    </w:p>
    <w:p>
      <w:r>
        <w:rPr>
          <w:rFonts w:ascii="Arial" w:hAnsi="Arial" w:eastAsia="Arial"/>
          <w:sz w:val="22"/>
        </w:rPr>
        <w:t>31. Дар китоби дарсӣ гуфта мешавад: Адабиёти давраи нав ба кадом асрҳо тааллуқ дорад?</w:t>
      </w:r>
    </w:p>
    <w:p>
      <w:r>
        <w:rPr>
          <w:rFonts w:ascii="Arial" w:hAnsi="Arial" w:eastAsia="Arial"/>
          <w:sz w:val="22"/>
        </w:rPr>
        <w:t>Ҷавоби дуруст: Асри XX ва минбаъда</w:t>
      </w:r>
    </w:p>
    <w:p>
      <w:r>
        <w:rPr>
          <w:rFonts w:ascii="Arial" w:hAnsi="Arial" w:eastAsia="Arial"/>
          <w:sz w:val="22"/>
        </w:rPr>
        <w:t>32. Дар китоби дарсӣ гуфта мешавад: Адабиёти давраи нав дар заминаи чӣ ташаккул ёфт?</w:t>
      </w:r>
    </w:p>
    <w:p>
      <w:r>
        <w:rPr>
          <w:rFonts w:ascii="Arial" w:hAnsi="Arial" w:eastAsia="Arial"/>
          <w:sz w:val="22"/>
        </w:rPr>
        <w:t>Ҷавоби дуруст: Анъанаҳои адабиёти классикии форсу тоҷик</w:t>
      </w:r>
    </w:p>
    <w:p>
      <w:r>
        <w:rPr>
          <w:rFonts w:ascii="Arial" w:hAnsi="Arial" w:eastAsia="Arial"/>
          <w:sz w:val="22"/>
        </w:rPr>
        <w:t>33. Дар китоби дарсӣ гуфта мешавад: Ба адабиёти давраи нав таъсири кадом адабиётҳо расидааст?</w:t>
      </w:r>
    </w:p>
    <w:p>
      <w:r>
        <w:rPr>
          <w:rFonts w:ascii="Arial" w:hAnsi="Arial" w:eastAsia="Arial"/>
          <w:sz w:val="22"/>
        </w:rPr>
        <w:t>Ҷавоби дуруст: Адабиёти рус ва дигар халқҳо</w:t>
      </w:r>
    </w:p>
    <w:p>
      <w:r>
        <w:rPr>
          <w:rFonts w:ascii="Arial" w:hAnsi="Arial" w:eastAsia="Arial"/>
          <w:sz w:val="22"/>
        </w:rPr>
        <w:t>34. Дар китоби дарсӣ гуфта мешавад: Адабиёти давраи нав ба кадом асрҳо тааллуқ дорад?</w:t>
      </w:r>
    </w:p>
    <w:p>
      <w:r>
        <w:rPr>
          <w:rFonts w:ascii="Arial" w:hAnsi="Arial" w:eastAsia="Arial"/>
          <w:sz w:val="22"/>
        </w:rPr>
        <w:t>Ҷавоби дуруст: Асри XX ва минбаъда</w:t>
      </w:r>
    </w:p>
    <w:p>
      <w:r>
        <w:rPr>
          <w:rFonts w:ascii="Arial" w:hAnsi="Arial" w:eastAsia="Arial"/>
          <w:sz w:val="22"/>
        </w:rPr>
        <w:t>35. Дар китоби дарсӣ гуфта мешавад: Адабиёти давраи нав дар заминаи чӣ ташаккул ёфт?</w:t>
      </w:r>
    </w:p>
    <w:p>
      <w:r>
        <w:rPr>
          <w:rFonts w:ascii="Arial" w:hAnsi="Arial" w:eastAsia="Arial"/>
          <w:sz w:val="22"/>
        </w:rPr>
        <w:t>Ҷавоби дуруст: Анъанаҳои адабиёти классикии форсу тоҷик</w:t>
      </w:r>
    </w:p>
    <w:p>
      <w:r>
        <w:rPr>
          <w:rFonts w:ascii="Arial" w:hAnsi="Arial" w:eastAsia="Arial"/>
          <w:sz w:val="22"/>
        </w:rPr>
        <w:t>36. Дар китоби дарсӣ гуфта мешавад: Ба адабиёти давраи нав таъсири кадом адабиётҳо расидааст?</w:t>
      </w:r>
    </w:p>
    <w:p>
      <w:r>
        <w:rPr>
          <w:rFonts w:ascii="Arial" w:hAnsi="Arial" w:eastAsia="Arial"/>
          <w:sz w:val="22"/>
        </w:rPr>
        <w:t>Ҷавоби дуруст: Адабиёти рус ва дигар халқҳо</w:t>
      </w:r>
    </w:p>
    <w:p>
      <w:r>
        <w:rPr>
          <w:rFonts w:ascii="Arial" w:hAnsi="Arial" w:eastAsia="Arial"/>
          <w:sz w:val="22"/>
        </w:rPr>
        <w:t>37. Дар китоби дарсӣ гуфта мешавад: Адабиёти давраи нав ба кадом асрҳо тааллуқ дорад?</w:t>
      </w:r>
    </w:p>
    <w:p>
      <w:r>
        <w:rPr>
          <w:rFonts w:ascii="Arial" w:hAnsi="Arial" w:eastAsia="Arial"/>
          <w:sz w:val="22"/>
        </w:rPr>
        <w:t>Ҷавоби дуруст: Асри XX ва минбаъда</w:t>
      </w:r>
    </w:p>
    <w:p>
      <w:r>
        <w:rPr>
          <w:rFonts w:ascii="Arial" w:hAnsi="Arial" w:eastAsia="Arial"/>
          <w:sz w:val="22"/>
        </w:rPr>
        <w:t>38. Дар китоби дарсӣ гуфта мешавад: Адабиёти давраи нав дар заминаи чӣ ташаккул ёфт?</w:t>
      </w:r>
    </w:p>
    <w:p>
      <w:r>
        <w:rPr>
          <w:rFonts w:ascii="Arial" w:hAnsi="Arial" w:eastAsia="Arial"/>
          <w:sz w:val="22"/>
        </w:rPr>
        <w:t>Ҷавоби дуруст: Анъанаҳои адабиёти классикии форсу тоҷик</w:t>
      </w:r>
    </w:p>
    <w:p>
      <w:r>
        <w:rPr>
          <w:rFonts w:ascii="Arial" w:hAnsi="Arial" w:eastAsia="Arial"/>
          <w:sz w:val="22"/>
        </w:rPr>
        <w:t>39. Дар китоби дарсӣ гуфта мешавад: Ба адабиёти давраи нав таъсири кадом адабиётҳо расидааст?</w:t>
      </w:r>
    </w:p>
    <w:p>
      <w:r>
        <w:rPr>
          <w:rFonts w:ascii="Arial" w:hAnsi="Arial" w:eastAsia="Arial"/>
          <w:sz w:val="22"/>
        </w:rPr>
        <w:t>Ҷавоби дуруст: Адабиёти рус ва дигар халқҳо</w:t>
      </w:r>
    </w:p>
    <w:p>
      <w:r>
        <w:rPr>
          <w:rFonts w:ascii="Arial" w:hAnsi="Arial" w:eastAsia="Arial"/>
          <w:sz w:val="22"/>
        </w:rPr>
        <w:t>40. Дар китоби дарсӣ гуфта мешавад: Адабиёти давраи нав ба кадом асрҳо тааллуқ дорад?</w:t>
      </w:r>
    </w:p>
    <w:p>
      <w:r>
        <w:rPr>
          <w:rFonts w:ascii="Arial" w:hAnsi="Arial" w:eastAsia="Arial"/>
          <w:sz w:val="22"/>
        </w:rPr>
        <w:t>Ҷавоби дуруст: Асри XX ва минбаъда</w:t>
      </w:r>
    </w:p>
    <w:p>
      <w:r>
        <w:rPr>
          <w:rFonts w:ascii="Arial" w:hAnsi="Arial" w:eastAsia="Arial"/>
          <w:sz w:val="22"/>
        </w:rPr>
        <w:t>41. Дар китоби дарсӣ гуфта мешавад: Адабиёти давраи нав дар заминаи чӣ ташаккул ёфт?</w:t>
      </w:r>
    </w:p>
    <w:p>
      <w:r>
        <w:rPr>
          <w:rFonts w:ascii="Arial" w:hAnsi="Arial" w:eastAsia="Arial"/>
          <w:sz w:val="22"/>
        </w:rPr>
        <w:t>Ҷавоби дуруст: Анъанаҳои адабиёти классикии форсу тоҷик</w:t>
      </w:r>
    </w:p>
    <w:p>
      <w:r>
        <w:rPr>
          <w:rFonts w:ascii="Arial" w:hAnsi="Arial" w:eastAsia="Arial"/>
          <w:sz w:val="22"/>
        </w:rPr>
        <w:t>42. Дар китоби дарсӣ гуфта мешавад: Ба адабиёти давраи нав таъсири кадом адабиётҳо расидааст?</w:t>
      </w:r>
    </w:p>
    <w:p>
      <w:r>
        <w:rPr>
          <w:rFonts w:ascii="Arial" w:hAnsi="Arial" w:eastAsia="Arial"/>
          <w:sz w:val="22"/>
        </w:rPr>
        <w:t>Ҷавоби дуруст: Адабиёти рус ва дигар халқҳо</w:t>
      </w:r>
    </w:p>
    <w:p>
      <w:r>
        <w:rPr>
          <w:rFonts w:ascii="Arial" w:hAnsi="Arial" w:eastAsia="Arial"/>
          <w:sz w:val="22"/>
        </w:rPr>
        <w:t>43. Дар китоби дарсӣ гуфта мешавад: Адабиёти давраи нав ба кадом асрҳо тааллуқ дорад?</w:t>
      </w:r>
    </w:p>
    <w:p>
      <w:r>
        <w:rPr>
          <w:rFonts w:ascii="Arial" w:hAnsi="Arial" w:eastAsia="Arial"/>
          <w:sz w:val="22"/>
        </w:rPr>
        <w:t>Ҷавоби дуруст: Асри XX ва минбаъда</w:t>
      </w:r>
    </w:p>
    <w:p>
      <w:r>
        <w:rPr>
          <w:rFonts w:ascii="Arial" w:hAnsi="Arial" w:eastAsia="Arial"/>
          <w:sz w:val="22"/>
        </w:rPr>
        <w:t>44. Дар китоби дарсӣ гуфта мешавад: Адабиёти давраи нав дар заминаи чӣ ташаккул ёфт?</w:t>
      </w:r>
    </w:p>
    <w:p>
      <w:r>
        <w:rPr>
          <w:rFonts w:ascii="Arial" w:hAnsi="Arial" w:eastAsia="Arial"/>
          <w:sz w:val="22"/>
        </w:rPr>
        <w:t>Ҷавоби дуруст: Анъанаҳои адабиёти классикии форсу тоҷик</w:t>
      </w:r>
    </w:p>
    <w:p>
      <w:r>
        <w:rPr>
          <w:rFonts w:ascii="Arial" w:hAnsi="Arial" w:eastAsia="Arial"/>
          <w:sz w:val="22"/>
        </w:rPr>
        <w:t>45. Дар китоби дарсӣ гуфта мешавад: Ба адабиёти давраи нав таъсири кадом адабиётҳо расидааст?</w:t>
      </w:r>
    </w:p>
    <w:p>
      <w:r>
        <w:rPr>
          <w:rFonts w:ascii="Arial" w:hAnsi="Arial" w:eastAsia="Arial"/>
          <w:sz w:val="22"/>
        </w:rPr>
        <w:t>Ҷавоби дуруст: Адабиёти рус ва дигар халқҳо</w:t>
      </w:r>
    </w:p>
    <w:p>
      <w:r>
        <w:rPr>
          <w:rFonts w:ascii="Arial" w:hAnsi="Arial" w:eastAsia="Arial"/>
          <w:sz w:val="22"/>
        </w:rPr>
        <w:t>46. Дар китоби дарсӣ гуфта мешавад: Адабиёти давраи нав ба кадом асрҳо тааллуқ дорад?</w:t>
      </w:r>
    </w:p>
    <w:p>
      <w:r>
        <w:rPr>
          <w:rFonts w:ascii="Arial" w:hAnsi="Arial" w:eastAsia="Arial"/>
          <w:sz w:val="22"/>
        </w:rPr>
        <w:t>Ҷавоби дуруст: Асри XX ва минбаъда</w:t>
      </w:r>
    </w:p>
    <w:p>
      <w:r>
        <w:rPr>
          <w:rFonts w:ascii="Arial" w:hAnsi="Arial" w:eastAsia="Arial"/>
          <w:sz w:val="22"/>
        </w:rPr>
        <w:t>47. Дар китоби дарсӣ гуфта мешавад: Адабиёти давраи нав дар заминаи чӣ ташаккул ёфт?</w:t>
      </w:r>
    </w:p>
    <w:p>
      <w:r>
        <w:rPr>
          <w:rFonts w:ascii="Arial" w:hAnsi="Arial" w:eastAsia="Arial"/>
          <w:sz w:val="22"/>
        </w:rPr>
        <w:t>Ҷавоби дуруст: Анъанаҳои адабиёти классикии форсу тоҷик</w:t>
      </w:r>
    </w:p>
    <w:p>
      <w:r>
        <w:rPr>
          <w:rFonts w:ascii="Arial" w:hAnsi="Arial" w:eastAsia="Arial"/>
          <w:sz w:val="22"/>
        </w:rPr>
        <w:t>48. Дар китоби дарсӣ гуфта мешавад: Ба адабиёти давраи нав таъсири кадом адабиётҳо расидааст?</w:t>
      </w:r>
    </w:p>
    <w:p>
      <w:r>
        <w:rPr>
          <w:rFonts w:ascii="Arial" w:hAnsi="Arial" w:eastAsia="Arial"/>
          <w:sz w:val="22"/>
        </w:rPr>
        <w:t>Ҷавоби дуруст: Адабиёти рус ва дигар халқҳо</w:t>
      </w:r>
    </w:p>
    <w:p>
      <w:r>
        <w:rPr>
          <w:rFonts w:ascii="Arial" w:hAnsi="Arial" w:eastAsia="Arial"/>
          <w:sz w:val="22"/>
        </w:rPr>
        <w:t>49. Дар китоби дарсӣ гуфта мешавад: Адабиёти давраи нав ба кадом асрҳо тааллуқ дорад?</w:t>
      </w:r>
    </w:p>
    <w:p>
      <w:r>
        <w:rPr>
          <w:rFonts w:ascii="Arial" w:hAnsi="Arial" w:eastAsia="Arial"/>
          <w:sz w:val="22"/>
        </w:rPr>
        <w:t>Ҷавоби дуруст: Асри XX ва минбаъда</w:t>
      </w:r>
    </w:p>
    <w:p>
      <w:r>
        <w:rPr>
          <w:rFonts w:ascii="Arial" w:hAnsi="Arial" w:eastAsia="Arial"/>
          <w:sz w:val="22"/>
        </w:rPr>
        <w:t>50. Дар китоби дарсӣ гуфта мешавад: Адабиёти давраи нав дар заминаи чӣ ташаккул ёфт?</w:t>
      </w:r>
    </w:p>
    <w:p>
      <w:r>
        <w:rPr>
          <w:rFonts w:ascii="Arial" w:hAnsi="Arial" w:eastAsia="Arial"/>
          <w:sz w:val="22"/>
        </w:rPr>
        <w:t>Ҷавоби дуруст: Анъанаҳои адабиёти классикии форсу тоҷик</w:t>
      </w:r>
    </w:p>
    <w:p>
      <w:r>
        <w:rPr>
          <w:rFonts w:ascii="Arial" w:hAnsi="Arial" w:eastAsia="Arial"/>
          <w:sz w:val="22"/>
        </w:rPr>
        <w:t>51. Дар китоби дарсӣ гуфта мешавад: Ба адабиёти давраи нав таъсири кадом адабиётҳо расидааст?</w:t>
      </w:r>
    </w:p>
    <w:p>
      <w:r>
        <w:rPr>
          <w:rFonts w:ascii="Arial" w:hAnsi="Arial" w:eastAsia="Arial"/>
          <w:sz w:val="22"/>
        </w:rPr>
        <w:t>Ҷавоби дуруст: Адабиёти рус ва дигар халқҳо</w:t>
      </w:r>
    </w:p>
    <w:p>
      <w:r>
        <w:rPr>
          <w:rFonts w:ascii="Arial" w:hAnsi="Arial" w:eastAsia="Arial"/>
          <w:sz w:val="22"/>
        </w:rPr>
        <w:t>52. Дар китоби дарсӣ гуфта мешавад: Адабиёти давраи нав ба кадом асрҳо тааллуқ дорад?</w:t>
      </w:r>
    </w:p>
    <w:p>
      <w:r>
        <w:rPr>
          <w:rFonts w:ascii="Arial" w:hAnsi="Arial" w:eastAsia="Arial"/>
          <w:sz w:val="22"/>
        </w:rPr>
        <w:t>Ҷавоби дуруст: Асри XX ва минбаъда</w:t>
      </w:r>
    </w:p>
    <w:p>
      <w:r>
        <w:rPr>
          <w:rFonts w:ascii="Arial" w:hAnsi="Arial" w:eastAsia="Arial"/>
          <w:sz w:val="22"/>
        </w:rPr>
        <w:t>53. Дар китоби дарсӣ гуфта мешавад: Адабиёти давраи нав дар заминаи чӣ ташаккул ёфт?</w:t>
      </w:r>
    </w:p>
    <w:p>
      <w:r>
        <w:rPr>
          <w:rFonts w:ascii="Arial" w:hAnsi="Arial" w:eastAsia="Arial"/>
          <w:sz w:val="22"/>
        </w:rPr>
        <w:t>Ҷавоби дуруст: Анъанаҳои адабиёти классикии форсу тоҷик</w:t>
      </w:r>
    </w:p>
    <w:p>
      <w:r>
        <w:rPr>
          <w:rFonts w:ascii="Arial" w:hAnsi="Arial" w:eastAsia="Arial"/>
          <w:sz w:val="22"/>
        </w:rPr>
        <w:t>54. Дар китоби дарсӣ гуфта мешавад: Ба адабиёти давраи нав таъсири кадом адабиётҳо расидааст?</w:t>
      </w:r>
    </w:p>
    <w:p>
      <w:r>
        <w:rPr>
          <w:rFonts w:ascii="Arial" w:hAnsi="Arial" w:eastAsia="Arial"/>
          <w:sz w:val="22"/>
        </w:rPr>
        <w:t>Ҷавоби дуруст: Адабиёти рус ва дигар халқҳо</w:t>
      </w:r>
    </w:p>
    <w:p>
      <w:r>
        <w:rPr>
          <w:rFonts w:ascii="Arial" w:hAnsi="Arial" w:eastAsia="Arial"/>
          <w:sz w:val="22"/>
        </w:rPr>
        <w:t>55. Дар китоби дарсӣ гуфта мешавад: Адабиёти давраи нав ба кадом асрҳо тааллуқ дорад?</w:t>
      </w:r>
    </w:p>
    <w:p>
      <w:r>
        <w:rPr>
          <w:rFonts w:ascii="Arial" w:hAnsi="Arial" w:eastAsia="Arial"/>
          <w:sz w:val="22"/>
        </w:rPr>
        <w:t>Ҷавоби дуруст: Асри XX ва минбаъда</w:t>
      </w:r>
    </w:p>
    <w:p>
      <w:r>
        <w:rPr>
          <w:rFonts w:ascii="Arial" w:hAnsi="Arial" w:eastAsia="Arial"/>
          <w:sz w:val="22"/>
        </w:rPr>
        <w:t>56. Дар китоби дарсӣ гуфта мешавад: Адабиёти давраи нав дар заминаи чӣ ташаккул ёфт?</w:t>
      </w:r>
    </w:p>
    <w:p>
      <w:r>
        <w:rPr>
          <w:rFonts w:ascii="Arial" w:hAnsi="Arial" w:eastAsia="Arial"/>
          <w:sz w:val="22"/>
        </w:rPr>
        <w:t>Ҷавоби дуруст: Анъанаҳои адабиёти классикии форсу тоҷик</w:t>
      </w:r>
    </w:p>
    <w:p>
      <w:r>
        <w:rPr>
          <w:rFonts w:ascii="Arial" w:hAnsi="Arial" w:eastAsia="Arial"/>
          <w:sz w:val="22"/>
        </w:rPr>
        <w:t>57. Дар китоби дарсӣ гуфта мешавад: Ба адабиёти давраи нав таъсири кадом адабиётҳо расидааст?</w:t>
      </w:r>
    </w:p>
    <w:p>
      <w:r>
        <w:rPr>
          <w:rFonts w:ascii="Arial" w:hAnsi="Arial" w:eastAsia="Arial"/>
          <w:sz w:val="22"/>
        </w:rPr>
        <w:t>Ҷавоби дуруст: Адабиёти рус ва дигар халқҳо</w:t>
      </w:r>
    </w:p>
    <w:p>
      <w:r>
        <w:rPr>
          <w:rFonts w:ascii="Arial" w:hAnsi="Arial" w:eastAsia="Arial"/>
          <w:sz w:val="22"/>
        </w:rPr>
        <w:t>58. Дар китоби дарсӣ гуфта мешавад: Адабиёти давраи нав ба кадом асрҳо тааллуқ дорад?</w:t>
      </w:r>
    </w:p>
    <w:p>
      <w:r>
        <w:rPr>
          <w:rFonts w:ascii="Arial" w:hAnsi="Arial" w:eastAsia="Arial"/>
          <w:sz w:val="22"/>
        </w:rPr>
        <w:t>Ҷавоби дуруст: Асри XX ва минбаъда</w:t>
      </w:r>
    </w:p>
    <w:p>
      <w:r>
        <w:rPr>
          <w:rFonts w:ascii="Arial" w:hAnsi="Arial" w:eastAsia="Arial"/>
          <w:sz w:val="22"/>
        </w:rPr>
        <w:t>59. Дар китоби дарсӣ гуфта мешавад: Адабиёти давраи нав дар заминаи чӣ ташаккул ёфт?</w:t>
      </w:r>
    </w:p>
    <w:p>
      <w:r>
        <w:rPr>
          <w:rFonts w:ascii="Arial" w:hAnsi="Arial" w:eastAsia="Arial"/>
          <w:sz w:val="22"/>
        </w:rPr>
        <w:t>Ҷавоби дуруст: Анъанаҳои адабиёти классикии форсу тоҷик</w:t>
      </w:r>
    </w:p>
    <w:p>
      <w:r>
        <w:rPr>
          <w:rFonts w:ascii="Arial" w:hAnsi="Arial" w:eastAsia="Arial"/>
          <w:sz w:val="22"/>
        </w:rPr>
        <w:t>60. Дар китоби дарсӣ гуфта мешавад: Ба адабиёти давраи нав таъсири кадом адабиётҳо расидааст?</w:t>
      </w:r>
    </w:p>
    <w:p>
      <w:r>
        <w:rPr>
          <w:rFonts w:ascii="Arial" w:hAnsi="Arial" w:eastAsia="Arial"/>
          <w:sz w:val="22"/>
        </w:rPr>
        <w:t>Ҷавоби дуруст: Адабиёти рус ва дигар халқҳо</w:t>
      </w:r>
    </w:p>
    <w:p>
      <w:r>
        <w:rPr>
          <w:rFonts w:ascii="Arial" w:hAnsi="Arial" w:eastAsia="Arial"/>
          <w:sz w:val="22"/>
        </w:rPr>
        <w:t>61. Дар китоби дарсӣ гуфта мешавад: Адабиёти давраи нав ба кадом асрҳо тааллуқ дорад?</w:t>
      </w:r>
    </w:p>
    <w:p>
      <w:r>
        <w:rPr>
          <w:rFonts w:ascii="Arial" w:hAnsi="Arial" w:eastAsia="Arial"/>
          <w:sz w:val="22"/>
        </w:rPr>
        <w:t>Ҷавоби дуруст: Асри XX ва минбаъда</w:t>
      </w:r>
    </w:p>
    <w:p>
      <w:r>
        <w:rPr>
          <w:rFonts w:ascii="Arial" w:hAnsi="Arial" w:eastAsia="Arial"/>
          <w:sz w:val="22"/>
        </w:rPr>
        <w:t>62. Дар китоби дарсӣ гуфта мешавад: Адабиёти давраи нав дар заминаи чӣ ташаккул ёфт?</w:t>
      </w:r>
    </w:p>
    <w:p>
      <w:r>
        <w:rPr>
          <w:rFonts w:ascii="Arial" w:hAnsi="Arial" w:eastAsia="Arial"/>
          <w:sz w:val="22"/>
        </w:rPr>
        <w:t>Ҷавоби дуруст: Анъанаҳои адабиёти классикии форсу тоҷик</w:t>
      </w:r>
    </w:p>
    <w:p>
      <w:r>
        <w:rPr>
          <w:rFonts w:ascii="Arial" w:hAnsi="Arial" w:eastAsia="Arial"/>
          <w:sz w:val="22"/>
        </w:rPr>
        <w:t>63. Дар китоби дарсӣ гуфта мешавад: Ба адабиёти давраи нав таъсири кадом адабиётҳо расидааст?</w:t>
      </w:r>
    </w:p>
    <w:p>
      <w:r>
        <w:rPr>
          <w:rFonts w:ascii="Arial" w:hAnsi="Arial" w:eastAsia="Arial"/>
          <w:sz w:val="22"/>
        </w:rPr>
        <w:t>Ҷавоби дуруст: Адабиёти рус ва дигар халқҳо</w:t>
      </w:r>
    </w:p>
    <w:p>
      <w:r>
        <w:rPr>
          <w:rFonts w:ascii="Arial" w:hAnsi="Arial" w:eastAsia="Arial"/>
          <w:sz w:val="22"/>
        </w:rPr>
        <w:t>64. Дар китоби дарсӣ гуфта мешавад: Адабиёти давраи нав ба кадом асрҳо тааллуқ дорад?</w:t>
      </w:r>
    </w:p>
    <w:p>
      <w:r>
        <w:rPr>
          <w:rFonts w:ascii="Arial" w:hAnsi="Arial" w:eastAsia="Arial"/>
          <w:sz w:val="22"/>
        </w:rPr>
        <w:t>Ҷавоби дуруст: Асри XX ва минбаъда</w:t>
      </w:r>
    </w:p>
    <w:p>
      <w:r>
        <w:rPr>
          <w:rFonts w:ascii="Arial" w:hAnsi="Arial" w:eastAsia="Arial"/>
          <w:sz w:val="22"/>
        </w:rPr>
        <w:t>65. Дар китоби дарсӣ гуфта мешавад: Адабиёти давраи нав дар заминаи чӣ ташаккул ёфт?</w:t>
      </w:r>
    </w:p>
    <w:p>
      <w:r>
        <w:rPr>
          <w:rFonts w:ascii="Arial" w:hAnsi="Arial" w:eastAsia="Arial"/>
          <w:sz w:val="22"/>
        </w:rPr>
        <w:t>Ҷавоби дуруст: Анъанаҳои адабиёти классикии форсу тоҷик</w:t>
      </w:r>
    </w:p>
    <w:p>
      <w:r>
        <w:rPr>
          <w:rFonts w:ascii="Arial" w:hAnsi="Arial" w:eastAsia="Arial"/>
          <w:sz w:val="22"/>
        </w:rPr>
        <w:t>66. Дар китоби дарсӣ гуфта мешавад: Ба адабиёти давраи нав таъсири кадом адабиётҳо расидааст?</w:t>
      </w:r>
    </w:p>
    <w:p>
      <w:r>
        <w:rPr>
          <w:rFonts w:ascii="Arial" w:hAnsi="Arial" w:eastAsia="Arial"/>
          <w:sz w:val="22"/>
        </w:rPr>
        <w:t>Ҷавоби дуруст: Адабиёти рус ва дигар халқҳо</w:t>
      </w:r>
    </w:p>
    <w:p>
      <w:r>
        <w:rPr>
          <w:rFonts w:ascii="Arial" w:hAnsi="Arial" w:eastAsia="Arial"/>
          <w:sz w:val="22"/>
        </w:rPr>
        <w:t>67. Дар китоби дарсӣ гуфта мешавад: Адабиёти давраи нав ба кадом асрҳо тааллуқ дорад?</w:t>
      </w:r>
    </w:p>
    <w:p>
      <w:r>
        <w:rPr>
          <w:rFonts w:ascii="Arial" w:hAnsi="Arial" w:eastAsia="Arial"/>
          <w:sz w:val="22"/>
        </w:rPr>
        <w:t>Ҷавоби дуруст: Асри XX ва минбаъда</w:t>
      </w:r>
    </w:p>
    <w:p>
      <w:r>
        <w:rPr>
          <w:rFonts w:ascii="Arial" w:hAnsi="Arial" w:eastAsia="Arial"/>
          <w:sz w:val="22"/>
        </w:rPr>
        <w:t>68. Дар китоби дарсӣ гуфта мешавад: Адабиёти давраи нав дар заминаи чӣ ташаккул ёфт?</w:t>
      </w:r>
    </w:p>
    <w:p>
      <w:r>
        <w:rPr>
          <w:rFonts w:ascii="Arial" w:hAnsi="Arial" w:eastAsia="Arial"/>
          <w:sz w:val="22"/>
        </w:rPr>
        <w:t>Ҷавоби дуруст: Анъанаҳои адабиёти классикии форсу тоҷик</w:t>
      </w:r>
    </w:p>
    <w:p>
      <w:r>
        <w:rPr>
          <w:rFonts w:ascii="Arial" w:hAnsi="Arial" w:eastAsia="Arial"/>
          <w:sz w:val="22"/>
        </w:rPr>
        <w:t>69. Дар китоби дарсӣ гуфта мешавад: Ба адабиёти давраи нав таъсири кадом адабиётҳо расидааст?</w:t>
      </w:r>
    </w:p>
    <w:p>
      <w:r>
        <w:rPr>
          <w:rFonts w:ascii="Arial" w:hAnsi="Arial" w:eastAsia="Arial"/>
          <w:sz w:val="22"/>
        </w:rPr>
        <w:t>Ҷавоби дуруст: Адабиёти рус ва дигар халқҳо</w:t>
      </w:r>
    </w:p>
    <w:p>
      <w:r>
        <w:rPr>
          <w:rFonts w:ascii="Arial" w:hAnsi="Arial" w:eastAsia="Arial"/>
          <w:sz w:val="22"/>
        </w:rPr>
        <w:t>70. Дар китоби дарсӣ гуфта мешавад: Адабиёти давраи нав ба кадом асрҳо тааллуқ дорад?</w:t>
      </w:r>
    </w:p>
    <w:p>
      <w:r>
        <w:rPr>
          <w:rFonts w:ascii="Arial" w:hAnsi="Arial" w:eastAsia="Arial"/>
          <w:sz w:val="22"/>
        </w:rPr>
        <w:t>Ҷавоби дуруст: Асри XX ва минбаъда</w:t>
      </w:r>
    </w:p>
    <w:p>
      <w:r>
        <w:rPr>
          <w:rFonts w:ascii="Arial" w:hAnsi="Arial" w:eastAsia="Arial"/>
          <w:sz w:val="22"/>
        </w:rPr>
        <w:t>71. Дар китоби дарсӣ гуфта мешавад: Адабиёти давраи нав дар заминаи чӣ ташаккул ёфт?</w:t>
      </w:r>
    </w:p>
    <w:p>
      <w:r>
        <w:rPr>
          <w:rFonts w:ascii="Arial" w:hAnsi="Arial" w:eastAsia="Arial"/>
          <w:sz w:val="22"/>
        </w:rPr>
        <w:t>Ҷавоби дуруст: Анъанаҳои адабиёти классикии форсу тоҷик</w:t>
      </w:r>
    </w:p>
    <w:p>
      <w:r>
        <w:rPr>
          <w:rFonts w:ascii="Arial" w:hAnsi="Arial" w:eastAsia="Arial"/>
          <w:sz w:val="22"/>
        </w:rPr>
        <w:t>72. Дар китоби дарсӣ гуфта мешавад: Ба адабиёти давраи нав таъсири кадом адабиётҳо расидааст?</w:t>
      </w:r>
    </w:p>
    <w:p>
      <w:r>
        <w:rPr>
          <w:rFonts w:ascii="Arial" w:hAnsi="Arial" w:eastAsia="Arial"/>
          <w:sz w:val="22"/>
        </w:rPr>
        <w:t>Ҷавоби дуруст: Адабиёти рус ва дигар халқҳо</w:t>
      </w:r>
    </w:p>
    <w:p>
      <w:r>
        <w:rPr>
          <w:rFonts w:ascii="Arial" w:hAnsi="Arial" w:eastAsia="Arial"/>
          <w:sz w:val="22"/>
        </w:rPr>
        <w:t>73. Дар китоби дарсӣ гуфта мешавад: Адабиёти давраи нав ба кадом асрҳо тааллуқ дорад?</w:t>
      </w:r>
    </w:p>
    <w:p>
      <w:r>
        <w:rPr>
          <w:rFonts w:ascii="Arial" w:hAnsi="Arial" w:eastAsia="Arial"/>
          <w:sz w:val="22"/>
        </w:rPr>
        <w:t>Ҷавоби дуруст: Асри XX ва минбаъда</w:t>
      </w:r>
    </w:p>
    <w:p>
      <w:r>
        <w:rPr>
          <w:rFonts w:ascii="Arial" w:hAnsi="Arial" w:eastAsia="Arial"/>
          <w:sz w:val="22"/>
        </w:rPr>
        <w:t>74. Дар китоби дарсӣ гуфта мешавад: Адабиёти давраи нав дар заминаи чӣ ташаккул ёфт?</w:t>
      </w:r>
    </w:p>
    <w:p>
      <w:r>
        <w:rPr>
          <w:rFonts w:ascii="Arial" w:hAnsi="Arial" w:eastAsia="Arial"/>
          <w:sz w:val="22"/>
        </w:rPr>
        <w:t>Ҷавоби дуруст: Анъанаҳои адабиёти классикии форсу тоҷик</w:t>
      </w:r>
    </w:p>
    <w:p>
      <w:r>
        <w:rPr>
          <w:rFonts w:ascii="Arial" w:hAnsi="Arial" w:eastAsia="Arial"/>
          <w:sz w:val="22"/>
        </w:rPr>
        <w:t>75. Дар китоби дарсӣ гуфта мешавад: Ба адабиёти давраи нав таъсири кадом адабиётҳо расидааст?</w:t>
      </w:r>
    </w:p>
    <w:p>
      <w:r>
        <w:rPr>
          <w:rFonts w:ascii="Arial" w:hAnsi="Arial" w:eastAsia="Arial"/>
          <w:sz w:val="22"/>
        </w:rPr>
        <w:t>Ҷавоби дуруст: Адабиёти рус ва дигар халқҳо</w:t>
      </w:r>
    </w:p>
    <w:p>
      <w:r>
        <w:rPr>
          <w:rFonts w:ascii="Arial" w:hAnsi="Arial" w:eastAsia="Arial"/>
          <w:sz w:val="22"/>
        </w:rPr>
        <w:t>76. Дар китоби дарсӣ гуфта мешавад: Адабиёти давраи нав ба кадом асрҳо тааллуқ дорад?</w:t>
      </w:r>
    </w:p>
    <w:p>
      <w:r>
        <w:rPr>
          <w:rFonts w:ascii="Arial" w:hAnsi="Arial" w:eastAsia="Arial"/>
          <w:sz w:val="22"/>
        </w:rPr>
        <w:t>Ҷавоби дуруст: Асри XX ва минбаъда</w:t>
      </w:r>
    </w:p>
    <w:p>
      <w:r>
        <w:rPr>
          <w:rFonts w:ascii="Arial" w:hAnsi="Arial" w:eastAsia="Arial"/>
          <w:sz w:val="22"/>
        </w:rPr>
        <w:t>77. Дар китоби дарсӣ гуфта мешавад: Адабиёти давраи нав дар заминаи чӣ ташаккул ёфт?</w:t>
      </w:r>
    </w:p>
    <w:p>
      <w:r>
        <w:rPr>
          <w:rFonts w:ascii="Arial" w:hAnsi="Arial" w:eastAsia="Arial"/>
          <w:sz w:val="22"/>
        </w:rPr>
        <w:t>Ҷавоби дуруст: Анъанаҳои адабиёти классикии форсу тоҷик</w:t>
      </w:r>
    </w:p>
    <w:p>
      <w:r>
        <w:rPr>
          <w:rFonts w:ascii="Arial" w:hAnsi="Arial" w:eastAsia="Arial"/>
          <w:sz w:val="22"/>
        </w:rPr>
        <w:t>78. Дар китоби дарсӣ гуфта мешавад: Ба адабиёти давраи нав таъсири кадом адабиётҳо расидааст?</w:t>
      </w:r>
    </w:p>
    <w:p>
      <w:r>
        <w:rPr>
          <w:rFonts w:ascii="Arial" w:hAnsi="Arial" w:eastAsia="Arial"/>
          <w:sz w:val="22"/>
        </w:rPr>
        <w:t>Ҷавоби дуруст: Адабиёти рус ва дигар халқҳо</w:t>
      </w:r>
    </w:p>
    <w:p>
      <w:r>
        <w:rPr>
          <w:rFonts w:ascii="Arial" w:hAnsi="Arial" w:eastAsia="Arial"/>
          <w:sz w:val="22"/>
        </w:rPr>
        <w:t>79. Дар китоби дарсӣ гуфта мешавад: Адабиёти давраи нав ба кадом асрҳо тааллуқ дорад?</w:t>
      </w:r>
    </w:p>
    <w:p>
      <w:r>
        <w:rPr>
          <w:rFonts w:ascii="Arial" w:hAnsi="Arial" w:eastAsia="Arial"/>
          <w:sz w:val="22"/>
        </w:rPr>
        <w:t>Ҷавоби дуруст: Асри XX ва минбаъда</w:t>
      </w:r>
    </w:p>
    <w:p>
      <w:r>
        <w:rPr>
          <w:rFonts w:ascii="Arial" w:hAnsi="Arial" w:eastAsia="Arial"/>
          <w:sz w:val="22"/>
        </w:rPr>
        <w:t>80. Дар китоби дарсӣ гуфта мешавад: Адабиёти давраи нав дар заминаи чӣ ташаккул ёфт?</w:t>
      </w:r>
    </w:p>
    <w:p>
      <w:r>
        <w:rPr>
          <w:rFonts w:ascii="Arial" w:hAnsi="Arial" w:eastAsia="Arial"/>
          <w:sz w:val="22"/>
        </w:rPr>
        <w:t>Ҷавоби дуруст: Анъанаҳои адабиёти классикии форсу тоҷик</w:t>
      </w:r>
    </w:p>
    <w:p>
      <w:r>
        <w:rPr>
          <w:rFonts w:ascii="Arial" w:hAnsi="Arial" w:eastAsia="Arial"/>
          <w:sz w:val="22"/>
        </w:rPr>
        <w:t>81. Дар китоби дарсӣ гуфта мешавад: Ба адабиёти давраи нав таъсири кадом адабиётҳо расидааст?</w:t>
      </w:r>
    </w:p>
    <w:p>
      <w:r>
        <w:rPr>
          <w:rFonts w:ascii="Arial" w:hAnsi="Arial" w:eastAsia="Arial"/>
          <w:sz w:val="22"/>
        </w:rPr>
        <w:t>Ҷавоби дуруст: Адабиёти рус ва дигар халқҳо</w:t>
      </w:r>
    </w:p>
    <w:p>
      <w:r>
        <w:rPr>
          <w:rFonts w:ascii="Arial" w:hAnsi="Arial" w:eastAsia="Arial"/>
          <w:sz w:val="22"/>
        </w:rPr>
        <w:t>82. Дар китоби дарсӣ гуфта мешавад: Адабиёти давраи нав ба кадом асрҳо тааллуқ дорад?</w:t>
      </w:r>
    </w:p>
    <w:p>
      <w:r>
        <w:rPr>
          <w:rFonts w:ascii="Arial" w:hAnsi="Arial" w:eastAsia="Arial"/>
          <w:sz w:val="22"/>
        </w:rPr>
        <w:t>Ҷавоби дуруст: Асри XX ва минбаъда</w:t>
      </w:r>
    </w:p>
    <w:p>
      <w:r>
        <w:rPr>
          <w:rFonts w:ascii="Arial" w:hAnsi="Arial" w:eastAsia="Arial"/>
          <w:sz w:val="22"/>
        </w:rPr>
        <w:t>83. Дар китоби дарсӣ гуфта мешавад: Адабиёти давраи нав дар заминаи чӣ ташаккул ёфт?</w:t>
      </w:r>
    </w:p>
    <w:p>
      <w:r>
        <w:rPr>
          <w:rFonts w:ascii="Arial" w:hAnsi="Arial" w:eastAsia="Arial"/>
          <w:sz w:val="22"/>
        </w:rPr>
        <w:t>Ҷавоби дуруст: Анъанаҳои адабиёти классикии форсу тоҷик</w:t>
      </w:r>
    </w:p>
    <w:p>
      <w:r>
        <w:rPr>
          <w:rFonts w:ascii="Arial" w:hAnsi="Arial" w:eastAsia="Arial"/>
          <w:sz w:val="22"/>
        </w:rPr>
        <w:t>84. Дар китоби дарсӣ гуфта мешавад: Ба адабиёти давраи нав таъсири кадом адабиётҳо расидааст?</w:t>
      </w:r>
    </w:p>
    <w:p>
      <w:r>
        <w:rPr>
          <w:rFonts w:ascii="Arial" w:hAnsi="Arial" w:eastAsia="Arial"/>
          <w:sz w:val="22"/>
        </w:rPr>
        <w:t>Ҷавоби дуруст: Адабиёти рус ва дигар халқҳо</w:t>
      </w:r>
    </w:p>
    <w:p>
      <w:r>
        <w:rPr>
          <w:rFonts w:ascii="Arial" w:hAnsi="Arial" w:eastAsia="Arial"/>
          <w:sz w:val="22"/>
        </w:rPr>
        <w:t>85. Дар китоби дарсӣ гуфта мешавад: Адабиёти давраи нав ба кадом асрҳо тааллуқ дорад?</w:t>
      </w:r>
    </w:p>
    <w:p>
      <w:r>
        <w:rPr>
          <w:rFonts w:ascii="Arial" w:hAnsi="Arial" w:eastAsia="Arial"/>
          <w:sz w:val="22"/>
        </w:rPr>
        <w:t>Ҷавоби дуруст: Асри XX ва минбаъда</w:t>
      </w:r>
    </w:p>
    <w:p>
      <w:r>
        <w:rPr>
          <w:rFonts w:ascii="Arial" w:hAnsi="Arial" w:eastAsia="Arial"/>
          <w:sz w:val="22"/>
        </w:rPr>
        <w:t>86. Дар китоби дарсӣ гуфта мешавад: Адабиёти давраи нав дар заминаи чӣ ташаккул ёфт?</w:t>
      </w:r>
    </w:p>
    <w:p>
      <w:r>
        <w:rPr>
          <w:rFonts w:ascii="Arial" w:hAnsi="Arial" w:eastAsia="Arial"/>
          <w:sz w:val="22"/>
        </w:rPr>
        <w:t>Ҷавоби дуруст: Анъанаҳои адабиёти классикии форсу тоҷик</w:t>
      </w:r>
    </w:p>
    <w:p>
      <w:r>
        <w:rPr>
          <w:rFonts w:ascii="Arial" w:hAnsi="Arial" w:eastAsia="Arial"/>
          <w:sz w:val="22"/>
        </w:rPr>
        <w:t>87. Дар китоби дарсӣ гуфта мешавад: Ба адабиёти давраи нав таъсири кадом адабиётҳо расидааст?</w:t>
      </w:r>
    </w:p>
    <w:p>
      <w:r>
        <w:rPr>
          <w:rFonts w:ascii="Arial" w:hAnsi="Arial" w:eastAsia="Arial"/>
          <w:sz w:val="22"/>
        </w:rPr>
        <w:t>Ҷавоби дуруст: Адабиёти рус ва дигар халқҳо</w:t>
      </w:r>
    </w:p>
    <w:p>
      <w:r>
        <w:rPr>
          <w:rFonts w:ascii="Arial" w:hAnsi="Arial" w:eastAsia="Arial"/>
          <w:sz w:val="22"/>
        </w:rPr>
        <w:t>88. Дар китоби дарсӣ гуфта мешавад: Адабиёти давраи нав ба кадом асрҳо тааллуқ дорад?</w:t>
      </w:r>
    </w:p>
    <w:p>
      <w:r>
        <w:rPr>
          <w:rFonts w:ascii="Arial" w:hAnsi="Arial" w:eastAsia="Arial"/>
          <w:sz w:val="22"/>
        </w:rPr>
        <w:t>Ҷавоби дуруст: Асри XX ва минбаъда</w:t>
      </w:r>
    </w:p>
    <w:p>
      <w:r>
        <w:rPr>
          <w:rFonts w:ascii="Arial" w:hAnsi="Arial" w:eastAsia="Arial"/>
          <w:sz w:val="22"/>
        </w:rPr>
        <w:t>89. Дар китоби дарсӣ гуфта мешавад: Адабиёти давраи нав дар заминаи чӣ ташаккул ёфт?</w:t>
      </w:r>
    </w:p>
    <w:p>
      <w:r>
        <w:rPr>
          <w:rFonts w:ascii="Arial" w:hAnsi="Arial" w:eastAsia="Arial"/>
          <w:sz w:val="22"/>
        </w:rPr>
        <w:t>Ҷавоби дуруст: Анъанаҳои адабиёти классикии форсу тоҷик</w:t>
      </w:r>
    </w:p>
    <w:p>
      <w:r>
        <w:rPr>
          <w:rFonts w:ascii="Arial" w:hAnsi="Arial" w:eastAsia="Arial"/>
          <w:sz w:val="22"/>
        </w:rPr>
        <w:t>90. Дар китоби дарсӣ гуфта мешавад: Ба адабиёти давраи нав таъсири кадом адабиётҳо расидааст?</w:t>
      </w:r>
    </w:p>
    <w:p>
      <w:r>
        <w:rPr>
          <w:rFonts w:ascii="Arial" w:hAnsi="Arial" w:eastAsia="Arial"/>
          <w:sz w:val="22"/>
        </w:rPr>
        <w:t>Ҷавоби дуруст: Адабиёти рус ва дигар халқҳо</w:t>
      </w:r>
    </w:p>
    <w:p>
      <w:r>
        <w:rPr>
          <w:rFonts w:ascii="Arial" w:hAnsi="Arial" w:eastAsia="Arial"/>
          <w:sz w:val="22"/>
        </w:rPr>
        <w:t>91. Дар китоби дарсӣ гуфта мешавад: Адабиёти давраи нав ба кадом асрҳо тааллуқ дорад?</w:t>
      </w:r>
    </w:p>
    <w:p>
      <w:r>
        <w:rPr>
          <w:rFonts w:ascii="Arial" w:hAnsi="Arial" w:eastAsia="Arial"/>
          <w:sz w:val="22"/>
        </w:rPr>
        <w:t>Ҷавоби дуруст: Асри XX ва минбаъда</w:t>
      </w:r>
    </w:p>
    <w:p>
      <w:r>
        <w:rPr>
          <w:rFonts w:ascii="Arial" w:hAnsi="Arial" w:eastAsia="Arial"/>
          <w:sz w:val="22"/>
        </w:rPr>
        <w:t>92. Дар китоби дарсӣ гуфта мешавад: Адабиёти давраи нав дар заминаи чӣ ташаккул ёфт?</w:t>
      </w:r>
    </w:p>
    <w:p>
      <w:r>
        <w:rPr>
          <w:rFonts w:ascii="Arial" w:hAnsi="Arial" w:eastAsia="Arial"/>
          <w:sz w:val="22"/>
        </w:rPr>
        <w:t>Ҷавоби дуруст: Анъанаҳои адабиёти классикии форсу тоҷик</w:t>
      </w:r>
    </w:p>
    <w:p>
      <w:r>
        <w:rPr>
          <w:rFonts w:ascii="Arial" w:hAnsi="Arial" w:eastAsia="Arial"/>
          <w:sz w:val="22"/>
        </w:rPr>
        <w:t>93. Дар китоби дарсӣ гуфта мешавад: Ба адабиёти давраи нав таъсири кадом адабиётҳо расидааст?</w:t>
      </w:r>
    </w:p>
    <w:p>
      <w:r>
        <w:rPr>
          <w:rFonts w:ascii="Arial" w:hAnsi="Arial" w:eastAsia="Arial"/>
          <w:sz w:val="22"/>
        </w:rPr>
        <w:t>Ҷавоби дуруст: Адабиёти рус ва дигар халқҳо</w:t>
      </w:r>
    </w:p>
    <w:p>
      <w:r>
        <w:rPr>
          <w:rFonts w:ascii="Arial" w:hAnsi="Arial" w:eastAsia="Arial"/>
          <w:sz w:val="22"/>
        </w:rPr>
        <w:t>94. Дар китоби дарсӣ гуфта мешавад: Адабиёти давраи нав ба кадом асрҳо тааллуқ дорад?</w:t>
      </w:r>
    </w:p>
    <w:p>
      <w:r>
        <w:rPr>
          <w:rFonts w:ascii="Arial" w:hAnsi="Arial" w:eastAsia="Arial"/>
          <w:sz w:val="22"/>
        </w:rPr>
        <w:t>Ҷавоби дуруст: Асри XX ва минбаъда</w:t>
      </w:r>
    </w:p>
    <w:p>
      <w:r>
        <w:rPr>
          <w:rFonts w:ascii="Arial" w:hAnsi="Arial" w:eastAsia="Arial"/>
          <w:sz w:val="22"/>
        </w:rPr>
        <w:t>95. Дар китоби дарсӣ гуфта мешавад: Адабиёти давраи нав дар заминаи чӣ ташаккул ёфт?</w:t>
      </w:r>
    </w:p>
    <w:p>
      <w:r>
        <w:rPr>
          <w:rFonts w:ascii="Arial" w:hAnsi="Arial" w:eastAsia="Arial"/>
          <w:sz w:val="22"/>
        </w:rPr>
        <w:t>Ҷавоби дуруст: Анъанаҳои адабиёти классикии форсу тоҷик</w:t>
      </w:r>
    </w:p>
    <w:p>
      <w:r>
        <w:rPr>
          <w:rFonts w:ascii="Arial" w:hAnsi="Arial" w:eastAsia="Arial"/>
          <w:sz w:val="22"/>
        </w:rPr>
        <w:t>96. Дар китоби дарсӣ гуфта мешавад: Ба адабиёти давраи нав таъсири кадом адабиётҳо расидааст?</w:t>
      </w:r>
    </w:p>
    <w:p>
      <w:r>
        <w:rPr>
          <w:rFonts w:ascii="Arial" w:hAnsi="Arial" w:eastAsia="Arial"/>
          <w:sz w:val="22"/>
        </w:rPr>
        <w:t>Ҷавоби дуруст: Адабиёти рус ва дигар халқҳо</w:t>
      </w:r>
    </w:p>
    <w:p>
      <w:r>
        <w:rPr>
          <w:rFonts w:ascii="Arial" w:hAnsi="Arial" w:eastAsia="Arial"/>
          <w:sz w:val="22"/>
        </w:rPr>
        <w:t>97. Дар китоби дарсӣ гуфта мешавад: Адабиёти давраи нав ба кадом асрҳо тааллуқ дорад?</w:t>
      </w:r>
    </w:p>
    <w:p>
      <w:r>
        <w:rPr>
          <w:rFonts w:ascii="Arial" w:hAnsi="Arial" w:eastAsia="Arial"/>
          <w:sz w:val="22"/>
        </w:rPr>
        <w:t>Ҷавоби дуруст: Асри XX ва минбаъда</w:t>
      </w:r>
    </w:p>
    <w:p>
      <w:r>
        <w:rPr>
          <w:rFonts w:ascii="Arial" w:hAnsi="Arial" w:eastAsia="Arial"/>
          <w:sz w:val="22"/>
        </w:rPr>
        <w:t>98. Дар китоби дарсӣ гуфта мешавад: Адабиёти давраи нав дар заминаи чӣ ташаккул ёфт?</w:t>
      </w:r>
    </w:p>
    <w:p>
      <w:r>
        <w:rPr>
          <w:rFonts w:ascii="Arial" w:hAnsi="Arial" w:eastAsia="Arial"/>
          <w:sz w:val="22"/>
        </w:rPr>
        <w:t>Ҷавоби дуруст: Анъанаҳои адабиёти классикии форсу тоҷик</w:t>
      </w:r>
    </w:p>
    <w:p>
      <w:r>
        <w:rPr>
          <w:rFonts w:ascii="Arial" w:hAnsi="Arial" w:eastAsia="Arial"/>
          <w:sz w:val="22"/>
        </w:rPr>
        <w:t>99. Дар китоби дарсӣ гуфта мешавад: Ба адабиёти давраи нав таъсири кадом адабиётҳо расидааст?</w:t>
      </w:r>
    </w:p>
    <w:p>
      <w:r>
        <w:rPr>
          <w:rFonts w:ascii="Arial" w:hAnsi="Arial" w:eastAsia="Arial"/>
          <w:sz w:val="22"/>
        </w:rPr>
        <w:t>Ҷавоби дуруст: Адабиёти рус ва дигар халқҳо</w:t>
      </w:r>
    </w:p>
    <w:p>
      <w:r>
        <w:rPr>
          <w:rFonts w:ascii="Arial" w:hAnsi="Arial" w:eastAsia="Arial"/>
          <w:sz w:val="22"/>
        </w:rPr>
        <w:t>100. Дар китоби дарсӣ гуфта мешавад: Адабиёти давраи нав ба кадом асрҳо тааллуқ дорад?</w:t>
      </w:r>
    </w:p>
    <w:p>
      <w:r>
        <w:rPr>
          <w:rFonts w:ascii="Arial" w:hAnsi="Arial" w:eastAsia="Arial"/>
          <w:sz w:val="22"/>
        </w:rPr>
        <w:t>Ҷавоби дуруст: Асри XX ва минбаъда</w:t>
      </w:r>
    </w:p>
    <w:p>
      <w:r>
        <w:rPr>
          <w:rFonts w:ascii="Arial" w:hAnsi="Arial" w:eastAsia="Arial"/>
          <w:sz w:val="22"/>
        </w:rPr>
        <w:br w:type="page"/>
      </w:r>
    </w:p>
    <w:p>
      <w:pPr>
        <w:pStyle w:val="Heading1"/>
      </w:pPr>
      <w:r>
        <w:rPr>
          <w:rFonts w:ascii="Arial" w:hAnsi="Arial" w:eastAsia="Arial"/>
          <w:sz w:val="22"/>
        </w:rPr>
        <w:t>16. Боби IV — Нақибхон Туғрал</w:t>
      </w:r>
    </w:p>
    <w:p>
      <w:r>
        <w:rPr>
          <w:rFonts w:ascii="Arial" w:hAnsi="Arial" w:eastAsia="Arial"/>
          <w:sz w:val="22"/>
        </w:rPr>
        <w:t>1. Нақибхон Туғрал ба кадом давраи адабӣ мансуб аст?</w:t>
      </w:r>
    </w:p>
    <w:p>
      <w:r>
        <w:rPr>
          <w:rFonts w:ascii="Arial" w:hAnsi="Arial" w:eastAsia="Arial"/>
          <w:sz w:val="22"/>
        </w:rPr>
        <w:t>Ҷавоби дуруст: Адабиёти асри XX</w:t>
      </w:r>
    </w:p>
    <w:p>
      <w:r>
        <w:rPr>
          <w:rFonts w:ascii="Arial" w:hAnsi="Arial" w:eastAsia="Arial"/>
          <w:sz w:val="22"/>
        </w:rPr>
        <w:t>2. Ҷавоби дуруст ба саволи «Нақибхон Туғрал ба кадом давраи адабӣ мансуб аст?» кадом аст?</w:t>
      </w:r>
    </w:p>
    <w:p>
      <w:r>
        <w:rPr>
          <w:rFonts w:ascii="Arial" w:hAnsi="Arial" w:eastAsia="Arial"/>
          <w:sz w:val="22"/>
        </w:rPr>
        <w:t>Ҷавоби дуруст: Адабиёти асри XX</w:t>
      </w:r>
    </w:p>
    <w:p>
      <w:r>
        <w:rPr>
          <w:rFonts w:ascii="Arial" w:hAnsi="Arial" w:eastAsia="Arial"/>
          <w:sz w:val="22"/>
        </w:rPr>
        <w:t>3. Кадом ҷавоб нақибхон туғрал ба кадом давраи адабӣ мансуб аст?</w:t>
      </w:r>
    </w:p>
    <w:p>
      <w:r>
        <w:rPr>
          <w:rFonts w:ascii="Arial" w:hAnsi="Arial" w:eastAsia="Arial"/>
          <w:sz w:val="22"/>
        </w:rPr>
        <w:t>Ҷавоби дуруст: Адабиёти асри XX</w:t>
      </w:r>
    </w:p>
    <w:p>
      <w:r>
        <w:rPr>
          <w:rFonts w:ascii="Arial" w:hAnsi="Arial" w:eastAsia="Arial"/>
          <w:sz w:val="22"/>
        </w:rPr>
        <w:t>4. Аз рӯйи китоб муайян кунед: Нақибхон Туғрал ба кадом давраи адабӣ мансуб аст?</w:t>
      </w:r>
    </w:p>
    <w:p>
      <w:r>
        <w:rPr>
          <w:rFonts w:ascii="Arial" w:hAnsi="Arial" w:eastAsia="Arial"/>
          <w:sz w:val="22"/>
        </w:rPr>
        <w:t>Ҷавоби дуруст: Адабиёти асри XX</w:t>
      </w:r>
    </w:p>
    <w:p>
      <w:r>
        <w:rPr>
          <w:rFonts w:ascii="Arial" w:hAnsi="Arial" w:eastAsia="Arial"/>
          <w:sz w:val="22"/>
        </w:rPr>
        <w:t>5. Дар мероси Туғрал кадом жанр мавқеи муҳим дорад?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6. Ҷавоби дуруст ба саволи «Дар мероси Туғрал кадом жанр мавқеи муҳим дорад?» кадом аст?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7. Кадом ҷавоб дар мероси туғрал кадом жанр мавқеи муҳим дорад?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8. Аз рӯйи китоб муайян кунед: Дар мероси Туғрал кадом жанр мавқеи муҳим дорад?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9. Дар китоби дарсӣ гуфта мешавад: Нақибхон Туғрал ба кадом давраи адабӣ мансуб аст?</w:t>
      </w:r>
    </w:p>
    <w:p>
      <w:r>
        <w:rPr>
          <w:rFonts w:ascii="Arial" w:hAnsi="Arial" w:eastAsia="Arial"/>
          <w:sz w:val="22"/>
        </w:rPr>
        <w:t>Ҷавоби дуруст: Адабиёти асри XX</w:t>
      </w:r>
    </w:p>
    <w:p>
      <w:r>
        <w:rPr>
          <w:rFonts w:ascii="Arial" w:hAnsi="Arial" w:eastAsia="Arial"/>
          <w:sz w:val="22"/>
        </w:rPr>
        <w:t>10. Дар китоби дарсӣ гуфта мешавад: Дар мероси Туғрал кадом жанр мавқеи муҳим дорад?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11. Дар китоби дарсӣ гуфта мешавад: Нақибхон Туғрал ба кадом давраи адабӣ мансуб аст?</w:t>
      </w:r>
    </w:p>
    <w:p>
      <w:r>
        <w:rPr>
          <w:rFonts w:ascii="Arial" w:hAnsi="Arial" w:eastAsia="Arial"/>
          <w:sz w:val="22"/>
        </w:rPr>
        <w:t>Ҷавоби дуруст: Адабиёти асри XX</w:t>
      </w:r>
    </w:p>
    <w:p>
      <w:r>
        <w:rPr>
          <w:rFonts w:ascii="Arial" w:hAnsi="Arial" w:eastAsia="Arial"/>
          <w:sz w:val="22"/>
        </w:rPr>
        <w:t>12. Дар китоби дарсӣ гуфта мешавад: Дар мероси Туғрал кадом жанр мавқеи муҳим дорад?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13. Дар китоби дарсӣ гуфта мешавад: Нақибхон Туғрал ба кадом давраи адабӣ мансуб аст?</w:t>
      </w:r>
    </w:p>
    <w:p>
      <w:r>
        <w:rPr>
          <w:rFonts w:ascii="Arial" w:hAnsi="Arial" w:eastAsia="Arial"/>
          <w:sz w:val="22"/>
        </w:rPr>
        <w:t>Ҷавоби дуруст: Адабиёти асри XX</w:t>
      </w:r>
    </w:p>
    <w:p>
      <w:r>
        <w:rPr>
          <w:rFonts w:ascii="Arial" w:hAnsi="Arial" w:eastAsia="Arial"/>
          <w:sz w:val="22"/>
        </w:rPr>
        <w:t>14. Дар китоби дарсӣ гуфта мешавад: Дар мероси Туғрал кадом жанр мавқеи муҳим дорад?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15. Дар китоби дарсӣ гуфта мешавад: Нақибхон Туғрал ба кадом давраи адабӣ мансуб аст?</w:t>
      </w:r>
    </w:p>
    <w:p>
      <w:r>
        <w:rPr>
          <w:rFonts w:ascii="Arial" w:hAnsi="Arial" w:eastAsia="Arial"/>
          <w:sz w:val="22"/>
        </w:rPr>
        <w:t>Ҷавоби дуруст: Адабиёти асри XX</w:t>
      </w:r>
    </w:p>
    <w:p>
      <w:r>
        <w:rPr>
          <w:rFonts w:ascii="Arial" w:hAnsi="Arial" w:eastAsia="Arial"/>
          <w:sz w:val="22"/>
        </w:rPr>
        <w:t>16. Дар китоби дарсӣ гуфта мешавад: Дар мероси Туғрал кадом жанр мавқеи муҳим дорад?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17. Дар китоби дарсӣ гуфта мешавад: Нақибхон Туғрал ба кадом давраи адабӣ мансуб аст?</w:t>
      </w:r>
    </w:p>
    <w:p>
      <w:r>
        <w:rPr>
          <w:rFonts w:ascii="Arial" w:hAnsi="Arial" w:eastAsia="Arial"/>
          <w:sz w:val="22"/>
        </w:rPr>
        <w:t>Ҷавоби дуруст: Адабиёти асри XX</w:t>
      </w:r>
    </w:p>
    <w:p>
      <w:r>
        <w:rPr>
          <w:rFonts w:ascii="Arial" w:hAnsi="Arial" w:eastAsia="Arial"/>
          <w:sz w:val="22"/>
        </w:rPr>
        <w:t>18. Дар китоби дарсӣ гуфта мешавад: Дар мероси Туғрал кадом жанр мавқеи муҳим дорад?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19. Дар китоби дарсӣ гуфта мешавад: Нақибхон Туғрал ба кадом давраи адабӣ мансуб аст?</w:t>
      </w:r>
    </w:p>
    <w:p>
      <w:r>
        <w:rPr>
          <w:rFonts w:ascii="Arial" w:hAnsi="Arial" w:eastAsia="Arial"/>
          <w:sz w:val="22"/>
        </w:rPr>
        <w:t>Ҷавоби дуруст: Адабиёти асри XX</w:t>
      </w:r>
    </w:p>
    <w:p>
      <w:r>
        <w:rPr>
          <w:rFonts w:ascii="Arial" w:hAnsi="Arial" w:eastAsia="Arial"/>
          <w:sz w:val="22"/>
        </w:rPr>
        <w:t>20. Дар китоби дарсӣ гуфта мешавад: Дар мероси Туғрал кадом жанр мавқеи муҳим дорад?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21. Дар китоби дарсӣ гуфта мешавад: Нақибхон Туғрал ба кадом давраи адабӣ мансуб аст?</w:t>
      </w:r>
    </w:p>
    <w:p>
      <w:r>
        <w:rPr>
          <w:rFonts w:ascii="Arial" w:hAnsi="Arial" w:eastAsia="Arial"/>
          <w:sz w:val="22"/>
        </w:rPr>
        <w:t>Ҷавоби дуруст: Адабиёти асри XX</w:t>
      </w:r>
    </w:p>
    <w:p>
      <w:r>
        <w:rPr>
          <w:rFonts w:ascii="Arial" w:hAnsi="Arial" w:eastAsia="Arial"/>
          <w:sz w:val="22"/>
        </w:rPr>
        <w:t>22. Дар китоби дарсӣ гуфта мешавад: Дар мероси Туғрал кадом жанр мавқеи муҳим дорад?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23. Дар китоби дарсӣ гуфта мешавад: Нақибхон Туғрал ба кадом давраи адабӣ мансуб аст?</w:t>
      </w:r>
    </w:p>
    <w:p>
      <w:r>
        <w:rPr>
          <w:rFonts w:ascii="Arial" w:hAnsi="Arial" w:eastAsia="Arial"/>
          <w:sz w:val="22"/>
        </w:rPr>
        <w:t>Ҷавоби дуруст: Адабиёти асри XX</w:t>
      </w:r>
    </w:p>
    <w:p>
      <w:r>
        <w:rPr>
          <w:rFonts w:ascii="Arial" w:hAnsi="Arial" w:eastAsia="Arial"/>
          <w:sz w:val="22"/>
        </w:rPr>
        <w:t>24. Дар китоби дарсӣ гуфта мешавад: Дар мероси Туғрал кадом жанр мавқеи муҳим дорад?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25. Дар китоби дарсӣ гуфта мешавад: Нақибхон Туғрал ба кадом давраи адабӣ мансуб аст?</w:t>
      </w:r>
    </w:p>
    <w:p>
      <w:r>
        <w:rPr>
          <w:rFonts w:ascii="Arial" w:hAnsi="Arial" w:eastAsia="Arial"/>
          <w:sz w:val="22"/>
        </w:rPr>
        <w:t>Ҷавоби дуруст: Адабиёти асри XX</w:t>
      </w:r>
    </w:p>
    <w:p>
      <w:r>
        <w:rPr>
          <w:rFonts w:ascii="Arial" w:hAnsi="Arial" w:eastAsia="Arial"/>
          <w:sz w:val="22"/>
        </w:rPr>
        <w:t>26. Дар китоби дарсӣ гуфта мешавад: Дар мероси Туғрал кадом жанр мавқеи муҳим дорад?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27. Дар китоби дарсӣ гуфта мешавад: Нақибхон Туғрал ба кадом давраи адабӣ мансуб аст?</w:t>
      </w:r>
    </w:p>
    <w:p>
      <w:r>
        <w:rPr>
          <w:rFonts w:ascii="Arial" w:hAnsi="Arial" w:eastAsia="Arial"/>
          <w:sz w:val="22"/>
        </w:rPr>
        <w:t>Ҷавоби дуруст: Адабиёти асри XX</w:t>
      </w:r>
    </w:p>
    <w:p>
      <w:r>
        <w:rPr>
          <w:rFonts w:ascii="Arial" w:hAnsi="Arial" w:eastAsia="Arial"/>
          <w:sz w:val="22"/>
        </w:rPr>
        <w:t>28. Дар китоби дарсӣ гуфта мешавад: Дар мероси Туғрал кадом жанр мавқеи муҳим дорад?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29. Дар китоби дарсӣ гуфта мешавад: Нақибхон Туғрал ба кадом давраи адабӣ мансуб аст?</w:t>
      </w:r>
    </w:p>
    <w:p>
      <w:r>
        <w:rPr>
          <w:rFonts w:ascii="Arial" w:hAnsi="Arial" w:eastAsia="Arial"/>
          <w:sz w:val="22"/>
        </w:rPr>
        <w:t>Ҷавоби дуруст: Адабиёти асри XX</w:t>
      </w:r>
    </w:p>
    <w:p>
      <w:r>
        <w:rPr>
          <w:rFonts w:ascii="Arial" w:hAnsi="Arial" w:eastAsia="Arial"/>
          <w:sz w:val="22"/>
        </w:rPr>
        <w:t>30. Дар китоби дарсӣ гуфта мешавад: Дар мероси Туғрал кадом жанр мавқеи муҳим дорад?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31. Дар китоби дарсӣ гуфта мешавад: Нақибхон Туғрал ба кадом давраи адабӣ мансуб аст?</w:t>
      </w:r>
    </w:p>
    <w:p>
      <w:r>
        <w:rPr>
          <w:rFonts w:ascii="Arial" w:hAnsi="Arial" w:eastAsia="Arial"/>
          <w:sz w:val="22"/>
        </w:rPr>
        <w:t>Ҷавоби дуруст: Адабиёти асри XX</w:t>
      </w:r>
    </w:p>
    <w:p>
      <w:r>
        <w:rPr>
          <w:rFonts w:ascii="Arial" w:hAnsi="Arial" w:eastAsia="Arial"/>
          <w:sz w:val="22"/>
        </w:rPr>
        <w:t>32. Дар китоби дарсӣ гуфта мешавад: Дар мероси Туғрал кадом жанр мавқеи муҳим дорад?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33. Дар китоби дарсӣ гуфта мешавад: Нақибхон Туғрал ба кадом давраи адабӣ мансуб аст?</w:t>
      </w:r>
    </w:p>
    <w:p>
      <w:r>
        <w:rPr>
          <w:rFonts w:ascii="Arial" w:hAnsi="Arial" w:eastAsia="Arial"/>
          <w:sz w:val="22"/>
        </w:rPr>
        <w:t>Ҷавоби дуруст: Адабиёти асри XX</w:t>
      </w:r>
    </w:p>
    <w:p>
      <w:r>
        <w:rPr>
          <w:rFonts w:ascii="Arial" w:hAnsi="Arial" w:eastAsia="Arial"/>
          <w:sz w:val="22"/>
        </w:rPr>
        <w:t>34. Дар китоби дарсӣ гуфта мешавад: Дар мероси Туғрал кадом жанр мавқеи муҳим дорад?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35. Дар китоби дарсӣ гуфта мешавад: Нақибхон Туғрал ба кадом давраи адабӣ мансуб аст?</w:t>
      </w:r>
    </w:p>
    <w:p>
      <w:r>
        <w:rPr>
          <w:rFonts w:ascii="Arial" w:hAnsi="Arial" w:eastAsia="Arial"/>
          <w:sz w:val="22"/>
        </w:rPr>
        <w:t>Ҷавоби дуруст: Адабиёти асри XX</w:t>
      </w:r>
    </w:p>
    <w:p>
      <w:r>
        <w:rPr>
          <w:rFonts w:ascii="Arial" w:hAnsi="Arial" w:eastAsia="Arial"/>
          <w:sz w:val="22"/>
        </w:rPr>
        <w:t>36. Дар китоби дарсӣ гуфта мешавад: Дар мероси Туғрал кадом жанр мавқеи муҳим дорад?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37. Дар китоби дарсӣ гуфта мешавад: Нақибхон Туғрал ба кадом давраи адабӣ мансуб аст?</w:t>
      </w:r>
    </w:p>
    <w:p>
      <w:r>
        <w:rPr>
          <w:rFonts w:ascii="Arial" w:hAnsi="Arial" w:eastAsia="Arial"/>
          <w:sz w:val="22"/>
        </w:rPr>
        <w:t>Ҷавоби дуруст: Адабиёти асри XX</w:t>
      </w:r>
    </w:p>
    <w:p>
      <w:r>
        <w:rPr>
          <w:rFonts w:ascii="Arial" w:hAnsi="Arial" w:eastAsia="Arial"/>
          <w:sz w:val="22"/>
        </w:rPr>
        <w:t>38. Дар китоби дарсӣ гуфта мешавад: Дар мероси Туғрал кадом жанр мавқеи муҳим дорад?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39. Дар китоби дарсӣ гуфта мешавад: Нақибхон Туғрал ба кадом давраи адабӣ мансуб аст?</w:t>
      </w:r>
    </w:p>
    <w:p>
      <w:r>
        <w:rPr>
          <w:rFonts w:ascii="Arial" w:hAnsi="Arial" w:eastAsia="Arial"/>
          <w:sz w:val="22"/>
        </w:rPr>
        <w:t>Ҷавоби дуруст: Адабиёти асри XX</w:t>
      </w:r>
    </w:p>
    <w:p>
      <w:r>
        <w:rPr>
          <w:rFonts w:ascii="Arial" w:hAnsi="Arial" w:eastAsia="Arial"/>
          <w:sz w:val="22"/>
        </w:rPr>
        <w:t>40. Дар китоби дарсӣ гуфта мешавад: Дар мероси Туғрал кадом жанр мавқеи муҳим дорад?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41. Дар китоби дарсӣ гуфта мешавад: Нақибхон Туғрал ба кадом давраи адабӣ мансуб аст?</w:t>
      </w:r>
    </w:p>
    <w:p>
      <w:r>
        <w:rPr>
          <w:rFonts w:ascii="Arial" w:hAnsi="Arial" w:eastAsia="Arial"/>
          <w:sz w:val="22"/>
        </w:rPr>
        <w:t>Ҷавоби дуруст: Адабиёти асри XX</w:t>
      </w:r>
    </w:p>
    <w:p>
      <w:r>
        <w:rPr>
          <w:rFonts w:ascii="Arial" w:hAnsi="Arial" w:eastAsia="Arial"/>
          <w:sz w:val="22"/>
        </w:rPr>
        <w:t>42. Дар китоби дарсӣ гуфта мешавад: Дар мероси Туғрал кадом жанр мавқеи муҳим дорад?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43. Дар китоби дарсӣ гуфта мешавад: Нақибхон Туғрал ба кадом давраи адабӣ мансуб аст?</w:t>
      </w:r>
    </w:p>
    <w:p>
      <w:r>
        <w:rPr>
          <w:rFonts w:ascii="Arial" w:hAnsi="Arial" w:eastAsia="Arial"/>
          <w:sz w:val="22"/>
        </w:rPr>
        <w:t>Ҷавоби дуруст: Адабиёти асри XX</w:t>
      </w:r>
    </w:p>
    <w:p>
      <w:r>
        <w:rPr>
          <w:rFonts w:ascii="Arial" w:hAnsi="Arial" w:eastAsia="Arial"/>
          <w:sz w:val="22"/>
        </w:rPr>
        <w:t>44. Дар китоби дарсӣ гуфта мешавад: Дар мероси Туғрал кадом жанр мавқеи муҳим дорад?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45. Дар китоби дарсӣ гуфта мешавад: Нақибхон Туғрал ба кадом давраи адабӣ мансуб аст?</w:t>
      </w:r>
    </w:p>
    <w:p>
      <w:r>
        <w:rPr>
          <w:rFonts w:ascii="Arial" w:hAnsi="Arial" w:eastAsia="Arial"/>
          <w:sz w:val="22"/>
        </w:rPr>
        <w:t>Ҷавоби дуруст: Адабиёти асри XX</w:t>
      </w:r>
    </w:p>
    <w:p>
      <w:r>
        <w:rPr>
          <w:rFonts w:ascii="Arial" w:hAnsi="Arial" w:eastAsia="Arial"/>
          <w:sz w:val="22"/>
        </w:rPr>
        <w:t>46. Дар китоби дарсӣ гуфта мешавад: Дар мероси Туғрал кадом жанр мавқеи муҳим дорад?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47. Дар китоби дарсӣ гуфта мешавад: Нақибхон Туғрал ба кадом давраи адабӣ мансуб аст?</w:t>
      </w:r>
    </w:p>
    <w:p>
      <w:r>
        <w:rPr>
          <w:rFonts w:ascii="Arial" w:hAnsi="Arial" w:eastAsia="Arial"/>
          <w:sz w:val="22"/>
        </w:rPr>
        <w:t>Ҷавоби дуруст: Адабиёти асри XX</w:t>
      </w:r>
    </w:p>
    <w:p>
      <w:r>
        <w:rPr>
          <w:rFonts w:ascii="Arial" w:hAnsi="Arial" w:eastAsia="Arial"/>
          <w:sz w:val="22"/>
        </w:rPr>
        <w:t>48. Дар китоби дарсӣ гуфта мешавад: Дар мероси Туғрал кадом жанр мавқеи муҳим дорад?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49. Дар китоби дарсӣ гуфта мешавад: Нақибхон Туғрал ба кадом давраи адабӣ мансуб аст?</w:t>
      </w:r>
    </w:p>
    <w:p>
      <w:r>
        <w:rPr>
          <w:rFonts w:ascii="Arial" w:hAnsi="Arial" w:eastAsia="Arial"/>
          <w:sz w:val="22"/>
        </w:rPr>
        <w:t>Ҷавоби дуруст: Адабиёти асри XX</w:t>
      </w:r>
    </w:p>
    <w:p>
      <w:r>
        <w:rPr>
          <w:rFonts w:ascii="Arial" w:hAnsi="Arial" w:eastAsia="Arial"/>
          <w:sz w:val="22"/>
        </w:rPr>
        <w:t>50. Дар китоби дарсӣ гуфта мешавад: Дар мероси Туғрал кадом жанр мавқеи муҳим дорад?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51. Дар китоби дарсӣ гуфта мешавад: Нақибхон Туғрал ба кадом давраи адабӣ мансуб аст?</w:t>
      </w:r>
    </w:p>
    <w:p>
      <w:r>
        <w:rPr>
          <w:rFonts w:ascii="Arial" w:hAnsi="Arial" w:eastAsia="Arial"/>
          <w:sz w:val="22"/>
        </w:rPr>
        <w:t>Ҷавоби дуруст: Адабиёти асри XX</w:t>
      </w:r>
    </w:p>
    <w:p>
      <w:r>
        <w:rPr>
          <w:rFonts w:ascii="Arial" w:hAnsi="Arial" w:eastAsia="Arial"/>
          <w:sz w:val="22"/>
        </w:rPr>
        <w:t>52. Дар китоби дарсӣ гуфта мешавад: Дар мероси Туғрал кадом жанр мавқеи муҳим дорад?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53. Дар китоби дарсӣ гуфта мешавад: Нақибхон Туғрал ба кадом давраи адабӣ мансуб аст?</w:t>
      </w:r>
    </w:p>
    <w:p>
      <w:r>
        <w:rPr>
          <w:rFonts w:ascii="Arial" w:hAnsi="Arial" w:eastAsia="Arial"/>
          <w:sz w:val="22"/>
        </w:rPr>
        <w:t>Ҷавоби дуруст: Адабиёти асри XX</w:t>
      </w:r>
    </w:p>
    <w:p>
      <w:r>
        <w:rPr>
          <w:rFonts w:ascii="Arial" w:hAnsi="Arial" w:eastAsia="Arial"/>
          <w:sz w:val="22"/>
        </w:rPr>
        <w:t>54. Дар китоби дарсӣ гуфта мешавад: Дар мероси Туғрал кадом жанр мавқеи муҳим дорад?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55. Дар китоби дарсӣ гуфта мешавад: Нақибхон Туғрал ба кадом давраи адабӣ мансуб аст?</w:t>
      </w:r>
    </w:p>
    <w:p>
      <w:r>
        <w:rPr>
          <w:rFonts w:ascii="Arial" w:hAnsi="Arial" w:eastAsia="Arial"/>
          <w:sz w:val="22"/>
        </w:rPr>
        <w:t>Ҷавоби дуруст: Адабиёти асри XX</w:t>
      </w:r>
    </w:p>
    <w:p>
      <w:r>
        <w:rPr>
          <w:rFonts w:ascii="Arial" w:hAnsi="Arial" w:eastAsia="Arial"/>
          <w:sz w:val="22"/>
        </w:rPr>
        <w:t>56. Дар китоби дарсӣ гуфта мешавад: Дар мероси Туғрал кадом жанр мавқеи муҳим дорад?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57. Дар китоби дарсӣ гуфта мешавад: Нақибхон Туғрал ба кадом давраи адабӣ мансуб аст?</w:t>
      </w:r>
    </w:p>
    <w:p>
      <w:r>
        <w:rPr>
          <w:rFonts w:ascii="Arial" w:hAnsi="Arial" w:eastAsia="Arial"/>
          <w:sz w:val="22"/>
        </w:rPr>
        <w:t>Ҷавоби дуруст: Адабиёти асри XX</w:t>
      </w:r>
    </w:p>
    <w:p>
      <w:r>
        <w:rPr>
          <w:rFonts w:ascii="Arial" w:hAnsi="Arial" w:eastAsia="Arial"/>
          <w:sz w:val="22"/>
        </w:rPr>
        <w:t>58. Дар китоби дарсӣ гуфта мешавад: Дар мероси Туғрал кадом жанр мавқеи муҳим дорад?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59. Дар китоби дарсӣ гуфта мешавад: Нақибхон Туғрал ба кадом давраи адабӣ мансуб аст?</w:t>
      </w:r>
    </w:p>
    <w:p>
      <w:r>
        <w:rPr>
          <w:rFonts w:ascii="Arial" w:hAnsi="Arial" w:eastAsia="Arial"/>
          <w:sz w:val="22"/>
        </w:rPr>
        <w:t>Ҷавоби дуруст: Адабиёти асри XX</w:t>
      </w:r>
    </w:p>
    <w:p>
      <w:r>
        <w:rPr>
          <w:rFonts w:ascii="Arial" w:hAnsi="Arial" w:eastAsia="Arial"/>
          <w:sz w:val="22"/>
        </w:rPr>
        <w:t>60. Дар китоби дарсӣ гуфта мешавад: Дар мероси Туғрал кадом жанр мавқеи муҳим дорад?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61. Дар китоби дарсӣ гуфта мешавад: Нақибхон Туғрал ба кадом давраи адабӣ мансуб аст?</w:t>
      </w:r>
    </w:p>
    <w:p>
      <w:r>
        <w:rPr>
          <w:rFonts w:ascii="Arial" w:hAnsi="Arial" w:eastAsia="Arial"/>
          <w:sz w:val="22"/>
        </w:rPr>
        <w:t>Ҷавоби дуруст: Адабиёти асри XX</w:t>
      </w:r>
    </w:p>
    <w:p>
      <w:r>
        <w:rPr>
          <w:rFonts w:ascii="Arial" w:hAnsi="Arial" w:eastAsia="Arial"/>
          <w:sz w:val="22"/>
        </w:rPr>
        <w:t>62. Дар китоби дарсӣ гуфта мешавад: Дар мероси Туғрал кадом жанр мавқеи муҳим дорад?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63. Дар китоби дарсӣ гуфта мешавад: Нақибхон Туғрал ба кадом давраи адабӣ мансуб аст?</w:t>
      </w:r>
    </w:p>
    <w:p>
      <w:r>
        <w:rPr>
          <w:rFonts w:ascii="Arial" w:hAnsi="Arial" w:eastAsia="Arial"/>
          <w:sz w:val="22"/>
        </w:rPr>
        <w:t>Ҷавоби дуруст: Адабиёти асри XX</w:t>
      </w:r>
    </w:p>
    <w:p>
      <w:r>
        <w:rPr>
          <w:rFonts w:ascii="Arial" w:hAnsi="Arial" w:eastAsia="Arial"/>
          <w:sz w:val="22"/>
        </w:rPr>
        <w:t>64. Дар китоби дарсӣ гуфта мешавад: Дар мероси Туғрал кадом жанр мавқеи муҳим дорад?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65. Дар китоби дарсӣ гуфта мешавад: Нақибхон Туғрал ба кадом давраи адабӣ мансуб аст?</w:t>
      </w:r>
    </w:p>
    <w:p>
      <w:r>
        <w:rPr>
          <w:rFonts w:ascii="Arial" w:hAnsi="Arial" w:eastAsia="Arial"/>
          <w:sz w:val="22"/>
        </w:rPr>
        <w:t>Ҷавоби дуруст: Адабиёти асри XX</w:t>
      </w:r>
    </w:p>
    <w:p>
      <w:r>
        <w:rPr>
          <w:rFonts w:ascii="Arial" w:hAnsi="Arial" w:eastAsia="Arial"/>
          <w:sz w:val="22"/>
        </w:rPr>
        <w:t>66. Дар китоби дарсӣ гуфта мешавад: Дар мероси Туғрал кадом жанр мавқеи муҳим дорад?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67. Дар китоби дарсӣ гуфта мешавад: Нақибхон Туғрал ба кадом давраи адабӣ мансуб аст?</w:t>
      </w:r>
    </w:p>
    <w:p>
      <w:r>
        <w:rPr>
          <w:rFonts w:ascii="Arial" w:hAnsi="Arial" w:eastAsia="Arial"/>
          <w:sz w:val="22"/>
        </w:rPr>
        <w:t>Ҷавоби дуруст: Адабиёти асри XX</w:t>
      </w:r>
    </w:p>
    <w:p>
      <w:r>
        <w:rPr>
          <w:rFonts w:ascii="Arial" w:hAnsi="Arial" w:eastAsia="Arial"/>
          <w:sz w:val="22"/>
        </w:rPr>
        <w:t>68. Дар китоби дарсӣ гуфта мешавад: Дар мероси Туғрал кадом жанр мавқеи муҳим дорад?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69. Дар китоби дарсӣ гуфта мешавад: Нақибхон Туғрал ба кадом давраи адабӣ мансуб аст?</w:t>
      </w:r>
    </w:p>
    <w:p>
      <w:r>
        <w:rPr>
          <w:rFonts w:ascii="Arial" w:hAnsi="Arial" w:eastAsia="Arial"/>
          <w:sz w:val="22"/>
        </w:rPr>
        <w:t>Ҷавоби дуруст: Адабиёти асри XX</w:t>
      </w:r>
    </w:p>
    <w:p>
      <w:r>
        <w:rPr>
          <w:rFonts w:ascii="Arial" w:hAnsi="Arial" w:eastAsia="Arial"/>
          <w:sz w:val="22"/>
        </w:rPr>
        <w:t>70. Дар китоби дарсӣ гуфта мешавад: Дар мероси Туғрал кадом жанр мавқеи муҳим дорад?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71. Дар китоби дарсӣ гуфта мешавад: Нақибхон Туғрал ба кадом давраи адабӣ мансуб аст?</w:t>
      </w:r>
    </w:p>
    <w:p>
      <w:r>
        <w:rPr>
          <w:rFonts w:ascii="Arial" w:hAnsi="Arial" w:eastAsia="Arial"/>
          <w:sz w:val="22"/>
        </w:rPr>
        <w:t>Ҷавоби дуруст: Адабиёти асри XX</w:t>
      </w:r>
    </w:p>
    <w:p>
      <w:r>
        <w:rPr>
          <w:rFonts w:ascii="Arial" w:hAnsi="Arial" w:eastAsia="Arial"/>
          <w:sz w:val="22"/>
        </w:rPr>
        <w:t>72. Дар китоби дарсӣ гуфта мешавад: Дар мероси Туғрал кадом жанр мавқеи муҳим дорад?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73. Дар китоби дарсӣ гуфта мешавад: Нақибхон Туғрал ба кадом давраи адабӣ мансуб аст?</w:t>
      </w:r>
    </w:p>
    <w:p>
      <w:r>
        <w:rPr>
          <w:rFonts w:ascii="Arial" w:hAnsi="Arial" w:eastAsia="Arial"/>
          <w:sz w:val="22"/>
        </w:rPr>
        <w:t>Ҷавоби дуруст: Адабиёти асри XX</w:t>
      </w:r>
    </w:p>
    <w:p>
      <w:r>
        <w:rPr>
          <w:rFonts w:ascii="Arial" w:hAnsi="Arial" w:eastAsia="Arial"/>
          <w:sz w:val="22"/>
        </w:rPr>
        <w:t>74. Дар китоби дарсӣ гуфта мешавад: Дар мероси Туғрал кадом жанр мавқеи муҳим дорад?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75. Дар китоби дарсӣ гуфта мешавад: Нақибхон Туғрал ба кадом давраи адабӣ мансуб аст?</w:t>
      </w:r>
    </w:p>
    <w:p>
      <w:r>
        <w:rPr>
          <w:rFonts w:ascii="Arial" w:hAnsi="Arial" w:eastAsia="Arial"/>
          <w:sz w:val="22"/>
        </w:rPr>
        <w:t>Ҷавоби дуруст: Адабиёти асри XX</w:t>
      </w:r>
    </w:p>
    <w:p>
      <w:r>
        <w:rPr>
          <w:rFonts w:ascii="Arial" w:hAnsi="Arial" w:eastAsia="Arial"/>
          <w:sz w:val="22"/>
        </w:rPr>
        <w:t>76. Дар китоби дарсӣ гуфта мешавад: Дар мероси Туғрал кадом жанр мавқеи муҳим дорад?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77. Дар китоби дарсӣ гуфта мешавад: Нақибхон Туғрал ба кадом давраи адабӣ мансуб аст?</w:t>
      </w:r>
    </w:p>
    <w:p>
      <w:r>
        <w:rPr>
          <w:rFonts w:ascii="Arial" w:hAnsi="Arial" w:eastAsia="Arial"/>
          <w:sz w:val="22"/>
        </w:rPr>
        <w:t>Ҷавоби дуруст: Адабиёти асри XX</w:t>
      </w:r>
    </w:p>
    <w:p>
      <w:r>
        <w:rPr>
          <w:rFonts w:ascii="Arial" w:hAnsi="Arial" w:eastAsia="Arial"/>
          <w:sz w:val="22"/>
        </w:rPr>
        <w:t>78. Дар китоби дарсӣ гуфта мешавад: Дар мероси Туғрал кадом жанр мавқеи муҳим дорад?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79. Дар китоби дарсӣ гуфта мешавад: Нақибхон Туғрал ба кадом давраи адабӣ мансуб аст?</w:t>
      </w:r>
    </w:p>
    <w:p>
      <w:r>
        <w:rPr>
          <w:rFonts w:ascii="Arial" w:hAnsi="Arial" w:eastAsia="Arial"/>
          <w:sz w:val="22"/>
        </w:rPr>
        <w:t>Ҷавоби дуруст: Адабиёти асри XX</w:t>
      </w:r>
    </w:p>
    <w:p>
      <w:r>
        <w:rPr>
          <w:rFonts w:ascii="Arial" w:hAnsi="Arial" w:eastAsia="Arial"/>
          <w:sz w:val="22"/>
        </w:rPr>
        <w:t>80. Дар китоби дарсӣ гуфта мешавад: Дар мероси Туғрал кадом жанр мавқеи муҳим дорад?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81. Дар китоби дарсӣ гуфта мешавад: Нақибхон Туғрал ба кадом давраи адабӣ мансуб аст?</w:t>
      </w:r>
    </w:p>
    <w:p>
      <w:r>
        <w:rPr>
          <w:rFonts w:ascii="Arial" w:hAnsi="Arial" w:eastAsia="Arial"/>
          <w:sz w:val="22"/>
        </w:rPr>
        <w:t>Ҷавоби дуруст: Адабиёти асри XX</w:t>
      </w:r>
    </w:p>
    <w:p>
      <w:r>
        <w:rPr>
          <w:rFonts w:ascii="Arial" w:hAnsi="Arial" w:eastAsia="Arial"/>
          <w:sz w:val="22"/>
        </w:rPr>
        <w:t>82. Дар китоби дарсӣ гуфта мешавад: Дар мероси Туғрал кадом жанр мавқеи муҳим дорад?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83. Дар китоби дарсӣ гуфта мешавад: Нақибхон Туғрал ба кадом давраи адабӣ мансуб аст?</w:t>
      </w:r>
    </w:p>
    <w:p>
      <w:r>
        <w:rPr>
          <w:rFonts w:ascii="Arial" w:hAnsi="Arial" w:eastAsia="Arial"/>
          <w:sz w:val="22"/>
        </w:rPr>
        <w:t>Ҷавоби дуруст: Адабиёти асри XX</w:t>
      </w:r>
    </w:p>
    <w:p>
      <w:r>
        <w:rPr>
          <w:rFonts w:ascii="Arial" w:hAnsi="Arial" w:eastAsia="Arial"/>
          <w:sz w:val="22"/>
        </w:rPr>
        <w:t>84. Дар китоби дарсӣ гуфта мешавад: Дар мероси Туғрал кадом жанр мавқеи муҳим дорад?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85. Дар китоби дарсӣ гуфта мешавад: Нақибхон Туғрал ба кадом давраи адабӣ мансуб аст?</w:t>
      </w:r>
    </w:p>
    <w:p>
      <w:r>
        <w:rPr>
          <w:rFonts w:ascii="Arial" w:hAnsi="Arial" w:eastAsia="Arial"/>
          <w:sz w:val="22"/>
        </w:rPr>
        <w:t>Ҷавоби дуруст: Адабиёти асри XX</w:t>
      </w:r>
    </w:p>
    <w:p>
      <w:r>
        <w:rPr>
          <w:rFonts w:ascii="Arial" w:hAnsi="Arial" w:eastAsia="Arial"/>
          <w:sz w:val="22"/>
        </w:rPr>
        <w:t>86. Дар китоби дарсӣ гуфта мешавад: Дар мероси Туғрал кадом жанр мавқеи муҳим дорад?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87. Дар китоби дарсӣ гуфта мешавад: Нақибхон Туғрал ба кадом давраи адабӣ мансуб аст?</w:t>
      </w:r>
    </w:p>
    <w:p>
      <w:r>
        <w:rPr>
          <w:rFonts w:ascii="Arial" w:hAnsi="Arial" w:eastAsia="Arial"/>
          <w:sz w:val="22"/>
        </w:rPr>
        <w:t>Ҷавоби дуруст: Адабиёти асри XX</w:t>
      </w:r>
    </w:p>
    <w:p>
      <w:r>
        <w:rPr>
          <w:rFonts w:ascii="Arial" w:hAnsi="Arial" w:eastAsia="Arial"/>
          <w:sz w:val="22"/>
        </w:rPr>
        <w:t>88. Дар китоби дарсӣ гуфта мешавад: Дар мероси Туғрал кадом жанр мавқеи муҳим дорад?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89. Дар китоби дарсӣ гуфта мешавад: Нақибхон Туғрал ба кадом давраи адабӣ мансуб аст?</w:t>
      </w:r>
    </w:p>
    <w:p>
      <w:r>
        <w:rPr>
          <w:rFonts w:ascii="Arial" w:hAnsi="Arial" w:eastAsia="Arial"/>
          <w:sz w:val="22"/>
        </w:rPr>
        <w:t>Ҷавоби дуруст: Адабиёти асри XX</w:t>
      </w:r>
    </w:p>
    <w:p>
      <w:r>
        <w:rPr>
          <w:rFonts w:ascii="Arial" w:hAnsi="Arial" w:eastAsia="Arial"/>
          <w:sz w:val="22"/>
        </w:rPr>
        <w:t>90. Дар китоби дарсӣ гуфта мешавад: Дар мероси Туғрал кадом жанр мавқеи муҳим дорад?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91. Дар китоби дарсӣ гуфта мешавад: Нақибхон Туғрал ба кадом давраи адабӣ мансуб аст?</w:t>
      </w:r>
    </w:p>
    <w:p>
      <w:r>
        <w:rPr>
          <w:rFonts w:ascii="Arial" w:hAnsi="Arial" w:eastAsia="Arial"/>
          <w:sz w:val="22"/>
        </w:rPr>
        <w:t>Ҷавоби дуруст: Адабиёти асри XX</w:t>
      </w:r>
    </w:p>
    <w:p>
      <w:r>
        <w:rPr>
          <w:rFonts w:ascii="Arial" w:hAnsi="Arial" w:eastAsia="Arial"/>
          <w:sz w:val="22"/>
        </w:rPr>
        <w:t>92. Дар китоби дарсӣ гуфта мешавад: Дар мероси Туғрал кадом жанр мавқеи муҳим дорад?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93. Дар китоби дарсӣ гуфта мешавад: Нақибхон Туғрал ба кадом давраи адабӣ мансуб аст?</w:t>
      </w:r>
    </w:p>
    <w:p>
      <w:r>
        <w:rPr>
          <w:rFonts w:ascii="Arial" w:hAnsi="Arial" w:eastAsia="Arial"/>
          <w:sz w:val="22"/>
        </w:rPr>
        <w:t>Ҷавоби дуруст: Адабиёти асри XX</w:t>
      </w:r>
    </w:p>
    <w:p>
      <w:r>
        <w:rPr>
          <w:rFonts w:ascii="Arial" w:hAnsi="Arial" w:eastAsia="Arial"/>
          <w:sz w:val="22"/>
        </w:rPr>
        <w:t>94. Дар китоби дарсӣ гуфта мешавад: Дар мероси Туғрал кадом жанр мавқеи муҳим дорад?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95. Дар китоби дарсӣ гуфта мешавад: Нақибхон Туғрал ба кадом давраи адабӣ мансуб аст?</w:t>
      </w:r>
    </w:p>
    <w:p>
      <w:r>
        <w:rPr>
          <w:rFonts w:ascii="Arial" w:hAnsi="Arial" w:eastAsia="Arial"/>
          <w:sz w:val="22"/>
        </w:rPr>
        <w:t>Ҷавоби дуруст: Адабиёти асри XX</w:t>
      </w:r>
    </w:p>
    <w:p>
      <w:r>
        <w:rPr>
          <w:rFonts w:ascii="Arial" w:hAnsi="Arial" w:eastAsia="Arial"/>
          <w:sz w:val="22"/>
        </w:rPr>
        <w:t>96. Дар китоби дарсӣ гуфта мешавад: Дар мероси Туғрал кадом жанр мавқеи муҳим дорад?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97. Дар китоби дарсӣ гуфта мешавад: Нақибхон Туғрал ба кадом давраи адабӣ мансуб аст?</w:t>
      </w:r>
    </w:p>
    <w:p>
      <w:r>
        <w:rPr>
          <w:rFonts w:ascii="Arial" w:hAnsi="Arial" w:eastAsia="Arial"/>
          <w:sz w:val="22"/>
        </w:rPr>
        <w:t>Ҷавоби дуруст: Адабиёти асри XX</w:t>
      </w:r>
    </w:p>
    <w:p>
      <w:r>
        <w:rPr>
          <w:rFonts w:ascii="Arial" w:hAnsi="Arial" w:eastAsia="Arial"/>
          <w:sz w:val="22"/>
        </w:rPr>
        <w:t>98. Дар китоби дарсӣ гуфта мешавад: Дар мероси Туғрал кадом жанр мавқеи муҳим дорад?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t>99. Дар китоби дарсӣ гуфта мешавад: Нақибхон Туғрал ба кадом давраи адабӣ мансуб аст?</w:t>
      </w:r>
    </w:p>
    <w:p>
      <w:r>
        <w:rPr>
          <w:rFonts w:ascii="Arial" w:hAnsi="Arial" w:eastAsia="Arial"/>
          <w:sz w:val="22"/>
        </w:rPr>
        <w:t>Ҷавоби дуруст: Адабиёти асри XX</w:t>
      </w:r>
    </w:p>
    <w:p>
      <w:r>
        <w:rPr>
          <w:rFonts w:ascii="Arial" w:hAnsi="Arial" w:eastAsia="Arial"/>
          <w:sz w:val="22"/>
        </w:rPr>
        <w:t>100. Дар китоби дарсӣ гуфта мешавад: Дар мероси Туғрал кадом жанр мавқеи муҳим дорад?</w:t>
      </w:r>
    </w:p>
    <w:p>
      <w:r>
        <w:rPr>
          <w:rFonts w:ascii="Arial" w:hAnsi="Arial" w:eastAsia="Arial"/>
          <w:sz w:val="22"/>
        </w:rPr>
        <w:t>Ҷавоби дуруст: Ғазал</w:t>
      </w:r>
    </w:p>
    <w:p>
      <w:r>
        <w:rPr>
          <w:rFonts w:ascii="Arial" w:hAnsi="Arial" w:eastAsia="Arial"/>
          <w:sz w:val="22"/>
        </w:rPr>
        <w:br w:type="page"/>
      </w:r>
    </w:p>
    <w:p>
      <w:pPr>
        <w:pStyle w:val="Heading1"/>
      </w:pPr>
      <w:r>
        <w:rPr>
          <w:rFonts w:ascii="Arial" w:hAnsi="Arial" w:eastAsia="Arial"/>
          <w:sz w:val="22"/>
        </w:rPr>
        <w:t>17. Боби IV — Сиддиқии Аҷзӣ</w:t>
      </w:r>
    </w:p>
    <w:p>
      <w:r>
        <w:rPr>
          <w:rFonts w:ascii="Arial" w:hAnsi="Arial" w:eastAsia="Arial"/>
          <w:sz w:val="22"/>
        </w:rPr>
        <w:t>1. Асари Сиддиқии Аҷзӣ кадом аст?</w:t>
      </w:r>
    </w:p>
    <w:p>
      <w:r>
        <w:rPr>
          <w:rFonts w:ascii="Arial" w:hAnsi="Arial" w:eastAsia="Arial"/>
          <w:sz w:val="22"/>
        </w:rPr>
        <w:t>Ҷавоби дуруст: «Миръоти ибрат»</w:t>
      </w:r>
    </w:p>
    <w:p>
      <w:r>
        <w:rPr>
          <w:rFonts w:ascii="Arial" w:hAnsi="Arial" w:eastAsia="Arial"/>
          <w:sz w:val="22"/>
        </w:rPr>
        <w:t>2. Ҷавоби дуруст ба саволи «Асари Сиддиқии Аҷзӣ кадом аст?» кадом аст?</w:t>
      </w:r>
    </w:p>
    <w:p>
      <w:r>
        <w:rPr>
          <w:rFonts w:ascii="Arial" w:hAnsi="Arial" w:eastAsia="Arial"/>
          <w:sz w:val="22"/>
        </w:rPr>
        <w:t>Ҷавоби дуруст: «Миръоти ибрат»</w:t>
      </w:r>
    </w:p>
    <w:p>
      <w:r>
        <w:rPr>
          <w:rFonts w:ascii="Arial" w:hAnsi="Arial" w:eastAsia="Arial"/>
          <w:sz w:val="22"/>
        </w:rPr>
        <w:t>3. Кадом ҷавоб асари сиддиқии аҷзӣ кадом аст?</w:t>
      </w:r>
    </w:p>
    <w:p>
      <w:r>
        <w:rPr>
          <w:rFonts w:ascii="Arial" w:hAnsi="Arial" w:eastAsia="Arial"/>
          <w:sz w:val="22"/>
        </w:rPr>
        <w:t>Ҷавоби дуруст: «Миръоти ибрат»</w:t>
      </w:r>
    </w:p>
    <w:p>
      <w:r>
        <w:rPr>
          <w:rFonts w:ascii="Arial" w:hAnsi="Arial" w:eastAsia="Arial"/>
          <w:sz w:val="22"/>
        </w:rPr>
        <w:t>4. Аз рӯйи китоб муайян кунед: Асари Сиддиқии Аҷзӣ кадом аст?</w:t>
      </w:r>
    </w:p>
    <w:p>
      <w:r>
        <w:rPr>
          <w:rFonts w:ascii="Arial" w:hAnsi="Arial" w:eastAsia="Arial"/>
          <w:sz w:val="22"/>
        </w:rPr>
        <w:t>Ҷавоби дуруст: «Миръоти ибрат»</w:t>
      </w:r>
    </w:p>
    <w:p>
      <w:r>
        <w:rPr>
          <w:rFonts w:ascii="Arial" w:hAnsi="Arial" w:eastAsia="Arial"/>
          <w:sz w:val="22"/>
        </w:rPr>
        <w:t>5. Дар китоби дарсӣ гуфта мешавад: Асари Сиддиқии Аҷзӣ кадом аст?</w:t>
      </w:r>
    </w:p>
    <w:p>
      <w:r>
        <w:rPr>
          <w:rFonts w:ascii="Arial" w:hAnsi="Arial" w:eastAsia="Arial"/>
          <w:sz w:val="22"/>
        </w:rPr>
        <w:t>Ҷавоби дуруст: «Миръоти ибрат»</w:t>
      </w:r>
    </w:p>
    <w:p>
      <w:r>
        <w:rPr>
          <w:rFonts w:ascii="Arial" w:hAnsi="Arial" w:eastAsia="Arial"/>
          <w:sz w:val="22"/>
        </w:rPr>
        <w:t>6. Дар китоби дарсӣ гуфта мешавад: Асари Сиддиқии Аҷзӣ кадом аст?</w:t>
      </w:r>
    </w:p>
    <w:p>
      <w:r>
        <w:rPr>
          <w:rFonts w:ascii="Arial" w:hAnsi="Arial" w:eastAsia="Arial"/>
          <w:sz w:val="22"/>
        </w:rPr>
        <w:t>Ҷавоби дуруст: «Миръоти ибрат»</w:t>
      </w:r>
    </w:p>
    <w:p>
      <w:r>
        <w:rPr>
          <w:rFonts w:ascii="Arial" w:hAnsi="Arial" w:eastAsia="Arial"/>
          <w:sz w:val="22"/>
        </w:rPr>
        <w:t>7. Дар китоби дарсӣ гуфта мешавад: Асари Сиддиқии Аҷзӣ кадом аст?</w:t>
      </w:r>
    </w:p>
    <w:p>
      <w:r>
        <w:rPr>
          <w:rFonts w:ascii="Arial" w:hAnsi="Arial" w:eastAsia="Arial"/>
          <w:sz w:val="22"/>
        </w:rPr>
        <w:t>Ҷавоби дуруст: «Миръоти ибрат»</w:t>
      </w:r>
    </w:p>
    <w:p>
      <w:r>
        <w:rPr>
          <w:rFonts w:ascii="Arial" w:hAnsi="Arial" w:eastAsia="Arial"/>
          <w:sz w:val="22"/>
        </w:rPr>
        <w:t>8. Дар китоби дарсӣ гуфта мешавад: Асари Сиддиқии Аҷзӣ кадом аст?</w:t>
      </w:r>
    </w:p>
    <w:p>
      <w:r>
        <w:rPr>
          <w:rFonts w:ascii="Arial" w:hAnsi="Arial" w:eastAsia="Arial"/>
          <w:sz w:val="22"/>
        </w:rPr>
        <w:t>Ҷавоби дуруст: «Миръоти ибрат»</w:t>
      </w:r>
    </w:p>
    <w:p>
      <w:r>
        <w:rPr>
          <w:rFonts w:ascii="Arial" w:hAnsi="Arial" w:eastAsia="Arial"/>
          <w:sz w:val="22"/>
        </w:rPr>
        <w:t>9. Дар китоби дарсӣ гуфта мешавад: Асари Сиддиқии Аҷзӣ кадом аст?</w:t>
      </w:r>
    </w:p>
    <w:p>
      <w:r>
        <w:rPr>
          <w:rFonts w:ascii="Arial" w:hAnsi="Arial" w:eastAsia="Arial"/>
          <w:sz w:val="22"/>
        </w:rPr>
        <w:t>Ҷавоби дуруст: «Миръоти ибрат»</w:t>
      </w:r>
    </w:p>
    <w:p>
      <w:r>
        <w:rPr>
          <w:rFonts w:ascii="Arial" w:hAnsi="Arial" w:eastAsia="Arial"/>
          <w:sz w:val="22"/>
        </w:rPr>
        <w:t>10. Дар китоби дарсӣ гуфта мешавад: Асари Сиддиқии Аҷзӣ кадом аст?</w:t>
      </w:r>
    </w:p>
    <w:p>
      <w:r>
        <w:rPr>
          <w:rFonts w:ascii="Arial" w:hAnsi="Arial" w:eastAsia="Arial"/>
          <w:sz w:val="22"/>
        </w:rPr>
        <w:t>Ҷавоби дуруст: «Миръоти ибрат»</w:t>
      </w:r>
    </w:p>
    <w:p>
      <w:r>
        <w:rPr>
          <w:rFonts w:ascii="Arial" w:hAnsi="Arial" w:eastAsia="Arial"/>
          <w:sz w:val="22"/>
        </w:rPr>
        <w:t>11. Дар китоби дарсӣ гуфта мешавад: Асари Сиддиқии Аҷзӣ кадом аст?</w:t>
      </w:r>
    </w:p>
    <w:p>
      <w:r>
        <w:rPr>
          <w:rFonts w:ascii="Arial" w:hAnsi="Arial" w:eastAsia="Arial"/>
          <w:sz w:val="22"/>
        </w:rPr>
        <w:t>Ҷавоби дуруст: «Миръоти ибрат»</w:t>
      </w:r>
    </w:p>
    <w:p>
      <w:r>
        <w:rPr>
          <w:rFonts w:ascii="Arial" w:hAnsi="Arial" w:eastAsia="Arial"/>
          <w:sz w:val="22"/>
        </w:rPr>
        <w:t>12. Дар китоби дарсӣ гуфта мешавад: Асари Сиддиқии Аҷзӣ кадом аст?</w:t>
      </w:r>
    </w:p>
    <w:p>
      <w:r>
        <w:rPr>
          <w:rFonts w:ascii="Arial" w:hAnsi="Arial" w:eastAsia="Arial"/>
          <w:sz w:val="22"/>
        </w:rPr>
        <w:t>Ҷавоби дуруст: «Миръоти ибрат»</w:t>
      </w:r>
    </w:p>
    <w:p>
      <w:r>
        <w:rPr>
          <w:rFonts w:ascii="Arial" w:hAnsi="Arial" w:eastAsia="Arial"/>
          <w:sz w:val="22"/>
        </w:rPr>
        <w:t>13. Дар китоби дарсӣ гуфта мешавад: Асари Сиддиқии Аҷзӣ кадом аст?</w:t>
      </w:r>
    </w:p>
    <w:p>
      <w:r>
        <w:rPr>
          <w:rFonts w:ascii="Arial" w:hAnsi="Arial" w:eastAsia="Arial"/>
          <w:sz w:val="22"/>
        </w:rPr>
        <w:t>Ҷавоби дуруст: «Миръоти ибрат»</w:t>
      </w:r>
    </w:p>
    <w:p>
      <w:r>
        <w:rPr>
          <w:rFonts w:ascii="Arial" w:hAnsi="Arial" w:eastAsia="Arial"/>
          <w:sz w:val="22"/>
        </w:rPr>
        <w:t>14. Дар китоби дарсӣ гуфта мешавад: Асари Сиддиқии Аҷзӣ кадом аст?</w:t>
      </w:r>
    </w:p>
    <w:p>
      <w:r>
        <w:rPr>
          <w:rFonts w:ascii="Arial" w:hAnsi="Arial" w:eastAsia="Arial"/>
          <w:sz w:val="22"/>
        </w:rPr>
        <w:t>Ҷавоби дуруст: «Миръоти ибрат»</w:t>
      </w:r>
    </w:p>
    <w:p>
      <w:r>
        <w:rPr>
          <w:rFonts w:ascii="Arial" w:hAnsi="Arial" w:eastAsia="Arial"/>
          <w:sz w:val="22"/>
        </w:rPr>
        <w:t>15. Дар китоби дарсӣ гуфта мешавад: Асари Сиддиқии Аҷзӣ кадом аст?</w:t>
      </w:r>
    </w:p>
    <w:p>
      <w:r>
        <w:rPr>
          <w:rFonts w:ascii="Arial" w:hAnsi="Arial" w:eastAsia="Arial"/>
          <w:sz w:val="22"/>
        </w:rPr>
        <w:t>Ҷавоби дуруст: «Миръоти ибрат»</w:t>
      </w:r>
    </w:p>
    <w:p>
      <w:r>
        <w:rPr>
          <w:rFonts w:ascii="Arial" w:hAnsi="Arial" w:eastAsia="Arial"/>
          <w:sz w:val="22"/>
        </w:rPr>
        <w:t>16. Дар китоби дарсӣ гуфта мешавад: Асари Сиддиқии Аҷзӣ кадом аст?</w:t>
      </w:r>
    </w:p>
    <w:p>
      <w:r>
        <w:rPr>
          <w:rFonts w:ascii="Arial" w:hAnsi="Arial" w:eastAsia="Arial"/>
          <w:sz w:val="22"/>
        </w:rPr>
        <w:t>Ҷавоби дуруст: «Миръоти ибрат»</w:t>
      </w:r>
    </w:p>
    <w:p>
      <w:r>
        <w:rPr>
          <w:rFonts w:ascii="Arial" w:hAnsi="Arial" w:eastAsia="Arial"/>
          <w:sz w:val="22"/>
        </w:rPr>
        <w:t>17. Дар китоби дарсӣ гуфта мешавад: Асари Сиддиқии Аҷзӣ кадом аст?</w:t>
      </w:r>
    </w:p>
    <w:p>
      <w:r>
        <w:rPr>
          <w:rFonts w:ascii="Arial" w:hAnsi="Arial" w:eastAsia="Arial"/>
          <w:sz w:val="22"/>
        </w:rPr>
        <w:t>Ҷавоби дуруст: «Миръоти ибрат»</w:t>
      </w:r>
    </w:p>
    <w:p>
      <w:r>
        <w:rPr>
          <w:rFonts w:ascii="Arial" w:hAnsi="Arial" w:eastAsia="Arial"/>
          <w:sz w:val="22"/>
        </w:rPr>
        <w:t>18. Дар китоби дарсӣ гуфта мешавад: Асари Сиддиқии Аҷзӣ кадом аст?</w:t>
      </w:r>
    </w:p>
    <w:p>
      <w:r>
        <w:rPr>
          <w:rFonts w:ascii="Arial" w:hAnsi="Arial" w:eastAsia="Arial"/>
          <w:sz w:val="22"/>
        </w:rPr>
        <w:t>Ҷавоби дуруст: «Миръоти ибрат»</w:t>
      </w:r>
    </w:p>
    <w:p>
      <w:r>
        <w:rPr>
          <w:rFonts w:ascii="Arial" w:hAnsi="Arial" w:eastAsia="Arial"/>
          <w:sz w:val="22"/>
        </w:rPr>
        <w:t>19. Дар китоби дарсӣ гуфта мешавад: Асари Сиддиқии Аҷзӣ кадом аст?</w:t>
      </w:r>
    </w:p>
    <w:p>
      <w:r>
        <w:rPr>
          <w:rFonts w:ascii="Arial" w:hAnsi="Arial" w:eastAsia="Arial"/>
          <w:sz w:val="22"/>
        </w:rPr>
        <w:t>Ҷавоби дуруст: «Миръоти ибрат»</w:t>
      </w:r>
    </w:p>
    <w:p>
      <w:r>
        <w:rPr>
          <w:rFonts w:ascii="Arial" w:hAnsi="Arial" w:eastAsia="Arial"/>
          <w:sz w:val="22"/>
        </w:rPr>
        <w:t>20. Дар китоби дарсӣ гуфта мешавад: Асари Сиддиқии Аҷзӣ кадом аст?</w:t>
      </w:r>
    </w:p>
    <w:p>
      <w:r>
        <w:rPr>
          <w:rFonts w:ascii="Arial" w:hAnsi="Arial" w:eastAsia="Arial"/>
          <w:sz w:val="22"/>
        </w:rPr>
        <w:t>Ҷавоби дуруст: «Миръоти ибрат»</w:t>
      </w:r>
    </w:p>
    <w:p>
      <w:r>
        <w:rPr>
          <w:rFonts w:ascii="Arial" w:hAnsi="Arial" w:eastAsia="Arial"/>
          <w:sz w:val="22"/>
        </w:rPr>
        <w:t>21. Дар китоби дарсӣ гуфта мешавад: Асари Сиддиқии Аҷзӣ кадом аст?</w:t>
      </w:r>
    </w:p>
    <w:p>
      <w:r>
        <w:rPr>
          <w:rFonts w:ascii="Arial" w:hAnsi="Arial" w:eastAsia="Arial"/>
          <w:sz w:val="22"/>
        </w:rPr>
        <w:t>Ҷавоби дуруст: «Миръоти ибрат»</w:t>
      </w:r>
    </w:p>
    <w:p>
      <w:r>
        <w:rPr>
          <w:rFonts w:ascii="Arial" w:hAnsi="Arial" w:eastAsia="Arial"/>
          <w:sz w:val="22"/>
        </w:rPr>
        <w:t>22. Дар китоби дарсӣ гуфта мешавад: Асари Сиддиқии Аҷзӣ кадом аст?</w:t>
      </w:r>
    </w:p>
    <w:p>
      <w:r>
        <w:rPr>
          <w:rFonts w:ascii="Arial" w:hAnsi="Arial" w:eastAsia="Arial"/>
          <w:sz w:val="22"/>
        </w:rPr>
        <w:t>Ҷавоби дуруст: «Миръоти ибрат»</w:t>
      </w:r>
    </w:p>
    <w:p>
      <w:r>
        <w:rPr>
          <w:rFonts w:ascii="Arial" w:hAnsi="Arial" w:eastAsia="Arial"/>
          <w:sz w:val="22"/>
        </w:rPr>
        <w:t>23. Дар китоби дарсӣ гуфта мешавад: Асари Сиддиқии Аҷзӣ кадом аст?</w:t>
      </w:r>
    </w:p>
    <w:p>
      <w:r>
        <w:rPr>
          <w:rFonts w:ascii="Arial" w:hAnsi="Arial" w:eastAsia="Arial"/>
          <w:sz w:val="22"/>
        </w:rPr>
        <w:t>Ҷавоби дуруст: «Миръоти ибрат»</w:t>
      </w:r>
    </w:p>
    <w:p>
      <w:r>
        <w:rPr>
          <w:rFonts w:ascii="Arial" w:hAnsi="Arial" w:eastAsia="Arial"/>
          <w:sz w:val="22"/>
        </w:rPr>
        <w:t>24. Дар китоби дарсӣ гуфта мешавад: Асари Сиддиқии Аҷзӣ кадом аст?</w:t>
      </w:r>
    </w:p>
    <w:p>
      <w:r>
        <w:rPr>
          <w:rFonts w:ascii="Arial" w:hAnsi="Arial" w:eastAsia="Arial"/>
          <w:sz w:val="22"/>
        </w:rPr>
        <w:t>Ҷавоби дуруст: «Миръоти ибрат»</w:t>
      </w:r>
    </w:p>
    <w:p>
      <w:r>
        <w:rPr>
          <w:rFonts w:ascii="Arial" w:hAnsi="Arial" w:eastAsia="Arial"/>
          <w:sz w:val="22"/>
        </w:rPr>
        <w:t>25. Дар китоби дарсӣ гуфта мешавад: Асари Сиддиқии Аҷзӣ кадом аст?</w:t>
      </w:r>
    </w:p>
    <w:p>
      <w:r>
        <w:rPr>
          <w:rFonts w:ascii="Arial" w:hAnsi="Arial" w:eastAsia="Arial"/>
          <w:sz w:val="22"/>
        </w:rPr>
        <w:t>Ҷавоби дуруст: «Миръоти ибрат»</w:t>
      </w:r>
    </w:p>
    <w:p>
      <w:r>
        <w:rPr>
          <w:rFonts w:ascii="Arial" w:hAnsi="Arial" w:eastAsia="Arial"/>
          <w:sz w:val="22"/>
        </w:rPr>
        <w:t>26. Дар китоби дарсӣ гуфта мешавад: Асари Сиддиқии Аҷзӣ кадом аст?</w:t>
      </w:r>
    </w:p>
    <w:p>
      <w:r>
        <w:rPr>
          <w:rFonts w:ascii="Arial" w:hAnsi="Arial" w:eastAsia="Arial"/>
          <w:sz w:val="22"/>
        </w:rPr>
        <w:t>Ҷавоби дуруст: «Миръоти ибрат»</w:t>
      </w:r>
    </w:p>
    <w:p>
      <w:r>
        <w:rPr>
          <w:rFonts w:ascii="Arial" w:hAnsi="Arial" w:eastAsia="Arial"/>
          <w:sz w:val="22"/>
        </w:rPr>
        <w:t>27. Дар китоби дарсӣ гуфта мешавад: Асари Сиддиқии Аҷзӣ кадом аст?</w:t>
      </w:r>
    </w:p>
    <w:p>
      <w:r>
        <w:rPr>
          <w:rFonts w:ascii="Arial" w:hAnsi="Arial" w:eastAsia="Arial"/>
          <w:sz w:val="22"/>
        </w:rPr>
        <w:t>Ҷавоби дуруст: «Миръоти ибрат»</w:t>
      </w:r>
    </w:p>
    <w:p>
      <w:r>
        <w:rPr>
          <w:rFonts w:ascii="Arial" w:hAnsi="Arial" w:eastAsia="Arial"/>
          <w:sz w:val="22"/>
        </w:rPr>
        <w:t>28. Дар китоби дарсӣ гуфта мешавад: Асари Сиддиқии Аҷзӣ кадом аст?</w:t>
      </w:r>
    </w:p>
    <w:p>
      <w:r>
        <w:rPr>
          <w:rFonts w:ascii="Arial" w:hAnsi="Arial" w:eastAsia="Arial"/>
          <w:sz w:val="22"/>
        </w:rPr>
        <w:t>Ҷавоби дуруст: «Миръоти ибрат»</w:t>
      </w:r>
    </w:p>
    <w:p>
      <w:r>
        <w:rPr>
          <w:rFonts w:ascii="Arial" w:hAnsi="Arial" w:eastAsia="Arial"/>
          <w:sz w:val="22"/>
        </w:rPr>
        <w:t>29. Дар китоби дарсӣ гуфта мешавад: Асари Сиддиқии Аҷзӣ кадом аст?</w:t>
      </w:r>
    </w:p>
    <w:p>
      <w:r>
        <w:rPr>
          <w:rFonts w:ascii="Arial" w:hAnsi="Arial" w:eastAsia="Arial"/>
          <w:sz w:val="22"/>
        </w:rPr>
        <w:t>Ҷавоби дуруст: «Миръоти ибрат»</w:t>
      </w:r>
    </w:p>
    <w:p>
      <w:r>
        <w:rPr>
          <w:rFonts w:ascii="Arial" w:hAnsi="Arial" w:eastAsia="Arial"/>
          <w:sz w:val="22"/>
        </w:rPr>
        <w:t>30. Дар китоби дарсӣ гуфта мешавад: Асари Сиддиқии Аҷзӣ кадом аст?</w:t>
      </w:r>
    </w:p>
    <w:p>
      <w:r>
        <w:rPr>
          <w:rFonts w:ascii="Arial" w:hAnsi="Arial" w:eastAsia="Arial"/>
          <w:sz w:val="22"/>
        </w:rPr>
        <w:t>Ҷавоби дуруст: «Миръоти ибрат»</w:t>
      </w:r>
    </w:p>
    <w:p>
      <w:r>
        <w:rPr>
          <w:rFonts w:ascii="Arial" w:hAnsi="Arial" w:eastAsia="Arial"/>
          <w:sz w:val="22"/>
        </w:rPr>
        <w:t>31. Дар китоби дарсӣ гуфта мешавад: Асари Сиддиқии Аҷзӣ кадом аст?</w:t>
      </w:r>
    </w:p>
    <w:p>
      <w:r>
        <w:rPr>
          <w:rFonts w:ascii="Arial" w:hAnsi="Arial" w:eastAsia="Arial"/>
          <w:sz w:val="22"/>
        </w:rPr>
        <w:t>Ҷавоби дуруст: «Миръоти ибрат»</w:t>
      </w:r>
    </w:p>
    <w:p>
      <w:r>
        <w:rPr>
          <w:rFonts w:ascii="Arial" w:hAnsi="Arial" w:eastAsia="Arial"/>
          <w:sz w:val="22"/>
        </w:rPr>
        <w:t>32. Дар китоби дарсӣ гуфта мешавад: Асари Сиддиқии Аҷзӣ кадом аст?</w:t>
      </w:r>
    </w:p>
    <w:p>
      <w:r>
        <w:rPr>
          <w:rFonts w:ascii="Arial" w:hAnsi="Arial" w:eastAsia="Arial"/>
          <w:sz w:val="22"/>
        </w:rPr>
        <w:t>Ҷавоби дуруст: «Миръоти ибрат»</w:t>
      </w:r>
    </w:p>
    <w:p>
      <w:r>
        <w:rPr>
          <w:rFonts w:ascii="Arial" w:hAnsi="Arial" w:eastAsia="Arial"/>
          <w:sz w:val="22"/>
        </w:rPr>
        <w:t>33. Дар китоби дарсӣ гуфта мешавад: Асари Сиддиқии Аҷзӣ кадом аст?</w:t>
      </w:r>
    </w:p>
    <w:p>
      <w:r>
        <w:rPr>
          <w:rFonts w:ascii="Arial" w:hAnsi="Arial" w:eastAsia="Arial"/>
          <w:sz w:val="22"/>
        </w:rPr>
        <w:t>Ҷавоби дуруст: «Миръоти ибрат»</w:t>
      </w:r>
    </w:p>
    <w:p>
      <w:r>
        <w:rPr>
          <w:rFonts w:ascii="Arial" w:hAnsi="Arial" w:eastAsia="Arial"/>
          <w:sz w:val="22"/>
        </w:rPr>
        <w:t>34. Дар китоби дарсӣ гуфта мешавад: Асари Сиддиқии Аҷзӣ кадом аст?</w:t>
      </w:r>
    </w:p>
    <w:p>
      <w:r>
        <w:rPr>
          <w:rFonts w:ascii="Arial" w:hAnsi="Arial" w:eastAsia="Arial"/>
          <w:sz w:val="22"/>
        </w:rPr>
        <w:t>Ҷавоби дуруст: «Миръоти ибрат»</w:t>
      </w:r>
    </w:p>
    <w:p>
      <w:r>
        <w:rPr>
          <w:rFonts w:ascii="Arial" w:hAnsi="Arial" w:eastAsia="Arial"/>
          <w:sz w:val="22"/>
        </w:rPr>
        <w:t>35. Дар китоби дарсӣ гуфта мешавад: Асари Сиддиқии Аҷзӣ кадом аст?</w:t>
      </w:r>
    </w:p>
    <w:p>
      <w:r>
        <w:rPr>
          <w:rFonts w:ascii="Arial" w:hAnsi="Arial" w:eastAsia="Arial"/>
          <w:sz w:val="22"/>
        </w:rPr>
        <w:t>Ҷавоби дуруст: «Миръоти ибрат»</w:t>
      </w:r>
    </w:p>
    <w:p>
      <w:r>
        <w:rPr>
          <w:rFonts w:ascii="Arial" w:hAnsi="Arial" w:eastAsia="Arial"/>
          <w:sz w:val="22"/>
        </w:rPr>
        <w:t>36. Дар китоби дарсӣ гуфта мешавад: Асари Сиддиқии Аҷзӣ кадом аст?</w:t>
      </w:r>
    </w:p>
    <w:p>
      <w:r>
        <w:rPr>
          <w:rFonts w:ascii="Arial" w:hAnsi="Arial" w:eastAsia="Arial"/>
          <w:sz w:val="22"/>
        </w:rPr>
        <w:t>Ҷавоби дуруст: «Миръоти ибрат»</w:t>
      </w:r>
    </w:p>
    <w:p>
      <w:r>
        <w:rPr>
          <w:rFonts w:ascii="Arial" w:hAnsi="Arial" w:eastAsia="Arial"/>
          <w:sz w:val="22"/>
        </w:rPr>
        <w:t>37. Дар китоби дарсӣ гуфта мешавад: Асари Сиддиқии Аҷзӣ кадом аст?</w:t>
      </w:r>
    </w:p>
    <w:p>
      <w:r>
        <w:rPr>
          <w:rFonts w:ascii="Arial" w:hAnsi="Arial" w:eastAsia="Arial"/>
          <w:sz w:val="22"/>
        </w:rPr>
        <w:t>Ҷавоби дуруст: «Миръоти ибрат»</w:t>
      </w:r>
    </w:p>
    <w:p>
      <w:r>
        <w:rPr>
          <w:rFonts w:ascii="Arial" w:hAnsi="Arial" w:eastAsia="Arial"/>
          <w:sz w:val="22"/>
        </w:rPr>
        <w:t>38. Дар китоби дарсӣ гуфта мешавад: Асари Сиддиқии Аҷзӣ кадом аст?</w:t>
      </w:r>
    </w:p>
    <w:p>
      <w:r>
        <w:rPr>
          <w:rFonts w:ascii="Arial" w:hAnsi="Arial" w:eastAsia="Arial"/>
          <w:sz w:val="22"/>
        </w:rPr>
        <w:t>Ҷавоби дуруст: «Миръоти ибрат»</w:t>
      </w:r>
    </w:p>
    <w:p>
      <w:r>
        <w:rPr>
          <w:rFonts w:ascii="Arial" w:hAnsi="Arial" w:eastAsia="Arial"/>
          <w:sz w:val="22"/>
        </w:rPr>
        <w:t>39. Дар китоби дарсӣ гуфта мешавад: Асари Сиддиқии Аҷзӣ кадом аст?</w:t>
      </w:r>
    </w:p>
    <w:p>
      <w:r>
        <w:rPr>
          <w:rFonts w:ascii="Arial" w:hAnsi="Arial" w:eastAsia="Arial"/>
          <w:sz w:val="22"/>
        </w:rPr>
        <w:t>Ҷавоби дуруст: «Миръоти ибрат»</w:t>
      </w:r>
    </w:p>
    <w:p>
      <w:r>
        <w:rPr>
          <w:rFonts w:ascii="Arial" w:hAnsi="Arial" w:eastAsia="Arial"/>
          <w:sz w:val="22"/>
        </w:rPr>
        <w:t>40. Дар китоби дарсӣ гуфта мешавад: Асари Сиддиқии Аҷзӣ кадом аст?</w:t>
      </w:r>
    </w:p>
    <w:p>
      <w:r>
        <w:rPr>
          <w:rFonts w:ascii="Arial" w:hAnsi="Arial" w:eastAsia="Arial"/>
          <w:sz w:val="22"/>
        </w:rPr>
        <w:t>Ҷавоби дуруст: «Миръоти ибрат»</w:t>
      </w:r>
    </w:p>
    <w:p>
      <w:r>
        <w:rPr>
          <w:rFonts w:ascii="Arial" w:hAnsi="Arial" w:eastAsia="Arial"/>
          <w:sz w:val="22"/>
        </w:rPr>
        <w:t>41. Дар китоби дарсӣ гуфта мешавад: Асари Сиддиқии Аҷзӣ кадом аст?</w:t>
      </w:r>
    </w:p>
    <w:p>
      <w:r>
        <w:rPr>
          <w:rFonts w:ascii="Arial" w:hAnsi="Arial" w:eastAsia="Arial"/>
          <w:sz w:val="22"/>
        </w:rPr>
        <w:t>Ҷавоби дуруст: «Миръоти ибрат»</w:t>
      </w:r>
    </w:p>
    <w:p>
      <w:r>
        <w:rPr>
          <w:rFonts w:ascii="Arial" w:hAnsi="Arial" w:eastAsia="Arial"/>
          <w:sz w:val="22"/>
        </w:rPr>
        <w:t>42. Дар китоби дарсӣ гуфта мешавад: Асари Сиддиқии Аҷзӣ кадом аст?</w:t>
      </w:r>
    </w:p>
    <w:p>
      <w:r>
        <w:rPr>
          <w:rFonts w:ascii="Arial" w:hAnsi="Arial" w:eastAsia="Arial"/>
          <w:sz w:val="22"/>
        </w:rPr>
        <w:t>Ҷавоби дуруст: «Миръоти ибрат»</w:t>
      </w:r>
    </w:p>
    <w:p>
      <w:r>
        <w:rPr>
          <w:rFonts w:ascii="Arial" w:hAnsi="Arial" w:eastAsia="Arial"/>
          <w:sz w:val="22"/>
        </w:rPr>
        <w:t>43. Дар китоби дарсӣ гуфта мешавад: Асари Сиддиқии Аҷзӣ кадом аст?</w:t>
      </w:r>
    </w:p>
    <w:p>
      <w:r>
        <w:rPr>
          <w:rFonts w:ascii="Arial" w:hAnsi="Arial" w:eastAsia="Arial"/>
          <w:sz w:val="22"/>
        </w:rPr>
        <w:t>Ҷавоби дуруст: «Миръоти ибрат»</w:t>
      </w:r>
    </w:p>
    <w:p>
      <w:r>
        <w:rPr>
          <w:rFonts w:ascii="Arial" w:hAnsi="Arial" w:eastAsia="Arial"/>
          <w:sz w:val="22"/>
        </w:rPr>
        <w:t>44. Дар китоби дарсӣ гуфта мешавад: Асари Сиддиқии Аҷзӣ кадом аст?</w:t>
      </w:r>
    </w:p>
    <w:p>
      <w:r>
        <w:rPr>
          <w:rFonts w:ascii="Arial" w:hAnsi="Arial" w:eastAsia="Arial"/>
          <w:sz w:val="22"/>
        </w:rPr>
        <w:t>Ҷавоби дуруст: «Миръоти ибрат»</w:t>
      </w:r>
    </w:p>
    <w:p>
      <w:r>
        <w:rPr>
          <w:rFonts w:ascii="Arial" w:hAnsi="Arial" w:eastAsia="Arial"/>
          <w:sz w:val="22"/>
        </w:rPr>
        <w:t>45. Дар китоби дарсӣ гуфта мешавад: Асари Сиддиқии Аҷзӣ кадом аст?</w:t>
      </w:r>
    </w:p>
    <w:p>
      <w:r>
        <w:rPr>
          <w:rFonts w:ascii="Arial" w:hAnsi="Arial" w:eastAsia="Arial"/>
          <w:sz w:val="22"/>
        </w:rPr>
        <w:t>Ҷавоби дуруст: «Миръоти ибрат»</w:t>
      </w:r>
    </w:p>
    <w:p>
      <w:r>
        <w:rPr>
          <w:rFonts w:ascii="Arial" w:hAnsi="Arial" w:eastAsia="Arial"/>
          <w:sz w:val="22"/>
        </w:rPr>
        <w:t>46. Дар китоби дарсӣ гуфта мешавад: Асари Сиддиқии Аҷзӣ кадом аст?</w:t>
      </w:r>
    </w:p>
    <w:p>
      <w:r>
        <w:rPr>
          <w:rFonts w:ascii="Arial" w:hAnsi="Arial" w:eastAsia="Arial"/>
          <w:sz w:val="22"/>
        </w:rPr>
        <w:t>Ҷавоби дуруст: «Миръоти ибрат»</w:t>
      </w:r>
    </w:p>
    <w:p>
      <w:r>
        <w:rPr>
          <w:rFonts w:ascii="Arial" w:hAnsi="Arial" w:eastAsia="Arial"/>
          <w:sz w:val="22"/>
        </w:rPr>
        <w:t>47. Дар китоби дарсӣ гуфта мешавад: Асари Сиддиқии Аҷзӣ кадом аст?</w:t>
      </w:r>
    </w:p>
    <w:p>
      <w:r>
        <w:rPr>
          <w:rFonts w:ascii="Arial" w:hAnsi="Arial" w:eastAsia="Arial"/>
          <w:sz w:val="22"/>
        </w:rPr>
        <w:t>Ҷавоби дуруст: «Миръоти ибрат»</w:t>
      </w:r>
    </w:p>
    <w:p>
      <w:r>
        <w:rPr>
          <w:rFonts w:ascii="Arial" w:hAnsi="Arial" w:eastAsia="Arial"/>
          <w:sz w:val="22"/>
        </w:rPr>
        <w:t>48. Дар китоби дарсӣ гуфта мешавад: Асари Сиддиқии Аҷзӣ кадом аст?</w:t>
      </w:r>
    </w:p>
    <w:p>
      <w:r>
        <w:rPr>
          <w:rFonts w:ascii="Arial" w:hAnsi="Arial" w:eastAsia="Arial"/>
          <w:sz w:val="22"/>
        </w:rPr>
        <w:t>Ҷавоби дуруст: «Миръоти ибрат»</w:t>
      </w:r>
    </w:p>
    <w:p>
      <w:r>
        <w:rPr>
          <w:rFonts w:ascii="Arial" w:hAnsi="Arial" w:eastAsia="Arial"/>
          <w:sz w:val="22"/>
        </w:rPr>
        <w:t>49. Дар китоби дарсӣ гуфта мешавад: Асари Сиддиқии Аҷзӣ кадом аст?</w:t>
      </w:r>
    </w:p>
    <w:p>
      <w:r>
        <w:rPr>
          <w:rFonts w:ascii="Arial" w:hAnsi="Arial" w:eastAsia="Arial"/>
          <w:sz w:val="22"/>
        </w:rPr>
        <w:t>Ҷавоби дуруст: «Миръоти ибрат»</w:t>
      </w:r>
    </w:p>
    <w:p>
      <w:r>
        <w:rPr>
          <w:rFonts w:ascii="Arial" w:hAnsi="Arial" w:eastAsia="Arial"/>
          <w:sz w:val="22"/>
        </w:rPr>
        <w:t>50. Дар китоби дарсӣ гуфта мешавад: Асари Сиддиқии Аҷзӣ кадом аст?</w:t>
      </w:r>
    </w:p>
    <w:p>
      <w:r>
        <w:rPr>
          <w:rFonts w:ascii="Arial" w:hAnsi="Arial" w:eastAsia="Arial"/>
          <w:sz w:val="22"/>
        </w:rPr>
        <w:t>Ҷавоби дуруст: «Миръоти ибрат»</w:t>
      </w:r>
    </w:p>
    <w:p>
      <w:r>
        <w:rPr>
          <w:rFonts w:ascii="Arial" w:hAnsi="Arial" w:eastAsia="Arial"/>
          <w:sz w:val="22"/>
        </w:rPr>
        <w:t>51. Дар китоби дарсӣ гуфта мешавад: Асари Сиддиқии Аҷзӣ кадом аст?</w:t>
      </w:r>
    </w:p>
    <w:p>
      <w:r>
        <w:rPr>
          <w:rFonts w:ascii="Arial" w:hAnsi="Arial" w:eastAsia="Arial"/>
          <w:sz w:val="22"/>
        </w:rPr>
        <w:t>Ҷавоби дуруст: «Миръоти ибрат»</w:t>
      </w:r>
    </w:p>
    <w:p>
      <w:r>
        <w:rPr>
          <w:rFonts w:ascii="Arial" w:hAnsi="Arial" w:eastAsia="Arial"/>
          <w:sz w:val="22"/>
        </w:rPr>
        <w:t>52. Дар китоби дарсӣ гуфта мешавад: Асари Сиддиқии Аҷзӣ кадом аст?</w:t>
      </w:r>
    </w:p>
    <w:p>
      <w:r>
        <w:rPr>
          <w:rFonts w:ascii="Arial" w:hAnsi="Arial" w:eastAsia="Arial"/>
          <w:sz w:val="22"/>
        </w:rPr>
        <w:t>Ҷавоби дуруст: «Миръоти ибрат»</w:t>
      </w:r>
    </w:p>
    <w:p>
      <w:r>
        <w:rPr>
          <w:rFonts w:ascii="Arial" w:hAnsi="Arial" w:eastAsia="Arial"/>
          <w:sz w:val="22"/>
        </w:rPr>
        <w:t>53. Дар китоби дарсӣ гуфта мешавад: Асари Сиддиқии Аҷзӣ кадом аст?</w:t>
      </w:r>
    </w:p>
    <w:p>
      <w:r>
        <w:rPr>
          <w:rFonts w:ascii="Arial" w:hAnsi="Arial" w:eastAsia="Arial"/>
          <w:sz w:val="22"/>
        </w:rPr>
        <w:t>Ҷавоби дуруст: «Миръоти ибрат»</w:t>
      </w:r>
    </w:p>
    <w:p>
      <w:r>
        <w:rPr>
          <w:rFonts w:ascii="Arial" w:hAnsi="Arial" w:eastAsia="Arial"/>
          <w:sz w:val="22"/>
        </w:rPr>
        <w:t>54. Дар китоби дарсӣ гуфта мешавад: Асари Сиддиқии Аҷзӣ кадом аст?</w:t>
      </w:r>
    </w:p>
    <w:p>
      <w:r>
        <w:rPr>
          <w:rFonts w:ascii="Arial" w:hAnsi="Arial" w:eastAsia="Arial"/>
          <w:sz w:val="22"/>
        </w:rPr>
        <w:t>Ҷавоби дуруст: «Миръоти ибрат»</w:t>
      </w:r>
    </w:p>
    <w:p>
      <w:r>
        <w:rPr>
          <w:rFonts w:ascii="Arial" w:hAnsi="Arial" w:eastAsia="Arial"/>
          <w:sz w:val="22"/>
        </w:rPr>
        <w:t>55. Дар китоби дарсӣ гуфта мешавад: Асари Сиддиқии Аҷзӣ кадом аст?</w:t>
      </w:r>
    </w:p>
    <w:p>
      <w:r>
        <w:rPr>
          <w:rFonts w:ascii="Arial" w:hAnsi="Arial" w:eastAsia="Arial"/>
          <w:sz w:val="22"/>
        </w:rPr>
        <w:t>Ҷавоби дуруст: «Миръоти ибрат»</w:t>
      </w:r>
    </w:p>
    <w:p>
      <w:r>
        <w:rPr>
          <w:rFonts w:ascii="Arial" w:hAnsi="Arial" w:eastAsia="Arial"/>
          <w:sz w:val="22"/>
        </w:rPr>
        <w:t>56. Дар китоби дарсӣ гуфта мешавад: Асари Сиддиқии Аҷзӣ кадом аст?</w:t>
      </w:r>
    </w:p>
    <w:p>
      <w:r>
        <w:rPr>
          <w:rFonts w:ascii="Arial" w:hAnsi="Arial" w:eastAsia="Arial"/>
          <w:sz w:val="22"/>
        </w:rPr>
        <w:t>Ҷавоби дуруст: «Миръоти ибрат»</w:t>
      </w:r>
    </w:p>
    <w:p>
      <w:r>
        <w:rPr>
          <w:rFonts w:ascii="Arial" w:hAnsi="Arial" w:eastAsia="Arial"/>
          <w:sz w:val="22"/>
        </w:rPr>
        <w:t>57. Дар китоби дарсӣ гуфта мешавад: Асари Сиддиқии Аҷзӣ кадом аст?</w:t>
      </w:r>
    </w:p>
    <w:p>
      <w:r>
        <w:rPr>
          <w:rFonts w:ascii="Arial" w:hAnsi="Arial" w:eastAsia="Arial"/>
          <w:sz w:val="22"/>
        </w:rPr>
        <w:t>Ҷавоби дуруст: «Миръоти ибрат»</w:t>
      </w:r>
    </w:p>
    <w:p>
      <w:r>
        <w:rPr>
          <w:rFonts w:ascii="Arial" w:hAnsi="Arial" w:eastAsia="Arial"/>
          <w:sz w:val="22"/>
        </w:rPr>
        <w:t>58. Дар китоби дарсӣ гуфта мешавад: Асари Сиддиқии Аҷзӣ кадом аст?</w:t>
      </w:r>
    </w:p>
    <w:p>
      <w:r>
        <w:rPr>
          <w:rFonts w:ascii="Arial" w:hAnsi="Arial" w:eastAsia="Arial"/>
          <w:sz w:val="22"/>
        </w:rPr>
        <w:t>Ҷавоби дуруст: «Миръоти ибрат»</w:t>
      </w:r>
    </w:p>
    <w:p>
      <w:r>
        <w:rPr>
          <w:rFonts w:ascii="Arial" w:hAnsi="Arial" w:eastAsia="Arial"/>
          <w:sz w:val="22"/>
        </w:rPr>
        <w:t>59. Дар китоби дарсӣ гуфта мешавад: Асари Сиддиқии Аҷзӣ кадом аст?</w:t>
      </w:r>
    </w:p>
    <w:p>
      <w:r>
        <w:rPr>
          <w:rFonts w:ascii="Arial" w:hAnsi="Arial" w:eastAsia="Arial"/>
          <w:sz w:val="22"/>
        </w:rPr>
        <w:t>Ҷавоби дуруст: «Миръоти ибрат»</w:t>
      </w:r>
    </w:p>
    <w:p>
      <w:r>
        <w:rPr>
          <w:rFonts w:ascii="Arial" w:hAnsi="Arial" w:eastAsia="Arial"/>
          <w:sz w:val="22"/>
        </w:rPr>
        <w:t>60. Дар китоби дарсӣ гуфта мешавад: Асари Сиддиқии Аҷзӣ кадом аст?</w:t>
      </w:r>
    </w:p>
    <w:p>
      <w:r>
        <w:rPr>
          <w:rFonts w:ascii="Arial" w:hAnsi="Arial" w:eastAsia="Arial"/>
          <w:sz w:val="22"/>
        </w:rPr>
        <w:t>Ҷавоби дуруст: «Миръоти ибрат»</w:t>
      </w:r>
    </w:p>
    <w:p>
      <w:r>
        <w:rPr>
          <w:rFonts w:ascii="Arial" w:hAnsi="Arial" w:eastAsia="Arial"/>
          <w:sz w:val="22"/>
        </w:rPr>
        <w:t>61. Дар китоби дарсӣ гуфта мешавад: Асари Сиддиқии Аҷзӣ кадом аст?</w:t>
      </w:r>
    </w:p>
    <w:p>
      <w:r>
        <w:rPr>
          <w:rFonts w:ascii="Arial" w:hAnsi="Arial" w:eastAsia="Arial"/>
          <w:sz w:val="22"/>
        </w:rPr>
        <w:t>Ҷавоби дуруст: «Миръоти ибрат»</w:t>
      </w:r>
    </w:p>
    <w:p>
      <w:r>
        <w:rPr>
          <w:rFonts w:ascii="Arial" w:hAnsi="Arial" w:eastAsia="Arial"/>
          <w:sz w:val="22"/>
        </w:rPr>
        <w:t>62. Дар китоби дарсӣ гуфта мешавад: Асари Сиддиқии Аҷзӣ кадом аст?</w:t>
      </w:r>
    </w:p>
    <w:p>
      <w:r>
        <w:rPr>
          <w:rFonts w:ascii="Arial" w:hAnsi="Arial" w:eastAsia="Arial"/>
          <w:sz w:val="22"/>
        </w:rPr>
        <w:t>Ҷавоби дуруст: «Миръоти ибрат»</w:t>
      </w:r>
    </w:p>
    <w:p>
      <w:r>
        <w:rPr>
          <w:rFonts w:ascii="Arial" w:hAnsi="Arial" w:eastAsia="Arial"/>
          <w:sz w:val="22"/>
        </w:rPr>
        <w:t>63. Дар китоби дарсӣ гуфта мешавад: Асари Сиддиқии Аҷзӣ кадом аст?</w:t>
      </w:r>
    </w:p>
    <w:p>
      <w:r>
        <w:rPr>
          <w:rFonts w:ascii="Arial" w:hAnsi="Arial" w:eastAsia="Arial"/>
          <w:sz w:val="22"/>
        </w:rPr>
        <w:t>Ҷавоби дуруст: «Миръоти ибрат»</w:t>
      </w:r>
    </w:p>
    <w:p>
      <w:r>
        <w:rPr>
          <w:rFonts w:ascii="Arial" w:hAnsi="Arial" w:eastAsia="Arial"/>
          <w:sz w:val="22"/>
        </w:rPr>
        <w:t>64. Дар китоби дарсӣ гуфта мешавад: Асари Сиддиқии Аҷзӣ кадом аст?</w:t>
      </w:r>
    </w:p>
    <w:p>
      <w:r>
        <w:rPr>
          <w:rFonts w:ascii="Arial" w:hAnsi="Arial" w:eastAsia="Arial"/>
          <w:sz w:val="22"/>
        </w:rPr>
        <w:t>Ҷавоби дуруст: «Миръоти ибрат»</w:t>
      </w:r>
    </w:p>
    <w:p>
      <w:r>
        <w:rPr>
          <w:rFonts w:ascii="Arial" w:hAnsi="Arial" w:eastAsia="Arial"/>
          <w:sz w:val="22"/>
        </w:rPr>
        <w:t>65. Дар китоби дарсӣ гуфта мешавад: Асари Сиддиқии Аҷзӣ кадом аст?</w:t>
      </w:r>
    </w:p>
    <w:p>
      <w:r>
        <w:rPr>
          <w:rFonts w:ascii="Arial" w:hAnsi="Arial" w:eastAsia="Arial"/>
          <w:sz w:val="22"/>
        </w:rPr>
        <w:t>Ҷавоби дуруст: «Миръоти ибрат»</w:t>
      </w:r>
    </w:p>
    <w:p>
      <w:r>
        <w:rPr>
          <w:rFonts w:ascii="Arial" w:hAnsi="Arial" w:eastAsia="Arial"/>
          <w:sz w:val="22"/>
        </w:rPr>
        <w:t>66. Дар китоби дарсӣ гуфта мешавад: Асари Сиддиқии Аҷзӣ кадом аст?</w:t>
      </w:r>
    </w:p>
    <w:p>
      <w:r>
        <w:rPr>
          <w:rFonts w:ascii="Arial" w:hAnsi="Arial" w:eastAsia="Arial"/>
          <w:sz w:val="22"/>
        </w:rPr>
        <w:t>Ҷавоби дуруст: «Миръоти ибрат»</w:t>
      </w:r>
    </w:p>
    <w:p>
      <w:r>
        <w:rPr>
          <w:rFonts w:ascii="Arial" w:hAnsi="Arial" w:eastAsia="Arial"/>
          <w:sz w:val="22"/>
        </w:rPr>
        <w:t>67. Дар китоби дарсӣ гуфта мешавад: Асари Сиддиқии Аҷзӣ кадом аст?</w:t>
      </w:r>
    </w:p>
    <w:p>
      <w:r>
        <w:rPr>
          <w:rFonts w:ascii="Arial" w:hAnsi="Arial" w:eastAsia="Arial"/>
          <w:sz w:val="22"/>
        </w:rPr>
        <w:t>Ҷавоби дуруст: «Миръоти ибрат»</w:t>
      </w:r>
    </w:p>
    <w:p>
      <w:r>
        <w:rPr>
          <w:rFonts w:ascii="Arial" w:hAnsi="Arial" w:eastAsia="Arial"/>
          <w:sz w:val="22"/>
        </w:rPr>
        <w:t>68. Дар китоби дарсӣ гуфта мешавад: Асари Сиддиқии Аҷзӣ кадом аст?</w:t>
      </w:r>
    </w:p>
    <w:p>
      <w:r>
        <w:rPr>
          <w:rFonts w:ascii="Arial" w:hAnsi="Arial" w:eastAsia="Arial"/>
          <w:sz w:val="22"/>
        </w:rPr>
        <w:t>Ҷавоби дуруст: «Миръоти ибрат»</w:t>
      </w:r>
    </w:p>
    <w:p>
      <w:r>
        <w:rPr>
          <w:rFonts w:ascii="Arial" w:hAnsi="Arial" w:eastAsia="Arial"/>
          <w:sz w:val="22"/>
        </w:rPr>
        <w:t>69. Дар китоби дарсӣ гуфта мешавад: Асари Сиддиқии Аҷзӣ кадом аст?</w:t>
      </w:r>
    </w:p>
    <w:p>
      <w:r>
        <w:rPr>
          <w:rFonts w:ascii="Arial" w:hAnsi="Arial" w:eastAsia="Arial"/>
          <w:sz w:val="22"/>
        </w:rPr>
        <w:t>Ҷавоби дуруст: «Миръоти ибрат»</w:t>
      </w:r>
    </w:p>
    <w:p>
      <w:r>
        <w:rPr>
          <w:rFonts w:ascii="Arial" w:hAnsi="Arial" w:eastAsia="Arial"/>
          <w:sz w:val="22"/>
        </w:rPr>
        <w:t>70. Дар китоби дарсӣ гуфта мешавад: Асари Сиддиқии Аҷзӣ кадом аст?</w:t>
      </w:r>
    </w:p>
    <w:p>
      <w:r>
        <w:rPr>
          <w:rFonts w:ascii="Arial" w:hAnsi="Arial" w:eastAsia="Arial"/>
          <w:sz w:val="22"/>
        </w:rPr>
        <w:t>Ҷавоби дуруст: «Миръоти ибрат»</w:t>
      </w:r>
    </w:p>
    <w:p>
      <w:r>
        <w:rPr>
          <w:rFonts w:ascii="Arial" w:hAnsi="Arial" w:eastAsia="Arial"/>
          <w:sz w:val="22"/>
        </w:rPr>
        <w:t>71. Дар китоби дарсӣ гуфта мешавад: Асари Сиддиқии Аҷзӣ кадом аст?</w:t>
      </w:r>
    </w:p>
    <w:p>
      <w:r>
        <w:rPr>
          <w:rFonts w:ascii="Arial" w:hAnsi="Arial" w:eastAsia="Arial"/>
          <w:sz w:val="22"/>
        </w:rPr>
        <w:t>Ҷавоби дуруст: «Миръоти ибрат»</w:t>
      </w:r>
    </w:p>
    <w:p>
      <w:r>
        <w:rPr>
          <w:rFonts w:ascii="Arial" w:hAnsi="Arial" w:eastAsia="Arial"/>
          <w:sz w:val="22"/>
        </w:rPr>
        <w:t>72. Дар китоби дарсӣ гуфта мешавад: Асари Сиддиқии Аҷзӣ кадом аст?</w:t>
      </w:r>
    </w:p>
    <w:p>
      <w:r>
        <w:rPr>
          <w:rFonts w:ascii="Arial" w:hAnsi="Arial" w:eastAsia="Arial"/>
          <w:sz w:val="22"/>
        </w:rPr>
        <w:t>Ҷавоби дуруст: «Миръоти ибрат»</w:t>
      </w:r>
    </w:p>
    <w:p>
      <w:r>
        <w:rPr>
          <w:rFonts w:ascii="Arial" w:hAnsi="Arial" w:eastAsia="Arial"/>
          <w:sz w:val="22"/>
        </w:rPr>
        <w:t>73. Дар китоби дарсӣ гуфта мешавад: Асари Сиддиқии Аҷзӣ кадом аст?</w:t>
      </w:r>
    </w:p>
    <w:p>
      <w:r>
        <w:rPr>
          <w:rFonts w:ascii="Arial" w:hAnsi="Arial" w:eastAsia="Arial"/>
          <w:sz w:val="22"/>
        </w:rPr>
        <w:t>Ҷавоби дуруст: «Миръоти ибрат»</w:t>
      </w:r>
    </w:p>
    <w:p>
      <w:r>
        <w:rPr>
          <w:rFonts w:ascii="Arial" w:hAnsi="Arial" w:eastAsia="Arial"/>
          <w:sz w:val="22"/>
        </w:rPr>
        <w:t>74. Дар китоби дарсӣ гуфта мешавад: Асари Сиддиқии Аҷзӣ кадом аст?</w:t>
      </w:r>
    </w:p>
    <w:p>
      <w:r>
        <w:rPr>
          <w:rFonts w:ascii="Arial" w:hAnsi="Arial" w:eastAsia="Arial"/>
          <w:sz w:val="22"/>
        </w:rPr>
        <w:t>Ҷавоби дуруст: «Миръоти ибрат»</w:t>
      </w:r>
    </w:p>
    <w:p>
      <w:r>
        <w:rPr>
          <w:rFonts w:ascii="Arial" w:hAnsi="Arial" w:eastAsia="Arial"/>
          <w:sz w:val="22"/>
        </w:rPr>
        <w:t>75. Дар китоби дарсӣ гуфта мешавад: Асари Сиддиқии Аҷзӣ кадом аст?</w:t>
      </w:r>
    </w:p>
    <w:p>
      <w:r>
        <w:rPr>
          <w:rFonts w:ascii="Arial" w:hAnsi="Arial" w:eastAsia="Arial"/>
          <w:sz w:val="22"/>
        </w:rPr>
        <w:t>Ҷавоби дуруст: «Миръоти ибрат»</w:t>
      </w:r>
    </w:p>
    <w:p>
      <w:r>
        <w:rPr>
          <w:rFonts w:ascii="Arial" w:hAnsi="Arial" w:eastAsia="Arial"/>
          <w:sz w:val="22"/>
        </w:rPr>
        <w:t>76. Дар китоби дарсӣ гуфта мешавад: Асари Сиддиқии Аҷзӣ кадом аст?</w:t>
      </w:r>
    </w:p>
    <w:p>
      <w:r>
        <w:rPr>
          <w:rFonts w:ascii="Arial" w:hAnsi="Arial" w:eastAsia="Arial"/>
          <w:sz w:val="22"/>
        </w:rPr>
        <w:t>Ҷавоби дуруст: «Миръоти ибрат»</w:t>
      </w:r>
    </w:p>
    <w:p>
      <w:r>
        <w:rPr>
          <w:rFonts w:ascii="Arial" w:hAnsi="Arial" w:eastAsia="Arial"/>
          <w:sz w:val="22"/>
        </w:rPr>
        <w:t>77. Дар китоби дарсӣ гуфта мешавад: Асари Сиддиқии Аҷзӣ кадом аст?</w:t>
      </w:r>
    </w:p>
    <w:p>
      <w:r>
        <w:rPr>
          <w:rFonts w:ascii="Arial" w:hAnsi="Arial" w:eastAsia="Arial"/>
          <w:sz w:val="22"/>
        </w:rPr>
        <w:t>Ҷавоби дуруст: «Миръоти ибрат»</w:t>
      </w:r>
    </w:p>
    <w:p>
      <w:r>
        <w:rPr>
          <w:rFonts w:ascii="Arial" w:hAnsi="Arial" w:eastAsia="Arial"/>
          <w:sz w:val="22"/>
        </w:rPr>
        <w:t>78. Дар китоби дарсӣ гуфта мешавад: Асари Сиддиқии Аҷзӣ кадом аст?</w:t>
      </w:r>
    </w:p>
    <w:p>
      <w:r>
        <w:rPr>
          <w:rFonts w:ascii="Arial" w:hAnsi="Arial" w:eastAsia="Arial"/>
          <w:sz w:val="22"/>
        </w:rPr>
        <w:t>Ҷавоби дуруст: «Миръоти ибрат»</w:t>
      </w:r>
    </w:p>
    <w:p>
      <w:r>
        <w:rPr>
          <w:rFonts w:ascii="Arial" w:hAnsi="Arial" w:eastAsia="Arial"/>
          <w:sz w:val="22"/>
        </w:rPr>
        <w:t>79. Дар китоби дарсӣ гуфта мешавад: Асари Сиддиқии Аҷзӣ кадом аст?</w:t>
      </w:r>
    </w:p>
    <w:p>
      <w:r>
        <w:rPr>
          <w:rFonts w:ascii="Arial" w:hAnsi="Arial" w:eastAsia="Arial"/>
          <w:sz w:val="22"/>
        </w:rPr>
        <w:t>Ҷавоби дуруст: «Миръоти ибрат»</w:t>
      </w:r>
    </w:p>
    <w:p>
      <w:r>
        <w:rPr>
          <w:rFonts w:ascii="Arial" w:hAnsi="Arial" w:eastAsia="Arial"/>
          <w:sz w:val="22"/>
        </w:rPr>
        <w:t>80. Дар китоби дарсӣ гуфта мешавад: Асари Сиддиқии Аҷзӣ кадом аст?</w:t>
      </w:r>
    </w:p>
    <w:p>
      <w:r>
        <w:rPr>
          <w:rFonts w:ascii="Arial" w:hAnsi="Arial" w:eastAsia="Arial"/>
          <w:sz w:val="22"/>
        </w:rPr>
        <w:t>Ҷавоби дуруст: «Миръоти ибрат»</w:t>
      </w:r>
    </w:p>
    <w:p>
      <w:r>
        <w:rPr>
          <w:rFonts w:ascii="Arial" w:hAnsi="Arial" w:eastAsia="Arial"/>
          <w:sz w:val="22"/>
        </w:rPr>
        <w:t>81. Дар китоби дарсӣ гуфта мешавад: Асари Сиддиқии Аҷзӣ кадом аст?</w:t>
      </w:r>
    </w:p>
    <w:p>
      <w:r>
        <w:rPr>
          <w:rFonts w:ascii="Arial" w:hAnsi="Arial" w:eastAsia="Arial"/>
          <w:sz w:val="22"/>
        </w:rPr>
        <w:t>Ҷавоби дуруст: «Миръоти ибрат»</w:t>
      </w:r>
    </w:p>
    <w:p>
      <w:r>
        <w:rPr>
          <w:rFonts w:ascii="Arial" w:hAnsi="Arial" w:eastAsia="Arial"/>
          <w:sz w:val="22"/>
        </w:rPr>
        <w:t>82. Дар китоби дарсӣ гуфта мешавад: Асари Сиддиқии Аҷзӣ кадом аст?</w:t>
      </w:r>
    </w:p>
    <w:p>
      <w:r>
        <w:rPr>
          <w:rFonts w:ascii="Arial" w:hAnsi="Arial" w:eastAsia="Arial"/>
          <w:sz w:val="22"/>
        </w:rPr>
        <w:t>Ҷавоби дуруст: «Миръоти ибрат»</w:t>
      </w:r>
    </w:p>
    <w:p>
      <w:r>
        <w:rPr>
          <w:rFonts w:ascii="Arial" w:hAnsi="Arial" w:eastAsia="Arial"/>
          <w:sz w:val="22"/>
        </w:rPr>
        <w:t>83. Дар китоби дарсӣ гуфта мешавад: Асари Сиддиқии Аҷзӣ кадом аст?</w:t>
      </w:r>
    </w:p>
    <w:p>
      <w:r>
        <w:rPr>
          <w:rFonts w:ascii="Arial" w:hAnsi="Arial" w:eastAsia="Arial"/>
          <w:sz w:val="22"/>
        </w:rPr>
        <w:t>Ҷавоби дуруст: «Миръоти ибрат»</w:t>
      </w:r>
    </w:p>
    <w:p>
      <w:r>
        <w:rPr>
          <w:rFonts w:ascii="Arial" w:hAnsi="Arial" w:eastAsia="Arial"/>
          <w:sz w:val="22"/>
        </w:rPr>
        <w:t>84. Дар китоби дарсӣ гуфта мешавад: Асари Сиддиқии Аҷзӣ кадом аст?</w:t>
      </w:r>
    </w:p>
    <w:p>
      <w:r>
        <w:rPr>
          <w:rFonts w:ascii="Arial" w:hAnsi="Arial" w:eastAsia="Arial"/>
          <w:sz w:val="22"/>
        </w:rPr>
        <w:t>Ҷавоби дуруст: «Миръоти ибрат»</w:t>
      </w:r>
    </w:p>
    <w:p>
      <w:r>
        <w:rPr>
          <w:rFonts w:ascii="Arial" w:hAnsi="Arial" w:eastAsia="Arial"/>
          <w:sz w:val="22"/>
        </w:rPr>
        <w:t>85. Дар китоби дарсӣ гуфта мешавад: Асари Сиддиқии Аҷзӣ кадом аст?</w:t>
      </w:r>
    </w:p>
    <w:p>
      <w:r>
        <w:rPr>
          <w:rFonts w:ascii="Arial" w:hAnsi="Arial" w:eastAsia="Arial"/>
          <w:sz w:val="22"/>
        </w:rPr>
        <w:t>Ҷавоби дуруст: «Миръоти ибрат»</w:t>
      </w:r>
    </w:p>
    <w:p>
      <w:r>
        <w:rPr>
          <w:rFonts w:ascii="Arial" w:hAnsi="Arial" w:eastAsia="Arial"/>
          <w:sz w:val="22"/>
        </w:rPr>
        <w:t>86. Дар китоби дарсӣ гуфта мешавад: Асари Сиддиқии Аҷзӣ кадом аст?</w:t>
      </w:r>
    </w:p>
    <w:p>
      <w:r>
        <w:rPr>
          <w:rFonts w:ascii="Arial" w:hAnsi="Arial" w:eastAsia="Arial"/>
          <w:sz w:val="22"/>
        </w:rPr>
        <w:t>Ҷавоби дуруст: «Миръоти ибрат»</w:t>
      </w:r>
    </w:p>
    <w:p>
      <w:r>
        <w:rPr>
          <w:rFonts w:ascii="Arial" w:hAnsi="Arial" w:eastAsia="Arial"/>
          <w:sz w:val="22"/>
        </w:rPr>
        <w:t>87. Дар китоби дарсӣ гуфта мешавад: Асари Сиддиқии Аҷзӣ кадом аст?</w:t>
      </w:r>
    </w:p>
    <w:p>
      <w:r>
        <w:rPr>
          <w:rFonts w:ascii="Arial" w:hAnsi="Arial" w:eastAsia="Arial"/>
          <w:sz w:val="22"/>
        </w:rPr>
        <w:t>Ҷавоби дуруст: «Миръоти ибрат»</w:t>
      </w:r>
    </w:p>
    <w:p>
      <w:r>
        <w:rPr>
          <w:rFonts w:ascii="Arial" w:hAnsi="Arial" w:eastAsia="Arial"/>
          <w:sz w:val="22"/>
        </w:rPr>
        <w:t>88. Дар китоби дарсӣ гуфта мешавад: Асари Сиддиқии Аҷзӣ кадом аст?</w:t>
      </w:r>
    </w:p>
    <w:p>
      <w:r>
        <w:rPr>
          <w:rFonts w:ascii="Arial" w:hAnsi="Arial" w:eastAsia="Arial"/>
          <w:sz w:val="22"/>
        </w:rPr>
        <w:t>Ҷавоби дуруст: «Миръоти ибрат»</w:t>
      </w:r>
    </w:p>
    <w:p>
      <w:r>
        <w:rPr>
          <w:rFonts w:ascii="Arial" w:hAnsi="Arial" w:eastAsia="Arial"/>
          <w:sz w:val="22"/>
        </w:rPr>
        <w:t>89. Дар китоби дарсӣ гуфта мешавад: Асари Сиддиқии Аҷзӣ кадом аст?</w:t>
      </w:r>
    </w:p>
    <w:p>
      <w:r>
        <w:rPr>
          <w:rFonts w:ascii="Arial" w:hAnsi="Arial" w:eastAsia="Arial"/>
          <w:sz w:val="22"/>
        </w:rPr>
        <w:t>Ҷавоби дуруст: «Миръоти ибрат»</w:t>
      </w:r>
    </w:p>
    <w:p>
      <w:r>
        <w:rPr>
          <w:rFonts w:ascii="Arial" w:hAnsi="Arial" w:eastAsia="Arial"/>
          <w:sz w:val="22"/>
        </w:rPr>
        <w:t>90. Дар китоби дарсӣ гуфта мешавад: Асари Сиддиқии Аҷзӣ кадом аст?</w:t>
      </w:r>
    </w:p>
    <w:p>
      <w:r>
        <w:rPr>
          <w:rFonts w:ascii="Arial" w:hAnsi="Arial" w:eastAsia="Arial"/>
          <w:sz w:val="22"/>
        </w:rPr>
        <w:t>Ҷавоби дуруст: «Миръоти ибрат»</w:t>
      </w:r>
    </w:p>
    <w:p>
      <w:r>
        <w:rPr>
          <w:rFonts w:ascii="Arial" w:hAnsi="Arial" w:eastAsia="Arial"/>
          <w:sz w:val="22"/>
        </w:rPr>
        <w:t>91. Дар китоби дарсӣ гуфта мешавад: Асари Сиддиқии Аҷзӣ кадом аст?</w:t>
      </w:r>
    </w:p>
    <w:p>
      <w:r>
        <w:rPr>
          <w:rFonts w:ascii="Arial" w:hAnsi="Arial" w:eastAsia="Arial"/>
          <w:sz w:val="22"/>
        </w:rPr>
        <w:t>Ҷавоби дуруст: «Миръоти ибрат»</w:t>
      </w:r>
    </w:p>
    <w:p>
      <w:r>
        <w:rPr>
          <w:rFonts w:ascii="Arial" w:hAnsi="Arial" w:eastAsia="Arial"/>
          <w:sz w:val="22"/>
        </w:rPr>
        <w:t>92. Дар китоби дарсӣ гуфта мешавад: Асари Сиддиқии Аҷзӣ кадом аст?</w:t>
      </w:r>
    </w:p>
    <w:p>
      <w:r>
        <w:rPr>
          <w:rFonts w:ascii="Arial" w:hAnsi="Arial" w:eastAsia="Arial"/>
          <w:sz w:val="22"/>
        </w:rPr>
        <w:t>Ҷавоби дуруст: «Миръоти ибрат»</w:t>
      </w:r>
    </w:p>
    <w:p>
      <w:r>
        <w:rPr>
          <w:rFonts w:ascii="Arial" w:hAnsi="Arial" w:eastAsia="Arial"/>
          <w:sz w:val="22"/>
        </w:rPr>
        <w:t>93. Дар китоби дарсӣ гуфта мешавад: Асари Сиддиқии Аҷзӣ кадом аст?</w:t>
      </w:r>
    </w:p>
    <w:p>
      <w:r>
        <w:rPr>
          <w:rFonts w:ascii="Arial" w:hAnsi="Arial" w:eastAsia="Arial"/>
          <w:sz w:val="22"/>
        </w:rPr>
        <w:t>Ҷавоби дуруст: «Миръоти ибрат»</w:t>
      </w:r>
    </w:p>
    <w:p>
      <w:r>
        <w:rPr>
          <w:rFonts w:ascii="Arial" w:hAnsi="Arial" w:eastAsia="Arial"/>
          <w:sz w:val="22"/>
        </w:rPr>
        <w:t>94. Дар китоби дарсӣ гуфта мешавад: Асари Сиддиқии Аҷзӣ кадом аст?</w:t>
      </w:r>
    </w:p>
    <w:p>
      <w:r>
        <w:rPr>
          <w:rFonts w:ascii="Arial" w:hAnsi="Arial" w:eastAsia="Arial"/>
          <w:sz w:val="22"/>
        </w:rPr>
        <w:t>Ҷавоби дуруст: «Миръоти ибрат»</w:t>
      </w:r>
    </w:p>
    <w:p>
      <w:r>
        <w:rPr>
          <w:rFonts w:ascii="Arial" w:hAnsi="Arial" w:eastAsia="Arial"/>
          <w:sz w:val="22"/>
        </w:rPr>
        <w:t>95. Дар китоби дарсӣ гуфта мешавад: Асари Сиддиқии Аҷзӣ кадом аст?</w:t>
      </w:r>
    </w:p>
    <w:p>
      <w:r>
        <w:rPr>
          <w:rFonts w:ascii="Arial" w:hAnsi="Arial" w:eastAsia="Arial"/>
          <w:sz w:val="22"/>
        </w:rPr>
        <w:t>Ҷавоби дуруст: «Миръоти ибрат»</w:t>
      </w:r>
    </w:p>
    <w:p>
      <w:r>
        <w:rPr>
          <w:rFonts w:ascii="Arial" w:hAnsi="Arial" w:eastAsia="Arial"/>
          <w:sz w:val="22"/>
        </w:rPr>
        <w:t>96. Дар китоби дарсӣ гуфта мешавад: Асари Сиддиқии Аҷзӣ кадом аст?</w:t>
      </w:r>
    </w:p>
    <w:p>
      <w:r>
        <w:rPr>
          <w:rFonts w:ascii="Arial" w:hAnsi="Arial" w:eastAsia="Arial"/>
          <w:sz w:val="22"/>
        </w:rPr>
        <w:t>Ҷавоби дуруст: «Миръоти ибрат»</w:t>
      </w:r>
    </w:p>
    <w:p>
      <w:r>
        <w:rPr>
          <w:rFonts w:ascii="Arial" w:hAnsi="Arial" w:eastAsia="Arial"/>
          <w:sz w:val="22"/>
        </w:rPr>
        <w:t>97. Дар китоби дарсӣ гуфта мешавад: Асари Сиддиқии Аҷзӣ кадом аст?</w:t>
      </w:r>
    </w:p>
    <w:p>
      <w:r>
        <w:rPr>
          <w:rFonts w:ascii="Arial" w:hAnsi="Arial" w:eastAsia="Arial"/>
          <w:sz w:val="22"/>
        </w:rPr>
        <w:t>Ҷавоби дуруст: «Миръоти ибрат»</w:t>
      </w:r>
    </w:p>
    <w:p>
      <w:r>
        <w:rPr>
          <w:rFonts w:ascii="Arial" w:hAnsi="Arial" w:eastAsia="Arial"/>
          <w:sz w:val="22"/>
        </w:rPr>
        <w:t>98. Дар китоби дарсӣ гуфта мешавад: Асари Сиддиқии Аҷзӣ кадом аст?</w:t>
      </w:r>
    </w:p>
    <w:p>
      <w:r>
        <w:rPr>
          <w:rFonts w:ascii="Arial" w:hAnsi="Arial" w:eastAsia="Arial"/>
          <w:sz w:val="22"/>
        </w:rPr>
        <w:t>Ҷавоби дуруст: «Миръоти ибрат»</w:t>
      </w:r>
    </w:p>
    <w:p>
      <w:r>
        <w:rPr>
          <w:rFonts w:ascii="Arial" w:hAnsi="Arial" w:eastAsia="Arial"/>
          <w:sz w:val="22"/>
        </w:rPr>
        <w:t>99. Дар китоби дарсӣ гуфта мешавад: Асари Сиддиқии Аҷзӣ кадом аст?</w:t>
      </w:r>
    </w:p>
    <w:p>
      <w:r>
        <w:rPr>
          <w:rFonts w:ascii="Arial" w:hAnsi="Arial" w:eastAsia="Arial"/>
          <w:sz w:val="22"/>
        </w:rPr>
        <w:t>Ҷавоби дуруст: «Миръоти ибрат»</w:t>
      </w:r>
    </w:p>
    <w:p>
      <w:r>
        <w:rPr>
          <w:rFonts w:ascii="Arial" w:hAnsi="Arial" w:eastAsia="Arial"/>
          <w:sz w:val="22"/>
        </w:rPr>
        <w:t>100. Дар китоби дарсӣ гуфта мешавад: Асари Сиддиқии Аҷзӣ кадом аст?</w:t>
      </w:r>
    </w:p>
    <w:p>
      <w:r>
        <w:rPr>
          <w:rFonts w:ascii="Arial" w:hAnsi="Arial" w:eastAsia="Arial"/>
          <w:sz w:val="22"/>
        </w:rPr>
        <w:t>Ҷавоби дуруст: «Миръоти ибрат»</w:t>
      </w:r>
    </w:p>
    <w:p>
      <w:r>
        <w:rPr>
          <w:rFonts w:ascii="Arial" w:hAnsi="Arial" w:eastAsia="Arial"/>
          <w:sz w:val="22"/>
        </w:rPr>
        <w:br w:type="page"/>
      </w:r>
    </w:p>
    <w:p>
      <w:pPr>
        <w:pStyle w:val="Heading1"/>
      </w:pPr>
      <w:r>
        <w:rPr>
          <w:rFonts w:ascii="Arial" w:hAnsi="Arial" w:eastAsia="Arial"/>
          <w:sz w:val="22"/>
        </w:rPr>
        <w:t>18. Боби IV — Абдурауфи Фитрат</w:t>
      </w:r>
    </w:p>
    <w:p>
      <w:r>
        <w:rPr>
          <w:rFonts w:ascii="Arial" w:hAnsi="Arial" w:eastAsia="Arial"/>
          <w:sz w:val="22"/>
        </w:rPr>
        <w:t>1. Асари Фитрат, ки дар китоб баррасӣ мешавад, кадом аст?</w:t>
      </w:r>
    </w:p>
    <w:p>
      <w:r>
        <w:rPr>
          <w:rFonts w:ascii="Arial" w:hAnsi="Arial" w:eastAsia="Arial"/>
          <w:sz w:val="22"/>
        </w:rPr>
        <w:t>Ҷавоби дуруст: «Баёноти сайёҳи ҳиндӣ»</w:t>
      </w:r>
    </w:p>
    <w:p>
      <w:r>
        <w:rPr>
          <w:rFonts w:ascii="Arial" w:hAnsi="Arial" w:eastAsia="Arial"/>
          <w:sz w:val="22"/>
        </w:rPr>
        <w:t>2. Ҷавоби дуруст ба саволи «Асари Фитрат, ки дар китоб баррасӣ мешавад, кадом аст?» кадом аст?</w:t>
      </w:r>
    </w:p>
    <w:p>
      <w:r>
        <w:rPr>
          <w:rFonts w:ascii="Arial" w:hAnsi="Arial" w:eastAsia="Arial"/>
          <w:sz w:val="22"/>
        </w:rPr>
        <w:t>Ҷавоби дуруст: «Баёноти сайёҳи ҳиндӣ»</w:t>
      </w:r>
    </w:p>
    <w:p>
      <w:r>
        <w:rPr>
          <w:rFonts w:ascii="Arial" w:hAnsi="Arial" w:eastAsia="Arial"/>
          <w:sz w:val="22"/>
        </w:rPr>
        <w:t>3. Кадом ҷавоб асари фитрат, ки дар китоб баррасӣ мешавад, кадом аст?</w:t>
      </w:r>
    </w:p>
    <w:p>
      <w:r>
        <w:rPr>
          <w:rFonts w:ascii="Arial" w:hAnsi="Arial" w:eastAsia="Arial"/>
          <w:sz w:val="22"/>
        </w:rPr>
        <w:t>Ҷавоби дуруст: «Баёноти сайёҳи ҳиндӣ»</w:t>
      </w:r>
    </w:p>
    <w:p>
      <w:r>
        <w:rPr>
          <w:rFonts w:ascii="Arial" w:hAnsi="Arial" w:eastAsia="Arial"/>
          <w:sz w:val="22"/>
        </w:rPr>
        <w:t>4. Аз рӯйи китоб муайян кунед: Асари Фитрат, ки дар китоб баррасӣ мешавад, кадом аст?</w:t>
      </w:r>
    </w:p>
    <w:p>
      <w:r>
        <w:rPr>
          <w:rFonts w:ascii="Arial" w:hAnsi="Arial" w:eastAsia="Arial"/>
          <w:sz w:val="22"/>
        </w:rPr>
        <w:t>Ҷавоби дуруст: «Баёноти сайёҳи ҳиндӣ»</w:t>
      </w:r>
    </w:p>
    <w:p>
      <w:r>
        <w:rPr>
          <w:rFonts w:ascii="Arial" w:hAnsi="Arial" w:eastAsia="Arial"/>
          <w:sz w:val="22"/>
        </w:rPr>
        <w:t>5. Фитрат ба кадом адабиёт ва ҷараёни фикрии нав иртибот дорад?</w:t>
      </w:r>
    </w:p>
    <w:p>
      <w:r>
        <w:rPr>
          <w:rFonts w:ascii="Arial" w:hAnsi="Arial" w:eastAsia="Arial"/>
          <w:sz w:val="22"/>
        </w:rPr>
        <w:t>Ҷавоби дуруст: Адабиёти навини тоҷикӣ ва ҳаракати маорифпарварӣ</w:t>
      </w:r>
    </w:p>
    <w:p>
      <w:r>
        <w:rPr>
          <w:rFonts w:ascii="Arial" w:hAnsi="Arial" w:eastAsia="Arial"/>
          <w:sz w:val="22"/>
        </w:rPr>
        <w:t>6. Ҷавоби дуруст ба саволи «Фитрат ба кадом адабиёт ва ҷараёни фикрии нав иртибот дорад?» кадом аст?</w:t>
      </w:r>
    </w:p>
    <w:p>
      <w:r>
        <w:rPr>
          <w:rFonts w:ascii="Arial" w:hAnsi="Arial" w:eastAsia="Arial"/>
          <w:sz w:val="22"/>
        </w:rPr>
        <w:t>Ҷавоби дуруст: Адабиёти навини тоҷикӣ ва ҳаракати маорифпарварӣ</w:t>
      </w:r>
    </w:p>
    <w:p>
      <w:r>
        <w:rPr>
          <w:rFonts w:ascii="Arial" w:hAnsi="Arial" w:eastAsia="Arial"/>
          <w:sz w:val="22"/>
        </w:rPr>
        <w:t>7. Кадом ҷавоб фитрат ба кадом адабиёт ва ҷараёни фикрии нав иртибот дорад?</w:t>
      </w:r>
    </w:p>
    <w:p>
      <w:r>
        <w:rPr>
          <w:rFonts w:ascii="Arial" w:hAnsi="Arial" w:eastAsia="Arial"/>
          <w:sz w:val="22"/>
        </w:rPr>
        <w:t>Ҷавоби дуруст: Адабиёти навини тоҷикӣ ва ҳаракати маорифпарварӣ</w:t>
      </w:r>
    </w:p>
    <w:p>
      <w:r>
        <w:rPr>
          <w:rFonts w:ascii="Arial" w:hAnsi="Arial" w:eastAsia="Arial"/>
          <w:sz w:val="22"/>
        </w:rPr>
        <w:t>8. Аз рӯйи китоб муайян кунед: Фитрат ба кадом адабиёт ва ҷараёни фикрии нав иртибот дорад?</w:t>
      </w:r>
    </w:p>
    <w:p>
      <w:r>
        <w:rPr>
          <w:rFonts w:ascii="Arial" w:hAnsi="Arial" w:eastAsia="Arial"/>
          <w:sz w:val="22"/>
        </w:rPr>
        <w:t>Ҷавоби дуруст: Адабиёти навини тоҷикӣ ва ҳаракати маорифпарварӣ</w:t>
      </w:r>
    </w:p>
    <w:p>
      <w:r>
        <w:rPr>
          <w:rFonts w:ascii="Arial" w:hAnsi="Arial" w:eastAsia="Arial"/>
          <w:sz w:val="22"/>
        </w:rPr>
        <w:t>9. Дар китоби дарсӣ гуфта мешавад: Асари Фитрат, ки дар китоб баррасӣ мешавад, кадом аст?</w:t>
      </w:r>
    </w:p>
    <w:p>
      <w:r>
        <w:rPr>
          <w:rFonts w:ascii="Arial" w:hAnsi="Arial" w:eastAsia="Arial"/>
          <w:sz w:val="22"/>
        </w:rPr>
        <w:t>Ҷавоби дуруст: «Баёноти сайёҳи ҳиндӣ»</w:t>
      </w:r>
    </w:p>
    <w:p>
      <w:r>
        <w:rPr>
          <w:rFonts w:ascii="Arial" w:hAnsi="Arial" w:eastAsia="Arial"/>
          <w:sz w:val="22"/>
        </w:rPr>
        <w:t>10. Дар китоби дарсӣ гуфта мешавад: Фитрат ба кадом адабиёт ва ҷараёни фикрии нав иртибот дорад?</w:t>
      </w:r>
    </w:p>
    <w:p>
      <w:r>
        <w:rPr>
          <w:rFonts w:ascii="Arial" w:hAnsi="Arial" w:eastAsia="Arial"/>
          <w:sz w:val="22"/>
        </w:rPr>
        <w:t>Ҷавоби дуруст: Адабиёти навини тоҷикӣ ва ҳаракати маорифпарварӣ</w:t>
      </w:r>
    </w:p>
    <w:p>
      <w:r>
        <w:rPr>
          <w:rFonts w:ascii="Arial" w:hAnsi="Arial" w:eastAsia="Arial"/>
          <w:sz w:val="22"/>
        </w:rPr>
        <w:t>11. Дар китоби дарсӣ гуфта мешавад: Асари Фитрат, ки дар китоб баррасӣ мешавад, кадом аст?</w:t>
      </w:r>
    </w:p>
    <w:p>
      <w:r>
        <w:rPr>
          <w:rFonts w:ascii="Arial" w:hAnsi="Arial" w:eastAsia="Arial"/>
          <w:sz w:val="22"/>
        </w:rPr>
        <w:t>Ҷавоби дуруст: «Баёноти сайёҳи ҳиндӣ»</w:t>
      </w:r>
    </w:p>
    <w:p>
      <w:r>
        <w:rPr>
          <w:rFonts w:ascii="Arial" w:hAnsi="Arial" w:eastAsia="Arial"/>
          <w:sz w:val="22"/>
        </w:rPr>
        <w:t>12. Дар китоби дарсӣ гуфта мешавад: Фитрат ба кадом адабиёт ва ҷараёни фикрии нав иртибот дорад?</w:t>
      </w:r>
    </w:p>
    <w:p>
      <w:r>
        <w:rPr>
          <w:rFonts w:ascii="Arial" w:hAnsi="Arial" w:eastAsia="Arial"/>
          <w:sz w:val="22"/>
        </w:rPr>
        <w:t>Ҷавоби дуруст: Адабиёти навини тоҷикӣ ва ҳаракати маорифпарварӣ</w:t>
      </w:r>
    </w:p>
    <w:p>
      <w:r>
        <w:rPr>
          <w:rFonts w:ascii="Arial" w:hAnsi="Arial" w:eastAsia="Arial"/>
          <w:sz w:val="22"/>
        </w:rPr>
        <w:t>13. Дар китоби дарсӣ гуфта мешавад: Асари Фитрат, ки дар китоб баррасӣ мешавад, кадом аст?</w:t>
      </w:r>
    </w:p>
    <w:p>
      <w:r>
        <w:rPr>
          <w:rFonts w:ascii="Arial" w:hAnsi="Arial" w:eastAsia="Arial"/>
          <w:sz w:val="22"/>
        </w:rPr>
        <w:t>Ҷавоби дуруст: «Баёноти сайёҳи ҳиндӣ»</w:t>
      </w:r>
    </w:p>
    <w:p>
      <w:r>
        <w:rPr>
          <w:rFonts w:ascii="Arial" w:hAnsi="Arial" w:eastAsia="Arial"/>
          <w:sz w:val="22"/>
        </w:rPr>
        <w:t>14. Дар китоби дарсӣ гуфта мешавад: Фитрат ба кадом адабиёт ва ҷараёни фикрии нав иртибот дорад?</w:t>
      </w:r>
    </w:p>
    <w:p>
      <w:r>
        <w:rPr>
          <w:rFonts w:ascii="Arial" w:hAnsi="Arial" w:eastAsia="Arial"/>
          <w:sz w:val="22"/>
        </w:rPr>
        <w:t>Ҷавоби дуруст: Адабиёти навини тоҷикӣ ва ҳаракати маорифпарварӣ</w:t>
      </w:r>
    </w:p>
    <w:p>
      <w:r>
        <w:rPr>
          <w:rFonts w:ascii="Arial" w:hAnsi="Arial" w:eastAsia="Arial"/>
          <w:sz w:val="22"/>
        </w:rPr>
        <w:t>15. Дар китоби дарсӣ гуфта мешавад: Асари Фитрат, ки дар китоб баррасӣ мешавад, кадом аст?</w:t>
      </w:r>
    </w:p>
    <w:p>
      <w:r>
        <w:rPr>
          <w:rFonts w:ascii="Arial" w:hAnsi="Arial" w:eastAsia="Arial"/>
          <w:sz w:val="22"/>
        </w:rPr>
        <w:t>Ҷавоби дуруст: «Баёноти сайёҳи ҳиндӣ»</w:t>
      </w:r>
    </w:p>
    <w:p>
      <w:r>
        <w:rPr>
          <w:rFonts w:ascii="Arial" w:hAnsi="Arial" w:eastAsia="Arial"/>
          <w:sz w:val="22"/>
        </w:rPr>
        <w:t>16. Дар китоби дарсӣ гуфта мешавад: Фитрат ба кадом адабиёт ва ҷараёни фикрии нав иртибот дорад?</w:t>
      </w:r>
    </w:p>
    <w:p>
      <w:r>
        <w:rPr>
          <w:rFonts w:ascii="Arial" w:hAnsi="Arial" w:eastAsia="Arial"/>
          <w:sz w:val="22"/>
        </w:rPr>
        <w:t>Ҷавоби дуруст: Адабиёти навини тоҷикӣ ва ҳаракати маорифпарварӣ</w:t>
      </w:r>
    </w:p>
    <w:p>
      <w:r>
        <w:rPr>
          <w:rFonts w:ascii="Arial" w:hAnsi="Arial" w:eastAsia="Arial"/>
          <w:sz w:val="22"/>
        </w:rPr>
        <w:t>17. Дар китоби дарсӣ гуфта мешавад: Асари Фитрат, ки дар китоб баррасӣ мешавад, кадом аст?</w:t>
      </w:r>
    </w:p>
    <w:p>
      <w:r>
        <w:rPr>
          <w:rFonts w:ascii="Arial" w:hAnsi="Arial" w:eastAsia="Arial"/>
          <w:sz w:val="22"/>
        </w:rPr>
        <w:t>Ҷавоби дуруст: «Баёноти сайёҳи ҳиндӣ»</w:t>
      </w:r>
    </w:p>
    <w:p>
      <w:r>
        <w:rPr>
          <w:rFonts w:ascii="Arial" w:hAnsi="Arial" w:eastAsia="Arial"/>
          <w:sz w:val="22"/>
        </w:rPr>
        <w:t>18. Дар китоби дарсӣ гуфта мешавад: Фитрат ба кадом адабиёт ва ҷараёни фикрии нав иртибот дорад?</w:t>
      </w:r>
    </w:p>
    <w:p>
      <w:r>
        <w:rPr>
          <w:rFonts w:ascii="Arial" w:hAnsi="Arial" w:eastAsia="Arial"/>
          <w:sz w:val="22"/>
        </w:rPr>
        <w:t>Ҷавоби дуруст: Адабиёти навини тоҷикӣ ва ҳаракати маорифпарварӣ</w:t>
      </w:r>
    </w:p>
    <w:p>
      <w:r>
        <w:rPr>
          <w:rFonts w:ascii="Arial" w:hAnsi="Arial" w:eastAsia="Arial"/>
          <w:sz w:val="22"/>
        </w:rPr>
        <w:t>19. Дар китоби дарсӣ гуфта мешавад: Асари Фитрат, ки дар китоб баррасӣ мешавад, кадом аст?</w:t>
      </w:r>
    </w:p>
    <w:p>
      <w:r>
        <w:rPr>
          <w:rFonts w:ascii="Arial" w:hAnsi="Arial" w:eastAsia="Arial"/>
          <w:sz w:val="22"/>
        </w:rPr>
        <w:t>Ҷавоби дуруст: «Баёноти сайёҳи ҳиндӣ»</w:t>
      </w:r>
    </w:p>
    <w:p>
      <w:r>
        <w:rPr>
          <w:rFonts w:ascii="Arial" w:hAnsi="Arial" w:eastAsia="Arial"/>
          <w:sz w:val="22"/>
        </w:rPr>
        <w:t>20. Дар китоби дарсӣ гуфта мешавад: Фитрат ба кадом адабиёт ва ҷараёни фикрии нав иртибот дорад?</w:t>
      </w:r>
    </w:p>
    <w:p>
      <w:r>
        <w:rPr>
          <w:rFonts w:ascii="Arial" w:hAnsi="Arial" w:eastAsia="Arial"/>
          <w:sz w:val="22"/>
        </w:rPr>
        <w:t>Ҷавоби дуруст: Адабиёти навини тоҷикӣ ва ҳаракати маорифпарварӣ</w:t>
      </w:r>
    </w:p>
    <w:p>
      <w:r>
        <w:rPr>
          <w:rFonts w:ascii="Arial" w:hAnsi="Arial" w:eastAsia="Arial"/>
          <w:sz w:val="22"/>
        </w:rPr>
        <w:t>21. Дар китоби дарсӣ гуфта мешавад: Асари Фитрат, ки дар китоб баррасӣ мешавад, кадом аст?</w:t>
      </w:r>
    </w:p>
    <w:p>
      <w:r>
        <w:rPr>
          <w:rFonts w:ascii="Arial" w:hAnsi="Arial" w:eastAsia="Arial"/>
          <w:sz w:val="22"/>
        </w:rPr>
        <w:t>Ҷавоби дуруст: «Баёноти сайёҳи ҳиндӣ»</w:t>
      </w:r>
    </w:p>
    <w:p>
      <w:r>
        <w:rPr>
          <w:rFonts w:ascii="Arial" w:hAnsi="Arial" w:eastAsia="Arial"/>
          <w:sz w:val="22"/>
        </w:rPr>
        <w:t>22. Дар китоби дарсӣ гуфта мешавад: Фитрат ба кадом адабиёт ва ҷараёни фикрии нав иртибот дорад?</w:t>
      </w:r>
    </w:p>
    <w:p>
      <w:r>
        <w:rPr>
          <w:rFonts w:ascii="Arial" w:hAnsi="Arial" w:eastAsia="Arial"/>
          <w:sz w:val="22"/>
        </w:rPr>
        <w:t>Ҷавоби дуруст: Адабиёти навини тоҷикӣ ва ҳаракати маорифпарварӣ</w:t>
      </w:r>
    </w:p>
    <w:p>
      <w:r>
        <w:rPr>
          <w:rFonts w:ascii="Arial" w:hAnsi="Arial" w:eastAsia="Arial"/>
          <w:sz w:val="22"/>
        </w:rPr>
        <w:t>23. Дар китоби дарсӣ гуфта мешавад: Асари Фитрат, ки дар китоб баррасӣ мешавад, кадом аст?</w:t>
      </w:r>
    </w:p>
    <w:p>
      <w:r>
        <w:rPr>
          <w:rFonts w:ascii="Arial" w:hAnsi="Arial" w:eastAsia="Arial"/>
          <w:sz w:val="22"/>
        </w:rPr>
        <w:t>Ҷавоби дуруст: «Баёноти сайёҳи ҳиндӣ»</w:t>
      </w:r>
    </w:p>
    <w:p>
      <w:r>
        <w:rPr>
          <w:rFonts w:ascii="Arial" w:hAnsi="Arial" w:eastAsia="Arial"/>
          <w:sz w:val="22"/>
        </w:rPr>
        <w:t>24. Дар китоби дарсӣ гуфта мешавад: Фитрат ба кадом адабиёт ва ҷараёни фикрии нав иртибот дорад?</w:t>
      </w:r>
    </w:p>
    <w:p>
      <w:r>
        <w:rPr>
          <w:rFonts w:ascii="Arial" w:hAnsi="Arial" w:eastAsia="Arial"/>
          <w:sz w:val="22"/>
        </w:rPr>
        <w:t>Ҷавоби дуруст: Адабиёти навини тоҷикӣ ва ҳаракати маорифпарварӣ</w:t>
      </w:r>
    </w:p>
    <w:p>
      <w:r>
        <w:rPr>
          <w:rFonts w:ascii="Arial" w:hAnsi="Arial" w:eastAsia="Arial"/>
          <w:sz w:val="22"/>
        </w:rPr>
        <w:t>25. Дар китоби дарсӣ гуфта мешавад: Асари Фитрат, ки дар китоб баррасӣ мешавад, кадом аст?</w:t>
      </w:r>
    </w:p>
    <w:p>
      <w:r>
        <w:rPr>
          <w:rFonts w:ascii="Arial" w:hAnsi="Arial" w:eastAsia="Arial"/>
          <w:sz w:val="22"/>
        </w:rPr>
        <w:t>Ҷавоби дуруст: «Баёноти сайёҳи ҳиндӣ»</w:t>
      </w:r>
    </w:p>
    <w:p>
      <w:r>
        <w:rPr>
          <w:rFonts w:ascii="Arial" w:hAnsi="Arial" w:eastAsia="Arial"/>
          <w:sz w:val="22"/>
        </w:rPr>
        <w:t>26. Дар китоби дарсӣ гуфта мешавад: Фитрат ба кадом адабиёт ва ҷараёни фикрии нав иртибот дорад?</w:t>
      </w:r>
    </w:p>
    <w:p>
      <w:r>
        <w:rPr>
          <w:rFonts w:ascii="Arial" w:hAnsi="Arial" w:eastAsia="Arial"/>
          <w:sz w:val="22"/>
        </w:rPr>
        <w:t>Ҷавоби дуруст: Адабиёти навини тоҷикӣ ва ҳаракати маорифпарварӣ</w:t>
      </w:r>
    </w:p>
    <w:p>
      <w:r>
        <w:rPr>
          <w:rFonts w:ascii="Arial" w:hAnsi="Arial" w:eastAsia="Arial"/>
          <w:sz w:val="22"/>
        </w:rPr>
        <w:t>27. Дар китоби дарсӣ гуфта мешавад: Асари Фитрат, ки дар китоб баррасӣ мешавад, кадом аст?</w:t>
      </w:r>
    </w:p>
    <w:p>
      <w:r>
        <w:rPr>
          <w:rFonts w:ascii="Arial" w:hAnsi="Arial" w:eastAsia="Arial"/>
          <w:sz w:val="22"/>
        </w:rPr>
        <w:t>Ҷавоби дуруст: «Баёноти сайёҳи ҳиндӣ»</w:t>
      </w:r>
    </w:p>
    <w:p>
      <w:r>
        <w:rPr>
          <w:rFonts w:ascii="Arial" w:hAnsi="Arial" w:eastAsia="Arial"/>
          <w:sz w:val="22"/>
        </w:rPr>
        <w:t>28. Дар китоби дарсӣ гуфта мешавад: Фитрат ба кадом адабиёт ва ҷараёни фикрии нав иртибот дорад?</w:t>
      </w:r>
    </w:p>
    <w:p>
      <w:r>
        <w:rPr>
          <w:rFonts w:ascii="Arial" w:hAnsi="Arial" w:eastAsia="Arial"/>
          <w:sz w:val="22"/>
        </w:rPr>
        <w:t>Ҷавоби дуруст: Адабиёти навини тоҷикӣ ва ҳаракати маорифпарварӣ</w:t>
      </w:r>
    </w:p>
    <w:p>
      <w:r>
        <w:rPr>
          <w:rFonts w:ascii="Arial" w:hAnsi="Arial" w:eastAsia="Arial"/>
          <w:sz w:val="22"/>
        </w:rPr>
        <w:t>29. Дар китоби дарсӣ гуфта мешавад: Асари Фитрат, ки дар китоб баррасӣ мешавад, кадом аст?</w:t>
      </w:r>
    </w:p>
    <w:p>
      <w:r>
        <w:rPr>
          <w:rFonts w:ascii="Arial" w:hAnsi="Arial" w:eastAsia="Arial"/>
          <w:sz w:val="22"/>
        </w:rPr>
        <w:t>Ҷавоби дуруст: «Баёноти сайёҳи ҳиндӣ»</w:t>
      </w:r>
    </w:p>
    <w:p>
      <w:r>
        <w:rPr>
          <w:rFonts w:ascii="Arial" w:hAnsi="Arial" w:eastAsia="Arial"/>
          <w:sz w:val="22"/>
        </w:rPr>
        <w:t>30. Дар китоби дарсӣ гуфта мешавад: Фитрат ба кадом адабиёт ва ҷараёни фикрии нав иртибот дорад?</w:t>
      </w:r>
    </w:p>
    <w:p>
      <w:r>
        <w:rPr>
          <w:rFonts w:ascii="Arial" w:hAnsi="Arial" w:eastAsia="Arial"/>
          <w:sz w:val="22"/>
        </w:rPr>
        <w:t>Ҷавоби дуруст: Адабиёти навини тоҷикӣ ва ҳаракати маорифпарварӣ</w:t>
      </w:r>
    </w:p>
    <w:p>
      <w:r>
        <w:rPr>
          <w:rFonts w:ascii="Arial" w:hAnsi="Arial" w:eastAsia="Arial"/>
          <w:sz w:val="22"/>
        </w:rPr>
        <w:t>31. Дар китоби дарсӣ гуфта мешавад: Асари Фитрат, ки дар китоб баррасӣ мешавад, кадом аст?</w:t>
      </w:r>
    </w:p>
    <w:p>
      <w:r>
        <w:rPr>
          <w:rFonts w:ascii="Arial" w:hAnsi="Arial" w:eastAsia="Arial"/>
          <w:sz w:val="22"/>
        </w:rPr>
        <w:t>Ҷавоби дуруст: «Баёноти сайёҳи ҳиндӣ»</w:t>
      </w:r>
    </w:p>
    <w:p>
      <w:r>
        <w:rPr>
          <w:rFonts w:ascii="Arial" w:hAnsi="Arial" w:eastAsia="Arial"/>
          <w:sz w:val="22"/>
        </w:rPr>
        <w:t>32. Дар китоби дарсӣ гуфта мешавад: Фитрат ба кадом адабиёт ва ҷараёни фикрии нав иртибот дорад?</w:t>
      </w:r>
    </w:p>
    <w:p>
      <w:r>
        <w:rPr>
          <w:rFonts w:ascii="Arial" w:hAnsi="Arial" w:eastAsia="Arial"/>
          <w:sz w:val="22"/>
        </w:rPr>
        <w:t>Ҷавоби дуруст: Адабиёти навини тоҷикӣ ва ҳаракати маорифпарварӣ</w:t>
      </w:r>
    </w:p>
    <w:p>
      <w:r>
        <w:rPr>
          <w:rFonts w:ascii="Arial" w:hAnsi="Arial" w:eastAsia="Arial"/>
          <w:sz w:val="22"/>
        </w:rPr>
        <w:t>33. Дар китоби дарсӣ гуфта мешавад: Асари Фитрат, ки дар китоб баррасӣ мешавад, кадом аст?</w:t>
      </w:r>
    </w:p>
    <w:p>
      <w:r>
        <w:rPr>
          <w:rFonts w:ascii="Arial" w:hAnsi="Arial" w:eastAsia="Arial"/>
          <w:sz w:val="22"/>
        </w:rPr>
        <w:t>Ҷавоби дуруст: «Баёноти сайёҳи ҳиндӣ»</w:t>
      </w:r>
    </w:p>
    <w:p>
      <w:r>
        <w:rPr>
          <w:rFonts w:ascii="Arial" w:hAnsi="Arial" w:eastAsia="Arial"/>
          <w:sz w:val="22"/>
        </w:rPr>
        <w:t>34. Дар китоби дарсӣ гуфта мешавад: Фитрат ба кадом адабиёт ва ҷараёни фикрии нав иртибот дорад?</w:t>
      </w:r>
    </w:p>
    <w:p>
      <w:r>
        <w:rPr>
          <w:rFonts w:ascii="Arial" w:hAnsi="Arial" w:eastAsia="Arial"/>
          <w:sz w:val="22"/>
        </w:rPr>
        <w:t>Ҷавоби дуруст: Адабиёти навини тоҷикӣ ва ҳаракати маорифпарварӣ</w:t>
      </w:r>
    </w:p>
    <w:p>
      <w:r>
        <w:rPr>
          <w:rFonts w:ascii="Arial" w:hAnsi="Arial" w:eastAsia="Arial"/>
          <w:sz w:val="22"/>
        </w:rPr>
        <w:t>35. Дар китоби дарсӣ гуфта мешавад: Асари Фитрат, ки дар китоб баррасӣ мешавад, кадом аст?</w:t>
      </w:r>
    </w:p>
    <w:p>
      <w:r>
        <w:rPr>
          <w:rFonts w:ascii="Arial" w:hAnsi="Arial" w:eastAsia="Arial"/>
          <w:sz w:val="22"/>
        </w:rPr>
        <w:t>Ҷавоби дуруст: «Баёноти сайёҳи ҳиндӣ»</w:t>
      </w:r>
    </w:p>
    <w:p>
      <w:r>
        <w:rPr>
          <w:rFonts w:ascii="Arial" w:hAnsi="Arial" w:eastAsia="Arial"/>
          <w:sz w:val="22"/>
        </w:rPr>
        <w:t>36. Дар китоби дарсӣ гуфта мешавад: Фитрат ба кадом адабиёт ва ҷараёни фикрии нав иртибот дорад?</w:t>
      </w:r>
    </w:p>
    <w:p>
      <w:r>
        <w:rPr>
          <w:rFonts w:ascii="Arial" w:hAnsi="Arial" w:eastAsia="Arial"/>
          <w:sz w:val="22"/>
        </w:rPr>
        <w:t>Ҷавоби дуруст: Адабиёти навини тоҷикӣ ва ҳаракати маорифпарварӣ</w:t>
      </w:r>
    </w:p>
    <w:p>
      <w:r>
        <w:rPr>
          <w:rFonts w:ascii="Arial" w:hAnsi="Arial" w:eastAsia="Arial"/>
          <w:sz w:val="22"/>
        </w:rPr>
        <w:t>37. Дар китоби дарсӣ гуфта мешавад: Асари Фитрат, ки дар китоб баррасӣ мешавад, кадом аст?</w:t>
      </w:r>
    </w:p>
    <w:p>
      <w:r>
        <w:rPr>
          <w:rFonts w:ascii="Arial" w:hAnsi="Arial" w:eastAsia="Arial"/>
          <w:sz w:val="22"/>
        </w:rPr>
        <w:t>Ҷавоби дуруст: «Баёноти сайёҳи ҳиндӣ»</w:t>
      </w:r>
    </w:p>
    <w:p>
      <w:r>
        <w:rPr>
          <w:rFonts w:ascii="Arial" w:hAnsi="Arial" w:eastAsia="Arial"/>
          <w:sz w:val="22"/>
        </w:rPr>
        <w:t>38. Дар китоби дарсӣ гуфта мешавад: Фитрат ба кадом адабиёт ва ҷараёни фикрии нав иртибот дорад?</w:t>
      </w:r>
    </w:p>
    <w:p>
      <w:r>
        <w:rPr>
          <w:rFonts w:ascii="Arial" w:hAnsi="Arial" w:eastAsia="Arial"/>
          <w:sz w:val="22"/>
        </w:rPr>
        <w:t>Ҷавоби дуруст: Адабиёти навини тоҷикӣ ва ҳаракати маорифпарварӣ</w:t>
      </w:r>
    </w:p>
    <w:p>
      <w:r>
        <w:rPr>
          <w:rFonts w:ascii="Arial" w:hAnsi="Arial" w:eastAsia="Arial"/>
          <w:sz w:val="22"/>
        </w:rPr>
        <w:t>39. Дар китоби дарсӣ гуфта мешавад: Асари Фитрат, ки дар китоб баррасӣ мешавад, кадом аст?</w:t>
      </w:r>
    </w:p>
    <w:p>
      <w:r>
        <w:rPr>
          <w:rFonts w:ascii="Arial" w:hAnsi="Arial" w:eastAsia="Arial"/>
          <w:sz w:val="22"/>
        </w:rPr>
        <w:t>Ҷавоби дуруст: «Баёноти сайёҳи ҳиндӣ»</w:t>
      </w:r>
    </w:p>
    <w:p>
      <w:r>
        <w:rPr>
          <w:rFonts w:ascii="Arial" w:hAnsi="Arial" w:eastAsia="Arial"/>
          <w:sz w:val="22"/>
        </w:rPr>
        <w:t>40. Дар китоби дарсӣ гуфта мешавад: Фитрат ба кадом адабиёт ва ҷараёни фикрии нав иртибот дорад?</w:t>
      </w:r>
    </w:p>
    <w:p>
      <w:r>
        <w:rPr>
          <w:rFonts w:ascii="Arial" w:hAnsi="Arial" w:eastAsia="Arial"/>
          <w:sz w:val="22"/>
        </w:rPr>
        <w:t>Ҷавоби дуруст: Адабиёти навини тоҷикӣ ва ҳаракати маорифпарварӣ</w:t>
      </w:r>
    </w:p>
    <w:p>
      <w:r>
        <w:rPr>
          <w:rFonts w:ascii="Arial" w:hAnsi="Arial" w:eastAsia="Arial"/>
          <w:sz w:val="22"/>
        </w:rPr>
        <w:t>41. Дар китоби дарсӣ гуфта мешавад: Асари Фитрат, ки дар китоб баррасӣ мешавад, кадом аст?</w:t>
      </w:r>
    </w:p>
    <w:p>
      <w:r>
        <w:rPr>
          <w:rFonts w:ascii="Arial" w:hAnsi="Arial" w:eastAsia="Arial"/>
          <w:sz w:val="22"/>
        </w:rPr>
        <w:t>Ҷавоби дуруст: «Баёноти сайёҳи ҳиндӣ»</w:t>
      </w:r>
    </w:p>
    <w:p>
      <w:r>
        <w:rPr>
          <w:rFonts w:ascii="Arial" w:hAnsi="Arial" w:eastAsia="Arial"/>
          <w:sz w:val="22"/>
        </w:rPr>
        <w:t>42. Дар китоби дарсӣ гуфта мешавад: Фитрат ба кадом адабиёт ва ҷараёни фикрии нав иртибот дорад?</w:t>
      </w:r>
    </w:p>
    <w:p>
      <w:r>
        <w:rPr>
          <w:rFonts w:ascii="Arial" w:hAnsi="Arial" w:eastAsia="Arial"/>
          <w:sz w:val="22"/>
        </w:rPr>
        <w:t>Ҷавоби дуруст: Адабиёти навини тоҷикӣ ва ҳаракати маорифпарварӣ</w:t>
      </w:r>
    </w:p>
    <w:p>
      <w:r>
        <w:rPr>
          <w:rFonts w:ascii="Arial" w:hAnsi="Arial" w:eastAsia="Arial"/>
          <w:sz w:val="22"/>
        </w:rPr>
        <w:t>43. Дар китоби дарсӣ гуфта мешавад: Асари Фитрат, ки дар китоб баррасӣ мешавад, кадом аст?</w:t>
      </w:r>
    </w:p>
    <w:p>
      <w:r>
        <w:rPr>
          <w:rFonts w:ascii="Arial" w:hAnsi="Arial" w:eastAsia="Arial"/>
          <w:sz w:val="22"/>
        </w:rPr>
        <w:t>Ҷавоби дуруст: «Баёноти сайёҳи ҳиндӣ»</w:t>
      </w:r>
    </w:p>
    <w:p>
      <w:r>
        <w:rPr>
          <w:rFonts w:ascii="Arial" w:hAnsi="Arial" w:eastAsia="Arial"/>
          <w:sz w:val="22"/>
        </w:rPr>
        <w:t>44. Дар китоби дарсӣ гуфта мешавад: Фитрат ба кадом адабиёт ва ҷараёни фикрии нав иртибот дорад?</w:t>
      </w:r>
    </w:p>
    <w:p>
      <w:r>
        <w:rPr>
          <w:rFonts w:ascii="Arial" w:hAnsi="Arial" w:eastAsia="Arial"/>
          <w:sz w:val="22"/>
        </w:rPr>
        <w:t>Ҷавоби дуруст: Адабиёти навини тоҷикӣ ва ҳаракати маорифпарварӣ</w:t>
      </w:r>
    </w:p>
    <w:p>
      <w:r>
        <w:rPr>
          <w:rFonts w:ascii="Arial" w:hAnsi="Arial" w:eastAsia="Arial"/>
          <w:sz w:val="22"/>
        </w:rPr>
        <w:t>45. Дар китоби дарсӣ гуфта мешавад: Асари Фитрат, ки дар китоб баррасӣ мешавад, кадом аст?</w:t>
      </w:r>
    </w:p>
    <w:p>
      <w:r>
        <w:rPr>
          <w:rFonts w:ascii="Arial" w:hAnsi="Arial" w:eastAsia="Arial"/>
          <w:sz w:val="22"/>
        </w:rPr>
        <w:t>Ҷавоби дуруст: «Баёноти сайёҳи ҳиндӣ»</w:t>
      </w:r>
    </w:p>
    <w:p>
      <w:r>
        <w:rPr>
          <w:rFonts w:ascii="Arial" w:hAnsi="Arial" w:eastAsia="Arial"/>
          <w:sz w:val="22"/>
        </w:rPr>
        <w:t>46. Дар китоби дарсӣ гуфта мешавад: Фитрат ба кадом адабиёт ва ҷараёни фикрии нав иртибот дорад?</w:t>
      </w:r>
    </w:p>
    <w:p>
      <w:r>
        <w:rPr>
          <w:rFonts w:ascii="Arial" w:hAnsi="Arial" w:eastAsia="Arial"/>
          <w:sz w:val="22"/>
        </w:rPr>
        <w:t>Ҷавоби дуруст: Адабиёти навини тоҷикӣ ва ҳаракати маорифпарварӣ</w:t>
      </w:r>
    </w:p>
    <w:p>
      <w:r>
        <w:rPr>
          <w:rFonts w:ascii="Arial" w:hAnsi="Arial" w:eastAsia="Arial"/>
          <w:sz w:val="22"/>
        </w:rPr>
        <w:t>47. Дар китоби дарсӣ гуфта мешавад: Асари Фитрат, ки дар китоб баррасӣ мешавад, кадом аст?</w:t>
      </w:r>
    </w:p>
    <w:p>
      <w:r>
        <w:rPr>
          <w:rFonts w:ascii="Arial" w:hAnsi="Arial" w:eastAsia="Arial"/>
          <w:sz w:val="22"/>
        </w:rPr>
        <w:t>Ҷавоби дуруст: «Баёноти сайёҳи ҳиндӣ»</w:t>
      </w:r>
    </w:p>
    <w:p>
      <w:r>
        <w:rPr>
          <w:rFonts w:ascii="Arial" w:hAnsi="Arial" w:eastAsia="Arial"/>
          <w:sz w:val="22"/>
        </w:rPr>
        <w:t>48. Дар китоби дарсӣ гуфта мешавад: Фитрат ба кадом адабиёт ва ҷараёни фикрии нав иртибот дорад?</w:t>
      </w:r>
    </w:p>
    <w:p>
      <w:r>
        <w:rPr>
          <w:rFonts w:ascii="Arial" w:hAnsi="Arial" w:eastAsia="Arial"/>
          <w:sz w:val="22"/>
        </w:rPr>
        <w:t>Ҷавоби дуруст: Адабиёти навини тоҷикӣ ва ҳаракати маорифпарварӣ</w:t>
      </w:r>
    </w:p>
    <w:p>
      <w:r>
        <w:rPr>
          <w:rFonts w:ascii="Arial" w:hAnsi="Arial" w:eastAsia="Arial"/>
          <w:sz w:val="22"/>
        </w:rPr>
        <w:t>49. Дар китоби дарсӣ гуфта мешавад: Асари Фитрат, ки дар китоб баррасӣ мешавад, кадом аст?</w:t>
      </w:r>
    </w:p>
    <w:p>
      <w:r>
        <w:rPr>
          <w:rFonts w:ascii="Arial" w:hAnsi="Arial" w:eastAsia="Arial"/>
          <w:sz w:val="22"/>
        </w:rPr>
        <w:t>Ҷавоби дуруст: «Баёноти сайёҳи ҳиндӣ»</w:t>
      </w:r>
    </w:p>
    <w:p>
      <w:r>
        <w:rPr>
          <w:rFonts w:ascii="Arial" w:hAnsi="Arial" w:eastAsia="Arial"/>
          <w:sz w:val="22"/>
        </w:rPr>
        <w:t>50. Дар китоби дарсӣ гуфта мешавад: Фитрат ба кадом адабиёт ва ҷараёни фикрии нав иртибот дорад?</w:t>
      </w:r>
    </w:p>
    <w:p>
      <w:r>
        <w:rPr>
          <w:rFonts w:ascii="Arial" w:hAnsi="Arial" w:eastAsia="Arial"/>
          <w:sz w:val="22"/>
        </w:rPr>
        <w:t>Ҷавоби дуруст: Адабиёти навини тоҷикӣ ва ҳаракати маорифпарварӣ</w:t>
      </w:r>
    </w:p>
    <w:p>
      <w:r>
        <w:rPr>
          <w:rFonts w:ascii="Arial" w:hAnsi="Arial" w:eastAsia="Arial"/>
          <w:sz w:val="22"/>
        </w:rPr>
        <w:t>51. Дар китоби дарсӣ гуфта мешавад: Асари Фитрат, ки дар китоб баррасӣ мешавад, кадом аст?</w:t>
      </w:r>
    </w:p>
    <w:p>
      <w:r>
        <w:rPr>
          <w:rFonts w:ascii="Arial" w:hAnsi="Arial" w:eastAsia="Arial"/>
          <w:sz w:val="22"/>
        </w:rPr>
        <w:t>Ҷавоби дуруст: «Баёноти сайёҳи ҳиндӣ»</w:t>
      </w:r>
    </w:p>
    <w:p>
      <w:r>
        <w:rPr>
          <w:rFonts w:ascii="Arial" w:hAnsi="Arial" w:eastAsia="Arial"/>
          <w:sz w:val="22"/>
        </w:rPr>
        <w:t>52. Дар китоби дарсӣ гуфта мешавад: Фитрат ба кадом адабиёт ва ҷараёни фикрии нав иртибот дорад?</w:t>
      </w:r>
    </w:p>
    <w:p>
      <w:r>
        <w:rPr>
          <w:rFonts w:ascii="Arial" w:hAnsi="Arial" w:eastAsia="Arial"/>
          <w:sz w:val="22"/>
        </w:rPr>
        <w:t>Ҷавоби дуруст: Адабиёти навини тоҷикӣ ва ҳаракати маорифпарварӣ</w:t>
      </w:r>
    </w:p>
    <w:p>
      <w:r>
        <w:rPr>
          <w:rFonts w:ascii="Arial" w:hAnsi="Arial" w:eastAsia="Arial"/>
          <w:sz w:val="22"/>
        </w:rPr>
        <w:t>53. Дар китоби дарсӣ гуфта мешавад: Асари Фитрат, ки дар китоб баррасӣ мешавад, кадом аст?</w:t>
      </w:r>
    </w:p>
    <w:p>
      <w:r>
        <w:rPr>
          <w:rFonts w:ascii="Arial" w:hAnsi="Arial" w:eastAsia="Arial"/>
          <w:sz w:val="22"/>
        </w:rPr>
        <w:t>Ҷавоби дуруст: «Баёноти сайёҳи ҳиндӣ»</w:t>
      </w:r>
    </w:p>
    <w:p>
      <w:r>
        <w:rPr>
          <w:rFonts w:ascii="Arial" w:hAnsi="Arial" w:eastAsia="Arial"/>
          <w:sz w:val="22"/>
        </w:rPr>
        <w:t>54. Дар китоби дарсӣ гуфта мешавад: Фитрат ба кадом адабиёт ва ҷараёни фикрии нав иртибот дорад?</w:t>
      </w:r>
    </w:p>
    <w:p>
      <w:r>
        <w:rPr>
          <w:rFonts w:ascii="Arial" w:hAnsi="Arial" w:eastAsia="Arial"/>
          <w:sz w:val="22"/>
        </w:rPr>
        <w:t>Ҷавоби дуруст: Адабиёти навини тоҷикӣ ва ҳаракати маорифпарварӣ</w:t>
      </w:r>
    </w:p>
    <w:p>
      <w:r>
        <w:rPr>
          <w:rFonts w:ascii="Arial" w:hAnsi="Arial" w:eastAsia="Arial"/>
          <w:sz w:val="22"/>
        </w:rPr>
        <w:t>55. Дар китоби дарсӣ гуфта мешавад: Асари Фитрат, ки дар китоб баррасӣ мешавад, кадом аст?</w:t>
      </w:r>
    </w:p>
    <w:p>
      <w:r>
        <w:rPr>
          <w:rFonts w:ascii="Arial" w:hAnsi="Arial" w:eastAsia="Arial"/>
          <w:sz w:val="22"/>
        </w:rPr>
        <w:t>Ҷавоби дуруст: «Баёноти сайёҳи ҳиндӣ»</w:t>
      </w:r>
    </w:p>
    <w:p>
      <w:r>
        <w:rPr>
          <w:rFonts w:ascii="Arial" w:hAnsi="Arial" w:eastAsia="Arial"/>
          <w:sz w:val="22"/>
        </w:rPr>
        <w:t>56. Дар китоби дарсӣ гуфта мешавад: Фитрат ба кадом адабиёт ва ҷараёни фикрии нав иртибот дорад?</w:t>
      </w:r>
    </w:p>
    <w:p>
      <w:r>
        <w:rPr>
          <w:rFonts w:ascii="Arial" w:hAnsi="Arial" w:eastAsia="Arial"/>
          <w:sz w:val="22"/>
        </w:rPr>
        <w:t>Ҷавоби дуруст: Адабиёти навини тоҷикӣ ва ҳаракати маорифпарварӣ</w:t>
      </w:r>
    </w:p>
    <w:p>
      <w:r>
        <w:rPr>
          <w:rFonts w:ascii="Arial" w:hAnsi="Arial" w:eastAsia="Arial"/>
          <w:sz w:val="22"/>
        </w:rPr>
        <w:t>57. Дар китоби дарсӣ гуфта мешавад: Асари Фитрат, ки дар китоб баррасӣ мешавад, кадом аст?</w:t>
      </w:r>
    </w:p>
    <w:p>
      <w:r>
        <w:rPr>
          <w:rFonts w:ascii="Arial" w:hAnsi="Arial" w:eastAsia="Arial"/>
          <w:sz w:val="22"/>
        </w:rPr>
        <w:t>Ҷавоби дуруст: «Баёноти сайёҳи ҳиндӣ»</w:t>
      </w:r>
    </w:p>
    <w:p>
      <w:r>
        <w:rPr>
          <w:rFonts w:ascii="Arial" w:hAnsi="Arial" w:eastAsia="Arial"/>
          <w:sz w:val="22"/>
        </w:rPr>
        <w:t>58. Дар китоби дарсӣ гуфта мешавад: Фитрат ба кадом адабиёт ва ҷараёни фикрии нав иртибот дорад?</w:t>
      </w:r>
    </w:p>
    <w:p>
      <w:r>
        <w:rPr>
          <w:rFonts w:ascii="Arial" w:hAnsi="Arial" w:eastAsia="Arial"/>
          <w:sz w:val="22"/>
        </w:rPr>
        <w:t>Ҷавоби дуруст: Адабиёти навини тоҷикӣ ва ҳаракати маорифпарварӣ</w:t>
      </w:r>
    </w:p>
    <w:p>
      <w:r>
        <w:rPr>
          <w:rFonts w:ascii="Arial" w:hAnsi="Arial" w:eastAsia="Arial"/>
          <w:sz w:val="22"/>
        </w:rPr>
        <w:t>59. Дар китоби дарсӣ гуфта мешавад: Асари Фитрат, ки дар китоб баррасӣ мешавад, кадом аст?</w:t>
      </w:r>
    </w:p>
    <w:p>
      <w:r>
        <w:rPr>
          <w:rFonts w:ascii="Arial" w:hAnsi="Arial" w:eastAsia="Arial"/>
          <w:sz w:val="22"/>
        </w:rPr>
        <w:t>Ҷавоби дуруст: «Баёноти сайёҳи ҳиндӣ»</w:t>
      </w:r>
    </w:p>
    <w:p>
      <w:r>
        <w:rPr>
          <w:rFonts w:ascii="Arial" w:hAnsi="Arial" w:eastAsia="Arial"/>
          <w:sz w:val="22"/>
        </w:rPr>
        <w:t>60. Дар китоби дарсӣ гуфта мешавад: Фитрат ба кадом адабиёт ва ҷараёни фикрии нав иртибот дорад?</w:t>
      </w:r>
    </w:p>
    <w:p>
      <w:r>
        <w:rPr>
          <w:rFonts w:ascii="Arial" w:hAnsi="Arial" w:eastAsia="Arial"/>
          <w:sz w:val="22"/>
        </w:rPr>
        <w:t>Ҷавоби дуруст: Адабиёти навини тоҷикӣ ва ҳаракати маорифпарварӣ</w:t>
      </w:r>
    </w:p>
    <w:p>
      <w:r>
        <w:rPr>
          <w:rFonts w:ascii="Arial" w:hAnsi="Arial" w:eastAsia="Arial"/>
          <w:sz w:val="22"/>
        </w:rPr>
        <w:t>61. Дар китоби дарсӣ гуфта мешавад: Асари Фитрат, ки дар китоб баррасӣ мешавад, кадом аст?</w:t>
      </w:r>
    </w:p>
    <w:p>
      <w:r>
        <w:rPr>
          <w:rFonts w:ascii="Arial" w:hAnsi="Arial" w:eastAsia="Arial"/>
          <w:sz w:val="22"/>
        </w:rPr>
        <w:t>Ҷавоби дуруст: «Баёноти сайёҳи ҳиндӣ»</w:t>
      </w:r>
    </w:p>
    <w:p>
      <w:r>
        <w:rPr>
          <w:rFonts w:ascii="Arial" w:hAnsi="Arial" w:eastAsia="Arial"/>
          <w:sz w:val="22"/>
        </w:rPr>
        <w:t>62. Дар китоби дарсӣ гуфта мешавад: Фитрат ба кадом адабиёт ва ҷараёни фикрии нав иртибот дорад?</w:t>
      </w:r>
    </w:p>
    <w:p>
      <w:r>
        <w:rPr>
          <w:rFonts w:ascii="Arial" w:hAnsi="Arial" w:eastAsia="Arial"/>
          <w:sz w:val="22"/>
        </w:rPr>
        <w:t>Ҷавоби дуруст: Адабиёти навини тоҷикӣ ва ҳаракати маорифпарварӣ</w:t>
      </w:r>
    </w:p>
    <w:p>
      <w:r>
        <w:rPr>
          <w:rFonts w:ascii="Arial" w:hAnsi="Arial" w:eastAsia="Arial"/>
          <w:sz w:val="22"/>
        </w:rPr>
        <w:t>63. Дар китоби дарсӣ гуфта мешавад: Асари Фитрат, ки дар китоб баррасӣ мешавад, кадом аст?</w:t>
      </w:r>
    </w:p>
    <w:p>
      <w:r>
        <w:rPr>
          <w:rFonts w:ascii="Arial" w:hAnsi="Arial" w:eastAsia="Arial"/>
          <w:sz w:val="22"/>
        </w:rPr>
        <w:t>Ҷавоби дуруст: «Баёноти сайёҳи ҳиндӣ»</w:t>
      </w:r>
    </w:p>
    <w:p>
      <w:r>
        <w:rPr>
          <w:rFonts w:ascii="Arial" w:hAnsi="Arial" w:eastAsia="Arial"/>
          <w:sz w:val="22"/>
        </w:rPr>
        <w:t>64. Дар китоби дарсӣ гуфта мешавад: Фитрат ба кадом адабиёт ва ҷараёни фикрии нав иртибот дорад?</w:t>
      </w:r>
    </w:p>
    <w:p>
      <w:r>
        <w:rPr>
          <w:rFonts w:ascii="Arial" w:hAnsi="Arial" w:eastAsia="Arial"/>
          <w:sz w:val="22"/>
        </w:rPr>
        <w:t>Ҷавоби дуруст: Адабиёти навини тоҷикӣ ва ҳаракати маорифпарварӣ</w:t>
      </w:r>
    </w:p>
    <w:p>
      <w:r>
        <w:rPr>
          <w:rFonts w:ascii="Arial" w:hAnsi="Arial" w:eastAsia="Arial"/>
          <w:sz w:val="22"/>
        </w:rPr>
        <w:t>65. Дар китоби дарсӣ гуфта мешавад: Асари Фитрат, ки дар китоб баррасӣ мешавад, кадом аст?</w:t>
      </w:r>
    </w:p>
    <w:p>
      <w:r>
        <w:rPr>
          <w:rFonts w:ascii="Arial" w:hAnsi="Arial" w:eastAsia="Arial"/>
          <w:sz w:val="22"/>
        </w:rPr>
        <w:t>Ҷавоби дуруст: «Баёноти сайёҳи ҳиндӣ»</w:t>
      </w:r>
    </w:p>
    <w:p>
      <w:r>
        <w:rPr>
          <w:rFonts w:ascii="Arial" w:hAnsi="Arial" w:eastAsia="Arial"/>
          <w:sz w:val="22"/>
        </w:rPr>
        <w:t>66. Дар китоби дарсӣ гуфта мешавад: Фитрат ба кадом адабиёт ва ҷараёни фикрии нав иртибот дорад?</w:t>
      </w:r>
    </w:p>
    <w:p>
      <w:r>
        <w:rPr>
          <w:rFonts w:ascii="Arial" w:hAnsi="Arial" w:eastAsia="Arial"/>
          <w:sz w:val="22"/>
        </w:rPr>
        <w:t>Ҷавоби дуруст: Адабиёти навини тоҷикӣ ва ҳаракати маорифпарварӣ</w:t>
      </w:r>
    </w:p>
    <w:p>
      <w:r>
        <w:rPr>
          <w:rFonts w:ascii="Arial" w:hAnsi="Arial" w:eastAsia="Arial"/>
          <w:sz w:val="22"/>
        </w:rPr>
        <w:t>67. Дар китоби дарсӣ гуфта мешавад: Асари Фитрат, ки дар китоб баррасӣ мешавад, кадом аст?</w:t>
      </w:r>
    </w:p>
    <w:p>
      <w:r>
        <w:rPr>
          <w:rFonts w:ascii="Arial" w:hAnsi="Arial" w:eastAsia="Arial"/>
          <w:sz w:val="22"/>
        </w:rPr>
        <w:t>Ҷавоби дуруст: «Баёноти сайёҳи ҳиндӣ»</w:t>
      </w:r>
    </w:p>
    <w:p>
      <w:r>
        <w:rPr>
          <w:rFonts w:ascii="Arial" w:hAnsi="Arial" w:eastAsia="Arial"/>
          <w:sz w:val="22"/>
        </w:rPr>
        <w:t>68. Дар китоби дарсӣ гуфта мешавад: Фитрат ба кадом адабиёт ва ҷараёни фикрии нав иртибот дорад?</w:t>
      </w:r>
    </w:p>
    <w:p>
      <w:r>
        <w:rPr>
          <w:rFonts w:ascii="Arial" w:hAnsi="Arial" w:eastAsia="Arial"/>
          <w:sz w:val="22"/>
        </w:rPr>
        <w:t>Ҷавоби дуруст: Адабиёти навини тоҷикӣ ва ҳаракати маорифпарварӣ</w:t>
      </w:r>
    </w:p>
    <w:p>
      <w:r>
        <w:rPr>
          <w:rFonts w:ascii="Arial" w:hAnsi="Arial" w:eastAsia="Arial"/>
          <w:sz w:val="22"/>
        </w:rPr>
        <w:t>69. Дар китоби дарсӣ гуфта мешавад: Асари Фитрат, ки дар китоб баррасӣ мешавад, кадом аст?</w:t>
      </w:r>
    </w:p>
    <w:p>
      <w:r>
        <w:rPr>
          <w:rFonts w:ascii="Arial" w:hAnsi="Arial" w:eastAsia="Arial"/>
          <w:sz w:val="22"/>
        </w:rPr>
        <w:t>Ҷавоби дуруст: «Баёноти сайёҳи ҳиндӣ»</w:t>
      </w:r>
    </w:p>
    <w:p>
      <w:r>
        <w:rPr>
          <w:rFonts w:ascii="Arial" w:hAnsi="Arial" w:eastAsia="Arial"/>
          <w:sz w:val="22"/>
        </w:rPr>
        <w:t>70. Дар китоби дарсӣ гуфта мешавад: Фитрат ба кадом адабиёт ва ҷараёни фикрии нав иртибот дорад?</w:t>
      </w:r>
    </w:p>
    <w:p>
      <w:r>
        <w:rPr>
          <w:rFonts w:ascii="Arial" w:hAnsi="Arial" w:eastAsia="Arial"/>
          <w:sz w:val="22"/>
        </w:rPr>
        <w:t>Ҷавоби дуруст: Адабиёти навини тоҷикӣ ва ҳаракати маорифпарварӣ</w:t>
      </w:r>
    </w:p>
    <w:p>
      <w:r>
        <w:rPr>
          <w:rFonts w:ascii="Arial" w:hAnsi="Arial" w:eastAsia="Arial"/>
          <w:sz w:val="22"/>
        </w:rPr>
        <w:t>71. Дар китоби дарсӣ гуфта мешавад: Асари Фитрат, ки дар китоб баррасӣ мешавад, кадом аст?</w:t>
      </w:r>
    </w:p>
    <w:p>
      <w:r>
        <w:rPr>
          <w:rFonts w:ascii="Arial" w:hAnsi="Arial" w:eastAsia="Arial"/>
          <w:sz w:val="22"/>
        </w:rPr>
        <w:t>Ҷавоби дуруст: «Баёноти сайёҳи ҳиндӣ»</w:t>
      </w:r>
    </w:p>
    <w:p>
      <w:r>
        <w:rPr>
          <w:rFonts w:ascii="Arial" w:hAnsi="Arial" w:eastAsia="Arial"/>
          <w:sz w:val="22"/>
        </w:rPr>
        <w:t>72. Дар китоби дарсӣ гуфта мешавад: Фитрат ба кадом адабиёт ва ҷараёни фикрии нав иртибот дорад?</w:t>
      </w:r>
    </w:p>
    <w:p>
      <w:r>
        <w:rPr>
          <w:rFonts w:ascii="Arial" w:hAnsi="Arial" w:eastAsia="Arial"/>
          <w:sz w:val="22"/>
        </w:rPr>
        <w:t>Ҷавоби дуруст: Адабиёти навини тоҷикӣ ва ҳаракати маорифпарварӣ</w:t>
      </w:r>
    </w:p>
    <w:p>
      <w:r>
        <w:rPr>
          <w:rFonts w:ascii="Arial" w:hAnsi="Arial" w:eastAsia="Arial"/>
          <w:sz w:val="22"/>
        </w:rPr>
        <w:t>73. Дар китоби дарсӣ гуфта мешавад: Асари Фитрат, ки дар китоб баррасӣ мешавад, кадом аст?</w:t>
      </w:r>
    </w:p>
    <w:p>
      <w:r>
        <w:rPr>
          <w:rFonts w:ascii="Arial" w:hAnsi="Arial" w:eastAsia="Arial"/>
          <w:sz w:val="22"/>
        </w:rPr>
        <w:t>Ҷавоби дуруст: «Баёноти сайёҳи ҳиндӣ»</w:t>
      </w:r>
    </w:p>
    <w:p>
      <w:r>
        <w:rPr>
          <w:rFonts w:ascii="Arial" w:hAnsi="Arial" w:eastAsia="Arial"/>
          <w:sz w:val="22"/>
        </w:rPr>
        <w:t>74. Дар китоби дарсӣ гуфта мешавад: Фитрат ба кадом адабиёт ва ҷараёни фикрии нав иртибот дорад?</w:t>
      </w:r>
    </w:p>
    <w:p>
      <w:r>
        <w:rPr>
          <w:rFonts w:ascii="Arial" w:hAnsi="Arial" w:eastAsia="Arial"/>
          <w:sz w:val="22"/>
        </w:rPr>
        <w:t>Ҷавоби дуруст: Адабиёти навини тоҷикӣ ва ҳаракати маорифпарварӣ</w:t>
      </w:r>
    </w:p>
    <w:p>
      <w:r>
        <w:rPr>
          <w:rFonts w:ascii="Arial" w:hAnsi="Arial" w:eastAsia="Arial"/>
          <w:sz w:val="22"/>
        </w:rPr>
        <w:t>75. Дар китоби дарсӣ гуфта мешавад: Асари Фитрат, ки дар китоб баррасӣ мешавад, кадом аст?</w:t>
      </w:r>
    </w:p>
    <w:p>
      <w:r>
        <w:rPr>
          <w:rFonts w:ascii="Arial" w:hAnsi="Arial" w:eastAsia="Arial"/>
          <w:sz w:val="22"/>
        </w:rPr>
        <w:t>Ҷавоби дуруст: «Баёноти сайёҳи ҳиндӣ»</w:t>
      </w:r>
    </w:p>
    <w:p>
      <w:r>
        <w:rPr>
          <w:rFonts w:ascii="Arial" w:hAnsi="Arial" w:eastAsia="Arial"/>
          <w:sz w:val="22"/>
        </w:rPr>
        <w:t>76. Дар китоби дарсӣ гуфта мешавад: Фитрат ба кадом адабиёт ва ҷараёни фикрии нав иртибот дорад?</w:t>
      </w:r>
    </w:p>
    <w:p>
      <w:r>
        <w:rPr>
          <w:rFonts w:ascii="Arial" w:hAnsi="Arial" w:eastAsia="Arial"/>
          <w:sz w:val="22"/>
        </w:rPr>
        <w:t>Ҷавоби дуруст: Адабиёти навини тоҷикӣ ва ҳаракати маорифпарварӣ</w:t>
      </w:r>
    </w:p>
    <w:p>
      <w:r>
        <w:rPr>
          <w:rFonts w:ascii="Arial" w:hAnsi="Arial" w:eastAsia="Arial"/>
          <w:sz w:val="22"/>
        </w:rPr>
        <w:t>77. Дар китоби дарсӣ гуфта мешавад: Асари Фитрат, ки дар китоб баррасӣ мешавад, кадом аст?</w:t>
      </w:r>
    </w:p>
    <w:p>
      <w:r>
        <w:rPr>
          <w:rFonts w:ascii="Arial" w:hAnsi="Arial" w:eastAsia="Arial"/>
          <w:sz w:val="22"/>
        </w:rPr>
        <w:t>Ҷавоби дуруст: «Баёноти сайёҳи ҳиндӣ»</w:t>
      </w:r>
    </w:p>
    <w:p>
      <w:r>
        <w:rPr>
          <w:rFonts w:ascii="Arial" w:hAnsi="Arial" w:eastAsia="Arial"/>
          <w:sz w:val="22"/>
        </w:rPr>
        <w:t>78. Дар китоби дарсӣ гуфта мешавад: Фитрат ба кадом адабиёт ва ҷараёни фикрии нав иртибот дорад?</w:t>
      </w:r>
    </w:p>
    <w:p>
      <w:r>
        <w:rPr>
          <w:rFonts w:ascii="Arial" w:hAnsi="Arial" w:eastAsia="Arial"/>
          <w:sz w:val="22"/>
        </w:rPr>
        <w:t>Ҷавоби дуруст: Адабиёти навини тоҷикӣ ва ҳаракати маорифпарварӣ</w:t>
      </w:r>
    </w:p>
    <w:p>
      <w:r>
        <w:rPr>
          <w:rFonts w:ascii="Arial" w:hAnsi="Arial" w:eastAsia="Arial"/>
          <w:sz w:val="22"/>
        </w:rPr>
        <w:t>79. Дар китоби дарсӣ гуфта мешавад: Асари Фитрат, ки дар китоб баррасӣ мешавад, кадом аст?</w:t>
      </w:r>
    </w:p>
    <w:p>
      <w:r>
        <w:rPr>
          <w:rFonts w:ascii="Arial" w:hAnsi="Arial" w:eastAsia="Arial"/>
          <w:sz w:val="22"/>
        </w:rPr>
        <w:t>Ҷавоби дуруст: «Баёноти сайёҳи ҳиндӣ»</w:t>
      </w:r>
    </w:p>
    <w:p>
      <w:r>
        <w:rPr>
          <w:rFonts w:ascii="Arial" w:hAnsi="Arial" w:eastAsia="Arial"/>
          <w:sz w:val="22"/>
        </w:rPr>
        <w:t>80. Дар китоби дарсӣ гуфта мешавад: Фитрат ба кадом адабиёт ва ҷараёни фикрии нав иртибот дорад?</w:t>
      </w:r>
    </w:p>
    <w:p>
      <w:r>
        <w:rPr>
          <w:rFonts w:ascii="Arial" w:hAnsi="Arial" w:eastAsia="Arial"/>
          <w:sz w:val="22"/>
        </w:rPr>
        <w:t>Ҷавоби дуруст: Адабиёти навини тоҷикӣ ва ҳаракати маорифпарварӣ</w:t>
      </w:r>
    </w:p>
    <w:p>
      <w:r>
        <w:rPr>
          <w:rFonts w:ascii="Arial" w:hAnsi="Arial" w:eastAsia="Arial"/>
          <w:sz w:val="22"/>
        </w:rPr>
        <w:t>81. Дар китоби дарсӣ гуфта мешавад: Асари Фитрат, ки дар китоб баррасӣ мешавад, кадом аст?</w:t>
      </w:r>
    </w:p>
    <w:p>
      <w:r>
        <w:rPr>
          <w:rFonts w:ascii="Arial" w:hAnsi="Arial" w:eastAsia="Arial"/>
          <w:sz w:val="22"/>
        </w:rPr>
        <w:t>Ҷавоби дуруст: «Баёноти сайёҳи ҳиндӣ»</w:t>
      </w:r>
    </w:p>
    <w:p>
      <w:r>
        <w:rPr>
          <w:rFonts w:ascii="Arial" w:hAnsi="Arial" w:eastAsia="Arial"/>
          <w:sz w:val="22"/>
        </w:rPr>
        <w:t>82. Дар китоби дарсӣ гуфта мешавад: Фитрат ба кадом адабиёт ва ҷараёни фикрии нав иртибот дорад?</w:t>
      </w:r>
    </w:p>
    <w:p>
      <w:r>
        <w:rPr>
          <w:rFonts w:ascii="Arial" w:hAnsi="Arial" w:eastAsia="Arial"/>
          <w:sz w:val="22"/>
        </w:rPr>
        <w:t>Ҷавоби дуруст: Адабиёти навини тоҷикӣ ва ҳаракати маорифпарварӣ</w:t>
      </w:r>
    </w:p>
    <w:p>
      <w:r>
        <w:rPr>
          <w:rFonts w:ascii="Arial" w:hAnsi="Arial" w:eastAsia="Arial"/>
          <w:sz w:val="22"/>
        </w:rPr>
        <w:t>83. Дар китоби дарсӣ гуфта мешавад: Асари Фитрат, ки дар китоб баррасӣ мешавад, кадом аст?</w:t>
      </w:r>
    </w:p>
    <w:p>
      <w:r>
        <w:rPr>
          <w:rFonts w:ascii="Arial" w:hAnsi="Arial" w:eastAsia="Arial"/>
          <w:sz w:val="22"/>
        </w:rPr>
        <w:t>Ҷавоби дуруст: «Баёноти сайёҳи ҳиндӣ»</w:t>
      </w:r>
    </w:p>
    <w:p>
      <w:r>
        <w:rPr>
          <w:rFonts w:ascii="Arial" w:hAnsi="Arial" w:eastAsia="Arial"/>
          <w:sz w:val="22"/>
        </w:rPr>
        <w:t>84. Дар китоби дарсӣ гуфта мешавад: Фитрат ба кадом адабиёт ва ҷараёни фикрии нав иртибот дорад?</w:t>
      </w:r>
    </w:p>
    <w:p>
      <w:r>
        <w:rPr>
          <w:rFonts w:ascii="Arial" w:hAnsi="Arial" w:eastAsia="Arial"/>
          <w:sz w:val="22"/>
        </w:rPr>
        <w:t>Ҷавоби дуруст: Адабиёти навини тоҷикӣ ва ҳаракати маорифпарварӣ</w:t>
      </w:r>
    </w:p>
    <w:p>
      <w:r>
        <w:rPr>
          <w:rFonts w:ascii="Arial" w:hAnsi="Arial" w:eastAsia="Arial"/>
          <w:sz w:val="22"/>
        </w:rPr>
        <w:t>85. Дар китоби дарсӣ гуфта мешавад: Асари Фитрат, ки дар китоб баррасӣ мешавад, кадом аст?</w:t>
      </w:r>
    </w:p>
    <w:p>
      <w:r>
        <w:rPr>
          <w:rFonts w:ascii="Arial" w:hAnsi="Arial" w:eastAsia="Arial"/>
          <w:sz w:val="22"/>
        </w:rPr>
        <w:t>Ҷавоби дуруст: «Баёноти сайёҳи ҳиндӣ»</w:t>
      </w:r>
    </w:p>
    <w:p>
      <w:r>
        <w:rPr>
          <w:rFonts w:ascii="Arial" w:hAnsi="Arial" w:eastAsia="Arial"/>
          <w:sz w:val="22"/>
        </w:rPr>
        <w:t>86. Дар китоби дарсӣ гуфта мешавад: Фитрат ба кадом адабиёт ва ҷараёни фикрии нав иртибот дорад?</w:t>
      </w:r>
    </w:p>
    <w:p>
      <w:r>
        <w:rPr>
          <w:rFonts w:ascii="Arial" w:hAnsi="Arial" w:eastAsia="Arial"/>
          <w:sz w:val="22"/>
        </w:rPr>
        <w:t>Ҷавоби дуруст: Адабиёти навини тоҷикӣ ва ҳаракати маорифпарварӣ</w:t>
      </w:r>
    </w:p>
    <w:p>
      <w:r>
        <w:rPr>
          <w:rFonts w:ascii="Arial" w:hAnsi="Arial" w:eastAsia="Arial"/>
          <w:sz w:val="22"/>
        </w:rPr>
        <w:t>87. Дар китоби дарсӣ гуфта мешавад: Асари Фитрат, ки дар китоб баррасӣ мешавад, кадом аст?</w:t>
      </w:r>
    </w:p>
    <w:p>
      <w:r>
        <w:rPr>
          <w:rFonts w:ascii="Arial" w:hAnsi="Arial" w:eastAsia="Arial"/>
          <w:sz w:val="22"/>
        </w:rPr>
        <w:t>Ҷавоби дуруст: «Баёноти сайёҳи ҳиндӣ»</w:t>
      </w:r>
    </w:p>
    <w:p>
      <w:r>
        <w:rPr>
          <w:rFonts w:ascii="Arial" w:hAnsi="Arial" w:eastAsia="Arial"/>
          <w:sz w:val="22"/>
        </w:rPr>
        <w:t>88. Дар китоби дарсӣ гуфта мешавад: Фитрат ба кадом адабиёт ва ҷараёни фикрии нав иртибот дорад?</w:t>
      </w:r>
    </w:p>
    <w:p>
      <w:r>
        <w:rPr>
          <w:rFonts w:ascii="Arial" w:hAnsi="Arial" w:eastAsia="Arial"/>
          <w:sz w:val="22"/>
        </w:rPr>
        <w:t>Ҷавоби дуруст: Адабиёти навини тоҷикӣ ва ҳаракати маорифпарварӣ</w:t>
      </w:r>
    </w:p>
    <w:p>
      <w:r>
        <w:rPr>
          <w:rFonts w:ascii="Arial" w:hAnsi="Arial" w:eastAsia="Arial"/>
          <w:sz w:val="22"/>
        </w:rPr>
        <w:t>89. Дар китоби дарсӣ гуфта мешавад: Асари Фитрат, ки дар китоб баррасӣ мешавад, кадом аст?</w:t>
      </w:r>
    </w:p>
    <w:p>
      <w:r>
        <w:rPr>
          <w:rFonts w:ascii="Arial" w:hAnsi="Arial" w:eastAsia="Arial"/>
          <w:sz w:val="22"/>
        </w:rPr>
        <w:t>Ҷавоби дуруст: «Баёноти сайёҳи ҳиндӣ»</w:t>
      </w:r>
    </w:p>
    <w:p>
      <w:r>
        <w:rPr>
          <w:rFonts w:ascii="Arial" w:hAnsi="Arial" w:eastAsia="Arial"/>
          <w:sz w:val="22"/>
        </w:rPr>
        <w:t>90. Дар китоби дарсӣ гуфта мешавад: Фитрат ба кадом адабиёт ва ҷараёни фикрии нав иртибот дорад?</w:t>
      </w:r>
    </w:p>
    <w:p>
      <w:r>
        <w:rPr>
          <w:rFonts w:ascii="Arial" w:hAnsi="Arial" w:eastAsia="Arial"/>
          <w:sz w:val="22"/>
        </w:rPr>
        <w:t>Ҷавоби дуруст: Адабиёти навини тоҷикӣ ва ҳаракати маорифпарварӣ</w:t>
      </w:r>
    </w:p>
    <w:p>
      <w:r>
        <w:rPr>
          <w:rFonts w:ascii="Arial" w:hAnsi="Arial" w:eastAsia="Arial"/>
          <w:sz w:val="22"/>
        </w:rPr>
        <w:t>91. Дар китоби дарсӣ гуфта мешавад: Асари Фитрат, ки дар китоб баррасӣ мешавад, кадом аст?</w:t>
      </w:r>
    </w:p>
    <w:p>
      <w:r>
        <w:rPr>
          <w:rFonts w:ascii="Arial" w:hAnsi="Arial" w:eastAsia="Arial"/>
          <w:sz w:val="22"/>
        </w:rPr>
        <w:t>Ҷавоби дуруст: «Баёноти сайёҳи ҳиндӣ»</w:t>
      </w:r>
    </w:p>
    <w:p>
      <w:r>
        <w:rPr>
          <w:rFonts w:ascii="Arial" w:hAnsi="Arial" w:eastAsia="Arial"/>
          <w:sz w:val="22"/>
        </w:rPr>
        <w:t>92. Дар китоби дарсӣ гуфта мешавад: Фитрат ба кадом адабиёт ва ҷараёни фикрии нав иртибот дорад?</w:t>
      </w:r>
    </w:p>
    <w:p>
      <w:r>
        <w:rPr>
          <w:rFonts w:ascii="Arial" w:hAnsi="Arial" w:eastAsia="Arial"/>
          <w:sz w:val="22"/>
        </w:rPr>
        <w:t>Ҷавоби дуруст: Адабиёти навини тоҷикӣ ва ҳаракати маорифпарварӣ</w:t>
      </w:r>
    </w:p>
    <w:p>
      <w:r>
        <w:rPr>
          <w:rFonts w:ascii="Arial" w:hAnsi="Arial" w:eastAsia="Arial"/>
          <w:sz w:val="22"/>
        </w:rPr>
        <w:t>93. Дар китоби дарсӣ гуфта мешавад: Асари Фитрат, ки дар китоб баррасӣ мешавад, кадом аст?</w:t>
      </w:r>
    </w:p>
    <w:p>
      <w:r>
        <w:rPr>
          <w:rFonts w:ascii="Arial" w:hAnsi="Arial" w:eastAsia="Arial"/>
          <w:sz w:val="22"/>
        </w:rPr>
        <w:t>Ҷавоби дуруст: «Баёноти сайёҳи ҳиндӣ»</w:t>
      </w:r>
    </w:p>
    <w:p>
      <w:r>
        <w:rPr>
          <w:rFonts w:ascii="Arial" w:hAnsi="Arial" w:eastAsia="Arial"/>
          <w:sz w:val="22"/>
        </w:rPr>
        <w:t>94. Дар китоби дарсӣ гуфта мешавад: Фитрат ба кадом адабиёт ва ҷараёни фикрии нав иртибот дорад?</w:t>
      </w:r>
    </w:p>
    <w:p>
      <w:r>
        <w:rPr>
          <w:rFonts w:ascii="Arial" w:hAnsi="Arial" w:eastAsia="Arial"/>
          <w:sz w:val="22"/>
        </w:rPr>
        <w:t>Ҷавоби дуруст: Адабиёти навини тоҷикӣ ва ҳаракати маорифпарварӣ</w:t>
      </w:r>
    </w:p>
    <w:p>
      <w:r>
        <w:rPr>
          <w:rFonts w:ascii="Arial" w:hAnsi="Arial" w:eastAsia="Arial"/>
          <w:sz w:val="22"/>
        </w:rPr>
        <w:t>95. Дар китоби дарсӣ гуфта мешавад: Асари Фитрат, ки дар китоб баррасӣ мешавад, кадом аст?</w:t>
      </w:r>
    </w:p>
    <w:p>
      <w:r>
        <w:rPr>
          <w:rFonts w:ascii="Arial" w:hAnsi="Arial" w:eastAsia="Arial"/>
          <w:sz w:val="22"/>
        </w:rPr>
        <w:t>Ҷавоби дуруст: «Баёноти сайёҳи ҳиндӣ»</w:t>
      </w:r>
    </w:p>
    <w:p>
      <w:r>
        <w:rPr>
          <w:rFonts w:ascii="Arial" w:hAnsi="Arial" w:eastAsia="Arial"/>
          <w:sz w:val="22"/>
        </w:rPr>
        <w:t>96. Дар китоби дарсӣ гуфта мешавад: Фитрат ба кадом адабиёт ва ҷараёни фикрии нав иртибот дорад?</w:t>
      </w:r>
    </w:p>
    <w:p>
      <w:r>
        <w:rPr>
          <w:rFonts w:ascii="Arial" w:hAnsi="Arial" w:eastAsia="Arial"/>
          <w:sz w:val="22"/>
        </w:rPr>
        <w:t>Ҷавоби дуруст: Адабиёти навини тоҷикӣ ва ҳаракати маорифпарварӣ</w:t>
      </w:r>
    </w:p>
    <w:p>
      <w:r>
        <w:rPr>
          <w:rFonts w:ascii="Arial" w:hAnsi="Arial" w:eastAsia="Arial"/>
          <w:sz w:val="22"/>
        </w:rPr>
        <w:t>97. Дар китоби дарсӣ гуфта мешавад: Асари Фитрат, ки дар китоб баррасӣ мешавад, кадом аст?</w:t>
      </w:r>
    </w:p>
    <w:p>
      <w:r>
        <w:rPr>
          <w:rFonts w:ascii="Arial" w:hAnsi="Arial" w:eastAsia="Arial"/>
          <w:sz w:val="22"/>
        </w:rPr>
        <w:t>Ҷавоби дуруст: «Баёноти сайёҳи ҳиндӣ»</w:t>
      </w:r>
    </w:p>
    <w:p>
      <w:r>
        <w:rPr>
          <w:rFonts w:ascii="Arial" w:hAnsi="Arial" w:eastAsia="Arial"/>
          <w:sz w:val="22"/>
        </w:rPr>
        <w:t>98. Дар китоби дарсӣ гуфта мешавад: Фитрат ба кадом адабиёт ва ҷараёни фикрии нав иртибот дорад?</w:t>
      </w:r>
    </w:p>
    <w:p>
      <w:r>
        <w:rPr>
          <w:rFonts w:ascii="Arial" w:hAnsi="Arial" w:eastAsia="Arial"/>
          <w:sz w:val="22"/>
        </w:rPr>
        <w:t>Ҷавоби дуруст: Адабиёти навини тоҷикӣ ва ҳаракати маорифпарварӣ</w:t>
      </w:r>
    </w:p>
    <w:p>
      <w:r>
        <w:rPr>
          <w:rFonts w:ascii="Arial" w:hAnsi="Arial" w:eastAsia="Arial"/>
          <w:sz w:val="22"/>
        </w:rPr>
        <w:t>99. Дар китоби дарсӣ гуфта мешавад: Асари Фитрат, ки дар китоб баррасӣ мешавад, кадом аст?</w:t>
      </w:r>
    </w:p>
    <w:p>
      <w:r>
        <w:rPr>
          <w:rFonts w:ascii="Arial" w:hAnsi="Arial" w:eastAsia="Arial"/>
          <w:sz w:val="22"/>
        </w:rPr>
        <w:t>Ҷавоби дуруст: «Баёноти сайёҳи ҳиндӣ»</w:t>
      </w:r>
    </w:p>
    <w:p>
      <w:r>
        <w:rPr>
          <w:rFonts w:ascii="Arial" w:hAnsi="Arial" w:eastAsia="Arial"/>
          <w:sz w:val="22"/>
        </w:rPr>
        <w:t>100. Дар китоби дарсӣ гуфта мешавад: Фитрат ба кадом адабиёт ва ҷараёни фикрии нав иртибот дорад?</w:t>
      </w:r>
    </w:p>
    <w:p>
      <w:r>
        <w:rPr>
          <w:rFonts w:ascii="Arial" w:hAnsi="Arial" w:eastAsia="Arial"/>
          <w:sz w:val="22"/>
        </w:rPr>
        <w:t>Ҷавоби дуруст: Адабиёти навини тоҷикӣ ва ҳаракати маорифпарварӣ</w:t>
      </w:r>
    </w:p>
    <w:p>
      <w:r>
        <w:rPr>
          <w:rFonts w:ascii="Arial" w:hAnsi="Arial" w:eastAsia="Arial"/>
          <w:sz w:val="22"/>
        </w:rPr>
        <w:br w:type="page"/>
      </w:r>
    </w:p>
    <w:p>
      <w:pPr>
        <w:pStyle w:val="Heading1"/>
      </w:pPr>
      <w:r>
        <w:rPr>
          <w:rFonts w:ascii="Arial" w:hAnsi="Arial" w:eastAsia="Arial"/>
          <w:sz w:val="22"/>
        </w:rPr>
        <w:t>19. Боби IV — Александр Пушкин</w:t>
      </w:r>
    </w:p>
    <w:p>
      <w:r>
        <w:rPr>
          <w:rFonts w:ascii="Arial" w:hAnsi="Arial" w:eastAsia="Arial"/>
          <w:sz w:val="22"/>
        </w:rPr>
        <w:t>1. Дар китоб мероси адабии кадом шоири рус баррасӣ мешавад?</w:t>
      </w:r>
    </w:p>
    <w:p>
      <w:r>
        <w:rPr>
          <w:rFonts w:ascii="Arial" w:hAnsi="Arial" w:eastAsia="Arial"/>
          <w:sz w:val="22"/>
        </w:rPr>
        <w:t>Ҷавоби дуруст: Александр Пушкин</w:t>
      </w:r>
    </w:p>
    <w:p>
      <w:r>
        <w:rPr>
          <w:rFonts w:ascii="Arial" w:hAnsi="Arial" w:eastAsia="Arial"/>
          <w:sz w:val="22"/>
        </w:rPr>
        <w:t>2. Ҷавоби дуруст ба саволи «Дар китоб мероси адабии кадом шоири рус баррасӣ мешавад?» кадом аст?</w:t>
      </w:r>
    </w:p>
    <w:p>
      <w:r>
        <w:rPr>
          <w:rFonts w:ascii="Arial" w:hAnsi="Arial" w:eastAsia="Arial"/>
          <w:sz w:val="22"/>
        </w:rPr>
        <w:t>Ҷавоби дуруст: Александр Пушкин</w:t>
      </w:r>
    </w:p>
    <w:p>
      <w:r>
        <w:rPr>
          <w:rFonts w:ascii="Arial" w:hAnsi="Arial" w:eastAsia="Arial"/>
          <w:sz w:val="22"/>
        </w:rPr>
        <w:t>3. Кадом ҷавоб дар китоб мероси адабии кадом шоири рус баррасӣ мешавад?</w:t>
      </w:r>
    </w:p>
    <w:p>
      <w:r>
        <w:rPr>
          <w:rFonts w:ascii="Arial" w:hAnsi="Arial" w:eastAsia="Arial"/>
          <w:sz w:val="22"/>
        </w:rPr>
        <w:t>Ҷавоби дуруст: Александр Пушкин</w:t>
      </w:r>
    </w:p>
    <w:p>
      <w:r>
        <w:rPr>
          <w:rFonts w:ascii="Arial" w:hAnsi="Arial" w:eastAsia="Arial"/>
          <w:sz w:val="22"/>
        </w:rPr>
        <w:t>4. Аз рӯйи китоб муайян кунед: Дар китоб мероси адабии кадом шоири рус баррасӣ мешавад?</w:t>
      </w:r>
    </w:p>
    <w:p>
      <w:r>
        <w:rPr>
          <w:rFonts w:ascii="Arial" w:hAnsi="Arial" w:eastAsia="Arial"/>
          <w:sz w:val="22"/>
        </w:rPr>
        <w:t>Ҷавоби дуруст: Александр Пушкин</w:t>
      </w:r>
    </w:p>
    <w:p>
      <w:r>
        <w:rPr>
          <w:rFonts w:ascii="Arial" w:hAnsi="Arial" w:eastAsia="Arial"/>
          <w:sz w:val="22"/>
        </w:rPr>
        <w:t>5. Пушкин намояндаи кадом адабиёт аст?</w:t>
      </w:r>
    </w:p>
    <w:p>
      <w:r>
        <w:rPr>
          <w:rFonts w:ascii="Arial" w:hAnsi="Arial" w:eastAsia="Arial"/>
          <w:sz w:val="22"/>
        </w:rPr>
        <w:t>Ҷавоби дуруст: Адабиёти рус</w:t>
      </w:r>
    </w:p>
    <w:p>
      <w:r>
        <w:rPr>
          <w:rFonts w:ascii="Arial" w:hAnsi="Arial" w:eastAsia="Arial"/>
          <w:sz w:val="22"/>
        </w:rPr>
        <w:t>6. Ҷавоби дуруст ба саволи «Пушкин намояндаи кадом адабиёт аст?» кадом аст?</w:t>
      </w:r>
    </w:p>
    <w:p>
      <w:r>
        <w:rPr>
          <w:rFonts w:ascii="Arial" w:hAnsi="Arial" w:eastAsia="Arial"/>
          <w:sz w:val="22"/>
        </w:rPr>
        <w:t>Ҷавоби дуруст: Адабиёти рус</w:t>
      </w:r>
    </w:p>
    <w:p>
      <w:r>
        <w:rPr>
          <w:rFonts w:ascii="Arial" w:hAnsi="Arial" w:eastAsia="Arial"/>
          <w:sz w:val="22"/>
        </w:rPr>
        <w:t>7. Кадом ҷавоб пушкин намояндаи кадом адабиёт аст?</w:t>
      </w:r>
    </w:p>
    <w:p>
      <w:r>
        <w:rPr>
          <w:rFonts w:ascii="Arial" w:hAnsi="Arial" w:eastAsia="Arial"/>
          <w:sz w:val="22"/>
        </w:rPr>
        <w:t>Ҷавоби дуруст: Адабиёти рус</w:t>
      </w:r>
    </w:p>
    <w:p>
      <w:r>
        <w:rPr>
          <w:rFonts w:ascii="Arial" w:hAnsi="Arial" w:eastAsia="Arial"/>
          <w:sz w:val="22"/>
        </w:rPr>
        <w:t>8. Аз рӯйи китоб муайян кунед: Пушкин намояндаи кадом адабиёт аст?</w:t>
      </w:r>
    </w:p>
    <w:p>
      <w:r>
        <w:rPr>
          <w:rFonts w:ascii="Arial" w:hAnsi="Arial" w:eastAsia="Arial"/>
          <w:sz w:val="22"/>
        </w:rPr>
        <w:t>Ҷавоби дуруст: Адабиёти рус</w:t>
      </w:r>
    </w:p>
    <w:p>
      <w:r>
        <w:rPr>
          <w:rFonts w:ascii="Arial" w:hAnsi="Arial" w:eastAsia="Arial"/>
          <w:sz w:val="22"/>
        </w:rPr>
        <w:t>9. Дар китоби дарсӣ гуфта мешавад: Дар китоб мероси адабии кадом шоири рус баррасӣ мешавад?</w:t>
      </w:r>
    </w:p>
    <w:p>
      <w:r>
        <w:rPr>
          <w:rFonts w:ascii="Arial" w:hAnsi="Arial" w:eastAsia="Arial"/>
          <w:sz w:val="22"/>
        </w:rPr>
        <w:t>Ҷавоби дуруст: Александр Пушкин</w:t>
      </w:r>
    </w:p>
    <w:p>
      <w:r>
        <w:rPr>
          <w:rFonts w:ascii="Arial" w:hAnsi="Arial" w:eastAsia="Arial"/>
          <w:sz w:val="22"/>
        </w:rPr>
        <w:t>10. Дар китоби дарсӣ гуфта мешавад: Пушкин намояндаи кадом адабиёт аст?</w:t>
      </w:r>
    </w:p>
    <w:p>
      <w:r>
        <w:rPr>
          <w:rFonts w:ascii="Arial" w:hAnsi="Arial" w:eastAsia="Arial"/>
          <w:sz w:val="22"/>
        </w:rPr>
        <w:t>Ҷавоби дуруст: Адабиёти рус</w:t>
      </w:r>
    </w:p>
    <w:p>
      <w:r>
        <w:rPr>
          <w:rFonts w:ascii="Arial" w:hAnsi="Arial" w:eastAsia="Arial"/>
          <w:sz w:val="22"/>
        </w:rPr>
        <w:t>11. Дар китоби дарсӣ гуфта мешавад: Дар китоб мероси адабии кадом шоири рус баррасӣ мешавад?</w:t>
      </w:r>
    </w:p>
    <w:p>
      <w:r>
        <w:rPr>
          <w:rFonts w:ascii="Arial" w:hAnsi="Arial" w:eastAsia="Arial"/>
          <w:sz w:val="22"/>
        </w:rPr>
        <w:t>Ҷавоби дуруст: Александр Пушкин</w:t>
      </w:r>
    </w:p>
    <w:p>
      <w:r>
        <w:rPr>
          <w:rFonts w:ascii="Arial" w:hAnsi="Arial" w:eastAsia="Arial"/>
          <w:sz w:val="22"/>
        </w:rPr>
        <w:t>12. Дар китоби дарсӣ гуфта мешавад: Пушкин намояндаи кадом адабиёт аст?</w:t>
      </w:r>
    </w:p>
    <w:p>
      <w:r>
        <w:rPr>
          <w:rFonts w:ascii="Arial" w:hAnsi="Arial" w:eastAsia="Arial"/>
          <w:sz w:val="22"/>
        </w:rPr>
        <w:t>Ҷавоби дуруст: Адабиёти рус</w:t>
      </w:r>
    </w:p>
    <w:p>
      <w:r>
        <w:rPr>
          <w:rFonts w:ascii="Arial" w:hAnsi="Arial" w:eastAsia="Arial"/>
          <w:sz w:val="22"/>
        </w:rPr>
        <w:t>13. Дар китоби дарсӣ гуфта мешавад: Дар китоб мероси адабии кадом шоири рус баррасӣ мешавад?</w:t>
      </w:r>
    </w:p>
    <w:p>
      <w:r>
        <w:rPr>
          <w:rFonts w:ascii="Arial" w:hAnsi="Arial" w:eastAsia="Arial"/>
          <w:sz w:val="22"/>
        </w:rPr>
        <w:t>Ҷавоби дуруст: Александр Пушкин</w:t>
      </w:r>
    </w:p>
    <w:p>
      <w:r>
        <w:rPr>
          <w:rFonts w:ascii="Arial" w:hAnsi="Arial" w:eastAsia="Arial"/>
          <w:sz w:val="22"/>
        </w:rPr>
        <w:t>14. Дар китоби дарсӣ гуфта мешавад: Пушкин намояндаи кадом адабиёт аст?</w:t>
      </w:r>
    </w:p>
    <w:p>
      <w:r>
        <w:rPr>
          <w:rFonts w:ascii="Arial" w:hAnsi="Arial" w:eastAsia="Arial"/>
          <w:sz w:val="22"/>
        </w:rPr>
        <w:t>Ҷавоби дуруст: Адабиёти рус</w:t>
      </w:r>
    </w:p>
    <w:p>
      <w:r>
        <w:rPr>
          <w:rFonts w:ascii="Arial" w:hAnsi="Arial" w:eastAsia="Arial"/>
          <w:sz w:val="22"/>
        </w:rPr>
        <w:t>15. Дар китоби дарсӣ гуфта мешавад: Дар китоб мероси адабии кадом шоири рус баррасӣ мешавад?</w:t>
      </w:r>
    </w:p>
    <w:p>
      <w:r>
        <w:rPr>
          <w:rFonts w:ascii="Arial" w:hAnsi="Arial" w:eastAsia="Arial"/>
          <w:sz w:val="22"/>
        </w:rPr>
        <w:t>Ҷавоби дуруст: Александр Пушкин</w:t>
      </w:r>
    </w:p>
    <w:p>
      <w:r>
        <w:rPr>
          <w:rFonts w:ascii="Arial" w:hAnsi="Arial" w:eastAsia="Arial"/>
          <w:sz w:val="22"/>
        </w:rPr>
        <w:t>16. Дар китоби дарсӣ гуфта мешавад: Пушкин намояндаи кадом адабиёт аст?</w:t>
      </w:r>
    </w:p>
    <w:p>
      <w:r>
        <w:rPr>
          <w:rFonts w:ascii="Arial" w:hAnsi="Arial" w:eastAsia="Arial"/>
          <w:sz w:val="22"/>
        </w:rPr>
        <w:t>Ҷавоби дуруст: Адабиёти рус</w:t>
      </w:r>
    </w:p>
    <w:p>
      <w:r>
        <w:rPr>
          <w:rFonts w:ascii="Arial" w:hAnsi="Arial" w:eastAsia="Arial"/>
          <w:sz w:val="22"/>
        </w:rPr>
        <w:t>17. Дар китоби дарсӣ гуфта мешавад: Дар китоб мероси адабии кадом шоири рус баррасӣ мешавад?</w:t>
      </w:r>
    </w:p>
    <w:p>
      <w:r>
        <w:rPr>
          <w:rFonts w:ascii="Arial" w:hAnsi="Arial" w:eastAsia="Arial"/>
          <w:sz w:val="22"/>
        </w:rPr>
        <w:t>Ҷавоби дуруст: Александр Пушкин</w:t>
      </w:r>
    </w:p>
    <w:p>
      <w:r>
        <w:rPr>
          <w:rFonts w:ascii="Arial" w:hAnsi="Arial" w:eastAsia="Arial"/>
          <w:sz w:val="22"/>
        </w:rPr>
        <w:t>18. Дар китоби дарсӣ гуфта мешавад: Пушкин намояндаи кадом адабиёт аст?</w:t>
      </w:r>
    </w:p>
    <w:p>
      <w:r>
        <w:rPr>
          <w:rFonts w:ascii="Arial" w:hAnsi="Arial" w:eastAsia="Arial"/>
          <w:sz w:val="22"/>
        </w:rPr>
        <w:t>Ҷавоби дуруст: Адабиёти рус</w:t>
      </w:r>
    </w:p>
    <w:p>
      <w:r>
        <w:rPr>
          <w:rFonts w:ascii="Arial" w:hAnsi="Arial" w:eastAsia="Arial"/>
          <w:sz w:val="22"/>
        </w:rPr>
        <w:t>19. Дар китоби дарсӣ гуфта мешавад: Дар китоб мероси адабии кадом шоири рус баррасӣ мешавад?</w:t>
      </w:r>
    </w:p>
    <w:p>
      <w:r>
        <w:rPr>
          <w:rFonts w:ascii="Arial" w:hAnsi="Arial" w:eastAsia="Arial"/>
          <w:sz w:val="22"/>
        </w:rPr>
        <w:t>Ҷавоби дуруст: Александр Пушкин</w:t>
      </w:r>
    </w:p>
    <w:p>
      <w:r>
        <w:rPr>
          <w:rFonts w:ascii="Arial" w:hAnsi="Arial" w:eastAsia="Arial"/>
          <w:sz w:val="22"/>
        </w:rPr>
        <w:t>20. Дар китоби дарсӣ гуфта мешавад: Пушкин намояндаи кадом адабиёт аст?</w:t>
      </w:r>
    </w:p>
    <w:p>
      <w:r>
        <w:rPr>
          <w:rFonts w:ascii="Arial" w:hAnsi="Arial" w:eastAsia="Arial"/>
          <w:sz w:val="22"/>
        </w:rPr>
        <w:t>Ҷавоби дуруст: Адабиёти рус</w:t>
      </w:r>
    </w:p>
    <w:p>
      <w:r>
        <w:rPr>
          <w:rFonts w:ascii="Arial" w:hAnsi="Arial" w:eastAsia="Arial"/>
          <w:sz w:val="22"/>
        </w:rPr>
        <w:t>21. Дар китоби дарсӣ гуфта мешавад: Дар китоб мероси адабии кадом шоири рус баррасӣ мешавад?</w:t>
      </w:r>
    </w:p>
    <w:p>
      <w:r>
        <w:rPr>
          <w:rFonts w:ascii="Arial" w:hAnsi="Arial" w:eastAsia="Arial"/>
          <w:sz w:val="22"/>
        </w:rPr>
        <w:t>Ҷавоби дуруст: Александр Пушкин</w:t>
      </w:r>
    </w:p>
    <w:p>
      <w:r>
        <w:rPr>
          <w:rFonts w:ascii="Arial" w:hAnsi="Arial" w:eastAsia="Arial"/>
          <w:sz w:val="22"/>
        </w:rPr>
        <w:t>22. Дар китоби дарсӣ гуфта мешавад: Пушкин намояндаи кадом адабиёт аст?</w:t>
      </w:r>
    </w:p>
    <w:p>
      <w:r>
        <w:rPr>
          <w:rFonts w:ascii="Arial" w:hAnsi="Arial" w:eastAsia="Arial"/>
          <w:sz w:val="22"/>
        </w:rPr>
        <w:t>Ҷавоби дуруст: Адабиёти рус</w:t>
      </w:r>
    </w:p>
    <w:p>
      <w:r>
        <w:rPr>
          <w:rFonts w:ascii="Arial" w:hAnsi="Arial" w:eastAsia="Arial"/>
          <w:sz w:val="22"/>
        </w:rPr>
        <w:t>23. Дар китоби дарсӣ гуфта мешавад: Дар китоб мероси адабии кадом шоири рус баррасӣ мешавад?</w:t>
      </w:r>
    </w:p>
    <w:p>
      <w:r>
        <w:rPr>
          <w:rFonts w:ascii="Arial" w:hAnsi="Arial" w:eastAsia="Arial"/>
          <w:sz w:val="22"/>
        </w:rPr>
        <w:t>Ҷавоби дуруст: Александр Пушкин</w:t>
      </w:r>
    </w:p>
    <w:p>
      <w:r>
        <w:rPr>
          <w:rFonts w:ascii="Arial" w:hAnsi="Arial" w:eastAsia="Arial"/>
          <w:sz w:val="22"/>
        </w:rPr>
        <w:t>24. Дар китоби дарсӣ гуфта мешавад: Пушкин намояндаи кадом адабиёт аст?</w:t>
      </w:r>
    </w:p>
    <w:p>
      <w:r>
        <w:rPr>
          <w:rFonts w:ascii="Arial" w:hAnsi="Arial" w:eastAsia="Arial"/>
          <w:sz w:val="22"/>
        </w:rPr>
        <w:t>Ҷавоби дуруст: Адабиёти рус</w:t>
      </w:r>
    </w:p>
    <w:p>
      <w:r>
        <w:rPr>
          <w:rFonts w:ascii="Arial" w:hAnsi="Arial" w:eastAsia="Arial"/>
          <w:sz w:val="22"/>
        </w:rPr>
        <w:t>25. Дар китоби дарсӣ гуфта мешавад: Дар китоб мероси адабии кадом шоири рус баррасӣ мешавад?</w:t>
      </w:r>
    </w:p>
    <w:p>
      <w:r>
        <w:rPr>
          <w:rFonts w:ascii="Arial" w:hAnsi="Arial" w:eastAsia="Arial"/>
          <w:sz w:val="22"/>
        </w:rPr>
        <w:t>Ҷавоби дуруст: Александр Пушкин</w:t>
      </w:r>
    </w:p>
    <w:p>
      <w:r>
        <w:rPr>
          <w:rFonts w:ascii="Arial" w:hAnsi="Arial" w:eastAsia="Arial"/>
          <w:sz w:val="22"/>
        </w:rPr>
        <w:t>26. Дар китоби дарсӣ гуфта мешавад: Пушкин намояндаи кадом адабиёт аст?</w:t>
      </w:r>
    </w:p>
    <w:p>
      <w:r>
        <w:rPr>
          <w:rFonts w:ascii="Arial" w:hAnsi="Arial" w:eastAsia="Arial"/>
          <w:sz w:val="22"/>
        </w:rPr>
        <w:t>Ҷавоби дуруст: Адабиёти рус</w:t>
      </w:r>
    </w:p>
    <w:p>
      <w:r>
        <w:rPr>
          <w:rFonts w:ascii="Arial" w:hAnsi="Arial" w:eastAsia="Arial"/>
          <w:sz w:val="22"/>
        </w:rPr>
        <w:t>27. Дар китоби дарсӣ гуфта мешавад: Дар китоб мероси адабии кадом шоири рус баррасӣ мешавад?</w:t>
      </w:r>
    </w:p>
    <w:p>
      <w:r>
        <w:rPr>
          <w:rFonts w:ascii="Arial" w:hAnsi="Arial" w:eastAsia="Arial"/>
          <w:sz w:val="22"/>
        </w:rPr>
        <w:t>Ҷавоби дуруст: Александр Пушкин</w:t>
      </w:r>
    </w:p>
    <w:p>
      <w:r>
        <w:rPr>
          <w:rFonts w:ascii="Arial" w:hAnsi="Arial" w:eastAsia="Arial"/>
          <w:sz w:val="22"/>
        </w:rPr>
        <w:t>28. Дар китоби дарсӣ гуфта мешавад: Пушкин намояндаи кадом адабиёт аст?</w:t>
      </w:r>
    </w:p>
    <w:p>
      <w:r>
        <w:rPr>
          <w:rFonts w:ascii="Arial" w:hAnsi="Arial" w:eastAsia="Arial"/>
          <w:sz w:val="22"/>
        </w:rPr>
        <w:t>Ҷавоби дуруст: Адабиёти рус</w:t>
      </w:r>
    </w:p>
    <w:p>
      <w:r>
        <w:rPr>
          <w:rFonts w:ascii="Arial" w:hAnsi="Arial" w:eastAsia="Arial"/>
          <w:sz w:val="22"/>
        </w:rPr>
        <w:t>29. Дар китоби дарсӣ гуфта мешавад: Дар китоб мероси адабии кадом шоири рус баррасӣ мешавад?</w:t>
      </w:r>
    </w:p>
    <w:p>
      <w:r>
        <w:rPr>
          <w:rFonts w:ascii="Arial" w:hAnsi="Arial" w:eastAsia="Arial"/>
          <w:sz w:val="22"/>
        </w:rPr>
        <w:t>Ҷавоби дуруст: Александр Пушкин</w:t>
      </w:r>
    </w:p>
    <w:p>
      <w:r>
        <w:rPr>
          <w:rFonts w:ascii="Arial" w:hAnsi="Arial" w:eastAsia="Arial"/>
          <w:sz w:val="22"/>
        </w:rPr>
        <w:t>30. Дар китоби дарсӣ гуфта мешавад: Пушкин намояндаи кадом адабиёт аст?</w:t>
      </w:r>
    </w:p>
    <w:p>
      <w:r>
        <w:rPr>
          <w:rFonts w:ascii="Arial" w:hAnsi="Arial" w:eastAsia="Arial"/>
          <w:sz w:val="22"/>
        </w:rPr>
        <w:t>Ҷавоби дуруст: Адабиёти рус</w:t>
      </w:r>
    </w:p>
    <w:p>
      <w:r>
        <w:rPr>
          <w:rFonts w:ascii="Arial" w:hAnsi="Arial" w:eastAsia="Arial"/>
          <w:sz w:val="22"/>
        </w:rPr>
        <w:t>31. Дар китоби дарсӣ гуфта мешавад: Дар китоб мероси адабии кадом шоири рус баррасӣ мешавад?</w:t>
      </w:r>
    </w:p>
    <w:p>
      <w:r>
        <w:rPr>
          <w:rFonts w:ascii="Arial" w:hAnsi="Arial" w:eastAsia="Arial"/>
          <w:sz w:val="22"/>
        </w:rPr>
        <w:t>Ҷавоби дуруст: Александр Пушкин</w:t>
      </w:r>
    </w:p>
    <w:p>
      <w:r>
        <w:rPr>
          <w:rFonts w:ascii="Arial" w:hAnsi="Arial" w:eastAsia="Arial"/>
          <w:sz w:val="22"/>
        </w:rPr>
        <w:t>32. Дар китоби дарсӣ гуфта мешавад: Пушкин намояндаи кадом адабиёт аст?</w:t>
      </w:r>
    </w:p>
    <w:p>
      <w:r>
        <w:rPr>
          <w:rFonts w:ascii="Arial" w:hAnsi="Arial" w:eastAsia="Arial"/>
          <w:sz w:val="22"/>
        </w:rPr>
        <w:t>Ҷавоби дуруст: Адабиёти рус</w:t>
      </w:r>
    </w:p>
    <w:p>
      <w:r>
        <w:rPr>
          <w:rFonts w:ascii="Arial" w:hAnsi="Arial" w:eastAsia="Arial"/>
          <w:sz w:val="22"/>
        </w:rPr>
        <w:t>33. Дар китоби дарсӣ гуфта мешавад: Дар китоб мероси адабии кадом шоири рус баррасӣ мешавад?</w:t>
      </w:r>
    </w:p>
    <w:p>
      <w:r>
        <w:rPr>
          <w:rFonts w:ascii="Arial" w:hAnsi="Arial" w:eastAsia="Arial"/>
          <w:sz w:val="22"/>
        </w:rPr>
        <w:t>Ҷавоби дуруст: Александр Пушкин</w:t>
      </w:r>
    </w:p>
    <w:p>
      <w:r>
        <w:rPr>
          <w:rFonts w:ascii="Arial" w:hAnsi="Arial" w:eastAsia="Arial"/>
          <w:sz w:val="22"/>
        </w:rPr>
        <w:t>34. Дар китоби дарсӣ гуфта мешавад: Пушкин намояндаи кадом адабиёт аст?</w:t>
      </w:r>
    </w:p>
    <w:p>
      <w:r>
        <w:rPr>
          <w:rFonts w:ascii="Arial" w:hAnsi="Arial" w:eastAsia="Arial"/>
          <w:sz w:val="22"/>
        </w:rPr>
        <w:t>Ҷавоби дуруст: Адабиёти рус</w:t>
      </w:r>
    </w:p>
    <w:p>
      <w:r>
        <w:rPr>
          <w:rFonts w:ascii="Arial" w:hAnsi="Arial" w:eastAsia="Arial"/>
          <w:sz w:val="22"/>
        </w:rPr>
        <w:t>35. Дар китоби дарсӣ гуфта мешавад: Дар китоб мероси адабии кадом шоири рус баррасӣ мешавад?</w:t>
      </w:r>
    </w:p>
    <w:p>
      <w:r>
        <w:rPr>
          <w:rFonts w:ascii="Arial" w:hAnsi="Arial" w:eastAsia="Arial"/>
          <w:sz w:val="22"/>
        </w:rPr>
        <w:t>Ҷавоби дуруст: Александр Пушкин</w:t>
      </w:r>
    </w:p>
    <w:p>
      <w:r>
        <w:rPr>
          <w:rFonts w:ascii="Arial" w:hAnsi="Arial" w:eastAsia="Arial"/>
          <w:sz w:val="22"/>
        </w:rPr>
        <w:t>36. Дар китоби дарсӣ гуфта мешавад: Пушкин намояндаи кадом адабиёт аст?</w:t>
      </w:r>
    </w:p>
    <w:p>
      <w:r>
        <w:rPr>
          <w:rFonts w:ascii="Arial" w:hAnsi="Arial" w:eastAsia="Arial"/>
          <w:sz w:val="22"/>
        </w:rPr>
        <w:t>Ҷавоби дуруст: Адабиёти рус</w:t>
      </w:r>
    </w:p>
    <w:p>
      <w:r>
        <w:rPr>
          <w:rFonts w:ascii="Arial" w:hAnsi="Arial" w:eastAsia="Arial"/>
          <w:sz w:val="22"/>
        </w:rPr>
        <w:t>37. Дар китоби дарсӣ гуфта мешавад: Дар китоб мероси адабии кадом шоири рус баррасӣ мешавад?</w:t>
      </w:r>
    </w:p>
    <w:p>
      <w:r>
        <w:rPr>
          <w:rFonts w:ascii="Arial" w:hAnsi="Arial" w:eastAsia="Arial"/>
          <w:sz w:val="22"/>
        </w:rPr>
        <w:t>Ҷавоби дуруст: Александр Пушкин</w:t>
      </w:r>
    </w:p>
    <w:p>
      <w:r>
        <w:rPr>
          <w:rFonts w:ascii="Arial" w:hAnsi="Arial" w:eastAsia="Arial"/>
          <w:sz w:val="22"/>
        </w:rPr>
        <w:t>38. Дар китоби дарсӣ гуфта мешавад: Пушкин намояндаи кадом адабиёт аст?</w:t>
      </w:r>
    </w:p>
    <w:p>
      <w:r>
        <w:rPr>
          <w:rFonts w:ascii="Arial" w:hAnsi="Arial" w:eastAsia="Arial"/>
          <w:sz w:val="22"/>
        </w:rPr>
        <w:t>Ҷавоби дуруст: Адабиёти рус</w:t>
      </w:r>
    </w:p>
    <w:p>
      <w:r>
        <w:rPr>
          <w:rFonts w:ascii="Arial" w:hAnsi="Arial" w:eastAsia="Arial"/>
          <w:sz w:val="22"/>
        </w:rPr>
        <w:t>39. Дар китоби дарсӣ гуфта мешавад: Дар китоб мероси адабии кадом шоири рус баррасӣ мешавад?</w:t>
      </w:r>
    </w:p>
    <w:p>
      <w:r>
        <w:rPr>
          <w:rFonts w:ascii="Arial" w:hAnsi="Arial" w:eastAsia="Arial"/>
          <w:sz w:val="22"/>
        </w:rPr>
        <w:t>Ҷавоби дуруст: Александр Пушкин</w:t>
      </w:r>
    </w:p>
    <w:p>
      <w:r>
        <w:rPr>
          <w:rFonts w:ascii="Arial" w:hAnsi="Arial" w:eastAsia="Arial"/>
          <w:sz w:val="22"/>
        </w:rPr>
        <w:t>40. Дар китоби дарсӣ гуфта мешавад: Пушкин намояндаи кадом адабиёт аст?</w:t>
      </w:r>
    </w:p>
    <w:p>
      <w:r>
        <w:rPr>
          <w:rFonts w:ascii="Arial" w:hAnsi="Arial" w:eastAsia="Arial"/>
          <w:sz w:val="22"/>
        </w:rPr>
        <w:t>Ҷавоби дуруст: Адабиёти рус</w:t>
      </w:r>
    </w:p>
    <w:p>
      <w:r>
        <w:rPr>
          <w:rFonts w:ascii="Arial" w:hAnsi="Arial" w:eastAsia="Arial"/>
          <w:sz w:val="22"/>
        </w:rPr>
        <w:t>41. Дар китоби дарсӣ гуфта мешавад: Дар китоб мероси адабии кадом шоири рус баррасӣ мешавад?</w:t>
      </w:r>
    </w:p>
    <w:p>
      <w:r>
        <w:rPr>
          <w:rFonts w:ascii="Arial" w:hAnsi="Arial" w:eastAsia="Arial"/>
          <w:sz w:val="22"/>
        </w:rPr>
        <w:t>Ҷавоби дуруст: Александр Пушкин</w:t>
      </w:r>
    </w:p>
    <w:p>
      <w:r>
        <w:rPr>
          <w:rFonts w:ascii="Arial" w:hAnsi="Arial" w:eastAsia="Arial"/>
          <w:sz w:val="22"/>
        </w:rPr>
        <w:t>42. Дар китоби дарсӣ гуфта мешавад: Пушкин намояндаи кадом адабиёт аст?</w:t>
      </w:r>
    </w:p>
    <w:p>
      <w:r>
        <w:rPr>
          <w:rFonts w:ascii="Arial" w:hAnsi="Arial" w:eastAsia="Arial"/>
          <w:sz w:val="22"/>
        </w:rPr>
        <w:t>Ҷавоби дуруст: Адабиёти рус</w:t>
      </w:r>
    </w:p>
    <w:p>
      <w:r>
        <w:rPr>
          <w:rFonts w:ascii="Arial" w:hAnsi="Arial" w:eastAsia="Arial"/>
          <w:sz w:val="22"/>
        </w:rPr>
        <w:t>43. Дар китоби дарсӣ гуфта мешавад: Дар китоб мероси адабии кадом шоири рус баррасӣ мешавад?</w:t>
      </w:r>
    </w:p>
    <w:p>
      <w:r>
        <w:rPr>
          <w:rFonts w:ascii="Arial" w:hAnsi="Arial" w:eastAsia="Arial"/>
          <w:sz w:val="22"/>
        </w:rPr>
        <w:t>Ҷавоби дуруст: Александр Пушкин</w:t>
      </w:r>
    </w:p>
    <w:p>
      <w:r>
        <w:rPr>
          <w:rFonts w:ascii="Arial" w:hAnsi="Arial" w:eastAsia="Arial"/>
          <w:sz w:val="22"/>
        </w:rPr>
        <w:t>44. Дар китоби дарсӣ гуфта мешавад: Пушкин намояндаи кадом адабиёт аст?</w:t>
      </w:r>
    </w:p>
    <w:p>
      <w:r>
        <w:rPr>
          <w:rFonts w:ascii="Arial" w:hAnsi="Arial" w:eastAsia="Arial"/>
          <w:sz w:val="22"/>
        </w:rPr>
        <w:t>Ҷавоби дуруст: Адабиёти рус</w:t>
      </w:r>
    </w:p>
    <w:p>
      <w:r>
        <w:rPr>
          <w:rFonts w:ascii="Arial" w:hAnsi="Arial" w:eastAsia="Arial"/>
          <w:sz w:val="22"/>
        </w:rPr>
        <w:t>45. Дар китоби дарсӣ гуфта мешавад: Дар китоб мероси адабии кадом шоири рус баррасӣ мешавад?</w:t>
      </w:r>
    </w:p>
    <w:p>
      <w:r>
        <w:rPr>
          <w:rFonts w:ascii="Arial" w:hAnsi="Arial" w:eastAsia="Arial"/>
          <w:sz w:val="22"/>
        </w:rPr>
        <w:t>Ҷавоби дуруст: Александр Пушкин</w:t>
      </w:r>
    </w:p>
    <w:p>
      <w:r>
        <w:rPr>
          <w:rFonts w:ascii="Arial" w:hAnsi="Arial" w:eastAsia="Arial"/>
          <w:sz w:val="22"/>
        </w:rPr>
        <w:t>46. Дар китоби дарсӣ гуфта мешавад: Пушкин намояндаи кадом адабиёт аст?</w:t>
      </w:r>
    </w:p>
    <w:p>
      <w:r>
        <w:rPr>
          <w:rFonts w:ascii="Arial" w:hAnsi="Arial" w:eastAsia="Arial"/>
          <w:sz w:val="22"/>
        </w:rPr>
        <w:t>Ҷавоби дуруст: Адабиёти рус</w:t>
      </w:r>
    </w:p>
    <w:p>
      <w:r>
        <w:rPr>
          <w:rFonts w:ascii="Arial" w:hAnsi="Arial" w:eastAsia="Arial"/>
          <w:sz w:val="22"/>
        </w:rPr>
        <w:t>47. Дар китоби дарсӣ гуфта мешавад: Дар китоб мероси адабии кадом шоири рус баррасӣ мешавад?</w:t>
      </w:r>
    </w:p>
    <w:p>
      <w:r>
        <w:rPr>
          <w:rFonts w:ascii="Arial" w:hAnsi="Arial" w:eastAsia="Arial"/>
          <w:sz w:val="22"/>
        </w:rPr>
        <w:t>Ҷавоби дуруст: Александр Пушкин</w:t>
      </w:r>
    </w:p>
    <w:p>
      <w:r>
        <w:rPr>
          <w:rFonts w:ascii="Arial" w:hAnsi="Arial" w:eastAsia="Arial"/>
          <w:sz w:val="22"/>
        </w:rPr>
        <w:t>48. Дар китоби дарсӣ гуфта мешавад: Пушкин намояндаи кадом адабиёт аст?</w:t>
      </w:r>
    </w:p>
    <w:p>
      <w:r>
        <w:rPr>
          <w:rFonts w:ascii="Arial" w:hAnsi="Arial" w:eastAsia="Arial"/>
          <w:sz w:val="22"/>
        </w:rPr>
        <w:t>Ҷавоби дуруст: Адабиёти рус</w:t>
      </w:r>
    </w:p>
    <w:p>
      <w:r>
        <w:rPr>
          <w:rFonts w:ascii="Arial" w:hAnsi="Arial" w:eastAsia="Arial"/>
          <w:sz w:val="22"/>
        </w:rPr>
        <w:t>49. Дар китоби дарсӣ гуфта мешавад: Дар китоб мероси адабии кадом шоири рус баррасӣ мешавад?</w:t>
      </w:r>
    </w:p>
    <w:p>
      <w:r>
        <w:rPr>
          <w:rFonts w:ascii="Arial" w:hAnsi="Arial" w:eastAsia="Arial"/>
          <w:sz w:val="22"/>
        </w:rPr>
        <w:t>Ҷавоби дуруст: Александр Пушкин</w:t>
      </w:r>
    </w:p>
    <w:p>
      <w:r>
        <w:rPr>
          <w:rFonts w:ascii="Arial" w:hAnsi="Arial" w:eastAsia="Arial"/>
          <w:sz w:val="22"/>
        </w:rPr>
        <w:t>50. Дар китоби дарсӣ гуфта мешавад: Пушкин намояндаи кадом адабиёт аст?</w:t>
      </w:r>
    </w:p>
    <w:p>
      <w:r>
        <w:rPr>
          <w:rFonts w:ascii="Arial" w:hAnsi="Arial" w:eastAsia="Arial"/>
          <w:sz w:val="22"/>
        </w:rPr>
        <w:t>Ҷавоби дуруст: Адабиёти рус</w:t>
      </w:r>
    </w:p>
    <w:p>
      <w:r>
        <w:rPr>
          <w:rFonts w:ascii="Arial" w:hAnsi="Arial" w:eastAsia="Arial"/>
          <w:sz w:val="22"/>
        </w:rPr>
        <w:t>51. Дар китоби дарсӣ гуфта мешавад: Дар китоб мероси адабии кадом шоири рус баррасӣ мешавад?</w:t>
      </w:r>
    </w:p>
    <w:p>
      <w:r>
        <w:rPr>
          <w:rFonts w:ascii="Arial" w:hAnsi="Arial" w:eastAsia="Arial"/>
          <w:sz w:val="22"/>
        </w:rPr>
        <w:t>Ҷавоби дуруст: Александр Пушкин</w:t>
      </w:r>
    </w:p>
    <w:p>
      <w:r>
        <w:rPr>
          <w:rFonts w:ascii="Arial" w:hAnsi="Arial" w:eastAsia="Arial"/>
          <w:sz w:val="22"/>
        </w:rPr>
        <w:t>52. Дар китоби дарсӣ гуфта мешавад: Пушкин намояндаи кадом адабиёт аст?</w:t>
      </w:r>
    </w:p>
    <w:p>
      <w:r>
        <w:rPr>
          <w:rFonts w:ascii="Arial" w:hAnsi="Arial" w:eastAsia="Arial"/>
          <w:sz w:val="22"/>
        </w:rPr>
        <w:t>Ҷавоби дуруст: Адабиёти рус</w:t>
      </w:r>
    </w:p>
    <w:p>
      <w:r>
        <w:rPr>
          <w:rFonts w:ascii="Arial" w:hAnsi="Arial" w:eastAsia="Arial"/>
          <w:sz w:val="22"/>
        </w:rPr>
        <w:t>53. Дар китоби дарсӣ гуфта мешавад: Дар китоб мероси адабии кадом шоири рус баррасӣ мешавад?</w:t>
      </w:r>
    </w:p>
    <w:p>
      <w:r>
        <w:rPr>
          <w:rFonts w:ascii="Arial" w:hAnsi="Arial" w:eastAsia="Arial"/>
          <w:sz w:val="22"/>
        </w:rPr>
        <w:t>Ҷавоби дуруст: Александр Пушкин</w:t>
      </w:r>
    </w:p>
    <w:p>
      <w:r>
        <w:rPr>
          <w:rFonts w:ascii="Arial" w:hAnsi="Arial" w:eastAsia="Arial"/>
          <w:sz w:val="22"/>
        </w:rPr>
        <w:t>54. Дар китоби дарсӣ гуфта мешавад: Пушкин намояндаи кадом адабиёт аст?</w:t>
      </w:r>
    </w:p>
    <w:p>
      <w:r>
        <w:rPr>
          <w:rFonts w:ascii="Arial" w:hAnsi="Arial" w:eastAsia="Arial"/>
          <w:sz w:val="22"/>
        </w:rPr>
        <w:t>Ҷавоби дуруст: Адабиёти рус</w:t>
      </w:r>
    </w:p>
    <w:p>
      <w:r>
        <w:rPr>
          <w:rFonts w:ascii="Arial" w:hAnsi="Arial" w:eastAsia="Arial"/>
          <w:sz w:val="22"/>
        </w:rPr>
        <w:t>55. Дар китоби дарсӣ гуфта мешавад: Дар китоб мероси адабии кадом шоири рус баррасӣ мешавад?</w:t>
      </w:r>
    </w:p>
    <w:p>
      <w:r>
        <w:rPr>
          <w:rFonts w:ascii="Arial" w:hAnsi="Arial" w:eastAsia="Arial"/>
          <w:sz w:val="22"/>
        </w:rPr>
        <w:t>Ҷавоби дуруст: Александр Пушкин</w:t>
      </w:r>
    </w:p>
    <w:p>
      <w:r>
        <w:rPr>
          <w:rFonts w:ascii="Arial" w:hAnsi="Arial" w:eastAsia="Arial"/>
          <w:sz w:val="22"/>
        </w:rPr>
        <w:t>56. Дар китоби дарсӣ гуфта мешавад: Пушкин намояндаи кадом адабиёт аст?</w:t>
      </w:r>
    </w:p>
    <w:p>
      <w:r>
        <w:rPr>
          <w:rFonts w:ascii="Arial" w:hAnsi="Arial" w:eastAsia="Arial"/>
          <w:sz w:val="22"/>
        </w:rPr>
        <w:t>Ҷавоби дуруст: Адабиёти рус</w:t>
      </w:r>
    </w:p>
    <w:p>
      <w:r>
        <w:rPr>
          <w:rFonts w:ascii="Arial" w:hAnsi="Arial" w:eastAsia="Arial"/>
          <w:sz w:val="22"/>
        </w:rPr>
        <w:t>57. Дар китоби дарсӣ гуфта мешавад: Дар китоб мероси адабии кадом шоири рус баррасӣ мешавад?</w:t>
      </w:r>
    </w:p>
    <w:p>
      <w:r>
        <w:rPr>
          <w:rFonts w:ascii="Arial" w:hAnsi="Arial" w:eastAsia="Arial"/>
          <w:sz w:val="22"/>
        </w:rPr>
        <w:t>Ҷавоби дуруст: Александр Пушкин</w:t>
      </w:r>
    </w:p>
    <w:p>
      <w:r>
        <w:rPr>
          <w:rFonts w:ascii="Arial" w:hAnsi="Arial" w:eastAsia="Arial"/>
          <w:sz w:val="22"/>
        </w:rPr>
        <w:t>58. Дар китоби дарсӣ гуфта мешавад: Пушкин намояндаи кадом адабиёт аст?</w:t>
      </w:r>
    </w:p>
    <w:p>
      <w:r>
        <w:rPr>
          <w:rFonts w:ascii="Arial" w:hAnsi="Arial" w:eastAsia="Arial"/>
          <w:sz w:val="22"/>
        </w:rPr>
        <w:t>Ҷавоби дуруст: Адабиёти рус</w:t>
      </w:r>
    </w:p>
    <w:p>
      <w:r>
        <w:rPr>
          <w:rFonts w:ascii="Arial" w:hAnsi="Arial" w:eastAsia="Arial"/>
          <w:sz w:val="22"/>
        </w:rPr>
        <w:t>59. Дар китоби дарсӣ гуфта мешавад: Дар китоб мероси адабии кадом шоири рус баррасӣ мешавад?</w:t>
      </w:r>
    </w:p>
    <w:p>
      <w:r>
        <w:rPr>
          <w:rFonts w:ascii="Arial" w:hAnsi="Arial" w:eastAsia="Arial"/>
          <w:sz w:val="22"/>
        </w:rPr>
        <w:t>Ҷавоби дуруст: Александр Пушкин</w:t>
      </w:r>
    </w:p>
    <w:p>
      <w:r>
        <w:rPr>
          <w:rFonts w:ascii="Arial" w:hAnsi="Arial" w:eastAsia="Arial"/>
          <w:sz w:val="22"/>
        </w:rPr>
        <w:t>60. Дар китоби дарсӣ гуфта мешавад: Пушкин намояндаи кадом адабиёт аст?</w:t>
      </w:r>
    </w:p>
    <w:p>
      <w:r>
        <w:rPr>
          <w:rFonts w:ascii="Arial" w:hAnsi="Arial" w:eastAsia="Arial"/>
          <w:sz w:val="22"/>
        </w:rPr>
        <w:t>Ҷавоби дуруст: Адабиёти рус</w:t>
      </w:r>
    </w:p>
    <w:p>
      <w:r>
        <w:rPr>
          <w:rFonts w:ascii="Arial" w:hAnsi="Arial" w:eastAsia="Arial"/>
          <w:sz w:val="22"/>
        </w:rPr>
        <w:t>61. Дар китоби дарсӣ гуфта мешавад: Дар китоб мероси адабии кадом шоири рус баррасӣ мешавад?</w:t>
      </w:r>
    </w:p>
    <w:p>
      <w:r>
        <w:rPr>
          <w:rFonts w:ascii="Arial" w:hAnsi="Arial" w:eastAsia="Arial"/>
          <w:sz w:val="22"/>
        </w:rPr>
        <w:t>Ҷавоби дуруст: Александр Пушкин</w:t>
      </w:r>
    </w:p>
    <w:p>
      <w:r>
        <w:rPr>
          <w:rFonts w:ascii="Arial" w:hAnsi="Arial" w:eastAsia="Arial"/>
          <w:sz w:val="22"/>
        </w:rPr>
        <w:t>62. Дар китоби дарсӣ гуфта мешавад: Пушкин намояндаи кадом адабиёт аст?</w:t>
      </w:r>
    </w:p>
    <w:p>
      <w:r>
        <w:rPr>
          <w:rFonts w:ascii="Arial" w:hAnsi="Arial" w:eastAsia="Arial"/>
          <w:sz w:val="22"/>
        </w:rPr>
        <w:t>Ҷавоби дуруст: Адабиёти рус</w:t>
      </w:r>
    </w:p>
    <w:p>
      <w:r>
        <w:rPr>
          <w:rFonts w:ascii="Arial" w:hAnsi="Arial" w:eastAsia="Arial"/>
          <w:sz w:val="22"/>
        </w:rPr>
        <w:t>63. Дар китоби дарсӣ гуфта мешавад: Дар китоб мероси адабии кадом шоири рус баррасӣ мешавад?</w:t>
      </w:r>
    </w:p>
    <w:p>
      <w:r>
        <w:rPr>
          <w:rFonts w:ascii="Arial" w:hAnsi="Arial" w:eastAsia="Arial"/>
          <w:sz w:val="22"/>
        </w:rPr>
        <w:t>Ҷавоби дуруст: Александр Пушкин</w:t>
      </w:r>
    </w:p>
    <w:p>
      <w:r>
        <w:rPr>
          <w:rFonts w:ascii="Arial" w:hAnsi="Arial" w:eastAsia="Arial"/>
          <w:sz w:val="22"/>
        </w:rPr>
        <w:t>64. Дар китоби дарсӣ гуфта мешавад: Пушкин намояндаи кадом адабиёт аст?</w:t>
      </w:r>
    </w:p>
    <w:p>
      <w:r>
        <w:rPr>
          <w:rFonts w:ascii="Arial" w:hAnsi="Arial" w:eastAsia="Arial"/>
          <w:sz w:val="22"/>
        </w:rPr>
        <w:t>Ҷавоби дуруст: Адабиёти рус</w:t>
      </w:r>
    </w:p>
    <w:p>
      <w:r>
        <w:rPr>
          <w:rFonts w:ascii="Arial" w:hAnsi="Arial" w:eastAsia="Arial"/>
          <w:sz w:val="22"/>
        </w:rPr>
        <w:t>65. Дар китоби дарсӣ гуфта мешавад: Дар китоб мероси адабии кадом шоири рус баррасӣ мешавад?</w:t>
      </w:r>
    </w:p>
    <w:p>
      <w:r>
        <w:rPr>
          <w:rFonts w:ascii="Arial" w:hAnsi="Arial" w:eastAsia="Arial"/>
          <w:sz w:val="22"/>
        </w:rPr>
        <w:t>Ҷавоби дуруст: Александр Пушкин</w:t>
      </w:r>
    </w:p>
    <w:p>
      <w:r>
        <w:rPr>
          <w:rFonts w:ascii="Arial" w:hAnsi="Arial" w:eastAsia="Arial"/>
          <w:sz w:val="22"/>
        </w:rPr>
        <w:t>66. Дар китоби дарсӣ гуфта мешавад: Пушкин намояндаи кадом адабиёт аст?</w:t>
      </w:r>
    </w:p>
    <w:p>
      <w:r>
        <w:rPr>
          <w:rFonts w:ascii="Arial" w:hAnsi="Arial" w:eastAsia="Arial"/>
          <w:sz w:val="22"/>
        </w:rPr>
        <w:t>Ҷавоби дуруст: Адабиёти рус</w:t>
      </w:r>
    </w:p>
    <w:p>
      <w:r>
        <w:rPr>
          <w:rFonts w:ascii="Arial" w:hAnsi="Arial" w:eastAsia="Arial"/>
          <w:sz w:val="22"/>
        </w:rPr>
        <w:t>67. Дар китоби дарсӣ гуфта мешавад: Дар китоб мероси адабии кадом шоири рус баррасӣ мешавад?</w:t>
      </w:r>
    </w:p>
    <w:p>
      <w:r>
        <w:rPr>
          <w:rFonts w:ascii="Arial" w:hAnsi="Arial" w:eastAsia="Arial"/>
          <w:sz w:val="22"/>
        </w:rPr>
        <w:t>Ҷавоби дуруст: Александр Пушкин</w:t>
      </w:r>
    </w:p>
    <w:p>
      <w:r>
        <w:rPr>
          <w:rFonts w:ascii="Arial" w:hAnsi="Arial" w:eastAsia="Arial"/>
          <w:sz w:val="22"/>
        </w:rPr>
        <w:t>68. Дар китоби дарсӣ гуфта мешавад: Пушкин намояндаи кадом адабиёт аст?</w:t>
      </w:r>
    </w:p>
    <w:p>
      <w:r>
        <w:rPr>
          <w:rFonts w:ascii="Arial" w:hAnsi="Arial" w:eastAsia="Arial"/>
          <w:sz w:val="22"/>
        </w:rPr>
        <w:t>Ҷавоби дуруст: Адабиёти рус</w:t>
      </w:r>
    </w:p>
    <w:p>
      <w:r>
        <w:rPr>
          <w:rFonts w:ascii="Arial" w:hAnsi="Arial" w:eastAsia="Arial"/>
          <w:sz w:val="22"/>
        </w:rPr>
        <w:t>69. Дар китоби дарсӣ гуфта мешавад: Дар китоб мероси адабии кадом шоири рус баррасӣ мешавад?</w:t>
      </w:r>
    </w:p>
    <w:p>
      <w:r>
        <w:rPr>
          <w:rFonts w:ascii="Arial" w:hAnsi="Arial" w:eastAsia="Arial"/>
          <w:sz w:val="22"/>
        </w:rPr>
        <w:t>Ҷавоби дуруст: Александр Пушкин</w:t>
      </w:r>
    </w:p>
    <w:p>
      <w:r>
        <w:rPr>
          <w:rFonts w:ascii="Arial" w:hAnsi="Arial" w:eastAsia="Arial"/>
          <w:sz w:val="22"/>
        </w:rPr>
        <w:t>70. Дар китоби дарсӣ гуфта мешавад: Пушкин намояндаи кадом адабиёт аст?</w:t>
      </w:r>
    </w:p>
    <w:p>
      <w:r>
        <w:rPr>
          <w:rFonts w:ascii="Arial" w:hAnsi="Arial" w:eastAsia="Arial"/>
          <w:sz w:val="22"/>
        </w:rPr>
        <w:t>Ҷавоби дуруст: Адабиёти рус</w:t>
      </w:r>
    </w:p>
    <w:p>
      <w:r>
        <w:rPr>
          <w:rFonts w:ascii="Arial" w:hAnsi="Arial" w:eastAsia="Arial"/>
          <w:sz w:val="22"/>
        </w:rPr>
        <w:t>71. Дар китоби дарсӣ гуфта мешавад: Дар китоб мероси адабии кадом шоири рус баррасӣ мешавад?</w:t>
      </w:r>
    </w:p>
    <w:p>
      <w:r>
        <w:rPr>
          <w:rFonts w:ascii="Arial" w:hAnsi="Arial" w:eastAsia="Arial"/>
          <w:sz w:val="22"/>
        </w:rPr>
        <w:t>Ҷавоби дуруст: Александр Пушкин</w:t>
      </w:r>
    </w:p>
    <w:p>
      <w:r>
        <w:rPr>
          <w:rFonts w:ascii="Arial" w:hAnsi="Arial" w:eastAsia="Arial"/>
          <w:sz w:val="22"/>
        </w:rPr>
        <w:t>72. Дар китоби дарсӣ гуфта мешавад: Пушкин намояндаи кадом адабиёт аст?</w:t>
      </w:r>
    </w:p>
    <w:p>
      <w:r>
        <w:rPr>
          <w:rFonts w:ascii="Arial" w:hAnsi="Arial" w:eastAsia="Arial"/>
          <w:sz w:val="22"/>
        </w:rPr>
        <w:t>Ҷавоби дуруст: Адабиёти рус</w:t>
      </w:r>
    </w:p>
    <w:p>
      <w:r>
        <w:rPr>
          <w:rFonts w:ascii="Arial" w:hAnsi="Arial" w:eastAsia="Arial"/>
          <w:sz w:val="22"/>
        </w:rPr>
        <w:t>73. Дар китоби дарсӣ гуфта мешавад: Дар китоб мероси адабии кадом шоири рус баррасӣ мешавад?</w:t>
      </w:r>
    </w:p>
    <w:p>
      <w:r>
        <w:rPr>
          <w:rFonts w:ascii="Arial" w:hAnsi="Arial" w:eastAsia="Arial"/>
          <w:sz w:val="22"/>
        </w:rPr>
        <w:t>Ҷавоби дуруст: Александр Пушкин</w:t>
      </w:r>
    </w:p>
    <w:p>
      <w:r>
        <w:rPr>
          <w:rFonts w:ascii="Arial" w:hAnsi="Arial" w:eastAsia="Arial"/>
          <w:sz w:val="22"/>
        </w:rPr>
        <w:t>74. Дар китоби дарсӣ гуфта мешавад: Пушкин намояндаи кадом адабиёт аст?</w:t>
      </w:r>
    </w:p>
    <w:p>
      <w:r>
        <w:rPr>
          <w:rFonts w:ascii="Arial" w:hAnsi="Arial" w:eastAsia="Arial"/>
          <w:sz w:val="22"/>
        </w:rPr>
        <w:t>Ҷавоби дуруст: Адабиёти рус</w:t>
      </w:r>
    </w:p>
    <w:p>
      <w:r>
        <w:rPr>
          <w:rFonts w:ascii="Arial" w:hAnsi="Arial" w:eastAsia="Arial"/>
          <w:sz w:val="22"/>
        </w:rPr>
        <w:t>75. Дар китоби дарсӣ гуфта мешавад: Дар китоб мероси адабии кадом шоири рус баррасӣ мешавад?</w:t>
      </w:r>
    </w:p>
    <w:p>
      <w:r>
        <w:rPr>
          <w:rFonts w:ascii="Arial" w:hAnsi="Arial" w:eastAsia="Arial"/>
          <w:sz w:val="22"/>
        </w:rPr>
        <w:t>Ҷавоби дуруст: Александр Пушкин</w:t>
      </w:r>
    </w:p>
    <w:p>
      <w:r>
        <w:rPr>
          <w:rFonts w:ascii="Arial" w:hAnsi="Arial" w:eastAsia="Arial"/>
          <w:sz w:val="22"/>
        </w:rPr>
        <w:t>76. Дар китоби дарсӣ гуфта мешавад: Пушкин намояндаи кадом адабиёт аст?</w:t>
      </w:r>
    </w:p>
    <w:p>
      <w:r>
        <w:rPr>
          <w:rFonts w:ascii="Arial" w:hAnsi="Arial" w:eastAsia="Arial"/>
          <w:sz w:val="22"/>
        </w:rPr>
        <w:t>Ҷавоби дуруст: Адабиёти рус</w:t>
      </w:r>
    </w:p>
    <w:p>
      <w:r>
        <w:rPr>
          <w:rFonts w:ascii="Arial" w:hAnsi="Arial" w:eastAsia="Arial"/>
          <w:sz w:val="22"/>
        </w:rPr>
        <w:t>77. Дар китоби дарсӣ гуфта мешавад: Дар китоб мероси адабии кадом шоири рус баррасӣ мешавад?</w:t>
      </w:r>
    </w:p>
    <w:p>
      <w:r>
        <w:rPr>
          <w:rFonts w:ascii="Arial" w:hAnsi="Arial" w:eastAsia="Arial"/>
          <w:sz w:val="22"/>
        </w:rPr>
        <w:t>Ҷавоби дуруст: Александр Пушкин</w:t>
      </w:r>
    </w:p>
    <w:p>
      <w:r>
        <w:rPr>
          <w:rFonts w:ascii="Arial" w:hAnsi="Arial" w:eastAsia="Arial"/>
          <w:sz w:val="22"/>
        </w:rPr>
        <w:t>78. Дар китоби дарсӣ гуфта мешавад: Пушкин намояндаи кадом адабиёт аст?</w:t>
      </w:r>
    </w:p>
    <w:p>
      <w:r>
        <w:rPr>
          <w:rFonts w:ascii="Arial" w:hAnsi="Arial" w:eastAsia="Arial"/>
          <w:sz w:val="22"/>
        </w:rPr>
        <w:t>Ҷавоби дуруст: Адабиёти рус</w:t>
      </w:r>
    </w:p>
    <w:p>
      <w:r>
        <w:rPr>
          <w:rFonts w:ascii="Arial" w:hAnsi="Arial" w:eastAsia="Arial"/>
          <w:sz w:val="22"/>
        </w:rPr>
        <w:t>79. Дар китоби дарсӣ гуфта мешавад: Дар китоб мероси адабии кадом шоири рус баррасӣ мешавад?</w:t>
      </w:r>
    </w:p>
    <w:p>
      <w:r>
        <w:rPr>
          <w:rFonts w:ascii="Arial" w:hAnsi="Arial" w:eastAsia="Arial"/>
          <w:sz w:val="22"/>
        </w:rPr>
        <w:t>Ҷавоби дуруст: Александр Пушкин</w:t>
      </w:r>
    </w:p>
    <w:p>
      <w:r>
        <w:rPr>
          <w:rFonts w:ascii="Arial" w:hAnsi="Arial" w:eastAsia="Arial"/>
          <w:sz w:val="22"/>
        </w:rPr>
        <w:t>80. Дар китоби дарсӣ гуфта мешавад: Пушкин намояндаи кадом адабиёт аст?</w:t>
      </w:r>
    </w:p>
    <w:p>
      <w:r>
        <w:rPr>
          <w:rFonts w:ascii="Arial" w:hAnsi="Arial" w:eastAsia="Arial"/>
          <w:sz w:val="22"/>
        </w:rPr>
        <w:t>Ҷавоби дуруст: Адабиёти рус</w:t>
      </w:r>
    </w:p>
    <w:p>
      <w:r>
        <w:rPr>
          <w:rFonts w:ascii="Arial" w:hAnsi="Arial" w:eastAsia="Arial"/>
          <w:sz w:val="22"/>
        </w:rPr>
        <w:t>81. Дар китоби дарсӣ гуфта мешавад: Дар китоб мероси адабии кадом шоири рус баррасӣ мешавад?</w:t>
      </w:r>
    </w:p>
    <w:p>
      <w:r>
        <w:rPr>
          <w:rFonts w:ascii="Arial" w:hAnsi="Arial" w:eastAsia="Arial"/>
          <w:sz w:val="22"/>
        </w:rPr>
        <w:t>Ҷавоби дуруст: Александр Пушкин</w:t>
      </w:r>
    </w:p>
    <w:p>
      <w:r>
        <w:rPr>
          <w:rFonts w:ascii="Arial" w:hAnsi="Arial" w:eastAsia="Arial"/>
          <w:sz w:val="22"/>
        </w:rPr>
        <w:t>82. Дар китоби дарсӣ гуфта мешавад: Пушкин намояндаи кадом адабиёт аст?</w:t>
      </w:r>
    </w:p>
    <w:p>
      <w:r>
        <w:rPr>
          <w:rFonts w:ascii="Arial" w:hAnsi="Arial" w:eastAsia="Arial"/>
          <w:sz w:val="22"/>
        </w:rPr>
        <w:t>Ҷавоби дуруст: Адабиёти рус</w:t>
      </w:r>
    </w:p>
    <w:p>
      <w:r>
        <w:rPr>
          <w:rFonts w:ascii="Arial" w:hAnsi="Arial" w:eastAsia="Arial"/>
          <w:sz w:val="22"/>
        </w:rPr>
        <w:t>83. Дар китоби дарсӣ гуфта мешавад: Дар китоб мероси адабии кадом шоири рус баррасӣ мешавад?</w:t>
      </w:r>
    </w:p>
    <w:p>
      <w:r>
        <w:rPr>
          <w:rFonts w:ascii="Arial" w:hAnsi="Arial" w:eastAsia="Arial"/>
          <w:sz w:val="22"/>
        </w:rPr>
        <w:t>Ҷавоби дуруст: Александр Пушкин</w:t>
      </w:r>
    </w:p>
    <w:p>
      <w:r>
        <w:rPr>
          <w:rFonts w:ascii="Arial" w:hAnsi="Arial" w:eastAsia="Arial"/>
          <w:sz w:val="22"/>
        </w:rPr>
        <w:t>84. Дар китоби дарсӣ гуфта мешавад: Пушкин намояндаи кадом адабиёт аст?</w:t>
      </w:r>
    </w:p>
    <w:p>
      <w:r>
        <w:rPr>
          <w:rFonts w:ascii="Arial" w:hAnsi="Arial" w:eastAsia="Arial"/>
          <w:sz w:val="22"/>
        </w:rPr>
        <w:t>Ҷавоби дуруст: Адабиёти рус</w:t>
      </w:r>
    </w:p>
    <w:p>
      <w:r>
        <w:rPr>
          <w:rFonts w:ascii="Arial" w:hAnsi="Arial" w:eastAsia="Arial"/>
          <w:sz w:val="22"/>
        </w:rPr>
        <w:t>85. Дар китоби дарсӣ гуфта мешавад: Дар китоб мероси адабии кадом шоири рус баррасӣ мешавад?</w:t>
      </w:r>
    </w:p>
    <w:p>
      <w:r>
        <w:rPr>
          <w:rFonts w:ascii="Arial" w:hAnsi="Arial" w:eastAsia="Arial"/>
          <w:sz w:val="22"/>
        </w:rPr>
        <w:t>Ҷавоби дуруст: Александр Пушкин</w:t>
      </w:r>
    </w:p>
    <w:p>
      <w:r>
        <w:rPr>
          <w:rFonts w:ascii="Arial" w:hAnsi="Arial" w:eastAsia="Arial"/>
          <w:sz w:val="22"/>
        </w:rPr>
        <w:t>86. Дар китоби дарсӣ гуфта мешавад: Пушкин намояндаи кадом адабиёт аст?</w:t>
      </w:r>
    </w:p>
    <w:p>
      <w:r>
        <w:rPr>
          <w:rFonts w:ascii="Arial" w:hAnsi="Arial" w:eastAsia="Arial"/>
          <w:sz w:val="22"/>
        </w:rPr>
        <w:t>Ҷавоби дуруст: Адабиёти рус</w:t>
      </w:r>
    </w:p>
    <w:p>
      <w:r>
        <w:rPr>
          <w:rFonts w:ascii="Arial" w:hAnsi="Arial" w:eastAsia="Arial"/>
          <w:sz w:val="22"/>
        </w:rPr>
        <w:t>87. Дар китоби дарсӣ гуфта мешавад: Дар китоб мероси адабии кадом шоири рус баррасӣ мешавад?</w:t>
      </w:r>
    </w:p>
    <w:p>
      <w:r>
        <w:rPr>
          <w:rFonts w:ascii="Arial" w:hAnsi="Arial" w:eastAsia="Arial"/>
          <w:sz w:val="22"/>
        </w:rPr>
        <w:t>Ҷавоби дуруст: Александр Пушкин</w:t>
      </w:r>
    </w:p>
    <w:p>
      <w:r>
        <w:rPr>
          <w:rFonts w:ascii="Arial" w:hAnsi="Arial" w:eastAsia="Arial"/>
          <w:sz w:val="22"/>
        </w:rPr>
        <w:t>88. Дар китоби дарсӣ гуфта мешавад: Пушкин намояндаи кадом адабиёт аст?</w:t>
      </w:r>
    </w:p>
    <w:p>
      <w:r>
        <w:rPr>
          <w:rFonts w:ascii="Arial" w:hAnsi="Arial" w:eastAsia="Arial"/>
          <w:sz w:val="22"/>
        </w:rPr>
        <w:t>Ҷавоби дуруст: Адабиёти рус</w:t>
      </w:r>
    </w:p>
    <w:p>
      <w:r>
        <w:rPr>
          <w:rFonts w:ascii="Arial" w:hAnsi="Arial" w:eastAsia="Arial"/>
          <w:sz w:val="22"/>
        </w:rPr>
        <w:t>89. Дар китоби дарсӣ гуфта мешавад: Дар китоб мероси адабии кадом шоири рус баррасӣ мешавад?</w:t>
      </w:r>
    </w:p>
    <w:p>
      <w:r>
        <w:rPr>
          <w:rFonts w:ascii="Arial" w:hAnsi="Arial" w:eastAsia="Arial"/>
          <w:sz w:val="22"/>
        </w:rPr>
        <w:t>Ҷавоби дуруст: Александр Пушкин</w:t>
      </w:r>
    </w:p>
    <w:p>
      <w:r>
        <w:rPr>
          <w:rFonts w:ascii="Arial" w:hAnsi="Arial" w:eastAsia="Arial"/>
          <w:sz w:val="22"/>
        </w:rPr>
        <w:t>90. Дар китоби дарсӣ гуфта мешавад: Пушкин намояндаи кадом адабиёт аст?</w:t>
      </w:r>
    </w:p>
    <w:p>
      <w:r>
        <w:rPr>
          <w:rFonts w:ascii="Arial" w:hAnsi="Arial" w:eastAsia="Arial"/>
          <w:sz w:val="22"/>
        </w:rPr>
        <w:t>Ҷавоби дуруст: Адабиёти рус</w:t>
      </w:r>
    </w:p>
    <w:p>
      <w:r>
        <w:rPr>
          <w:rFonts w:ascii="Arial" w:hAnsi="Arial" w:eastAsia="Arial"/>
          <w:sz w:val="22"/>
        </w:rPr>
        <w:t>91. Дар китоби дарсӣ гуфта мешавад: Дар китоб мероси адабии кадом шоири рус баррасӣ мешавад?</w:t>
      </w:r>
    </w:p>
    <w:p>
      <w:r>
        <w:rPr>
          <w:rFonts w:ascii="Arial" w:hAnsi="Arial" w:eastAsia="Arial"/>
          <w:sz w:val="22"/>
        </w:rPr>
        <w:t>Ҷавоби дуруст: Александр Пушкин</w:t>
      </w:r>
    </w:p>
    <w:p>
      <w:r>
        <w:rPr>
          <w:rFonts w:ascii="Arial" w:hAnsi="Arial" w:eastAsia="Arial"/>
          <w:sz w:val="22"/>
        </w:rPr>
        <w:t>92. Дар китоби дарсӣ гуфта мешавад: Пушкин намояндаи кадом адабиёт аст?</w:t>
      </w:r>
    </w:p>
    <w:p>
      <w:r>
        <w:rPr>
          <w:rFonts w:ascii="Arial" w:hAnsi="Arial" w:eastAsia="Arial"/>
          <w:sz w:val="22"/>
        </w:rPr>
        <w:t>Ҷавоби дуруст: Адабиёти рус</w:t>
      </w:r>
    </w:p>
    <w:p>
      <w:r>
        <w:rPr>
          <w:rFonts w:ascii="Arial" w:hAnsi="Arial" w:eastAsia="Arial"/>
          <w:sz w:val="22"/>
        </w:rPr>
        <w:t>93. Дар китоби дарсӣ гуфта мешавад: Дар китоб мероси адабии кадом шоири рус баррасӣ мешавад?</w:t>
      </w:r>
    </w:p>
    <w:p>
      <w:r>
        <w:rPr>
          <w:rFonts w:ascii="Arial" w:hAnsi="Arial" w:eastAsia="Arial"/>
          <w:sz w:val="22"/>
        </w:rPr>
        <w:t>Ҷавоби дуруст: Александр Пушкин</w:t>
      </w:r>
    </w:p>
    <w:p>
      <w:r>
        <w:rPr>
          <w:rFonts w:ascii="Arial" w:hAnsi="Arial" w:eastAsia="Arial"/>
          <w:sz w:val="22"/>
        </w:rPr>
        <w:t>94. Дар китоби дарсӣ гуфта мешавад: Пушкин намояндаи кадом адабиёт аст?</w:t>
      </w:r>
    </w:p>
    <w:p>
      <w:r>
        <w:rPr>
          <w:rFonts w:ascii="Arial" w:hAnsi="Arial" w:eastAsia="Arial"/>
          <w:sz w:val="22"/>
        </w:rPr>
        <w:t>Ҷавоби дуруст: Адабиёти рус</w:t>
      </w:r>
    </w:p>
    <w:p>
      <w:r>
        <w:rPr>
          <w:rFonts w:ascii="Arial" w:hAnsi="Arial" w:eastAsia="Arial"/>
          <w:sz w:val="22"/>
        </w:rPr>
        <w:t>95. Дар китоби дарсӣ гуфта мешавад: Дар китоб мероси адабии кадом шоири рус баррасӣ мешавад?</w:t>
      </w:r>
    </w:p>
    <w:p>
      <w:r>
        <w:rPr>
          <w:rFonts w:ascii="Arial" w:hAnsi="Arial" w:eastAsia="Arial"/>
          <w:sz w:val="22"/>
        </w:rPr>
        <w:t>Ҷавоби дуруст: Александр Пушкин</w:t>
      </w:r>
    </w:p>
    <w:p>
      <w:r>
        <w:rPr>
          <w:rFonts w:ascii="Arial" w:hAnsi="Arial" w:eastAsia="Arial"/>
          <w:sz w:val="22"/>
        </w:rPr>
        <w:t>96. Дар китоби дарсӣ гуфта мешавад: Пушкин намояндаи кадом адабиёт аст?</w:t>
      </w:r>
    </w:p>
    <w:p>
      <w:r>
        <w:rPr>
          <w:rFonts w:ascii="Arial" w:hAnsi="Arial" w:eastAsia="Arial"/>
          <w:sz w:val="22"/>
        </w:rPr>
        <w:t>Ҷавоби дуруст: Адабиёти рус</w:t>
      </w:r>
    </w:p>
    <w:p>
      <w:r>
        <w:rPr>
          <w:rFonts w:ascii="Arial" w:hAnsi="Arial" w:eastAsia="Arial"/>
          <w:sz w:val="22"/>
        </w:rPr>
        <w:t>97. Дар китоби дарсӣ гуфта мешавад: Дар китоб мероси адабии кадом шоири рус баррасӣ мешавад?</w:t>
      </w:r>
    </w:p>
    <w:p>
      <w:r>
        <w:rPr>
          <w:rFonts w:ascii="Arial" w:hAnsi="Arial" w:eastAsia="Arial"/>
          <w:sz w:val="22"/>
        </w:rPr>
        <w:t>Ҷавоби дуруст: Александр Пушкин</w:t>
      </w:r>
    </w:p>
    <w:p>
      <w:r>
        <w:rPr>
          <w:rFonts w:ascii="Arial" w:hAnsi="Arial" w:eastAsia="Arial"/>
          <w:sz w:val="22"/>
        </w:rPr>
        <w:t>98. Дар китоби дарсӣ гуфта мешавад: Пушкин намояндаи кадом адабиёт аст?</w:t>
      </w:r>
    </w:p>
    <w:p>
      <w:r>
        <w:rPr>
          <w:rFonts w:ascii="Arial" w:hAnsi="Arial" w:eastAsia="Arial"/>
          <w:sz w:val="22"/>
        </w:rPr>
        <w:t>Ҷавоби дуруст: Адабиёти рус</w:t>
      </w:r>
    </w:p>
    <w:p>
      <w:r>
        <w:rPr>
          <w:rFonts w:ascii="Arial" w:hAnsi="Arial" w:eastAsia="Arial"/>
          <w:sz w:val="22"/>
        </w:rPr>
        <w:t>99. Дар китоби дарсӣ гуфта мешавад: Дар китоб мероси адабии кадом шоири рус баррасӣ мешавад?</w:t>
      </w:r>
    </w:p>
    <w:p>
      <w:r>
        <w:rPr>
          <w:rFonts w:ascii="Arial" w:hAnsi="Arial" w:eastAsia="Arial"/>
          <w:sz w:val="22"/>
        </w:rPr>
        <w:t>Ҷавоби дуруст: Александр Пушкин</w:t>
      </w:r>
    </w:p>
    <w:p>
      <w:r>
        <w:rPr>
          <w:rFonts w:ascii="Arial" w:hAnsi="Arial" w:eastAsia="Arial"/>
          <w:sz w:val="22"/>
        </w:rPr>
        <w:t>100. Дар китоби дарсӣ гуфта мешавад: Пушкин намояндаи кадом адабиёт аст?</w:t>
      </w:r>
    </w:p>
    <w:p>
      <w:r>
        <w:rPr>
          <w:rFonts w:ascii="Arial" w:hAnsi="Arial" w:eastAsia="Arial"/>
          <w:sz w:val="22"/>
        </w:rPr>
        <w:t>Ҷавоби дуруст: Адабиёти рус</w:t>
      </w:r>
    </w:p>
    <w:p>
      <w:r>
        <w:rPr>
          <w:rFonts w:ascii="Arial" w:hAnsi="Arial" w:eastAsia="Arial"/>
          <w:sz w:val="22"/>
        </w:rPr>
        <w:br w:type="page"/>
      </w:r>
    </w:p>
    <w:p>
      <w:pPr>
        <w:pStyle w:val="Heading1"/>
      </w:pPr>
      <w:r>
        <w:rPr>
          <w:rFonts w:ascii="Arial" w:hAnsi="Arial" w:eastAsia="Arial"/>
          <w:sz w:val="22"/>
        </w:rPr>
        <w:t>20. Боби IV — Романтизм ва реализм</w:t>
      </w:r>
    </w:p>
    <w:p>
      <w:r>
        <w:rPr>
          <w:rFonts w:ascii="Arial" w:hAnsi="Arial" w:eastAsia="Arial"/>
          <w:sz w:val="22"/>
        </w:rPr>
        <w:t>1. Романтизм ба чанд навъ ҷудо мешавад?</w:t>
      </w:r>
    </w:p>
    <w:p>
      <w:r>
        <w:rPr>
          <w:rFonts w:ascii="Arial" w:hAnsi="Arial" w:eastAsia="Arial"/>
          <w:sz w:val="22"/>
        </w:rPr>
        <w:t>Ҷавоби дуруст: Ду навъ</w:t>
      </w:r>
    </w:p>
    <w:p>
      <w:r>
        <w:rPr>
          <w:rFonts w:ascii="Arial" w:hAnsi="Arial" w:eastAsia="Arial"/>
          <w:sz w:val="22"/>
        </w:rPr>
        <w:t>2. Ҷавоби дуруст ба саволи «Романтизм ба чанд навъ ҷудо мешавад?» кадом аст?</w:t>
      </w:r>
    </w:p>
    <w:p>
      <w:r>
        <w:rPr>
          <w:rFonts w:ascii="Arial" w:hAnsi="Arial" w:eastAsia="Arial"/>
          <w:sz w:val="22"/>
        </w:rPr>
        <w:t>Ҷавоби дуруст: Ду навъ</w:t>
      </w:r>
    </w:p>
    <w:p>
      <w:r>
        <w:rPr>
          <w:rFonts w:ascii="Arial" w:hAnsi="Arial" w:eastAsia="Arial"/>
          <w:sz w:val="22"/>
        </w:rPr>
        <w:t>3. Кадом ҷавоб романтизм ба чанд навъ ҷудо мешавад?</w:t>
      </w:r>
    </w:p>
    <w:p>
      <w:r>
        <w:rPr>
          <w:rFonts w:ascii="Arial" w:hAnsi="Arial" w:eastAsia="Arial"/>
          <w:sz w:val="22"/>
        </w:rPr>
        <w:t>Ҷавоби дуруст: Ду навъ</w:t>
      </w:r>
    </w:p>
    <w:p>
      <w:r>
        <w:rPr>
          <w:rFonts w:ascii="Arial" w:hAnsi="Arial" w:eastAsia="Arial"/>
          <w:sz w:val="22"/>
        </w:rPr>
        <w:t>4. Аз рӯйи китоб муайян кунед: Романтизм ба чанд навъ ҷудо мешавад?</w:t>
      </w:r>
    </w:p>
    <w:p>
      <w:r>
        <w:rPr>
          <w:rFonts w:ascii="Arial" w:hAnsi="Arial" w:eastAsia="Arial"/>
          <w:sz w:val="22"/>
        </w:rPr>
        <w:t>Ҷавоби дуруст: Ду навъ</w:t>
      </w:r>
    </w:p>
    <w:p>
      <w:r>
        <w:rPr>
          <w:rFonts w:ascii="Arial" w:hAnsi="Arial" w:eastAsia="Arial"/>
          <w:sz w:val="22"/>
        </w:rPr>
        <w:t>5. Ду навъи романтизм кадомҳоянд?</w:t>
      </w:r>
    </w:p>
    <w:p>
      <w:r>
        <w:rPr>
          <w:rFonts w:ascii="Arial" w:hAnsi="Arial" w:eastAsia="Arial"/>
          <w:sz w:val="22"/>
        </w:rPr>
        <w:t>Ҷавоби дуруст: Романтизми пешқадам (мусбат) ва романтизми иртиҷоӣ (манфӣ)</w:t>
      </w:r>
    </w:p>
    <w:p>
      <w:r>
        <w:rPr>
          <w:rFonts w:ascii="Arial" w:hAnsi="Arial" w:eastAsia="Arial"/>
          <w:sz w:val="22"/>
        </w:rPr>
        <w:t>6. Ҷавоби дуруст ба саволи «Ду навъи романтизм кадомҳоянд?» кадом аст?</w:t>
      </w:r>
    </w:p>
    <w:p>
      <w:r>
        <w:rPr>
          <w:rFonts w:ascii="Arial" w:hAnsi="Arial" w:eastAsia="Arial"/>
          <w:sz w:val="22"/>
        </w:rPr>
        <w:t>Ҷавоби дуруст: Романтизми пешқадам (мусбат) ва романтизми иртиҷоӣ (манфӣ)</w:t>
      </w:r>
    </w:p>
    <w:p>
      <w:r>
        <w:rPr>
          <w:rFonts w:ascii="Arial" w:hAnsi="Arial" w:eastAsia="Arial"/>
          <w:sz w:val="22"/>
        </w:rPr>
        <w:t>7. Кадом ҷавоб ду навъи романтизм кадомҳоянд?</w:t>
      </w:r>
    </w:p>
    <w:p>
      <w:r>
        <w:rPr>
          <w:rFonts w:ascii="Arial" w:hAnsi="Arial" w:eastAsia="Arial"/>
          <w:sz w:val="22"/>
        </w:rPr>
        <w:t>Ҷавоби дуруст: Романтизми пешқадам (мусбат) ва романтизми иртиҷоӣ (манфӣ)</w:t>
      </w:r>
    </w:p>
    <w:p>
      <w:r>
        <w:rPr>
          <w:rFonts w:ascii="Arial" w:hAnsi="Arial" w:eastAsia="Arial"/>
          <w:sz w:val="22"/>
        </w:rPr>
        <w:t>8. Аз рӯйи китоб муайян кунед: Ду навъи романтизм кадомҳоянд?</w:t>
      </w:r>
    </w:p>
    <w:p>
      <w:r>
        <w:rPr>
          <w:rFonts w:ascii="Arial" w:hAnsi="Arial" w:eastAsia="Arial"/>
          <w:sz w:val="22"/>
        </w:rPr>
        <w:t>Ҷавоби дуруст: Романтизми пешқадам (мусбат) ва романтизми иртиҷоӣ (манфӣ)</w:t>
      </w:r>
    </w:p>
    <w:p>
      <w:r>
        <w:rPr>
          <w:rFonts w:ascii="Arial" w:hAnsi="Arial" w:eastAsia="Arial"/>
          <w:sz w:val="22"/>
        </w:rPr>
        <w:t>9. Реализм чист?</w:t>
      </w:r>
    </w:p>
    <w:p>
      <w:r>
        <w:rPr>
          <w:rFonts w:ascii="Arial" w:hAnsi="Arial" w:eastAsia="Arial"/>
          <w:sz w:val="22"/>
        </w:rPr>
        <w:t>Ҷавоби дуруст: Ҳақиқатпарастӣ</w:t>
      </w:r>
    </w:p>
    <w:p>
      <w:r>
        <w:rPr>
          <w:rFonts w:ascii="Arial" w:hAnsi="Arial" w:eastAsia="Arial"/>
          <w:sz w:val="22"/>
        </w:rPr>
        <w:t>10. Ҷавоби дуруст ба саволи «Реализм чист?» кадом аст?</w:t>
      </w:r>
    </w:p>
    <w:p>
      <w:r>
        <w:rPr>
          <w:rFonts w:ascii="Arial" w:hAnsi="Arial" w:eastAsia="Arial"/>
          <w:sz w:val="22"/>
        </w:rPr>
        <w:t>Ҷавоби дуруст: Ҳақиқатпарастӣ</w:t>
      </w:r>
    </w:p>
    <w:p>
      <w:r>
        <w:rPr>
          <w:rFonts w:ascii="Arial" w:hAnsi="Arial" w:eastAsia="Arial"/>
          <w:sz w:val="22"/>
        </w:rPr>
        <w:t>11. Кадом ҷавоб реализм чист?</w:t>
      </w:r>
    </w:p>
    <w:p>
      <w:r>
        <w:rPr>
          <w:rFonts w:ascii="Arial" w:hAnsi="Arial" w:eastAsia="Arial"/>
          <w:sz w:val="22"/>
        </w:rPr>
        <w:t>Ҷавоби дуруст: Ҳақиқатпарастӣ</w:t>
      </w:r>
    </w:p>
    <w:p>
      <w:r>
        <w:rPr>
          <w:rFonts w:ascii="Arial" w:hAnsi="Arial" w:eastAsia="Arial"/>
          <w:sz w:val="22"/>
        </w:rPr>
        <w:t>12. Аз рӯйи китоб муайян кунед: Реализм чист?</w:t>
      </w:r>
    </w:p>
    <w:p>
      <w:r>
        <w:rPr>
          <w:rFonts w:ascii="Arial" w:hAnsi="Arial" w:eastAsia="Arial"/>
          <w:sz w:val="22"/>
        </w:rPr>
        <w:t>Ҷавоби дуруст: Ҳақиқатпарастӣ</w:t>
      </w:r>
    </w:p>
    <w:p>
      <w:r>
        <w:rPr>
          <w:rFonts w:ascii="Arial" w:hAnsi="Arial" w:eastAsia="Arial"/>
          <w:sz w:val="22"/>
        </w:rPr>
        <w:t>13. Реализм чӣ гуна ҳақиқатро тасвир мекунад?</w:t>
      </w:r>
    </w:p>
    <w:p>
      <w:r>
        <w:rPr>
          <w:rFonts w:ascii="Arial" w:hAnsi="Arial" w:eastAsia="Arial"/>
          <w:sz w:val="22"/>
        </w:rPr>
        <w:t>Ҷавоби дуруст: Ҳақиқати зиндагиро ба таври бадеӣ маърифат карда, ба ҳақиқати бадеӣ табдил медиҳад</w:t>
      </w:r>
    </w:p>
    <w:p>
      <w:r>
        <w:rPr>
          <w:rFonts w:ascii="Arial" w:hAnsi="Arial" w:eastAsia="Arial"/>
          <w:sz w:val="22"/>
        </w:rPr>
        <w:t>14. Ҷавоби дуруст ба саволи «Реализм чӣ гуна ҳақиқатро тасвир мекунад?» кадом аст?</w:t>
      </w:r>
    </w:p>
    <w:p>
      <w:r>
        <w:rPr>
          <w:rFonts w:ascii="Arial" w:hAnsi="Arial" w:eastAsia="Arial"/>
          <w:sz w:val="22"/>
        </w:rPr>
        <w:t>Ҷавоби дуруст: Ҳақиқати зиндагиро ба таври бадеӣ маърифат карда, ба ҳақиқати бадеӣ табдил медиҳад</w:t>
      </w:r>
    </w:p>
    <w:p>
      <w:r>
        <w:rPr>
          <w:rFonts w:ascii="Arial" w:hAnsi="Arial" w:eastAsia="Arial"/>
          <w:sz w:val="22"/>
        </w:rPr>
        <w:t>15. Кадом ҷавоб реализм чӣ гуна ҳақиқатро тасвир мекунад?</w:t>
      </w:r>
    </w:p>
    <w:p>
      <w:r>
        <w:rPr>
          <w:rFonts w:ascii="Arial" w:hAnsi="Arial" w:eastAsia="Arial"/>
          <w:sz w:val="22"/>
        </w:rPr>
        <w:t>Ҷавоби дуруст: Ҳақиқати зиндагиро ба таври бадеӣ маърифат карда, ба ҳақиқати бадеӣ табдил медиҳад</w:t>
      </w:r>
    </w:p>
    <w:p>
      <w:r>
        <w:rPr>
          <w:rFonts w:ascii="Arial" w:hAnsi="Arial" w:eastAsia="Arial"/>
          <w:sz w:val="22"/>
        </w:rPr>
        <w:t>16. Аз рӯйи китоб муайян кунед: Реализм чӣ гуна ҳақиқатро тасвир мекунад?</w:t>
      </w:r>
    </w:p>
    <w:p>
      <w:r>
        <w:rPr>
          <w:rFonts w:ascii="Arial" w:hAnsi="Arial" w:eastAsia="Arial"/>
          <w:sz w:val="22"/>
        </w:rPr>
        <w:t>Ҷавоби дуруст: Ҳақиқати зиндагиро ба таври бадеӣ маърифат карда, ба ҳақиқати бадеӣ табдил медиҳад</w:t>
      </w:r>
    </w:p>
    <w:p>
      <w:r>
        <w:rPr>
          <w:rFonts w:ascii="Arial" w:hAnsi="Arial" w:eastAsia="Arial"/>
          <w:sz w:val="22"/>
        </w:rPr>
        <w:t>17. Яке аз вазифаҳои асари реалистӣ чист?</w:t>
      </w:r>
    </w:p>
    <w:p>
      <w:r>
        <w:rPr>
          <w:rFonts w:ascii="Arial" w:hAnsi="Arial" w:eastAsia="Arial"/>
          <w:sz w:val="22"/>
        </w:rPr>
        <w:t>Ҷавоби дуруст: Аҳамияти маърифатдиҳӣ доштан</w:t>
      </w:r>
    </w:p>
    <w:p>
      <w:r>
        <w:rPr>
          <w:rFonts w:ascii="Arial" w:hAnsi="Arial" w:eastAsia="Arial"/>
          <w:sz w:val="22"/>
        </w:rPr>
        <w:t>18. Ҷавоби дуруст ба саволи «Яке аз вазифаҳои асари реалистӣ чист?» кадом аст?</w:t>
      </w:r>
    </w:p>
    <w:p>
      <w:r>
        <w:rPr>
          <w:rFonts w:ascii="Arial" w:hAnsi="Arial" w:eastAsia="Arial"/>
          <w:sz w:val="22"/>
        </w:rPr>
        <w:t>Ҷавоби дуруст: Аҳамияти маърифатдиҳӣ доштан</w:t>
      </w:r>
    </w:p>
    <w:p>
      <w:r>
        <w:rPr>
          <w:rFonts w:ascii="Arial" w:hAnsi="Arial" w:eastAsia="Arial"/>
          <w:sz w:val="22"/>
        </w:rPr>
        <w:t>19. Кадом ҷавоб яке аз вазифаҳои асари реалистӣ чист?</w:t>
      </w:r>
    </w:p>
    <w:p>
      <w:r>
        <w:rPr>
          <w:rFonts w:ascii="Arial" w:hAnsi="Arial" w:eastAsia="Arial"/>
          <w:sz w:val="22"/>
        </w:rPr>
        <w:t>Ҷавоби дуруст: Аҳамияти маърифатдиҳӣ доштан</w:t>
      </w:r>
    </w:p>
    <w:p>
      <w:r>
        <w:rPr>
          <w:rFonts w:ascii="Arial" w:hAnsi="Arial" w:eastAsia="Arial"/>
          <w:sz w:val="22"/>
        </w:rPr>
        <w:t>20. Аз рӯйи китоб муайян кунед: Яке аз вазифаҳои асари реалистӣ чист?</w:t>
      </w:r>
    </w:p>
    <w:p>
      <w:r>
        <w:rPr>
          <w:rFonts w:ascii="Arial" w:hAnsi="Arial" w:eastAsia="Arial"/>
          <w:sz w:val="22"/>
        </w:rPr>
        <w:t>Ҷавоби дуруст: Аҳамияти маърифатдиҳӣ доштан</w:t>
      </w:r>
    </w:p>
    <w:p>
      <w:r>
        <w:rPr>
          <w:rFonts w:ascii="Arial" w:hAnsi="Arial" w:eastAsia="Arial"/>
          <w:sz w:val="22"/>
        </w:rPr>
        <w:t>21. Дар реализм образу воқеиятҳо чӣ гуна мешаванд?</w:t>
      </w:r>
    </w:p>
    <w:p>
      <w:r>
        <w:rPr>
          <w:rFonts w:ascii="Arial" w:hAnsi="Arial" w:eastAsia="Arial"/>
          <w:sz w:val="22"/>
        </w:rPr>
        <w:t>Ҷавоби дуруст: Типӣ карда мешаванд</w:t>
      </w:r>
    </w:p>
    <w:p>
      <w:r>
        <w:rPr>
          <w:rFonts w:ascii="Arial" w:hAnsi="Arial" w:eastAsia="Arial"/>
          <w:sz w:val="22"/>
        </w:rPr>
        <w:t>22. Ҷавоби дуруст ба саволи «Дар реализм образу воқеиятҳо чӣ гуна мешаванд?» кадом аст?</w:t>
      </w:r>
    </w:p>
    <w:p>
      <w:r>
        <w:rPr>
          <w:rFonts w:ascii="Arial" w:hAnsi="Arial" w:eastAsia="Arial"/>
          <w:sz w:val="22"/>
        </w:rPr>
        <w:t>Ҷавоби дуруст: Типӣ карда мешаванд</w:t>
      </w:r>
    </w:p>
    <w:p>
      <w:r>
        <w:rPr>
          <w:rFonts w:ascii="Arial" w:hAnsi="Arial" w:eastAsia="Arial"/>
          <w:sz w:val="22"/>
        </w:rPr>
        <w:t>23. Кадом ҷавоб дар реализм образу воқеиятҳо чӣ гуна мешаванд?</w:t>
      </w:r>
    </w:p>
    <w:p>
      <w:r>
        <w:rPr>
          <w:rFonts w:ascii="Arial" w:hAnsi="Arial" w:eastAsia="Arial"/>
          <w:sz w:val="22"/>
        </w:rPr>
        <w:t>Ҷавоби дуруст: Типӣ карда мешаванд</w:t>
      </w:r>
    </w:p>
    <w:p>
      <w:r>
        <w:rPr>
          <w:rFonts w:ascii="Arial" w:hAnsi="Arial" w:eastAsia="Arial"/>
          <w:sz w:val="22"/>
        </w:rPr>
        <w:t>24. Аз рӯйи китоб муайян кунед: Дар реализм образу воқеиятҳо чӣ гуна мешаванд?</w:t>
      </w:r>
    </w:p>
    <w:p>
      <w:r>
        <w:rPr>
          <w:rFonts w:ascii="Arial" w:hAnsi="Arial" w:eastAsia="Arial"/>
          <w:sz w:val="22"/>
        </w:rPr>
        <w:t>Ҷавоби дуруст: Типӣ карда мешаванд</w:t>
      </w:r>
    </w:p>
    <w:p>
      <w:r>
        <w:rPr>
          <w:rFonts w:ascii="Arial" w:hAnsi="Arial" w:eastAsia="Arial"/>
          <w:sz w:val="22"/>
        </w:rPr>
        <w:t>25. Дар маркази тасвири реализми бадеӣ кӣ қарор дорад?</w:t>
      </w:r>
    </w:p>
    <w:p>
      <w:r>
        <w:rPr>
          <w:rFonts w:ascii="Arial" w:hAnsi="Arial" w:eastAsia="Arial"/>
          <w:sz w:val="22"/>
        </w:rPr>
        <w:t>Ҷавоби дуруст: Инсон</w:t>
      </w:r>
    </w:p>
    <w:p>
      <w:r>
        <w:rPr>
          <w:rFonts w:ascii="Arial" w:hAnsi="Arial" w:eastAsia="Arial"/>
          <w:sz w:val="22"/>
        </w:rPr>
        <w:t>26. Ҷавоби дуруст ба саволи «Дар маркази тасвири реализми бадеӣ кӣ қарор дорад?» кадом аст?</w:t>
      </w:r>
    </w:p>
    <w:p>
      <w:r>
        <w:rPr>
          <w:rFonts w:ascii="Arial" w:hAnsi="Arial" w:eastAsia="Arial"/>
          <w:sz w:val="22"/>
        </w:rPr>
        <w:t>Ҷавоби дуруст: Инсон</w:t>
      </w:r>
    </w:p>
    <w:p>
      <w:r>
        <w:rPr>
          <w:rFonts w:ascii="Arial" w:hAnsi="Arial" w:eastAsia="Arial"/>
          <w:sz w:val="22"/>
        </w:rPr>
        <w:t>27. Кадом ҷавоб дар маркази тасвири реализми бадеӣ кӣ қарор дорад?</w:t>
      </w:r>
    </w:p>
    <w:p>
      <w:r>
        <w:rPr>
          <w:rFonts w:ascii="Arial" w:hAnsi="Arial" w:eastAsia="Arial"/>
          <w:sz w:val="22"/>
        </w:rPr>
        <w:t>Ҷавоби дуруст: Инсон</w:t>
      </w:r>
    </w:p>
    <w:p>
      <w:r>
        <w:rPr>
          <w:rFonts w:ascii="Arial" w:hAnsi="Arial" w:eastAsia="Arial"/>
          <w:sz w:val="22"/>
        </w:rPr>
        <w:t>28. Аз рӯйи китоб муайян кунед: Дар маркази тасвири реализми бадеӣ кӣ қарор дорад?</w:t>
      </w:r>
    </w:p>
    <w:p>
      <w:r>
        <w:rPr>
          <w:rFonts w:ascii="Arial" w:hAnsi="Arial" w:eastAsia="Arial"/>
          <w:sz w:val="22"/>
        </w:rPr>
        <w:t>Ҷавоби дуруст: Инсон</w:t>
      </w:r>
    </w:p>
    <w:p>
      <w:r>
        <w:rPr>
          <w:rFonts w:ascii="Arial" w:hAnsi="Arial" w:eastAsia="Arial"/>
          <w:sz w:val="22"/>
        </w:rPr>
        <w:t>29. Дар китоби дарсӣ гуфта мешавад: Романтизм ба чанд навъ ҷудо мешавад?</w:t>
      </w:r>
    </w:p>
    <w:p>
      <w:r>
        <w:rPr>
          <w:rFonts w:ascii="Arial" w:hAnsi="Arial" w:eastAsia="Arial"/>
          <w:sz w:val="22"/>
        </w:rPr>
        <w:t>Ҷавоби дуруст: Ду навъ</w:t>
      </w:r>
    </w:p>
    <w:p>
      <w:r>
        <w:rPr>
          <w:rFonts w:ascii="Arial" w:hAnsi="Arial" w:eastAsia="Arial"/>
          <w:sz w:val="22"/>
        </w:rPr>
        <w:t>30. Дар китоби дарсӣ гуфта мешавад: Ду навъи романтизм кадомҳоянд?</w:t>
      </w:r>
    </w:p>
    <w:p>
      <w:r>
        <w:rPr>
          <w:rFonts w:ascii="Arial" w:hAnsi="Arial" w:eastAsia="Arial"/>
          <w:sz w:val="22"/>
        </w:rPr>
        <w:t>Ҷавоби дуруст: Романтизми пешқадам (мусбат) ва романтизми иртиҷоӣ (манфӣ)</w:t>
      </w:r>
    </w:p>
    <w:p>
      <w:r>
        <w:rPr>
          <w:rFonts w:ascii="Arial" w:hAnsi="Arial" w:eastAsia="Arial"/>
          <w:sz w:val="22"/>
        </w:rPr>
        <w:t>31. Дар китоби дарсӣ гуфта мешавад: Реализм чист?</w:t>
      </w:r>
    </w:p>
    <w:p>
      <w:r>
        <w:rPr>
          <w:rFonts w:ascii="Arial" w:hAnsi="Arial" w:eastAsia="Arial"/>
          <w:sz w:val="22"/>
        </w:rPr>
        <w:t>Ҷавоби дуруст: Ҳақиқатпарастӣ</w:t>
      </w:r>
    </w:p>
    <w:p>
      <w:r>
        <w:rPr>
          <w:rFonts w:ascii="Arial" w:hAnsi="Arial" w:eastAsia="Arial"/>
          <w:sz w:val="22"/>
        </w:rPr>
        <w:t>32. Дар китоби дарсӣ гуфта мешавад: Реализм чӣ гуна ҳақиқатро тасвир мекунад?</w:t>
      </w:r>
    </w:p>
    <w:p>
      <w:r>
        <w:rPr>
          <w:rFonts w:ascii="Arial" w:hAnsi="Arial" w:eastAsia="Arial"/>
          <w:sz w:val="22"/>
        </w:rPr>
        <w:t>Ҷавоби дуруст: Ҳақиқати зиндагиро ба таври бадеӣ маърифат карда, ба ҳақиқати бадеӣ табдил медиҳад</w:t>
      </w:r>
    </w:p>
    <w:p>
      <w:r>
        <w:rPr>
          <w:rFonts w:ascii="Arial" w:hAnsi="Arial" w:eastAsia="Arial"/>
          <w:sz w:val="22"/>
        </w:rPr>
        <w:t>33. Дар китоби дарсӣ гуфта мешавад: Яке аз вазифаҳои асари реалистӣ чист?</w:t>
      </w:r>
    </w:p>
    <w:p>
      <w:r>
        <w:rPr>
          <w:rFonts w:ascii="Arial" w:hAnsi="Arial" w:eastAsia="Arial"/>
          <w:sz w:val="22"/>
        </w:rPr>
        <w:t>Ҷавоби дуруст: Аҳамияти маърифатдиҳӣ доштан</w:t>
      </w:r>
    </w:p>
    <w:p>
      <w:r>
        <w:rPr>
          <w:rFonts w:ascii="Arial" w:hAnsi="Arial" w:eastAsia="Arial"/>
          <w:sz w:val="22"/>
        </w:rPr>
        <w:t>34. Дар китоби дарсӣ гуфта мешавад: Дар реализм образу воқеиятҳо чӣ гуна мешаванд?</w:t>
      </w:r>
    </w:p>
    <w:p>
      <w:r>
        <w:rPr>
          <w:rFonts w:ascii="Arial" w:hAnsi="Arial" w:eastAsia="Arial"/>
          <w:sz w:val="22"/>
        </w:rPr>
        <w:t>Ҷавоби дуруст: Типӣ карда мешаванд</w:t>
      </w:r>
    </w:p>
    <w:p>
      <w:r>
        <w:rPr>
          <w:rFonts w:ascii="Arial" w:hAnsi="Arial" w:eastAsia="Arial"/>
          <w:sz w:val="22"/>
        </w:rPr>
        <w:t>35. Дар китоби дарсӣ гуфта мешавад: Дар маркази тасвири реализми бадеӣ кӣ қарор дорад?</w:t>
      </w:r>
    </w:p>
    <w:p>
      <w:r>
        <w:rPr>
          <w:rFonts w:ascii="Arial" w:hAnsi="Arial" w:eastAsia="Arial"/>
          <w:sz w:val="22"/>
        </w:rPr>
        <w:t>Ҷавоби дуруст: Инсон</w:t>
      </w:r>
    </w:p>
    <w:p>
      <w:r>
        <w:rPr>
          <w:rFonts w:ascii="Arial" w:hAnsi="Arial" w:eastAsia="Arial"/>
          <w:sz w:val="22"/>
        </w:rPr>
        <w:t>36. Дар китоби дарсӣ гуфта мешавад: Романтизм ба чанд навъ ҷудо мешавад?</w:t>
      </w:r>
    </w:p>
    <w:p>
      <w:r>
        <w:rPr>
          <w:rFonts w:ascii="Arial" w:hAnsi="Arial" w:eastAsia="Arial"/>
          <w:sz w:val="22"/>
        </w:rPr>
        <w:t>Ҷавоби дуруст: Ду навъ</w:t>
      </w:r>
    </w:p>
    <w:p>
      <w:r>
        <w:rPr>
          <w:rFonts w:ascii="Arial" w:hAnsi="Arial" w:eastAsia="Arial"/>
          <w:sz w:val="22"/>
        </w:rPr>
        <w:t>37. Дар китоби дарсӣ гуфта мешавад: Ду навъи романтизм кадомҳоянд?</w:t>
      </w:r>
    </w:p>
    <w:p>
      <w:r>
        <w:rPr>
          <w:rFonts w:ascii="Arial" w:hAnsi="Arial" w:eastAsia="Arial"/>
          <w:sz w:val="22"/>
        </w:rPr>
        <w:t>Ҷавоби дуруст: Романтизми пешқадам (мусбат) ва романтизми иртиҷоӣ (манфӣ)</w:t>
      </w:r>
    </w:p>
    <w:p>
      <w:r>
        <w:rPr>
          <w:rFonts w:ascii="Arial" w:hAnsi="Arial" w:eastAsia="Arial"/>
          <w:sz w:val="22"/>
        </w:rPr>
        <w:t>38. Дар китоби дарсӣ гуфта мешавад: Реализм чист?</w:t>
      </w:r>
    </w:p>
    <w:p>
      <w:r>
        <w:rPr>
          <w:rFonts w:ascii="Arial" w:hAnsi="Arial" w:eastAsia="Arial"/>
          <w:sz w:val="22"/>
        </w:rPr>
        <w:t>Ҷавоби дуруст: Ҳақиқатпарастӣ</w:t>
      </w:r>
    </w:p>
    <w:p>
      <w:r>
        <w:rPr>
          <w:rFonts w:ascii="Arial" w:hAnsi="Arial" w:eastAsia="Arial"/>
          <w:sz w:val="22"/>
        </w:rPr>
        <w:t>39. Дар китоби дарсӣ гуфта мешавад: Реализм чӣ гуна ҳақиқатро тасвир мекунад?</w:t>
      </w:r>
    </w:p>
    <w:p>
      <w:r>
        <w:rPr>
          <w:rFonts w:ascii="Arial" w:hAnsi="Arial" w:eastAsia="Arial"/>
          <w:sz w:val="22"/>
        </w:rPr>
        <w:t>Ҷавоби дуруст: Ҳақиқати зиндагиро ба таври бадеӣ маърифат карда, ба ҳақиқати бадеӣ табдил медиҳад</w:t>
      </w:r>
    </w:p>
    <w:p>
      <w:r>
        <w:rPr>
          <w:rFonts w:ascii="Arial" w:hAnsi="Arial" w:eastAsia="Arial"/>
          <w:sz w:val="22"/>
        </w:rPr>
        <w:t>40. Дар китоби дарсӣ гуфта мешавад: Яке аз вазифаҳои асари реалистӣ чист?</w:t>
      </w:r>
    </w:p>
    <w:p>
      <w:r>
        <w:rPr>
          <w:rFonts w:ascii="Arial" w:hAnsi="Arial" w:eastAsia="Arial"/>
          <w:sz w:val="22"/>
        </w:rPr>
        <w:t>Ҷавоби дуруст: Аҳамияти маърифатдиҳӣ доштан</w:t>
      </w:r>
    </w:p>
    <w:p>
      <w:r>
        <w:rPr>
          <w:rFonts w:ascii="Arial" w:hAnsi="Arial" w:eastAsia="Arial"/>
          <w:sz w:val="22"/>
        </w:rPr>
        <w:t>41. Дар китоби дарсӣ гуфта мешавад: Дар реализм образу воқеиятҳо чӣ гуна мешаванд?</w:t>
      </w:r>
    </w:p>
    <w:p>
      <w:r>
        <w:rPr>
          <w:rFonts w:ascii="Arial" w:hAnsi="Arial" w:eastAsia="Arial"/>
          <w:sz w:val="22"/>
        </w:rPr>
        <w:t>Ҷавоби дуруст: Типӣ карда мешаванд</w:t>
      </w:r>
    </w:p>
    <w:p>
      <w:r>
        <w:rPr>
          <w:rFonts w:ascii="Arial" w:hAnsi="Arial" w:eastAsia="Arial"/>
          <w:sz w:val="22"/>
        </w:rPr>
        <w:t>42. Дар китоби дарсӣ гуфта мешавад: Дар маркази тасвири реализми бадеӣ кӣ қарор дорад?</w:t>
      </w:r>
    </w:p>
    <w:p>
      <w:r>
        <w:rPr>
          <w:rFonts w:ascii="Arial" w:hAnsi="Arial" w:eastAsia="Arial"/>
          <w:sz w:val="22"/>
        </w:rPr>
        <w:t>Ҷавоби дуруст: Инсон</w:t>
      </w:r>
    </w:p>
    <w:p>
      <w:r>
        <w:rPr>
          <w:rFonts w:ascii="Arial" w:hAnsi="Arial" w:eastAsia="Arial"/>
          <w:sz w:val="22"/>
        </w:rPr>
        <w:t>43. Дар китоби дарсӣ гуфта мешавад: Романтизм ба чанд навъ ҷудо мешавад?</w:t>
      </w:r>
    </w:p>
    <w:p>
      <w:r>
        <w:rPr>
          <w:rFonts w:ascii="Arial" w:hAnsi="Arial" w:eastAsia="Arial"/>
          <w:sz w:val="22"/>
        </w:rPr>
        <w:t>Ҷавоби дуруст: Ду навъ</w:t>
      </w:r>
    </w:p>
    <w:p>
      <w:r>
        <w:rPr>
          <w:rFonts w:ascii="Arial" w:hAnsi="Arial" w:eastAsia="Arial"/>
          <w:sz w:val="22"/>
        </w:rPr>
        <w:t>44. Дар китоби дарсӣ гуфта мешавад: Ду навъи романтизм кадомҳоянд?</w:t>
      </w:r>
    </w:p>
    <w:p>
      <w:r>
        <w:rPr>
          <w:rFonts w:ascii="Arial" w:hAnsi="Arial" w:eastAsia="Arial"/>
          <w:sz w:val="22"/>
        </w:rPr>
        <w:t>Ҷавоби дуруст: Романтизми пешқадам (мусбат) ва романтизми иртиҷоӣ (манфӣ)</w:t>
      </w:r>
    </w:p>
    <w:p>
      <w:r>
        <w:rPr>
          <w:rFonts w:ascii="Arial" w:hAnsi="Arial" w:eastAsia="Arial"/>
          <w:sz w:val="22"/>
        </w:rPr>
        <w:t>45. Дар китоби дарсӣ гуфта мешавад: Реализм чист?</w:t>
      </w:r>
    </w:p>
    <w:p>
      <w:r>
        <w:rPr>
          <w:rFonts w:ascii="Arial" w:hAnsi="Arial" w:eastAsia="Arial"/>
          <w:sz w:val="22"/>
        </w:rPr>
        <w:t>Ҷавоби дуруст: Ҳақиқатпарастӣ</w:t>
      </w:r>
    </w:p>
    <w:p>
      <w:r>
        <w:rPr>
          <w:rFonts w:ascii="Arial" w:hAnsi="Arial" w:eastAsia="Arial"/>
          <w:sz w:val="22"/>
        </w:rPr>
        <w:t>46. Дар китоби дарсӣ гуфта мешавад: Реализм чӣ гуна ҳақиқатро тасвир мекунад?</w:t>
      </w:r>
    </w:p>
    <w:p>
      <w:r>
        <w:rPr>
          <w:rFonts w:ascii="Arial" w:hAnsi="Arial" w:eastAsia="Arial"/>
          <w:sz w:val="22"/>
        </w:rPr>
        <w:t>Ҷавоби дуруст: Ҳақиқати зиндагиро ба таври бадеӣ маърифат карда, ба ҳақиқати бадеӣ табдил медиҳад</w:t>
      </w:r>
    </w:p>
    <w:p>
      <w:r>
        <w:rPr>
          <w:rFonts w:ascii="Arial" w:hAnsi="Arial" w:eastAsia="Arial"/>
          <w:sz w:val="22"/>
        </w:rPr>
        <w:t>47. Дар китоби дарсӣ гуфта мешавад: Яке аз вазифаҳои асари реалистӣ чист?</w:t>
      </w:r>
    </w:p>
    <w:p>
      <w:r>
        <w:rPr>
          <w:rFonts w:ascii="Arial" w:hAnsi="Arial" w:eastAsia="Arial"/>
          <w:sz w:val="22"/>
        </w:rPr>
        <w:t>Ҷавоби дуруст: Аҳамияти маърифатдиҳӣ доштан</w:t>
      </w:r>
    </w:p>
    <w:p>
      <w:r>
        <w:rPr>
          <w:rFonts w:ascii="Arial" w:hAnsi="Arial" w:eastAsia="Arial"/>
          <w:sz w:val="22"/>
        </w:rPr>
        <w:t>48. Дар китоби дарсӣ гуфта мешавад: Дар реализм образу воқеиятҳо чӣ гуна мешаванд?</w:t>
      </w:r>
    </w:p>
    <w:p>
      <w:r>
        <w:rPr>
          <w:rFonts w:ascii="Arial" w:hAnsi="Arial" w:eastAsia="Arial"/>
          <w:sz w:val="22"/>
        </w:rPr>
        <w:t>Ҷавоби дуруст: Типӣ карда мешаванд</w:t>
      </w:r>
    </w:p>
    <w:p>
      <w:r>
        <w:rPr>
          <w:rFonts w:ascii="Arial" w:hAnsi="Arial" w:eastAsia="Arial"/>
          <w:sz w:val="22"/>
        </w:rPr>
        <w:t>49. Дар китоби дарсӣ гуфта мешавад: Дар маркази тасвири реализми бадеӣ кӣ қарор дорад?</w:t>
      </w:r>
    </w:p>
    <w:p>
      <w:r>
        <w:rPr>
          <w:rFonts w:ascii="Arial" w:hAnsi="Arial" w:eastAsia="Arial"/>
          <w:sz w:val="22"/>
        </w:rPr>
        <w:t>Ҷавоби дуруст: Инсон</w:t>
      </w:r>
    </w:p>
    <w:p>
      <w:r>
        <w:rPr>
          <w:rFonts w:ascii="Arial" w:hAnsi="Arial" w:eastAsia="Arial"/>
          <w:sz w:val="22"/>
        </w:rPr>
        <w:t>50. Дар китоби дарсӣ гуфта мешавад: Романтизм ба чанд навъ ҷудо мешавад?</w:t>
      </w:r>
    </w:p>
    <w:p>
      <w:r>
        <w:rPr>
          <w:rFonts w:ascii="Arial" w:hAnsi="Arial" w:eastAsia="Arial"/>
          <w:sz w:val="22"/>
        </w:rPr>
        <w:t>Ҷавоби дуруст: Ду навъ</w:t>
      </w:r>
    </w:p>
    <w:p>
      <w:r>
        <w:rPr>
          <w:rFonts w:ascii="Arial" w:hAnsi="Arial" w:eastAsia="Arial"/>
          <w:sz w:val="22"/>
        </w:rPr>
        <w:t>51. Дар китоби дарсӣ гуфта мешавад: Ду навъи романтизм кадомҳоянд?</w:t>
      </w:r>
    </w:p>
    <w:p>
      <w:r>
        <w:rPr>
          <w:rFonts w:ascii="Arial" w:hAnsi="Arial" w:eastAsia="Arial"/>
          <w:sz w:val="22"/>
        </w:rPr>
        <w:t>Ҷавоби дуруст: Романтизми пешқадам (мусбат) ва романтизми иртиҷоӣ (манфӣ)</w:t>
      </w:r>
    </w:p>
    <w:p>
      <w:r>
        <w:rPr>
          <w:rFonts w:ascii="Arial" w:hAnsi="Arial" w:eastAsia="Arial"/>
          <w:sz w:val="22"/>
        </w:rPr>
        <w:t>52. Дар китоби дарсӣ гуфта мешавад: Реализм чист?</w:t>
      </w:r>
    </w:p>
    <w:p>
      <w:r>
        <w:rPr>
          <w:rFonts w:ascii="Arial" w:hAnsi="Arial" w:eastAsia="Arial"/>
          <w:sz w:val="22"/>
        </w:rPr>
        <w:t>Ҷавоби дуруст: Ҳақиқатпарастӣ</w:t>
      </w:r>
    </w:p>
    <w:p>
      <w:r>
        <w:rPr>
          <w:rFonts w:ascii="Arial" w:hAnsi="Arial" w:eastAsia="Arial"/>
          <w:sz w:val="22"/>
        </w:rPr>
        <w:t>53. Дар китоби дарсӣ гуфта мешавад: Реализм чӣ гуна ҳақиқатро тасвир мекунад?</w:t>
      </w:r>
    </w:p>
    <w:p>
      <w:r>
        <w:rPr>
          <w:rFonts w:ascii="Arial" w:hAnsi="Arial" w:eastAsia="Arial"/>
          <w:sz w:val="22"/>
        </w:rPr>
        <w:t>Ҷавоби дуруст: Ҳақиқати зиндагиро ба таври бадеӣ маърифат карда, ба ҳақиқати бадеӣ табдил медиҳад</w:t>
      </w:r>
    </w:p>
    <w:p>
      <w:r>
        <w:rPr>
          <w:rFonts w:ascii="Arial" w:hAnsi="Arial" w:eastAsia="Arial"/>
          <w:sz w:val="22"/>
        </w:rPr>
        <w:t>54. Дар китоби дарсӣ гуфта мешавад: Яке аз вазифаҳои асари реалистӣ чист?</w:t>
      </w:r>
    </w:p>
    <w:p>
      <w:r>
        <w:rPr>
          <w:rFonts w:ascii="Arial" w:hAnsi="Arial" w:eastAsia="Arial"/>
          <w:sz w:val="22"/>
        </w:rPr>
        <w:t>Ҷавоби дуруст: Аҳамияти маърифатдиҳӣ доштан</w:t>
      </w:r>
    </w:p>
    <w:p>
      <w:r>
        <w:rPr>
          <w:rFonts w:ascii="Arial" w:hAnsi="Arial" w:eastAsia="Arial"/>
          <w:sz w:val="22"/>
        </w:rPr>
        <w:t>55. Дар китоби дарсӣ гуфта мешавад: Дар реализм образу воқеиятҳо чӣ гуна мешаванд?</w:t>
      </w:r>
    </w:p>
    <w:p>
      <w:r>
        <w:rPr>
          <w:rFonts w:ascii="Arial" w:hAnsi="Arial" w:eastAsia="Arial"/>
          <w:sz w:val="22"/>
        </w:rPr>
        <w:t>Ҷавоби дуруст: Типӣ карда мешаванд</w:t>
      </w:r>
    </w:p>
    <w:p>
      <w:r>
        <w:rPr>
          <w:rFonts w:ascii="Arial" w:hAnsi="Arial" w:eastAsia="Arial"/>
          <w:sz w:val="22"/>
        </w:rPr>
        <w:t>56. Дар китоби дарсӣ гуфта мешавад: Дар маркази тасвири реализми бадеӣ кӣ қарор дорад?</w:t>
      </w:r>
    </w:p>
    <w:p>
      <w:r>
        <w:rPr>
          <w:rFonts w:ascii="Arial" w:hAnsi="Arial" w:eastAsia="Arial"/>
          <w:sz w:val="22"/>
        </w:rPr>
        <w:t>Ҷавоби дуруст: Инсон</w:t>
      </w:r>
    </w:p>
    <w:p>
      <w:r>
        <w:rPr>
          <w:rFonts w:ascii="Arial" w:hAnsi="Arial" w:eastAsia="Arial"/>
          <w:sz w:val="22"/>
        </w:rPr>
        <w:t>57. Дар китоби дарсӣ гуфта мешавад: Романтизм ба чанд навъ ҷудо мешавад?</w:t>
      </w:r>
    </w:p>
    <w:p>
      <w:r>
        <w:rPr>
          <w:rFonts w:ascii="Arial" w:hAnsi="Arial" w:eastAsia="Arial"/>
          <w:sz w:val="22"/>
        </w:rPr>
        <w:t>Ҷавоби дуруст: Ду навъ</w:t>
      </w:r>
    </w:p>
    <w:p>
      <w:r>
        <w:rPr>
          <w:rFonts w:ascii="Arial" w:hAnsi="Arial" w:eastAsia="Arial"/>
          <w:sz w:val="22"/>
        </w:rPr>
        <w:t>58. Дар китоби дарсӣ гуфта мешавад: Ду навъи романтизм кадомҳоянд?</w:t>
      </w:r>
    </w:p>
    <w:p>
      <w:r>
        <w:rPr>
          <w:rFonts w:ascii="Arial" w:hAnsi="Arial" w:eastAsia="Arial"/>
          <w:sz w:val="22"/>
        </w:rPr>
        <w:t>Ҷавоби дуруст: Романтизми пешқадам (мусбат) ва романтизми иртиҷоӣ (манфӣ)</w:t>
      </w:r>
    </w:p>
    <w:p>
      <w:r>
        <w:rPr>
          <w:rFonts w:ascii="Arial" w:hAnsi="Arial" w:eastAsia="Arial"/>
          <w:sz w:val="22"/>
        </w:rPr>
        <w:t>59. Дар китоби дарсӣ гуфта мешавад: Реализм чист?</w:t>
      </w:r>
    </w:p>
    <w:p>
      <w:r>
        <w:rPr>
          <w:rFonts w:ascii="Arial" w:hAnsi="Arial" w:eastAsia="Arial"/>
          <w:sz w:val="22"/>
        </w:rPr>
        <w:t>Ҷавоби дуруст: Ҳақиқатпарастӣ</w:t>
      </w:r>
    </w:p>
    <w:p>
      <w:r>
        <w:rPr>
          <w:rFonts w:ascii="Arial" w:hAnsi="Arial" w:eastAsia="Arial"/>
          <w:sz w:val="22"/>
        </w:rPr>
        <w:t>60. Дар китоби дарсӣ гуфта мешавад: Реализм чӣ гуна ҳақиқатро тасвир мекунад?</w:t>
      </w:r>
    </w:p>
    <w:p>
      <w:r>
        <w:rPr>
          <w:rFonts w:ascii="Arial" w:hAnsi="Arial" w:eastAsia="Arial"/>
          <w:sz w:val="22"/>
        </w:rPr>
        <w:t>Ҷавоби дуруст: Ҳақиқати зиндагиро ба таври бадеӣ маърифат карда, ба ҳақиқати бадеӣ табдил медиҳад</w:t>
      </w:r>
    </w:p>
    <w:p>
      <w:r>
        <w:rPr>
          <w:rFonts w:ascii="Arial" w:hAnsi="Arial" w:eastAsia="Arial"/>
          <w:sz w:val="22"/>
        </w:rPr>
        <w:t>61. Дар китоби дарсӣ гуфта мешавад: Яке аз вазифаҳои асари реалистӣ чист?</w:t>
      </w:r>
    </w:p>
    <w:p>
      <w:r>
        <w:rPr>
          <w:rFonts w:ascii="Arial" w:hAnsi="Arial" w:eastAsia="Arial"/>
          <w:sz w:val="22"/>
        </w:rPr>
        <w:t>Ҷавоби дуруст: Аҳамияти маърифатдиҳӣ доштан</w:t>
      </w:r>
    </w:p>
    <w:p>
      <w:r>
        <w:rPr>
          <w:rFonts w:ascii="Arial" w:hAnsi="Arial" w:eastAsia="Arial"/>
          <w:sz w:val="22"/>
        </w:rPr>
        <w:t>62. Дар китоби дарсӣ гуфта мешавад: Дар реализм образу воқеиятҳо чӣ гуна мешаванд?</w:t>
      </w:r>
    </w:p>
    <w:p>
      <w:r>
        <w:rPr>
          <w:rFonts w:ascii="Arial" w:hAnsi="Arial" w:eastAsia="Arial"/>
          <w:sz w:val="22"/>
        </w:rPr>
        <w:t>Ҷавоби дуруст: Типӣ карда мешаванд</w:t>
      </w:r>
    </w:p>
    <w:p>
      <w:r>
        <w:rPr>
          <w:rFonts w:ascii="Arial" w:hAnsi="Arial" w:eastAsia="Arial"/>
          <w:sz w:val="22"/>
        </w:rPr>
        <w:t>63. Дар китоби дарсӣ гуфта мешавад: Дар маркази тасвири реализми бадеӣ кӣ қарор дорад?</w:t>
      </w:r>
    </w:p>
    <w:p>
      <w:r>
        <w:rPr>
          <w:rFonts w:ascii="Arial" w:hAnsi="Arial" w:eastAsia="Arial"/>
          <w:sz w:val="22"/>
        </w:rPr>
        <w:t>Ҷавоби дуруст: Инсон</w:t>
      </w:r>
    </w:p>
    <w:p>
      <w:r>
        <w:rPr>
          <w:rFonts w:ascii="Arial" w:hAnsi="Arial" w:eastAsia="Arial"/>
          <w:sz w:val="22"/>
        </w:rPr>
        <w:t>64. Дар китоби дарсӣ гуфта мешавад: Романтизм ба чанд навъ ҷудо мешавад?</w:t>
      </w:r>
    </w:p>
    <w:p>
      <w:r>
        <w:rPr>
          <w:rFonts w:ascii="Arial" w:hAnsi="Arial" w:eastAsia="Arial"/>
          <w:sz w:val="22"/>
        </w:rPr>
        <w:t>Ҷавоби дуруст: Ду навъ</w:t>
      </w:r>
    </w:p>
    <w:p>
      <w:r>
        <w:rPr>
          <w:rFonts w:ascii="Arial" w:hAnsi="Arial" w:eastAsia="Arial"/>
          <w:sz w:val="22"/>
        </w:rPr>
        <w:t>65. Дар китоби дарсӣ гуфта мешавад: Ду навъи романтизм кадомҳоянд?</w:t>
      </w:r>
    </w:p>
    <w:p>
      <w:r>
        <w:rPr>
          <w:rFonts w:ascii="Arial" w:hAnsi="Arial" w:eastAsia="Arial"/>
          <w:sz w:val="22"/>
        </w:rPr>
        <w:t>Ҷавоби дуруст: Романтизми пешқадам (мусбат) ва романтизми иртиҷоӣ (манфӣ)</w:t>
      </w:r>
    </w:p>
    <w:p>
      <w:r>
        <w:rPr>
          <w:rFonts w:ascii="Arial" w:hAnsi="Arial" w:eastAsia="Arial"/>
          <w:sz w:val="22"/>
        </w:rPr>
        <w:t>66. Дар китоби дарсӣ гуфта мешавад: Реализм чист?</w:t>
      </w:r>
    </w:p>
    <w:p>
      <w:r>
        <w:rPr>
          <w:rFonts w:ascii="Arial" w:hAnsi="Arial" w:eastAsia="Arial"/>
          <w:sz w:val="22"/>
        </w:rPr>
        <w:t>Ҷавоби дуруст: Ҳақиқатпарастӣ</w:t>
      </w:r>
    </w:p>
    <w:p>
      <w:r>
        <w:rPr>
          <w:rFonts w:ascii="Arial" w:hAnsi="Arial" w:eastAsia="Arial"/>
          <w:sz w:val="22"/>
        </w:rPr>
        <w:t>67. Дар китоби дарсӣ гуфта мешавад: Реализм чӣ гуна ҳақиқатро тасвир мекунад?</w:t>
      </w:r>
    </w:p>
    <w:p>
      <w:r>
        <w:rPr>
          <w:rFonts w:ascii="Arial" w:hAnsi="Arial" w:eastAsia="Arial"/>
          <w:sz w:val="22"/>
        </w:rPr>
        <w:t>Ҷавоби дуруст: Ҳақиқати зиндагиро ба таври бадеӣ маърифат карда, ба ҳақиқати бадеӣ табдил медиҳад</w:t>
      </w:r>
    </w:p>
    <w:p>
      <w:r>
        <w:rPr>
          <w:rFonts w:ascii="Arial" w:hAnsi="Arial" w:eastAsia="Arial"/>
          <w:sz w:val="22"/>
        </w:rPr>
        <w:t>68. Дар китоби дарсӣ гуфта мешавад: Яке аз вазифаҳои асари реалистӣ чист?</w:t>
      </w:r>
    </w:p>
    <w:p>
      <w:r>
        <w:rPr>
          <w:rFonts w:ascii="Arial" w:hAnsi="Arial" w:eastAsia="Arial"/>
          <w:sz w:val="22"/>
        </w:rPr>
        <w:t>Ҷавоби дуруст: Аҳамияти маърифатдиҳӣ доштан</w:t>
      </w:r>
    </w:p>
    <w:p>
      <w:r>
        <w:rPr>
          <w:rFonts w:ascii="Arial" w:hAnsi="Arial" w:eastAsia="Arial"/>
          <w:sz w:val="22"/>
        </w:rPr>
        <w:t>69. Дар китоби дарсӣ гуфта мешавад: Дар реализм образу воқеиятҳо чӣ гуна мешаванд?</w:t>
      </w:r>
    </w:p>
    <w:p>
      <w:r>
        <w:rPr>
          <w:rFonts w:ascii="Arial" w:hAnsi="Arial" w:eastAsia="Arial"/>
          <w:sz w:val="22"/>
        </w:rPr>
        <w:t>Ҷавоби дуруст: Типӣ карда мешаванд</w:t>
      </w:r>
    </w:p>
    <w:p>
      <w:r>
        <w:rPr>
          <w:rFonts w:ascii="Arial" w:hAnsi="Arial" w:eastAsia="Arial"/>
          <w:sz w:val="22"/>
        </w:rPr>
        <w:t>70. Дар китоби дарсӣ гуфта мешавад: Дар маркази тасвири реализми бадеӣ кӣ қарор дорад?</w:t>
      </w:r>
    </w:p>
    <w:p>
      <w:r>
        <w:rPr>
          <w:rFonts w:ascii="Arial" w:hAnsi="Arial" w:eastAsia="Arial"/>
          <w:sz w:val="22"/>
        </w:rPr>
        <w:t>Ҷавоби дуруст: Инсон</w:t>
      </w:r>
    </w:p>
    <w:p>
      <w:r>
        <w:rPr>
          <w:rFonts w:ascii="Arial" w:hAnsi="Arial" w:eastAsia="Arial"/>
          <w:sz w:val="22"/>
        </w:rPr>
        <w:t>71. Дар китоби дарсӣ гуфта мешавад: Романтизм ба чанд навъ ҷудо мешавад?</w:t>
      </w:r>
    </w:p>
    <w:p>
      <w:r>
        <w:rPr>
          <w:rFonts w:ascii="Arial" w:hAnsi="Arial" w:eastAsia="Arial"/>
          <w:sz w:val="22"/>
        </w:rPr>
        <w:t>Ҷавоби дуруст: Ду навъ</w:t>
      </w:r>
    </w:p>
    <w:p>
      <w:r>
        <w:rPr>
          <w:rFonts w:ascii="Arial" w:hAnsi="Arial" w:eastAsia="Arial"/>
          <w:sz w:val="22"/>
        </w:rPr>
        <w:t>72. Дар китоби дарсӣ гуфта мешавад: Ду навъи романтизм кадомҳоянд?</w:t>
      </w:r>
    </w:p>
    <w:p>
      <w:r>
        <w:rPr>
          <w:rFonts w:ascii="Arial" w:hAnsi="Arial" w:eastAsia="Arial"/>
          <w:sz w:val="22"/>
        </w:rPr>
        <w:t>Ҷавоби дуруст: Романтизми пешқадам (мусбат) ва романтизми иртиҷоӣ (манфӣ)</w:t>
      </w:r>
    </w:p>
    <w:p>
      <w:r>
        <w:rPr>
          <w:rFonts w:ascii="Arial" w:hAnsi="Arial" w:eastAsia="Arial"/>
          <w:sz w:val="22"/>
        </w:rPr>
        <w:t>73. Дар китоби дарсӣ гуфта мешавад: Реализм чист?</w:t>
      </w:r>
    </w:p>
    <w:p>
      <w:r>
        <w:rPr>
          <w:rFonts w:ascii="Arial" w:hAnsi="Arial" w:eastAsia="Arial"/>
          <w:sz w:val="22"/>
        </w:rPr>
        <w:t>Ҷавоби дуруст: Ҳақиқатпарастӣ</w:t>
      </w:r>
    </w:p>
    <w:p>
      <w:r>
        <w:rPr>
          <w:rFonts w:ascii="Arial" w:hAnsi="Arial" w:eastAsia="Arial"/>
          <w:sz w:val="22"/>
        </w:rPr>
        <w:t>74. Дар китоби дарсӣ гуфта мешавад: Реализм чӣ гуна ҳақиқатро тасвир мекунад?</w:t>
      </w:r>
    </w:p>
    <w:p>
      <w:r>
        <w:rPr>
          <w:rFonts w:ascii="Arial" w:hAnsi="Arial" w:eastAsia="Arial"/>
          <w:sz w:val="22"/>
        </w:rPr>
        <w:t>Ҷавоби дуруст: Ҳақиқати зиндагиро ба таври бадеӣ маърифат карда, ба ҳақиқати бадеӣ табдил медиҳад</w:t>
      </w:r>
    </w:p>
    <w:p>
      <w:r>
        <w:rPr>
          <w:rFonts w:ascii="Arial" w:hAnsi="Arial" w:eastAsia="Arial"/>
          <w:sz w:val="22"/>
        </w:rPr>
        <w:t>75. Дар китоби дарсӣ гуфта мешавад: Яке аз вазифаҳои асари реалистӣ чист?</w:t>
      </w:r>
    </w:p>
    <w:p>
      <w:r>
        <w:rPr>
          <w:rFonts w:ascii="Arial" w:hAnsi="Arial" w:eastAsia="Arial"/>
          <w:sz w:val="22"/>
        </w:rPr>
        <w:t>Ҷавоби дуруст: Аҳамияти маърифатдиҳӣ доштан</w:t>
      </w:r>
    </w:p>
    <w:p>
      <w:r>
        <w:rPr>
          <w:rFonts w:ascii="Arial" w:hAnsi="Arial" w:eastAsia="Arial"/>
          <w:sz w:val="22"/>
        </w:rPr>
        <w:t>76. Дар китоби дарсӣ гуфта мешавад: Дар реализм образу воқеиятҳо чӣ гуна мешаванд?</w:t>
      </w:r>
    </w:p>
    <w:p>
      <w:r>
        <w:rPr>
          <w:rFonts w:ascii="Arial" w:hAnsi="Arial" w:eastAsia="Arial"/>
          <w:sz w:val="22"/>
        </w:rPr>
        <w:t>Ҷавоби дуруст: Типӣ карда мешаванд</w:t>
      </w:r>
    </w:p>
    <w:p>
      <w:r>
        <w:rPr>
          <w:rFonts w:ascii="Arial" w:hAnsi="Arial" w:eastAsia="Arial"/>
          <w:sz w:val="22"/>
        </w:rPr>
        <w:t>77. Дар китоби дарсӣ гуфта мешавад: Дар маркази тасвири реализми бадеӣ кӣ қарор дорад?</w:t>
      </w:r>
    </w:p>
    <w:p>
      <w:r>
        <w:rPr>
          <w:rFonts w:ascii="Arial" w:hAnsi="Arial" w:eastAsia="Arial"/>
          <w:sz w:val="22"/>
        </w:rPr>
        <w:t>Ҷавоби дуруст: Инсон</w:t>
      </w:r>
    </w:p>
    <w:p>
      <w:r>
        <w:rPr>
          <w:rFonts w:ascii="Arial" w:hAnsi="Arial" w:eastAsia="Arial"/>
          <w:sz w:val="22"/>
        </w:rPr>
        <w:t>78. Дар китоби дарсӣ гуфта мешавад: Романтизм ба чанд навъ ҷудо мешавад?</w:t>
      </w:r>
    </w:p>
    <w:p>
      <w:r>
        <w:rPr>
          <w:rFonts w:ascii="Arial" w:hAnsi="Arial" w:eastAsia="Arial"/>
          <w:sz w:val="22"/>
        </w:rPr>
        <w:t>Ҷавоби дуруст: Ду навъ</w:t>
      </w:r>
    </w:p>
    <w:p>
      <w:r>
        <w:rPr>
          <w:rFonts w:ascii="Arial" w:hAnsi="Arial" w:eastAsia="Arial"/>
          <w:sz w:val="22"/>
        </w:rPr>
        <w:t>79. Дар китоби дарсӣ гуфта мешавад: Ду навъи романтизм кадомҳоянд?</w:t>
      </w:r>
    </w:p>
    <w:p>
      <w:r>
        <w:rPr>
          <w:rFonts w:ascii="Arial" w:hAnsi="Arial" w:eastAsia="Arial"/>
          <w:sz w:val="22"/>
        </w:rPr>
        <w:t>Ҷавоби дуруст: Романтизми пешқадам (мусбат) ва романтизми иртиҷоӣ (манфӣ)</w:t>
      </w:r>
    </w:p>
    <w:p>
      <w:r>
        <w:rPr>
          <w:rFonts w:ascii="Arial" w:hAnsi="Arial" w:eastAsia="Arial"/>
          <w:sz w:val="22"/>
        </w:rPr>
        <w:t>80. Дар китоби дарсӣ гуфта мешавад: Реализм чист?</w:t>
      </w:r>
    </w:p>
    <w:p>
      <w:r>
        <w:rPr>
          <w:rFonts w:ascii="Arial" w:hAnsi="Arial" w:eastAsia="Arial"/>
          <w:sz w:val="22"/>
        </w:rPr>
        <w:t>Ҷавоби дуруст: Ҳақиқатпарастӣ</w:t>
      </w:r>
    </w:p>
    <w:p>
      <w:r>
        <w:rPr>
          <w:rFonts w:ascii="Arial" w:hAnsi="Arial" w:eastAsia="Arial"/>
          <w:sz w:val="22"/>
        </w:rPr>
        <w:t>81. Дар китоби дарсӣ гуфта мешавад: Реализм чӣ гуна ҳақиқатро тасвир мекунад?</w:t>
      </w:r>
    </w:p>
    <w:p>
      <w:r>
        <w:rPr>
          <w:rFonts w:ascii="Arial" w:hAnsi="Arial" w:eastAsia="Arial"/>
          <w:sz w:val="22"/>
        </w:rPr>
        <w:t>Ҷавоби дуруст: Ҳақиқати зиндагиро ба таври бадеӣ маърифат карда, ба ҳақиқати бадеӣ табдил медиҳад</w:t>
      </w:r>
    </w:p>
    <w:p>
      <w:r>
        <w:rPr>
          <w:rFonts w:ascii="Arial" w:hAnsi="Arial" w:eastAsia="Arial"/>
          <w:sz w:val="22"/>
        </w:rPr>
        <w:t>82. Дар китоби дарсӣ гуфта мешавад: Яке аз вазифаҳои асари реалистӣ чист?</w:t>
      </w:r>
    </w:p>
    <w:p>
      <w:r>
        <w:rPr>
          <w:rFonts w:ascii="Arial" w:hAnsi="Arial" w:eastAsia="Arial"/>
          <w:sz w:val="22"/>
        </w:rPr>
        <w:t>Ҷавоби дуруст: Аҳамияти маърифатдиҳӣ доштан</w:t>
      </w:r>
    </w:p>
    <w:p>
      <w:r>
        <w:rPr>
          <w:rFonts w:ascii="Arial" w:hAnsi="Arial" w:eastAsia="Arial"/>
          <w:sz w:val="22"/>
        </w:rPr>
        <w:t>83. Дар китоби дарсӣ гуфта мешавад: Дар реализм образу воқеиятҳо чӣ гуна мешаванд?</w:t>
      </w:r>
    </w:p>
    <w:p>
      <w:r>
        <w:rPr>
          <w:rFonts w:ascii="Arial" w:hAnsi="Arial" w:eastAsia="Arial"/>
          <w:sz w:val="22"/>
        </w:rPr>
        <w:t>Ҷавоби дуруст: Типӣ карда мешаванд</w:t>
      </w:r>
    </w:p>
    <w:p>
      <w:r>
        <w:rPr>
          <w:rFonts w:ascii="Arial" w:hAnsi="Arial" w:eastAsia="Arial"/>
          <w:sz w:val="22"/>
        </w:rPr>
        <w:t>84. Дар китоби дарсӣ гуфта мешавад: Дар маркази тасвири реализми бадеӣ кӣ қарор дорад?</w:t>
      </w:r>
    </w:p>
    <w:p>
      <w:r>
        <w:rPr>
          <w:rFonts w:ascii="Arial" w:hAnsi="Arial" w:eastAsia="Arial"/>
          <w:sz w:val="22"/>
        </w:rPr>
        <w:t>Ҷавоби дуруст: Инсон</w:t>
      </w:r>
    </w:p>
    <w:p>
      <w:r>
        <w:rPr>
          <w:rFonts w:ascii="Arial" w:hAnsi="Arial" w:eastAsia="Arial"/>
          <w:sz w:val="22"/>
        </w:rPr>
        <w:t>85. Дар китоби дарсӣ гуфта мешавад: Романтизм ба чанд навъ ҷудо мешавад?</w:t>
      </w:r>
    </w:p>
    <w:p>
      <w:r>
        <w:rPr>
          <w:rFonts w:ascii="Arial" w:hAnsi="Arial" w:eastAsia="Arial"/>
          <w:sz w:val="22"/>
        </w:rPr>
        <w:t>Ҷавоби дуруст: Ду навъ</w:t>
      </w:r>
    </w:p>
    <w:p>
      <w:r>
        <w:rPr>
          <w:rFonts w:ascii="Arial" w:hAnsi="Arial" w:eastAsia="Arial"/>
          <w:sz w:val="22"/>
        </w:rPr>
        <w:t>86. Дар китоби дарсӣ гуфта мешавад: Ду навъи романтизм кадомҳоянд?</w:t>
      </w:r>
    </w:p>
    <w:p>
      <w:r>
        <w:rPr>
          <w:rFonts w:ascii="Arial" w:hAnsi="Arial" w:eastAsia="Arial"/>
          <w:sz w:val="22"/>
        </w:rPr>
        <w:t>Ҷавоби дуруст: Романтизми пешқадам (мусбат) ва романтизми иртиҷоӣ (манфӣ)</w:t>
      </w:r>
    </w:p>
    <w:p>
      <w:r>
        <w:rPr>
          <w:rFonts w:ascii="Arial" w:hAnsi="Arial" w:eastAsia="Arial"/>
          <w:sz w:val="22"/>
        </w:rPr>
        <w:t>87. Дар китоби дарсӣ гуфта мешавад: Реализм чист?</w:t>
      </w:r>
    </w:p>
    <w:p>
      <w:r>
        <w:rPr>
          <w:rFonts w:ascii="Arial" w:hAnsi="Arial" w:eastAsia="Arial"/>
          <w:sz w:val="22"/>
        </w:rPr>
        <w:t>Ҷавоби дуруст: Ҳақиқатпарастӣ</w:t>
      </w:r>
    </w:p>
    <w:p>
      <w:r>
        <w:rPr>
          <w:rFonts w:ascii="Arial" w:hAnsi="Arial" w:eastAsia="Arial"/>
          <w:sz w:val="22"/>
        </w:rPr>
        <w:t>88. Дар китоби дарсӣ гуфта мешавад: Реализм чӣ гуна ҳақиқатро тасвир мекунад?</w:t>
      </w:r>
    </w:p>
    <w:p>
      <w:r>
        <w:rPr>
          <w:rFonts w:ascii="Arial" w:hAnsi="Arial" w:eastAsia="Arial"/>
          <w:sz w:val="22"/>
        </w:rPr>
        <w:t>Ҷавоби дуруст: Ҳақиқати зиндагиро ба таври бадеӣ маърифат карда, ба ҳақиқати бадеӣ табдил медиҳад</w:t>
      </w:r>
    </w:p>
    <w:p>
      <w:r>
        <w:rPr>
          <w:rFonts w:ascii="Arial" w:hAnsi="Arial" w:eastAsia="Arial"/>
          <w:sz w:val="22"/>
        </w:rPr>
        <w:t>89. Дар китоби дарсӣ гуфта мешавад: Яке аз вазифаҳои асари реалистӣ чист?</w:t>
      </w:r>
    </w:p>
    <w:p>
      <w:r>
        <w:rPr>
          <w:rFonts w:ascii="Arial" w:hAnsi="Arial" w:eastAsia="Arial"/>
          <w:sz w:val="22"/>
        </w:rPr>
        <w:t>Ҷавоби дуруст: Аҳамияти маърифатдиҳӣ доштан</w:t>
      </w:r>
    </w:p>
    <w:p>
      <w:r>
        <w:rPr>
          <w:rFonts w:ascii="Arial" w:hAnsi="Arial" w:eastAsia="Arial"/>
          <w:sz w:val="22"/>
        </w:rPr>
        <w:t>90. Дар китоби дарсӣ гуфта мешавад: Дар реализм образу воқеиятҳо чӣ гуна мешаванд?</w:t>
      </w:r>
    </w:p>
    <w:p>
      <w:r>
        <w:rPr>
          <w:rFonts w:ascii="Arial" w:hAnsi="Arial" w:eastAsia="Arial"/>
          <w:sz w:val="22"/>
        </w:rPr>
        <w:t>Ҷавоби дуруст: Типӣ карда мешаванд</w:t>
      </w:r>
    </w:p>
    <w:p>
      <w:r>
        <w:rPr>
          <w:rFonts w:ascii="Arial" w:hAnsi="Arial" w:eastAsia="Arial"/>
          <w:sz w:val="22"/>
        </w:rPr>
        <w:t>91. Дар китоби дарсӣ гуфта мешавад: Дар маркази тасвири реализми бадеӣ кӣ қарор дорад?</w:t>
      </w:r>
    </w:p>
    <w:p>
      <w:r>
        <w:rPr>
          <w:rFonts w:ascii="Arial" w:hAnsi="Arial" w:eastAsia="Arial"/>
          <w:sz w:val="22"/>
        </w:rPr>
        <w:t>Ҷавоби дуруст: Инсон</w:t>
      </w:r>
    </w:p>
    <w:p>
      <w:r>
        <w:rPr>
          <w:rFonts w:ascii="Arial" w:hAnsi="Arial" w:eastAsia="Arial"/>
          <w:sz w:val="22"/>
        </w:rPr>
        <w:t>92. Дар китоби дарсӣ гуфта мешавад: Романтизм ба чанд навъ ҷудо мешавад?</w:t>
      </w:r>
    </w:p>
    <w:p>
      <w:r>
        <w:rPr>
          <w:rFonts w:ascii="Arial" w:hAnsi="Arial" w:eastAsia="Arial"/>
          <w:sz w:val="22"/>
        </w:rPr>
        <w:t>Ҷавоби дуруст: Ду навъ</w:t>
      </w:r>
    </w:p>
    <w:p>
      <w:r>
        <w:rPr>
          <w:rFonts w:ascii="Arial" w:hAnsi="Arial" w:eastAsia="Arial"/>
          <w:sz w:val="22"/>
        </w:rPr>
        <w:t>93. Дар китоби дарсӣ гуфта мешавад: Ду навъи романтизм кадомҳоянд?</w:t>
      </w:r>
    </w:p>
    <w:p>
      <w:r>
        <w:rPr>
          <w:rFonts w:ascii="Arial" w:hAnsi="Arial" w:eastAsia="Arial"/>
          <w:sz w:val="22"/>
        </w:rPr>
        <w:t>Ҷавоби дуруст: Романтизми пешқадам (мусбат) ва романтизми иртиҷоӣ (манфӣ)</w:t>
      </w:r>
    </w:p>
    <w:p>
      <w:r>
        <w:rPr>
          <w:rFonts w:ascii="Arial" w:hAnsi="Arial" w:eastAsia="Arial"/>
          <w:sz w:val="22"/>
        </w:rPr>
        <w:t>94. Дар китоби дарсӣ гуфта мешавад: Реализм чист?</w:t>
      </w:r>
    </w:p>
    <w:p>
      <w:r>
        <w:rPr>
          <w:rFonts w:ascii="Arial" w:hAnsi="Arial" w:eastAsia="Arial"/>
          <w:sz w:val="22"/>
        </w:rPr>
        <w:t>Ҷавоби дуруст: Ҳақиқатпарастӣ</w:t>
      </w:r>
    </w:p>
    <w:p>
      <w:r>
        <w:rPr>
          <w:rFonts w:ascii="Arial" w:hAnsi="Arial" w:eastAsia="Arial"/>
          <w:sz w:val="22"/>
        </w:rPr>
        <w:t>95. Дар китоби дарсӣ гуфта мешавад: Реализм чӣ гуна ҳақиқатро тасвир мекунад?</w:t>
      </w:r>
    </w:p>
    <w:p>
      <w:r>
        <w:rPr>
          <w:rFonts w:ascii="Arial" w:hAnsi="Arial" w:eastAsia="Arial"/>
          <w:sz w:val="22"/>
        </w:rPr>
        <w:t>Ҷавоби дуруст: Ҳақиқати зиндагиро ба таври бадеӣ маърифат карда, ба ҳақиқати бадеӣ табдил медиҳад</w:t>
      </w:r>
    </w:p>
    <w:p>
      <w:r>
        <w:rPr>
          <w:rFonts w:ascii="Arial" w:hAnsi="Arial" w:eastAsia="Arial"/>
          <w:sz w:val="22"/>
        </w:rPr>
        <w:t>96. Дар китоби дарсӣ гуфта мешавад: Яке аз вазифаҳои асари реалистӣ чист?</w:t>
      </w:r>
    </w:p>
    <w:p>
      <w:r>
        <w:rPr>
          <w:rFonts w:ascii="Arial" w:hAnsi="Arial" w:eastAsia="Arial"/>
          <w:sz w:val="22"/>
        </w:rPr>
        <w:t>Ҷавоби дуруст: Аҳамияти маърифатдиҳӣ доштан</w:t>
      </w:r>
    </w:p>
    <w:p>
      <w:r>
        <w:rPr>
          <w:rFonts w:ascii="Arial" w:hAnsi="Arial" w:eastAsia="Arial"/>
          <w:sz w:val="22"/>
        </w:rPr>
        <w:t>97. Дар китоби дарсӣ гуфта мешавад: Дар реализм образу воқеиятҳо чӣ гуна мешаванд?</w:t>
      </w:r>
    </w:p>
    <w:p>
      <w:r>
        <w:rPr>
          <w:rFonts w:ascii="Arial" w:hAnsi="Arial" w:eastAsia="Arial"/>
          <w:sz w:val="22"/>
        </w:rPr>
        <w:t>Ҷавоби дуруст: Типӣ карда мешаванд</w:t>
      </w:r>
    </w:p>
    <w:p>
      <w:r>
        <w:rPr>
          <w:rFonts w:ascii="Arial" w:hAnsi="Arial" w:eastAsia="Arial"/>
          <w:sz w:val="22"/>
        </w:rPr>
        <w:t>98. Дар китоби дарсӣ гуфта мешавад: Дар маркази тасвири реализми бадеӣ кӣ қарор дорад?</w:t>
      </w:r>
    </w:p>
    <w:p>
      <w:r>
        <w:rPr>
          <w:rFonts w:ascii="Arial" w:hAnsi="Arial" w:eastAsia="Arial"/>
          <w:sz w:val="22"/>
        </w:rPr>
        <w:t>Ҷавоби дуруст: Инсон</w:t>
      </w:r>
    </w:p>
    <w:p>
      <w:r>
        <w:rPr>
          <w:rFonts w:ascii="Arial" w:hAnsi="Arial" w:eastAsia="Arial"/>
          <w:sz w:val="22"/>
        </w:rPr>
        <w:t>99. Дар китоби дарсӣ гуфта мешавад: Романтизм ба чанд навъ ҷудо мешавад?</w:t>
      </w:r>
    </w:p>
    <w:p>
      <w:r>
        <w:rPr>
          <w:rFonts w:ascii="Arial" w:hAnsi="Arial" w:eastAsia="Arial"/>
          <w:sz w:val="22"/>
        </w:rPr>
        <w:t>Ҷавоби дуруст: Ду навъ</w:t>
      </w:r>
    </w:p>
    <w:p>
      <w:r>
        <w:rPr>
          <w:rFonts w:ascii="Arial" w:hAnsi="Arial" w:eastAsia="Arial"/>
          <w:sz w:val="22"/>
        </w:rPr>
        <w:t>100. Дар китоби дарсӣ гуфта мешавад: Ду навъи романтизм кадомҳоянд?</w:t>
      </w:r>
    </w:p>
    <w:p>
      <w:r>
        <w:rPr>
          <w:rFonts w:ascii="Arial" w:hAnsi="Arial" w:eastAsia="Arial"/>
          <w:sz w:val="22"/>
        </w:rPr>
        <w:t>Ҷавоби дуруст: Романтизми пешқадам (мусбат) ва романтизми иртиҷоӣ (манфӣ)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