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C0A29" w14:textId="77777777" w:rsidR="00695F67" w:rsidRDefault="00695F67">
      <w:pPr>
        <w:jc w:val="center"/>
        <w:rPr>
          <w:rFonts w:ascii="Times New Roman" w:hAnsi="Times New Roman"/>
          <w:sz w:val="28"/>
        </w:rPr>
      </w:pPr>
    </w:p>
    <w:p w14:paraId="05315C29" w14:textId="77777777" w:rsidR="00695F67" w:rsidRDefault="00695F67">
      <w:pPr>
        <w:jc w:val="center"/>
        <w:rPr>
          <w:rFonts w:ascii="Times New Roman" w:hAnsi="Times New Roman"/>
          <w:sz w:val="28"/>
        </w:rPr>
      </w:pPr>
    </w:p>
    <w:p w14:paraId="6879A21C" w14:textId="77777777" w:rsidR="00695F67" w:rsidRDefault="00695F67">
      <w:pPr>
        <w:jc w:val="center"/>
        <w:rPr>
          <w:rFonts w:ascii="Times New Roman" w:hAnsi="Times New Roman"/>
          <w:sz w:val="28"/>
        </w:rPr>
      </w:pPr>
    </w:p>
    <w:p w14:paraId="2C207BBE" w14:textId="77777777" w:rsidR="00695F67" w:rsidRDefault="00695F67">
      <w:pPr>
        <w:jc w:val="center"/>
        <w:rPr>
          <w:rFonts w:ascii="Times New Roman" w:hAnsi="Times New Roman"/>
          <w:sz w:val="28"/>
        </w:rPr>
      </w:pPr>
    </w:p>
    <w:p w14:paraId="7FE8D5BF" w14:textId="77777777" w:rsidR="00695F67" w:rsidRDefault="00695F67">
      <w:pPr>
        <w:jc w:val="center"/>
        <w:rPr>
          <w:rFonts w:ascii="Times New Roman" w:hAnsi="Times New Roman"/>
          <w:sz w:val="28"/>
        </w:rPr>
      </w:pPr>
    </w:p>
    <w:p w14:paraId="66A15EF1" w14:textId="77777777" w:rsidR="00695F67" w:rsidRDefault="00695F67">
      <w:pPr>
        <w:jc w:val="center"/>
        <w:rPr>
          <w:rFonts w:ascii="Times New Roman" w:hAnsi="Times New Roman"/>
          <w:sz w:val="28"/>
        </w:rPr>
      </w:pPr>
    </w:p>
    <w:p w14:paraId="1E7F3F43" w14:textId="77777777" w:rsidR="00695F67" w:rsidRDefault="00695F67">
      <w:pPr>
        <w:jc w:val="center"/>
        <w:rPr>
          <w:rFonts w:ascii="Times New Roman" w:hAnsi="Times New Roman"/>
          <w:sz w:val="28"/>
        </w:rPr>
      </w:pPr>
    </w:p>
    <w:p w14:paraId="3ADEF5F2" w14:textId="77777777" w:rsidR="00695F67" w:rsidRDefault="00695F67">
      <w:pPr>
        <w:jc w:val="center"/>
        <w:rPr>
          <w:rFonts w:ascii="Times New Roman" w:hAnsi="Times New Roman"/>
          <w:sz w:val="28"/>
        </w:rPr>
      </w:pPr>
    </w:p>
    <w:p w14:paraId="1A2F10AB" w14:textId="12AABB45" w:rsidR="006A0DCD" w:rsidRDefault="009B219B">
      <w:pPr>
        <w:jc w:val="center"/>
      </w:pPr>
      <w:r>
        <w:rPr>
          <w:rFonts w:ascii="Times New Roman" w:hAnsi="Times New Roman"/>
          <w:sz w:val="28"/>
        </w:rPr>
        <w:br/>
      </w:r>
      <w:r>
        <w:rPr>
          <w:rFonts w:ascii="Times New Roman" w:hAnsi="Times New Roman"/>
          <w:sz w:val="28"/>
        </w:rPr>
        <w:br/>
        <w:t>Mavzu: MUSTAQILLIK DAN KEYIN OʻZBEKISTONDA YENGIL ATLETIKA RIVOJLANTIRISHI</w:t>
      </w:r>
    </w:p>
    <w:p w14:paraId="1A9F2686" w14:textId="3307B646" w:rsidR="006A0DCD" w:rsidRDefault="009B219B">
      <w:pPr>
        <w:jc w:val="center"/>
      </w:pPr>
      <w:r>
        <w:rPr>
          <w:rFonts w:ascii="Times New Roman" w:hAnsi="Times New Roman"/>
          <w:sz w:val="28"/>
        </w:rPr>
        <w:br/>
      </w:r>
      <w:r>
        <w:rPr>
          <w:rFonts w:ascii="Times New Roman" w:hAnsi="Times New Roman"/>
          <w:sz w:val="28"/>
        </w:rPr>
        <w:br/>
      </w:r>
      <w:r>
        <w:rPr>
          <w:rFonts w:ascii="Times New Roman" w:hAnsi="Times New Roman"/>
          <w:sz w:val="28"/>
        </w:rPr>
        <w:br/>
      </w:r>
      <w:r>
        <w:rPr>
          <w:rFonts w:ascii="Times New Roman" w:hAnsi="Times New Roman"/>
          <w:sz w:val="28"/>
        </w:rPr>
        <w:br/>
      </w:r>
      <w:r>
        <w:rPr>
          <w:rFonts w:ascii="Times New Roman" w:hAnsi="Times New Roman"/>
          <w:sz w:val="28"/>
        </w:rPr>
        <w:br/>
      </w:r>
    </w:p>
    <w:p w14:paraId="12F096BE" w14:textId="49E85918" w:rsidR="006A0DCD" w:rsidRDefault="009B219B" w:rsidP="00695F67">
      <w:pPr>
        <w:jc w:val="center"/>
      </w:pPr>
      <w:r>
        <w:rPr>
          <w:rFonts w:ascii="Times New Roman" w:hAnsi="Times New Roman"/>
          <w:b/>
          <w:sz w:val="18"/>
        </w:rPr>
        <w:br/>
      </w:r>
      <w:r>
        <w:rPr>
          <w:rFonts w:ascii="Times New Roman" w:hAnsi="Times New Roman"/>
          <w:b/>
          <w:sz w:val="18"/>
        </w:rPr>
        <w:br/>
      </w:r>
      <w:r>
        <w:rPr>
          <w:rFonts w:ascii="Times New Roman" w:hAnsi="Times New Roman"/>
          <w:b/>
          <w:sz w:val="18"/>
        </w:rPr>
        <w:br/>
      </w:r>
      <w:r>
        <w:rPr>
          <w:rFonts w:ascii="Times New Roman" w:hAnsi="Times New Roman"/>
          <w:b/>
          <w:sz w:val="18"/>
        </w:rPr>
        <w:br/>
      </w:r>
      <w:r>
        <w:rPr>
          <w:rFonts w:ascii="Times New Roman" w:hAnsi="Times New Roman"/>
          <w:b/>
          <w:sz w:val="18"/>
        </w:rPr>
        <w:br/>
      </w:r>
      <w:r>
        <w:rPr>
          <w:rFonts w:ascii="Times New Roman" w:hAnsi="Times New Roman"/>
          <w:b/>
          <w:sz w:val="18"/>
        </w:rPr>
        <w:br/>
      </w:r>
      <w:r>
        <w:rPr>
          <w:rFonts w:ascii="Times New Roman" w:hAnsi="Times New Roman"/>
          <w:b/>
          <w:sz w:val="18"/>
        </w:rPr>
        <w:br/>
      </w:r>
      <w:r>
        <w:rPr>
          <w:rFonts w:ascii="Times New Roman" w:hAnsi="Times New Roman"/>
          <w:b/>
          <w:sz w:val="18"/>
        </w:rPr>
        <w:br/>
      </w:r>
    </w:p>
    <w:p w14:paraId="77BAD3C2" w14:textId="77777777" w:rsidR="00B558CC" w:rsidRPr="00695F67" w:rsidRDefault="00B558CC">
      <w:pPr>
        <w:rPr>
          <w:rFonts w:ascii="Times New Roman" w:hAnsi="Times New Roman"/>
          <w:b/>
          <w:sz w:val="32"/>
        </w:rPr>
      </w:pPr>
    </w:p>
    <w:p w14:paraId="12E00D6A" w14:textId="77777777" w:rsidR="00B558CC" w:rsidRPr="00695F67" w:rsidRDefault="00B558CC">
      <w:pPr>
        <w:rPr>
          <w:rFonts w:ascii="Times New Roman" w:hAnsi="Times New Roman"/>
          <w:b/>
          <w:sz w:val="32"/>
        </w:rPr>
      </w:pPr>
    </w:p>
    <w:p w14:paraId="22697D62" w14:textId="77777777" w:rsidR="00B558CC" w:rsidRPr="00695F67" w:rsidRDefault="00B558CC">
      <w:pPr>
        <w:rPr>
          <w:rFonts w:ascii="Times New Roman" w:hAnsi="Times New Roman"/>
          <w:b/>
          <w:sz w:val="32"/>
        </w:rPr>
      </w:pPr>
    </w:p>
    <w:p w14:paraId="24DCBEC9" w14:textId="386F5700" w:rsidR="00C13753" w:rsidRPr="00695F67" w:rsidRDefault="009B219B">
      <w:pPr>
        <w:rPr>
          <w:rFonts w:ascii="Times New Roman" w:hAnsi="Times New Roman"/>
          <w:b/>
          <w:sz w:val="32"/>
        </w:rPr>
      </w:pPr>
      <w:proofErr w:type="spellStart"/>
      <w:r>
        <w:rPr>
          <w:rFonts w:ascii="Times New Roman" w:hAnsi="Times New Roman"/>
          <w:b/>
          <w:sz w:val="32"/>
        </w:rPr>
        <w:lastRenderedPageBreak/>
        <w:t>Reja</w:t>
      </w:r>
      <w:proofErr w:type="spellEnd"/>
      <w:r>
        <w:rPr>
          <w:rFonts w:ascii="Times New Roman" w:hAnsi="Times New Roman"/>
          <w:b/>
          <w:sz w:val="32"/>
        </w:rPr>
        <w:t>:</w:t>
      </w:r>
    </w:p>
    <w:p w14:paraId="5A9C899D" w14:textId="15D5B017" w:rsidR="007B7E9C" w:rsidRPr="00695F67" w:rsidRDefault="00C13753" w:rsidP="00C71A9D">
      <w:pPr>
        <w:jc w:val="both"/>
        <w:rPr>
          <w:rFonts w:ascii="Times New Roman" w:hAnsi="Times New Roman" w:cs="Times New Roman"/>
          <w:b/>
          <w:bCs/>
          <w:sz w:val="28"/>
          <w:szCs w:val="28"/>
        </w:rPr>
      </w:pPr>
      <w:r w:rsidRPr="00C956AD">
        <w:rPr>
          <w:rFonts w:ascii="Times New Roman" w:eastAsia="Times New Roman" w:hAnsi="Times New Roman" w:cs="Times New Roman"/>
          <w:b/>
          <w:bCs/>
          <w:sz w:val="32"/>
          <w:szCs w:val="32"/>
        </w:rPr>
        <w:t xml:space="preserve">1.Mustaqillikdan </w:t>
      </w:r>
      <w:proofErr w:type="spellStart"/>
      <w:r w:rsidRPr="00C956AD">
        <w:rPr>
          <w:rFonts w:ascii="Times New Roman" w:eastAsia="Times New Roman" w:hAnsi="Times New Roman" w:cs="Times New Roman"/>
          <w:b/>
          <w:bCs/>
          <w:sz w:val="32"/>
          <w:szCs w:val="32"/>
        </w:rPr>
        <w:t>keyin</w:t>
      </w:r>
      <w:proofErr w:type="spellEnd"/>
      <w:r w:rsidRPr="00C956AD">
        <w:rPr>
          <w:rFonts w:ascii="Times New Roman" w:eastAsia="Times New Roman" w:hAnsi="Times New Roman" w:cs="Times New Roman"/>
          <w:b/>
          <w:bCs/>
          <w:sz w:val="32"/>
          <w:szCs w:val="32"/>
        </w:rPr>
        <w:t xml:space="preserve"> </w:t>
      </w:r>
      <w:proofErr w:type="spellStart"/>
      <w:r w:rsidRPr="00C956AD">
        <w:rPr>
          <w:rFonts w:ascii="Times New Roman" w:eastAsia="Times New Roman" w:hAnsi="Times New Roman" w:cs="Times New Roman"/>
          <w:b/>
          <w:bCs/>
          <w:sz w:val="32"/>
          <w:szCs w:val="32"/>
        </w:rPr>
        <w:t>Oʻzbekistonda</w:t>
      </w:r>
      <w:proofErr w:type="spellEnd"/>
      <w:r w:rsidRPr="00C956AD">
        <w:rPr>
          <w:rFonts w:ascii="Times New Roman" w:eastAsia="Times New Roman" w:hAnsi="Times New Roman" w:cs="Times New Roman"/>
          <w:b/>
          <w:bCs/>
          <w:sz w:val="32"/>
          <w:szCs w:val="32"/>
        </w:rPr>
        <w:t xml:space="preserve"> </w:t>
      </w:r>
      <w:proofErr w:type="spellStart"/>
      <w:r w:rsidRPr="00C956AD">
        <w:rPr>
          <w:rFonts w:ascii="Times New Roman" w:eastAsia="Times New Roman" w:hAnsi="Times New Roman" w:cs="Times New Roman"/>
          <w:b/>
          <w:bCs/>
          <w:sz w:val="32"/>
          <w:szCs w:val="32"/>
        </w:rPr>
        <w:t>yengil</w:t>
      </w:r>
      <w:proofErr w:type="spellEnd"/>
      <w:r w:rsidRPr="00C956AD">
        <w:rPr>
          <w:rFonts w:ascii="Times New Roman" w:eastAsia="Times New Roman" w:hAnsi="Times New Roman" w:cs="Times New Roman"/>
          <w:b/>
          <w:bCs/>
          <w:sz w:val="32"/>
          <w:szCs w:val="32"/>
        </w:rPr>
        <w:t xml:space="preserve"> atletika rivojlantirishi.</w:t>
      </w:r>
      <w:r w:rsidRPr="00C956AD">
        <w:rPr>
          <w:rFonts w:ascii="Times New Roman" w:eastAsia="Times New Roman" w:hAnsi="Times New Roman" w:cs="Times New Roman"/>
          <w:b/>
          <w:bCs/>
          <w:sz w:val="32"/>
          <w:szCs w:val="32"/>
        </w:rPr>
        <w:br/>
        <w:t xml:space="preserve">2. Mustaqillikdan keyin yengil atletikaning huquqiy asoslari. </w:t>
      </w:r>
      <w:r w:rsidRPr="00C956AD">
        <w:rPr>
          <w:rFonts w:ascii="Times New Roman" w:eastAsia="Times New Roman" w:hAnsi="Times New Roman" w:cs="Times New Roman"/>
          <w:b/>
          <w:bCs/>
          <w:sz w:val="32"/>
          <w:szCs w:val="32"/>
        </w:rPr>
        <w:br/>
        <w:t xml:space="preserve">3. Oʻzbekistonda yengil atletika federatsiyasining tashkil etilishi. </w:t>
      </w:r>
      <w:r w:rsidRPr="00C956AD">
        <w:rPr>
          <w:rFonts w:ascii="Times New Roman" w:eastAsia="Times New Roman" w:hAnsi="Times New Roman" w:cs="Times New Roman"/>
          <w:b/>
          <w:bCs/>
          <w:sz w:val="32"/>
          <w:szCs w:val="32"/>
        </w:rPr>
        <w:br/>
        <w:t>4. Yengil atletika boʻyicha milliy musobaqalar tizimi.</w:t>
      </w:r>
      <w:r w:rsidR="009B219B">
        <w:br w:type="page"/>
      </w:r>
      <w:r w:rsidR="0073190F" w:rsidRPr="00695F67">
        <w:rPr>
          <w:rFonts w:ascii="Times New Roman" w:hAnsi="Times New Roman" w:cs="Times New Roman"/>
          <w:b/>
          <w:bCs/>
          <w:sz w:val="28"/>
          <w:szCs w:val="28"/>
        </w:rPr>
        <w:lastRenderedPageBreak/>
        <w:t xml:space="preserve">1. </w:t>
      </w:r>
      <w:proofErr w:type="spellStart"/>
      <w:proofErr w:type="gramStart"/>
      <w:r w:rsidR="005C158E" w:rsidRPr="00FE315E">
        <w:rPr>
          <w:rFonts w:ascii="Times New Roman" w:hAnsi="Times New Roman" w:cs="Times New Roman"/>
          <w:b/>
          <w:bCs/>
          <w:sz w:val="28"/>
          <w:szCs w:val="28"/>
        </w:rPr>
        <w:t>O‘</w:t>
      </w:r>
      <w:proofErr w:type="gramEnd"/>
      <w:r w:rsidR="005C158E" w:rsidRPr="00FE315E">
        <w:rPr>
          <w:rFonts w:ascii="Times New Roman" w:hAnsi="Times New Roman" w:cs="Times New Roman"/>
          <w:b/>
          <w:bCs/>
          <w:sz w:val="28"/>
          <w:szCs w:val="28"/>
        </w:rPr>
        <w:t>zbekiston</w:t>
      </w:r>
      <w:proofErr w:type="spellEnd"/>
      <w:r w:rsidR="005C158E" w:rsidRPr="00FE315E">
        <w:rPr>
          <w:rFonts w:ascii="Times New Roman" w:hAnsi="Times New Roman" w:cs="Times New Roman"/>
          <w:b/>
          <w:bCs/>
          <w:sz w:val="28"/>
          <w:szCs w:val="28"/>
        </w:rPr>
        <w:t xml:space="preserve"> </w:t>
      </w:r>
      <w:proofErr w:type="spellStart"/>
      <w:r w:rsidR="005C158E" w:rsidRPr="00FE315E">
        <w:rPr>
          <w:rFonts w:ascii="Times New Roman" w:hAnsi="Times New Roman" w:cs="Times New Roman"/>
          <w:b/>
          <w:bCs/>
          <w:sz w:val="28"/>
          <w:szCs w:val="28"/>
        </w:rPr>
        <w:t>mustaqillikka</w:t>
      </w:r>
      <w:proofErr w:type="spellEnd"/>
      <w:r w:rsidR="005C158E" w:rsidRPr="00FE315E">
        <w:rPr>
          <w:rFonts w:ascii="Times New Roman" w:hAnsi="Times New Roman" w:cs="Times New Roman"/>
          <w:b/>
          <w:bCs/>
          <w:sz w:val="28"/>
          <w:szCs w:val="28"/>
        </w:rPr>
        <w:t xml:space="preserve"> </w:t>
      </w:r>
      <w:proofErr w:type="spellStart"/>
      <w:r w:rsidR="005C158E" w:rsidRPr="00FE315E">
        <w:rPr>
          <w:rFonts w:ascii="Times New Roman" w:hAnsi="Times New Roman" w:cs="Times New Roman"/>
          <w:b/>
          <w:bCs/>
          <w:sz w:val="28"/>
          <w:szCs w:val="28"/>
        </w:rPr>
        <w:t>erishganidan</w:t>
      </w:r>
      <w:proofErr w:type="spellEnd"/>
      <w:r w:rsidR="005C158E" w:rsidRPr="00FE315E">
        <w:rPr>
          <w:rFonts w:ascii="Times New Roman" w:hAnsi="Times New Roman" w:cs="Times New Roman"/>
          <w:b/>
          <w:bCs/>
          <w:sz w:val="28"/>
          <w:szCs w:val="28"/>
        </w:rPr>
        <w:t xml:space="preserve"> </w:t>
      </w:r>
      <w:proofErr w:type="spellStart"/>
      <w:r w:rsidR="005C158E" w:rsidRPr="00FE315E">
        <w:rPr>
          <w:rFonts w:ascii="Times New Roman" w:hAnsi="Times New Roman" w:cs="Times New Roman"/>
          <w:b/>
          <w:bCs/>
          <w:sz w:val="28"/>
          <w:szCs w:val="28"/>
        </w:rPr>
        <w:t>so‘ng</w:t>
      </w:r>
      <w:proofErr w:type="spellEnd"/>
      <w:r w:rsidR="005C158E" w:rsidRPr="00FE315E">
        <w:rPr>
          <w:rFonts w:ascii="Times New Roman" w:hAnsi="Times New Roman" w:cs="Times New Roman"/>
          <w:b/>
          <w:bCs/>
          <w:sz w:val="28"/>
          <w:szCs w:val="28"/>
        </w:rPr>
        <w:t xml:space="preserve">, sport sohasi, jumladan, yengil atletika rivojiga katta e’tibor berila boshlandi. Bu rivojlanish bir necha asosiy </w:t>
      </w:r>
      <w:proofErr w:type="spellStart"/>
      <w:proofErr w:type="gramStart"/>
      <w:r w:rsidR="005C158E" w:rsidRPr="00FE315E">
        <w:rPr>
          <w:rFonts w:ascii="Times New Roman" w:hAnsi="Times New Roman" w:cs="Times New Roman"/>
          <w:b/>
          <w:bCs/>
          <w:sz w:val="28"/>
          <w:szCs w:val="28"/>
        </w:rPr>
        <w:t>yo‘</w:t>
      </w:r>
      <w:proofErr w:type="gramEnd"/>
      <w:r w:rsidR="005C158E" w:rsidRPr="00FE315E">
        <w:rPr>
          <w:rFonts w:ascii="Times New Roman" w:hAnsi="Times New Roman" w:cs="Times New Roman"/>
          <w:b/>
          <w:bCs/>
          <w:sz w:val="28"/>
          <w:szCs w:val="28"/>
        </w:rPr>
        <w:t>nalishlar</w:t>
      </w:r>
      <w:proofErr w:type="spellEnd"/>
      <w:r w:rsidR="005C158E" w:rsidRPr="00FE315E">
        <w:rPr>
          <w:rFonts w:ascii="Times New Roman" w:hAnsi="Times New Roman" w:cs="Times New Roman"/>
          <w:b/>
          <w:bCs/>
          <w:sz w:val="28"/>
          <w:szCs w:val="28"/>
        </w:rPr>
        <w:t xml:space="preserve"> </w:t>
      </w:r>
      <w:proofErr w:type="spellStart"/>
      <w:r w:rsidR="005C158E" w:rsidRPr="00FE315E">
        <w:rPr>
          <w:rFonts w:ascii="Times New Roman" w:hAnsi="Times New Roman" w:cs="Times New Roman"/>
          <w:b/>
          <w:bCs/>
          <w:sz w:val="28"/>
          <w:szCs w:val="28"/>
        </w:rPr>
        <w:t>orqali</w:t>
      </w:r>
      <w:proofErr w:type="spellEnd"/>
      <w:r w:rsidR="005C158E" w:rsidRPr="00FE315E">
        <w:rPr>
          <w:rFonts w:ascii="Times New Roman" w:hAnsi="Times New Roman" w:cs="Times New Roman"/>
          <w:b/>
          <w:bCs/>
          <w:sz w:val="28"/>
          <w:szCs w:val="28"/>
        </w:rPr>
        <w:t xml:space="preserve"> </w:t>
      </w:r>
      <w:proofErr w:type="spellStart"/>
      <w:r w:rsidR="005C158E" w:rsidRPr="00FE315E">
        <w:rPr>
          <w:rFonts w:ascii="Times New Roman" w:hAnsi="Times New Roman" w:cs="Times New Roman"/>
          <w:b/>
          <w:bCs/>
          <w:sz w:val="28"/>
          <w:szCs w:val="28"/>
        </w:rPr>
        <w:t>amalga</w:t>
      </w:r>
      <w:proofErr w:type="spellEnd"/>
      <w:r w:rsidR="005C158E" w:rsidRPr="00FE315E">
        <w:rPr>
          <w:rFonts w:ascii="Times New Roman" w:hAnsi="Times New Roman" w:cs="Times New Roman"/>
          <w:b/>
          <w:bCs/>
          <w:sz w:val="28"/>
          <w:szCs w:val="28"/>
        </w:rPr>
        <w:t xml:space="preserve"> </w:t>
      </w:r>
      <w:proofErr w:type="spellStart"/>
      <w:r w:rsidR="005C158E" w:rsidRPr="00FE315E">
        <w:rPr>
          <w:rFonts w:ascii="Times New Roman" w:hAnsi="Times New Roman" w:cs="Times New Roman"/>
          <w:b/>
          <w:bCs/>
          <w:sz w:val="28"/>
          <w:szCs w:val="28"/>
        </w:rPr>
        <w:t>oshirildi</w:t>
      </w:r>
      <w:proofErr w:type="spellEnd"/>
      <w:r w:rsidR="005C158E" w:rsidRPr="00FE315E">
        <w:rPr>
          <w:rFonts w:ascii="Times New Roman" w:hAnsi="Times New Roman" w:cs="Times New Roman"/>
          <w:b/>
          <w:bCs/>
          <w:sz w:val="28"/>
          <w:szCs w:val="28"/>
        </w:rPr>
        <w:t>:</w:t>
      </w:r>
    </w:p>
    <w:p w14:paraId="072C140E" w14:textId="59EFABBE" w:rsidR="007B7E9C" w:rsidRPr="00FE315E" w:rsidRDefault="005C158E" w:rsidP="00C71A9D">
      <w:pPr>
        <w:jc w:val="both"/>
        <w:rPr>
          <w:rFonts w:ascii="Times New Roman" w:hAnsi="Times New Roman" w:cs="Times New Roman"/>
          <w:sz w:val="28"/>
          <w:szCs w:val="28"/>
        </w:rPr>
      </w:pPr>
      <w:r w:rsidRPr="00FE315E">
        <w:rPr>
          <w:rFonts w:ascii="Times New Roman" w:hAnsi="Times New Roman" w:cs="Times New Roman"/>
          <w:sz w:val="28"/>
          <w:szCs w:val="28"/>
        </w:rPr>
        <w:t xml:space="preserve">1. Sport </w:t>
      </w:r>
      <w:proofErr w:type="spellStart"/>
      <w:r w:rsidRPr="00FE315E">
        <w:rPr>
          <w:rFonts w:ascii="Times New Roman" w:hAnsi="Times New Roman" w:cs="Times New Roman"/>
          <w:sz w:val="28"/>
          <w:szCs w:val="28"/>
        </w:rPr>
        <w:t>infratuzilmasini</w:t>
      </w:r>
      <w:proofErr w:type="spellEnd"/>
      <w:r w:rsidRPr="00FE315E">
        <w:rPr>
          <w:rFonts w:ascii="Times New Roman" w:hAnsi="Times New Roman" w:cs="Times New Roman"/>
          <w:sz w:val="28"/>
          <w:szCs w:val="28"/>
        </w:rPr>
        <w:t xml:space="preserve"> </w:t>
      </w:r>
      <w:proofErr w:type="spellStart"/>
      <w:r w:rsidRPr="00FE315E">
        <w:rPr>
          <w:rFonts w:ascii="Times New Roman" w:hAnsi="Times New Roman" w:cs="Times New Roman"/>
          <w:sz w:val="28"/>
          <w:szCs w:val="28"/>
        </w:rPr>
        <w:t>rivojlantiris</w:t>
      </w:r>
      <w:proofErr w:type="spellEnd"/>
      <w:r w:rsidR="007B7E9C" w:rsidRPr="00695F67">
        <w:rPr>
          <w:rFonts w:ascii="Times New Roman" w:hAnsi="Times New Roman" w:cs="Times New Roman"/>
          <w:sz w:val="28"/>
          <w:szCs w:val="28"/>
        </w:rPr>
        <w:t xml:space="preserve"> </w:t>
      </w:r>
      <w:proofErr w:type="spellStart"/>
      <w:r w:rsidRPr="00FE315E">
        <w:rPr>
          <w:rFonts w:ascii="Times New Roman" w:hAnsi="Times New Roman" w:cs="Times New Roman"/>
          <w:sz w:val="28"/>
          <w:szCs w:val="28"/>
        </w:rPr>
        <w:t>Mustaqillik</w:t>
      </w:r>
      <w:proofErr w:type="spellEnd"/>
      <w:r w:rsidRPr="00FE315E">
        <w:rPr>
          <w:rFonts w:ascii="Times New Roman" w:hAnsi="Times New Roman" w:cs="Times New Roman"/>
          <w:sz w:val="28"/>
          <w:szCs w:val="28"/>
        </w:rPr>
        <w:t xml:space="preserve"> </w:t>
      </w:r>
      <w:proofErr w:type="spellStart"/>
      <w:r w:rsidRPr="00FE315E">
        <w:rPr>
          <w:rFonts w:ascii="Times New Roman" w:hAnsi="Times New Roman" w:cs="Times New Roman"/>
          <w:sz w:val="28"/>
          <w:szCs w:val="28"/>
        </w:rPr>
        <w:t>yillarida</w:t>
      </w:r>
      <w:proofErr w:type="spellEnd"/>
      <w:r w:rsidRPr="00FE315E">
        <w:rPr>
          <w:rFonts w:ascii="Times New Roman" w:hAnsi="Times New Roman" w:cs="Times New Roman"/>
          <w:sz w:val="28"/>
          <w:szCs w:val="28"/>
        </w:rPr>
        <w:t xml:space="preserve"> yangi sport majmualari, stadionlar va </w:t>
      </w:r>
      <w:proofErr w:type="gramStart"/>
      <w:r w:rsidRPr="00FE315E">
        <w:rPr>
          <w:rFonts w:ascii="Times New Roman" w:hAnsi="Times New Roman" w:cs="Times New Roman"/>
          <w:sz w:val="28"/>
          <w:szCs w:val="28"/>
        </w:rPr>
        <w:t>o‘</w:t>
      </w:r>
      <w:proofErr w:type="gramEnd"/>
      <w:r w:rsidRPr="00FE315E">
        <w:rPr>
          <w:rFonts w:ascii="Times New Roman" w:hAnsi="Times New Roman" w:cs="Times New Roman"/>
          <w:sz w:val="28"/>
          <w:szCs w:val="28"/>
        </w:rPr>
        <w:t xml:space="preserve">quv-mashg‘ulot bazalari barpo etildi. Toshkent, Samarqand, Andijon va boshqa shaharlarda xalqaro talablar darajasidagi yengil atletika </w:t>
      </w:r>
      <w:proofErr w:type="gramStart"/>
      <w:r w:rsidRPr="00FE315E">
        <w:rPr>
          <w:rFonts w:ascii="Times New Roman" w:hAnsi="Times New Roman" w:cs="Times New Roman"/>
          <w:sz w:val="28"/>
          <w:szCs w:val="28"/>
        </w:rPr>
        <w:t>yo‘</w:t>
      </w:r>
      <w:proofErr w:type="gramEnd"/>
      <w:r w:rsidRPr="00FE315E">
        <w:rPr>
          <w:rFonts w:ascii="Times New Roman" w:hAnsi="Times New Roman" w:cs="Times New Roman"/>
          <w:sz w:val="28"/>
          <w:szCs w:val="28"/>
        </w:rPr>
        <w:t xml:space="preserve">lakchalari </w:t>
      </w:r>
      <w:proofErr w:type="spellStart"/>
      <w:r w:rsidRPr="00FE315E">
        <w:rPr>
          <w:rFonts w:ascii="Times New Roman" w:hAnsi="Times New Roman" w:cs="Times New Roman"/>
          <w:sz w:val="28"/>
          <w:szCs w:val="28"/>
        </w:rPr>
        <w:t>va</w:t>
      </w:r>
      <w:proofErr w:type="spellEnd"/>
      <w:r w:rsidRPr="00FE315E">
        <w:rPr>
          <w:rFonts w:ascii="Times New Roman" w:hAnsi="Times New Roman" w:cs="Times New Roman"/>
          <w:sz w:val="28"/>
          <w:szCs w:val="28"/>
        </w:rPr>
        <w:t xml:space="preserve"> sport </w:t>
      </w:r>
      <w:proofErr w:type="spellStart"/>
      <w:r w:rsidRPr="00FE315E">
        <w:rPr>
          <w:rFonts w:ascii="Times New Roman" w:hAnsi="Times New Roman" w:cs="Times New Roman"/>
          <w:sz w:val="28"/>
          <w:szCs w:val="28"/>
        </w:rPr>
        <w:t>inshootlari</w:t>
      </w:r>
      <w:proofErr w:type="spellEnd"/>
      <w:r w:rsidRPr="00FE315E">
        <w:rPr>
          <w:rFonts w:ascii="Times New Roman" w:hAnsi="Times New Roman" w:cs="Times New Roman"/>
          <w:sz w:val="28"/>
          <w:szCs w:val="28"/>
        </w:rPr>
        <w:t xml:space="preserve"> </w:t>
      </w:r>
      <w:proofErr w:type="spellStart"/>
      <w:r w:rsidRPr="00FE315E">
        <w:rPr>
          <w:rFonts w:ascii="Times New Roman" w:hAnsi="Times New Roman" w:cs="Times New Roman"/>
          <w:sz w:val="28"/>
          <w:szCs w:val="28"/>
        </w:rPr>
        <w:t>qurildi</w:t>
      </w:r>
      <w:proofErr w:type="spellEnd"/>
      <w:r w:rsidRPr="00FE315E">
        <w:rPr>
          <w:rFonts w:ascii="Times New Roman" w:hAnsi="Times New Roman" w:cs="Times New Roman"/>
          <w:sz w:val="28"/>
          <w:szCs w:val="28"/>
        </w:rPr>
        <w:t>.</w:t>
      </w:r>
      <w:r w:rsidR="007B7E9C" w:rsidRPr="00695F67">
        <w:rPr>
          <w:rFonts w:ascii="Times New Roman" w:hAnsi="Times New Roman" w:cs="Times New Roman"/>
          <w:sz w:val="28"/>
          <w:szCs w:val="28"/>
        </w:rPr>
        <w:t xml:space="preserve"> </w:t>
      </w:r>
      <w:proofErr w:type="spellStart"/>
      <w:r w:rsidRPr="00FE315E">
        <w:rPr>
          <w:rFonts w:ascii="Times New Roman" w:hAnsi="Times New Roman" w:cs="Times New Roman"/>
          <w:sz w:val="28"/>
          <w:szCs w:val="28"/>
        </w:rPr>
        <w:t>Viloyatlarda</w:t>
      </w:r>
      <w:proofErr w:type="spellEnd"/>
      <w:r w:rsidRPr="00FE315E">
        <w:rPr>
          <w:rFonts w:ascii="Times New Roman" w:hAnsi="Times New Roman" w:cs="Times New Roman"/>
          <w:sz w:val="28"/>
          <w:szCs w:val="28"/>
        </w:rPr>
        <w:t xml:space="preserve"> ham sport </w:t>
      </w:r>
      <w:proofErr w:type="spellStart"/>
      <w:r w:rsidRPr="00FE315E">
        <w:rPr>
          <w:rFonts w:ascii="Times New Roman" w:hAnsi="Times New Roman" w:cs="Times New Roman"/>
          <w:sz w:val="28"/>
          <w:szCs w:val="28"/>
        </w:rPr>
        <w:t>infratuzilmasi</w:t>
      </w:r>
      <w:proofErr w:type="spellEnd"/>
      <w:r w:rsidRPr="00FE315E">
        <w:rPr>
          <w:rFonts w:ascii="Times New Roman" w:hAnsi="Times New Roman" w:cs="Times New Roman"/>
          <w:sz w:val="28"/>
          <w:szCs w:val="28"/>
        </w:rPr>
        <w:t xml:space="preserve"> yaxshilandi, bu esa qishloqlarda ham sportchilarni tayyorlashga imkon berdi.</w:t>
      </w:r>
    </w:p>
    <w:p w14:paraId="4295EE99" w14:textId="05436FFE" w:rsidR="00827E62" w:rsidRPr="00FE315E" w:rsidRDefault="005C158E" w:rsidP="00C71A9D">
      <w:pPr>
        <w:jc w:val="both"/>
        <w:rPr>
          <w:rFonts w:ascii="Times New Roman" w:hAnsi="Times New Roman" w:cs="Times New Roman"/>
          <w:sz w:val="28"/>
          <w:szCs w:val="28"/>
        </w:rPr>
      </w:pPr>
      <w:r w:rsidRPr="00FE315E">
        <w:rPr>
          <w:rFonts w:ascii="Times New Roman" w:hAnsi="Times New Roman" w:cs="Times New Roman"/>
          <w:sz w:val="28"/>
          <w:szCs w:val="28"/>
        </w:rPr>
        <w:t xml:space="preserve">2. </w:t>
      </w:r>
      <w:proofErr w:type="spellStart"/>
      <w:r w:rsidRPr="00FE315E">
        <w:rPr>
          <w:rFonts w:ascii="Times New Roman" w:hAnsi="Times New Roman" w:cs="Times New Roman"/>
          <w:sz w:val="28"/>
          <w:szCs w:val="28"/>
        </w:rPr>
        <w:t>Kadrlar</w:t>
      </w:r>
      <w:proofErr w:type="spellEnd"/>
      <w:r w:rsidRPr="00FE315E">
        <w:rPr>
          <w:rFonts w:ascii="Times New Roman" w:hAnsi="Times New Roman" w:cs="Times New Roman"/>
          <w:sz w:val="28"/>
          <w:szCs w:val="28"/>
        </w:rPr>
        <w:t xml:space="preserve"> </w:t>
      </w:r>
      <w:proofErr w:type="spellStart"/>
      <w:proofErr w:type="gramStart"/>
      <w:r w:rsidRPr="00FE315E">
        <w:rPr>
          <w:rFonts w:ascii="Times New Roman" w:hAnsi="Times New Roman" w:cs="Times New Roman"/>
          <w:sz w:val="28"/>
          <w:szCs w:val="28"/>
        </w:rPr>
        <w:t>tayyorlash</w:t>
      </w:r>
      <w:proofErr w:type="spellEnd"/>
      <w:r w:rsidR="004B27E2" w:rsidRPr="00695F67">
        <w:rPr>
          <w:rFonts w:ascii="Times New Roman" w:hAnsi="Times New Roman" w:cs="Times New Roman"/>
          <w:sz w:val="28"/>
          <w:szCs w:val="28"/>
        </w:rPr>
        <w:t xml:space="preserve">  </w:t>
      </w:r>
      <w:proofErr w:type="spellStart"/>
      <w:r w:rsidRPr="00FE315E">
        <w:rPr>
          <w:rFonts w:ascii="Times New Roman" w:hAnsi="Times New Roman" w:cs="Times New Roman"/>
          <w:sz w:val="28"/>
          <w:szCs w:val="28"/>
        </w:rPr>
        <w:t>Murabbiylar</w:t>
      </w:r>
      <w:proofErr w:type="spellEnd"/>
      <w:proofErr w:type="gramEnd"/>
      <w:r w:rsidRPr="00FE315E">
        <w:rPr>
          <w:rFonts w:ascii="Times New Roman" w:hAnsi="Times New Roman" w:cs="Times New Roman"/>
          <w:sz w:val="28"/>
          <w:szCs w:val="28"/>
        </w:rPr>
        <w:t xml:space="preserve"> </w:t>
      </w:r>
      <w:proofErr w:type="spellStart"/>
      <w:r w:rsidRPr="00FE315E">
        <w:rPr>
          <w:rFonts w:ascii="Times New Roman" w:hAnsi="Times New Roman" w:cs="Times New Roman"/>
          <w:sz w:val="28"/>
          <w:szCs w:val="28"/>
        </w:rPr>
        <w:t>va</w:t>
      </w:r>
      <w:proofErr w:type="spellEnd"/>
      <w:r w:rsidRPr="00FE315E">
        <w:rPr>
          <w:rFonts w:ascii="Times New Roman" w:hAnsi="Times New Roman" w:cs="Times New Roman"/>
          <w:sz w:val="28"/>
          <w:szCs w:val="28"/>
        </w:rPr>
        <w:t xml:space="preserve"> </w:t>
      </w:r>
      <w:proofErr w:type="spellStart"/>
      <w:r w:rsidRPr="00FE315E">
        <w:rPr>
          <w:rFonts w:ascii="Times New Roman" w:hAnsi="Times New Roman" w:cs="Times New Roman"/>
          <w:sz w:val="28"/>
          <w:szCs w:val="28"/>
        </w:rPr>
        <w:t>hakamlarni</w:t>
      </w:r>
      <w:proofErr w:type="spellEnd"/>
      <w:r w:rsidRPr="00FE315E">
        <w:rPr>
          <w:rFonts w:ascii="Times New Roman" w:hAnsi="Times New Roman" w:cs="Times New Roman"/>
          <w:sz w:val="28"/>
          <w:szCs w:val="28"/>
        </w:rPr>
        <w:t xml:space="preserve"> </w:t>
      </w:r>
      <w:proofErr w:type="spellStart"/>
      <w:r w:rsidRPr="00FE315E">
        <w:rPr>
          <w:rFonts w:ascii="Times New Roman" w:hAnsi="Times New Roman" w:cs="Times New Roman"/>
          <w:sz w:val="28"/>
          <w:szCs w:val="28"/>
        </w:rPr>
        <w:t>tayyorlash</w:t>
      </w:r>
      <w:proofErr w:type="spellEnd"/>
      <w:r w:rsidRPr="00FE315E">
        <w:rPr>
          <w:rFonts w:ascii="Times New Roman" w:hAnsi="Times New Roman" w:cs="Times New Roman"/>
          <w:sz w:val="28"/>
          <w:szCs w:val="28"/>
        </w:rPr>
        <w:t xml:space="preserve"> tizimi kuchaytirildi. Yurtimiz murabbiylari xorijiy mamlakatlarda malaka </w:t>
      </w:r>
      <w:proofErr w:type="spellStart"/>
      <w:r w:rsidRPr="00FE315E">
        <w:rPr>
          <w:rFonts w:ascii="Times New Roman" w:hAnsi="Times New Roman" w:cs="Times New Roman"/>
          <w:sz w:val="28"/>
          <w:szCs w:val="28"/>
        </w:rPr>
        <w:t>oshirish</w:t>
      </w:r>
      <w:proofErr w:type="spellEnd"/>
      <w:r w:rsidRPr="00FE315E">
        <w:rPr>
          <w:rFonts w:ascii="Times New Roman" w:hAnsi="Times New Roman" w:cs="Times New Roman"/>
          <w:sz w:val="28"/>
          <w:szCs w:val="28"/>
        </w:rPr>
        <w:t xml:space="preserve"> </w:t>
      </w:r>
      <w:proofErr w:type="spellStart"/>
      <w:r w:rsidRPr="00FE315E">
        <w:rPr>
          <w:rFonts w:ascii="Times New Roman" w:hAnsi="Times New Roman" w:cs="Times New Roman"/>
          <w:sz w:val="28"/>
          <w:szCs w:val="28"/>
        </w:rPr>
        <w:t>imkoniyatiga</w:t>
      </w:r>
      <w:proofErr w:type="spellEnd"/>
      <w:r w:rsidRPr="00FE315E">
        <w:rPr>
          <w:rFonts w:ascii="Times New Roman" w:hAnsi="Times New Roman" w:cs="Times New Roman"/>
          <w:sz w:val="28"/>
          <w:szCs w:val="28"/>
        </w:rPr>
        <w:t xml:space="preserve"> </w:t>
      </w:r>
      <w:proofErr w:type="spellStart"/>
      <w:r w:rsidRPr="00FE315E">
        <w:rPr>
          <w:rFonts w:ascii="Times New Roman" w:hAnsi="Times New Roman" w:cs="Times New Roman"/>
          <w:sz w:val="28"/>
          <w:szCs w:val="28"/>
        </w:rPr>
        <w:t>ega</w:t>
      </w:r>
      <w:proofErr w:type="spellEnd"/>
      <w:r w:rsidRPr="00FE315E">
        <w:rPr>
          <w:rFonts w:ascii="Times New Roman" w:hAnsi="Times New Roman" w:cs="Times New Roman"/>
          <w:sz w:val="28"/>
          <w:szCs w:val="28"/>
        </w:rPr>
        <w:t xml:space="preserve"> </w:t>
      </w:r>
      <w:proofErr w:type="spellStart"/>
      <w:proofErr w:type="gramStart"/>
      <w:r w:rsidRPr="00FE315E">
        <w:rPr>
          <w:rFonts w:ascii="Times New Roman" w:hAnsi="Times New Roman" w:cs="Times New Roman"/>
          <w:sz w:val="28"/>
          <w:szCs w:val="28"/>
        </w:rPr>
        <w:t>bo‘</w:t>
      </w:r>
      <w:proofErr w:type="gramEnd"/>
      <w:r w:rsidRPr="00FE315E">
        <w:rPr>
          <w:rFonts w:ascii="Times New Roman" w:hAnsi="Times New Roman" w:cs="Times New Roman"/>
          <w:sz w:val="28"/>
          <w:szCs w:val="28"/>
        </w:rPr>
        <w:t>ldi</w:t>
      </w:r>
      <w:proofErr w:type="spellEnd"/>
      <w:r w:rsidRPr="00FE315E">
        <w:rPr>
          <w:rFonts w:ascii="Times New Roman" w:hAnsi="Times New Roman" w:cs="Times New Roman"/>
          <w:sz w:val="28"/>
          <w:szCs w:val="28"/>
        </w:rPr>
        <w:t>.</w:t>
      </w:r>
      <w:r w:rsidR="004B27E2" w:rsidRPr="00695F67">
        <w:rPr>
          <w:rFonts w:ascii="Times New Roman" w:hAnsi="Times New Roman" w:cs="Times New Roman"/>
          <w:sz w:val="28"/>
          <w:szCs w:val="28"/>
        </w:rPr>
        <w:t xml:space="preserve"> </w:t>
      </w:r>
      <w:proofErr w:type="spellStart"/>
      <w:r w:rsidRPr="00FE315E">
        <w:rPr>
          <w:rFonts w:ascii="Times New Roman" w:hAnsi="Times New Roman" w:cs="Times New Roman"/>
          <w:sz w:val="28"/>
          <w:szCs w:val="28"/>
        </w:rPr>
        <w:t>Yosh</w:t>
      </w:r>
      <w:proofErr w:type="spellEnd"/>
      <w:r w:rsidRPr="00FE315E">
        <w:rPr>
          <w:rFonts w:ascii="Times New Roman" w:hAnsi="Times New Roman" w:cs="Times New Roman"/>
          <w:sz w:val="28"/>
          <w:szCs w:val="28"/>
        </w:rPr>
        <w:t xml:space="preserve"> </w:t>
      </w:r>
      <w:proofErr w:type="spellStart"/>
      <w:r w:rsidRPr="00FE315E">
        <w:rPr>
          <w:rFonts w:ascii="Times New Roman" w:hAnsi="Times New Roman" w:cs="Times New Roman"/>
          <w:sz w:val="28"/>
          <w:szCs w:val="28"/>
        </w:rPr>
        <w:t>sportchilarni</w:t>
      </w:r>
      <w:proofErr w:type="spellEnd"/>
      <w:r w:rsidRPr="00FE315E">
        <w:rPr>
          <w:rFonts w:ascii="Times New Roman" w:hAnsi="Times New Roman" w:cs="Times New Roman"/>
          <w:sz w:val="28"/>
          <w:szCs w:val="28"/>
        </w:rPr>
        <w:t xml:space="preserve"> </w:t>
      </w:r>
      <w:proofErr w:type="spellStart"/>
      <w:r w:rsidRPr="00FE315E">
        <w:rPr>
          <w:rFonts w:ascii="Times New Roman" w:hAnsi="Times New Roman" w:cs="Times New Roman"/>
          <w:sz w:val="28"/>
          <w:szCs w:val="28"/>
        </w:rPr>
        <w:t>aniqlash</w:t>
      </w:r>
      <w:proofErr w:type="spellEnd"/>
      <w:r w:rsidRPr="00FE315E">
        <w:rPr>
          <w:rFonts w:ascii="Times New Roman" w:hAnsi="Times New Roman" w:cs="Times New Roman"/>
          <w:sz w:val="28"/>
          <w:szCs w:val="28"/>
        </w:rPr>
        <w:t xml:space="preserve"> </w:t>
      </w:r>
      <w:proofErr w:type="spellStart"/>
      <w:r w:rsidRPr="00FE315E">
        <w:rPr>
          <w:rFonts w:ascii="Times New Roman" w:hAnsi="Times New Roman" w:cs="Times New Roman"/>
          <w:sz w:val="28"/>
          <w:szCs w:val="28"/>
        </w:rPr>
        <w:t>va</w:t>
      </w:r>
      <w:proofErr w:type="spellEnd"/>
      <w:r w:rsidRPr="00FE315E">
        <w:rPr>
          <w:rFonts w:ascii="Times New Roman" w:hAnsi="Times New Roman" w:cs="Times New Roman"/>
          <w:sz w:val="28"/>
          <w:szCs w:val="28"/>
        </w:rPr>
        <w:t xml:space="preserve"> </w:t>
      </w:r>
      <w:proofErr w:type="spellStart"/>
      <w:r w:rsidRPr="00FE315E">
        <w:rPr>
          <w:rFonts w:ascii="Times New Roman" w:hAnsi="Times New Roman" w:cs="Times New Roman"/>
          <w:sz w:val="28"/>
          <w:szCs w:val="28"/>
        </w:rPr>
        <w:t>ularni</w:t>
      </w:r>
      <w:proofErr w:type="spellEnd"/>
      <w:r w:rsidRPr="00FE315E">
        <w:rPr>
          <w:rFonts w:ascii="Times New Roman" w:hAnsi="Times New Roman" w:cs="Times New Roman"/>
          <w:sz w:val="28"/>
          <w:szCs w:val="28"/>
        </w:rPr>
        <w:t xml:space="preserve"> tarbiyalash uchun ixtisoslashtirilgan sport maktablari va kollejlari ochildi.</w:t>
      </w:r>
    </w:p>
    <w:p w14:paraId="014AB524" w14:textId="7499927E" w:rsidR="00827E62" w:rsidRPr="00FE315E" w:rsidRDefault="005C158E" w:rsidP="00C71A9D">
      <w:pPr>
        <w:jc w:val="both"/>
        <w:rPr>
          <w:rFonts w:ascii="Times New Roman" w:hAnsi="Times New Roman" w:cs="Times New Roman"/>
          <w:sz w:val="28"/>
          <w:szCs w:val="28"/>
        </w:rPr>
      </w:pPr>
      <w:r w:rsidRPr="00FE315E">
        <w:rPr>
          <w:rFonts w:ascii="Times New Roman" w:hAnsi="Times New Roman" w:cs="Times New Roman"/>
          <w:sz w:val="28"/>
          <w:szCs w:val="28"/>
        </w:rPr>
        <w:t xml:space="preserve">3. Milliy </w:t>
      </w:r>
      <w:proofErr w:type="spellStart"/>
      <w:r w:rsidRPr="00FE315E">
        <w:rPr>
          <w:rFonts w:ascii="Times New Roman" w:hAnsi="Times New Roman" w:cs="Times New Roman"/>
          <w:sz w:val="28"/>
          <w:szCs w:val="28"/>
        </w:rPr>
        <w:t>musobaqalar</w:t>
      </w:r>
      <w:proofErr w:type="spellEnd"/>
      <w:r w:rsidRPr="00FE315E">
        <w:rPr>
          <w:rFonts w:ascii="Times New Roman" w:hAnsi="Times New Roman" w:cs="Times New Roman"/>
          <w:sz w:val="28"/>
          <w:szCs w:val="28"/>
        </w:rPr>
        <w:t xml:space="preserve"> </w:t>
      </w:r>
      <w:proofErr w:type="spellStart"/>
      <w:r w:rsidRPr="00FE315E">
        <w:rPr>
          <w:rFonts w:ascii="Times New Roman" w:hAnsi="Times New Roman" w:cs="Times New Roman"/>
          <w:sz w:val="28"/>
          <w:szCs w:val="28"/>
        </w:rPr>
        <w:t>va</w:t>
      </w:r>
      <w:proofErr w:type="spellEnd"/>
      <w:r w:rsidRPr="00FE315E">
        <w:rPr>
          <w:rFonts w:ascii="Times New Roman" w:hAnsi="Times New Roman" w:cs="Times New Roman"/>
          <w:sz w:val="28"/>
          <w:szCs w:val="28"/>
        </w:rPr>
        <w:t xml:space="preserve"> </w:t>
      </w:r>
      <w:proofErr w:type="spellStart"/>
      <w:r w:rsidRPr="00FE315E">
        <w:rPr>
          <w:rFonts w:ascii="Times New Roman" w:hAnsi="Times New Roman" w:cs="Times New Roman"/>
          <w:sz w:val="28"/>
          <w:szCs w:val="28"/>
        </w:rPr>
        <w:t>xalqaro</w:t>
      </w:r>
      <w:proofErr w:type="spellEnd"/>
      <w:r w:rsidRPr="00FE315E">
        <w:rPr>
          <w:rFonts w:ascii="Times New Roman" w:hAnsi="Times New Roman" w:cs="Times New Roman"/>
          <w:sz w:val="28"/>
          <w:szCs w:val="28"/>
        </w:rPr>
        <w:t xml:space="preserve"> </w:t>
      </w:r>
      <w:proofErr w:type="spellStart"/>
      <w:r w:rsidRPr="00FE315E">
        <w:rPr>
          <w:rFonts w:ascii="Times New Roman" w:hAnsi="Times New Roman" w:cs="Times New Roman"/>
          <w:sz w:val="28"/>
          <w:szCs w:val="28"/>
        </w:rPr>
        <w:t>turnirlar</w:t>
      </w:r>
      <w:proofErr w:type="spellEnd"/>
      <w:r w:rsidR="00827E62" w:rsidRPr="00695F67">
        <w:rPr>
          <w:rFonts w:ascii="Times New Roman" w:hAnsi="Times New Roman" w:cs="Times New Roman"/>
          <w:sz w:val="28"/>
          <w:szCs w:val="28"/>
        </w:rPr>
        <w:t xml:space="preserve"> </w:t>
      </w:r>
      <w:proofErr w:type="spellStart"/>
      <w:proofErr w:type="gramStart"/>
      <w:r w:rsidRPr="00FE315E">
        <w:rPr>
          <w:rFonts w:ascii="Times New Roman" w:hAnsi="Times New Roman" w:cs="Times New Roman"/>
          <w:sz w:val="28"/>
          <w:szCs w:val="28"/>
        </w:rPr>
        <w:t>O‘</w:t>
      </w:r>
      <w:proofErr w:type="gramEnd"/>
      <w:r w:rsidRPr="00FE315E">
        <w:rPr>
          <w:rFonts w:ascii="Times New Roman" w:hAnsi="Times New Roman" w:cs="Times New Roman"/>
          <w:sz w:val="28"/>
          <w:szCs w:val="28"/>
        </w:rPr>
        <w:t>zbekiston</w:t>
      </w:r>
      <w:proofErr w:type="spellEnd"/>
      <w:r w:rsidRPr="00FE315E">
        <w:rPr>
          <w:rFonts w:ascii="Times New Roman" w:hAnsi="Times New Roman" w:cs="Times New Roman"/>
          <w:sz w:val="28"/>
          <w:szCs w:val="28"/>
        </w:rPr>
        <w:t xml:space="preserve"> </w:t>
      </w:r>
      <w:proofErr w:type="spellStart"/>
      <w:r w:rsidRPr="00FE315E">
        <w:rPr>
          <w:rFonts w:ascii="Times New Roman" w:hAnsi="Times New Roman" w:cs="Times New Roman"/>
          <w:sz w:val="28"/>
          <w:szCs w:val="28"/>
        </w:rPr>
        <w:t>mustaqillikdan</w:t>
      </w:r>
      <w:proofErr w:type="spellEnd"/>
      <w:r w:rsidRPr="00FE315E">
        <w:rPr>
          <w:rFonts w:ascii="Times New Roman" w:hAnsi="Times New Roman" w:cs="Times New Roman"/>
          <w:sz w:val="28"/>
          <w:szCs w:val="28"/>
        </w:rPr>
        <w:t xml:space="preserve"> </w:t>
      </w:r>
      <w:proofErr w:type="spellStart"/>
      <w:r w:rsidRPr="00FE315E">
        <w:rPr>
          <w:rFonts w:ascii="Times New Roman" w:hAnsi="Times New Roman" w:cs="Times New Roman"/>
          <w:sz w:val="28"/>
          <w:szCs w:val="28"/>
        </w:rPr>
        <w:t>so‘ng</w:t>
      </w:r>
      <w:proofErr w:type="spellEnd"/>
      <w:r w:rsidRPr="00FE315E">
        <w:rPr>
          <w:rFonts w:ascii="Times New Roman" w:hAnsi="Times New Roman" w:cs="Times New Roman"/>
          <w:sz w:val="28"/>
          <w:szCs w:val="28"/>
        </w:rPr>
        <w:t xml:space="preserve"> </w:t>
      </w:r>
      <w:proofErr w:type="spellStart"/>
      <w:r w:rsidRPr="00FE315E">
        <w:rPr>
          <w:rFonts w:ascii="Times New Roman" w:hAnsi="Times New Roman" w:cs="Times New Roman"/>
          <w:sz w:val="28"/>
          <w:szCs w:val="28"/>
        </w:rPr>
        <w:t>o‘z</w:t>
      </w:r>
      <w:proofErr w:type="spellEnd"/>
      <w:r w:rsidRPr="00FE315E">
        <w:rPr>
          <w:rFonts w:ascii="Times New Roman" w:hAnsi="Times New Roman" w:cs="Times New Roman"/>
          <w:sz w:val="28"/>
          <w:szCs w:val="28"/>
        </w:rPr>
        <w:t xml:space="preserve"> milliy chempionatlarini tashkil eta boshladi. Yengil atletika </w:t>
      </w:r>
      <w:proofErr w:type="gramStart"/>
      <w:r w:rsidRPr="00FE315E">
        <w:rPr>
          <w:rFonts w:ascii="Times New Roman" w:hAnsi="Times New Roman" w:cs="Times New Roman"/>
          <w:sz w:val="28"/>
          <w:szCs w:val="28"/>
        </w:rPr>
        <w:t>bo‘</w:t>
      </w:r>
      <w:proofErr w:type="gramEnd"/>
      <w:r w:rsidRPr="00FE315E">
        <w:rPr>
          <w:rFonts w:ascii="Times New Roman" w:hAnsi="Times New Roman" w:cs="Times New Roman"/>
          <w:sz w:val="28"/>
          <w:szCs w:val="28"/>
        </w:rPr>
        <w:t xml:space="preserve">yicha musobaqalar muntazam o‘tkazilib, yoshlar va professional </w:t>
      </w:r>
      <w:proofErr w:type="spellStart"/>
      <w:r w:rsidRPr="00FE315E">
        <w:rPr>
          <w:rFonts w:ascii="Times New Roman" w:hAnsi="Times New Roman" w:cs="Times New Roman"/>
          <w:sz w:val="28"/>
          <w:szCs w:val="28"/>
        </w:rPr>
        <w:t>sportchilar</w:t>
      </w:r>
      <w:proofErr w:type="spellEnd"/>
      <w:r w:rsidRPr="00FE315E">
        <w:rPr>
          <w:rFonts w:ascii="Times New Roman" w:hAnsi="Times New Roman" w:cs="Times New Roman"/>
          <w:sz w:val="28"/>
          <w:szCs w:val="28"/>
        </w:rPr>
        <w:t xml:space="preserve"> </w:t>
      </w:r>
      <w:proofErr w:type="spellStart"/>
      <w:r w:rsidRPr="00FE315E">
        <w:rPr>
          <w:rFonts w:ascii="Times New Roman" w:hAnsi="Times New Roman" w:cs="Times New Roman"/>
          <w:sz w:val="28"/>
          <w:szCs w:val="28"/>
        </w:rPr>
        <w:t>uchun</w:t>
      </w:r>
      <w:proofErr w:type="spellEnd"/>
      <w:r w:rsidRPr="00FE315E">
        <w:rPr>
          <w:rFonts w:ascii="Times New Roman" w:hAnsi="Times New Roman" w:cs="Times New Roman"/>
          <w:sz w:val="28"/>
          <w:szCs w:val="28"/>
        </w:rPr>
        <w:t xml:space="preserve"> </w:t>
      </w:r>
      <w:proofErr w:type="spellStart"/>
      <w:r w:rsidRPr="00FE315E">
        <w:rPr>
          <w:rFonts w:ascii="Times New Roman" w:hAnsi="Times New Roman" w:cs="Times New Roman"/>
          <w:sz w:val="28"/>
          <w:szCs w:val="28"/>
        </w:rPr>
        <w:t>sharoit</w:t>
      </w:r>
      <w:proofErr w:type="spellEnd"/>
      <w:r w:rsidRPr="00FE315E">
        <w:rPr>
          <w:rFonts w:ascii="Times New Roman" w:hAnsi="Times New Roman" w:cs="Times New Roman"/>
          <w:sz w:val="28"/>
          <w:szCs w:val="28"/>
        </w:rPr>
        <w:t xml:space="preserve"> </w:t>
      </w:r>
      <w:proofErr w:type="spellStart"/>
      <w:r w:rsidRPr="00FE315E">
        <w:rPr>
          <w:rFonts w:ascii="Times New Roman" w:hAnsi="Times New Roman" w:cs="Times New Roman"/>
          <w:sz w:val="28"/>
          <w:szCs w:val="28"/>
        </w:rPr>
        <w:t>yaratildi</w:t>
      </w:r>
      <w:proofErr w:type="spellEnd"/>
      <w:r w:rsidRPr="00FE315E">
        <w:rPr>
          <w:rFonts w:ascii="Times New Roman" w:hAnsi="Times New Roman" w:cs="Times New Roman"/>
          <w:sz w:val="28"/>
          <w:szCs w:val="28"/>
        </w:rPr>
        <w:t>.</w:t>
      </w:r>
      <w:r w:rsidR="00827E62" w:rsidRPr="00695F67">
        <w:rPr>
          <w:rFonts w:ascii="Times New Roman" w:hAnsi="Times New Roman" w:cs="Times New Roman"/>
          <w:sz w:val="28"/>
          <w:szCs w:val="28"/>
        </w:rPr>
        <w:t xml:space="preserve"> </w:t>
      </w:r>
      <w:proofErr w:type="spellStart"/>
      <w:r w:rsidRPr="00FE315E">
        <w:rPr>
          <w:rFonts w:ascii="Times New Roman" w:hAnsi="Times New Roman" w:cs="Times New Roman"/>
          <w:sz w:val="28"/>
          <w:szCs w:val="28"/>
        </w:rPr>
        <w:t>Xalqaro</w:t>
      </w:r>
      <w:proofErr w:type="spellEnd"/>
      <w:r w:rsidRPr="00FE315E">
        <w:rPr>
          <w:rFonts w:ascii="Times New Roman" w:hAnsi="Times New Roman" w:cs="Times New Roman"/>
          <w:sz w:val="28"/>
          <w:szCs w:val="28"/>
        </w:rPr>
        <w:t xml:space="preserve"> </w:t>
      </w:r>
      <w:proofErr w:type="spellStart"/>
      <w:r w:rsidRPr="00FE315E">
        <w:rPr>
          <w:rFonts w:ascii="Times New Roman" w:hAnsi="Times New Roman" w:cs="Times New Roman"/>
          <w:sz w:val="28"/>
          <w:szCs w:val="28"/>
        </w:rPr>
        <w:t>musobaqalarda</w:t>
      </w:r>
      <w:proofErr w:type="spellEnd"/>
      <w:r w:rsidRPr="00FE315E">
        <w:rPr>
          <w:rFonts w:ascii="Times New Roman" w:hAnsi="Times New Roman" w:cs="Times New Roman"/>
          <w:sz w:val="28"/>
          <w:szCs w:val="28"/>
        </w:rPr>
        <w:t xml:space="preserve"> </w:t>
      </w:r>
      <w:proofErr w:type="spellStart"/>
      <w:r w:rsidRPr="00FE315E">
        <w:rPr>
          <w:rFonts w:ascii="Times New Roman" w:hAnsi="Times New Roman" w:cs="Times New Roman"/>
          <w:sz w:val="28"/>
          <w:szCs w:val="28"/>
        </w:rPr>
        <w:t>qatnashish</w:t>
      </w:r>
      <w:proofErr w:type="spellEnd"/>
      <w:r w:rsidRPr="00FE315E">
        <w:rPr>
          <w:rFonts w:ascii="Times New Roman" w:hAnsi="Times New Roman" w:cs="Times New Roman"/>
          <w:sz w:val="28"/>
          <w:szCs w:val="28"/>
        </w:rPr>
        <w:t xml:space="preserve"> </w:t>
      </w:r>
      <w:proofErr w:type="spellStart"/>
      <w:r w:rsidRPr="00FE315E">
        <w:rPr>
          <w:rFonts w:ascii="Times New Roman" w:hAnsi="Times New Roman" w:cs="Times New Roman"/>
          <w:sz w:val="28"/>
          <w:szCs w:val="28"/>
        </w:rPr>
        <w:t>uchun</w:t>
      </w:r>
      <w:proofErr w:type="spellEnd"/>
      <w:r w:rsidRPr="00FE315E">
        <w:rPr>
          <w:rFonts w:ascii="Times New Roman" w:hAnsi="Times New Roman" w:cs="Times New Roman"/>
          <w:sz w:val="28"/>
          <w:szCs w:val="28"/>
        </w:rPr>
        <w:t xml:space="preserve"> </w:t>
      </w:r>
      <w:proofErr w:type="spellStart"/>
      <w:r w:rsidRPr="00FE315E">
        <w:rPr>
          <w:rFonts w:ascii="Times New Roman" w:hAnsi="Times New Roman" w:cs="Times New Roman"/>
          <w:sz w:val="28"/>
          <w:szCs w:val="28"/>
        </w:rPr>
        <w:t>imkoniyatlar</w:t>
      </w:r>
      <w:proofErr w:type="spellEnd"/>
      <w:r w:rsidRPr="00FE315E">
        <w:rPr>
          <w:rFonts w:ascii="Times New Roman" w:hAnsi="Times New Roman" w:cs="Times New Roman"/>
          <w:sz w:val="28"/>
          <w:szCs w:val="28"/>
        </w:rPr>
        <w:t xml:space="preserve"> kengaydi. </w:t>
      </w:r>
      <w:proofErr w:type="gramStart"/>
      <w:r w:rsidRPr="00FE315E">
        <w:rPr>
          <w:rFonts w:ascii="Times New Roman" w:hAnsi="Times New Roman" w:cs="Times New Roman"/>
          <w:sz w:val="28"/>
          <w:szCs w:val="28"/>
        </w:rPr>
        <w:t>O‘</w:t>
      </w:r>
      <w:proofErr w:type="gramEnd"/>
      <w:r w:rsidRPr="00FE315E">
        <w:rPr>
          <w:rFonts w:ascii="Times New Roman" w:hAnsi="Times New Roman" w:cs="Times New Roman"/>
          <w:sz w:val="28"/>
          <w:szCs w:val="28"/>
        </w:rPr>
        <w:t>zbekiston sportchilari Osiyo va Jahon chempionatlarida faol ishtirok eta boshladilar.</w:t>
      </w:r>
    </w:p>
    <w:p w14:paraId="24930162" w14:textId="25491F83" w:rsidR="00827E62" w:rsidRPr="00FE315E" w:rsidRDefault="005C158E" w:rsidP="00C71A9D">
      <w:pPr>
        <w:jc w:val="both"/>
        <w:rPr>
          <w:rFonts w:ascii="Times New Roman" w:hAnsi="Times New Roman" w:cs="Times New Roman"/>
          <w:sz w:val="28"/>
          <w:szCs w:val="28"/>
        </w:rPr>
      </w:pPr>
      <w:r w:rsidRPr="00FE315E">
        <w:rPr>
          <w:rFonts w:ascii="Times New Roman" w:hAnsi="Times New Roman" w:cs="Times New Roman"/>
          <w:sz w:val="28"/>
          <w:szCs w:val="28"/>
        </w:rPr>
        <w:t xml:space="preserve">4. Mashhur </w:t>
      </w:r>
      <w:proofErr w:type="spellStart"/>
      <w:r w:rsidRPr="00FE315E">
        <w:rPr>
          <w:rFonts w:ascii="Times New Roman" w:hAnsi="Times New Roman" w:cs="Times New Roman"/>
          <w:sz w:val="28"/>
          <w:szCs w:val="28"/>
        </w:rPr>
        <w:t>sportchilar</w:t>
      </w:r>
      <w:proofErr w:type="spellEnd"/>
      <w:r w:rsidRPr="00FE315E">
        <w:rPr>
          <w:rFonts w:ascii="Times New Roman" w:hAnsi="Times New Roman" w:cs="Times New Roman"/>
          <w:sz w:val="28"/>
          <w:szCs w:val="28"/>
        </w:rPr>
        <w:t xml:space="preserve"> </w:t>
      </w:r>
      <w:proofErr w:type="spellStart"/>
      <w:r w:rsidRPr="00FE315E">
        <w:rPr>
          <w:rFonts w:ascii="Times New Roman" w:hAnsi="Times New Roman" w:cs="Times New Roman"/>
          <w:sz w:val="28"/>
          <w:szCs w:val="28"/>
        </w:rPr>
        <w:t>va</w:t>
      </w:r>
      <w:proofErr w:type="spellEnd"/>
      <w:r w:rsidRPr="00FE315E">
        <w:rPr>
          <w:rFonts w:ascii="Times New Roman" w:hAnsi="Times New Roman" w:cs="Times New Roman"/>
          <w:sz w:val="28"/>
          <w:szCs w:val="28"/>
        </w:rPr>
        <w:t xml:space="preserve"> </w:t>
      </w:r>
      <w:proofErr w:type="spellStart"/>
      <w:r w:rsidRPr="00FE315E">
        <w:rPr>
          <w:rFonts w:ascii="Times New Roman" w:hAnsi="Times New Roman" w:cs="Times New Roman"/>
          <w:sz w:val="28"/>
          <w:szCs w:val="28"/>
        </w:rPr>
        <w:t>ularning</w:t>
      </w:r>
      <w:proofErr w:type="spellEnd"/>
      <w:r w:rsidRPr="00FE315E">
        <w:rPr>
          <w:rFonts w:ascii="Times New Roman" w:hAnsi="Times New Roman" w:cs="Times New Roman"/>
          <w:sz w:val="28"/>
          <w:szCs w:val="28"/>
        </w:rPr>
        <w:t xml:space="preserve"> </w:t>
      </w:r>
      <w:proofErr w:type="spellStart"/>
      <w:r w:rsidRPr="00FE315E">
        <w:rPr>
          <w:rFonts w:ascii="Times New Roman" w:hAnsi="Times New Roman" w:cs="Times New Roman"/>
          <w:sz w:val="28"/>
          <w:szCs w:val="28"/>
        </w:rPr>
        <w:t>muvaffaqiyatlari</w:t>
      </w:r>
      <w:proofErr w:type="spellEnd"/>
      <w:r w:rsidR="00827E62" w:rsidRPr="00695F67">
        <w:rPr>
          <w:rFonts w:ascii="Times New Roman" w:hAnsi="Times New Roman" w:cs="Times New Roman"/>
          <w:sz w:val="28"/>
          <w:szCs w:val="28"/>
        </w:rPr>
        <w:t xml:space="preserve"> </w:t>
      </w:r>
      <w:proofErr w:type="spellStart"/>
      <w:r w:rsidRPr="00FE315E">
        <w:rPr>
          <w:rFonts w:ascii="Times New Roman" w:hAnsi="Times New Roman" w:cs="Times New Roman"/>
          <w:sz w:val="28"/>
          <w:szCs w:val="28"/>
        </w:rPr>
        <w:t>Mustaqillik</w:t>
      </w:r>
      <w:proofErr w:type="spellEnd"/>
      <w:r w:rsidRPr="00FE315E">
        <w:rPr>
          <w:rFonts w:ascii="Times New Roman" w:hAnsi="Times New Roman" w:cs="Times New Roman"/>
          <w:sz w:val="28"/>
          <w:szCs w:val="28"/>
        </w:rPr>
        <w:t xml:space="preserve"> </w:t>
      </w:r>
      <w:proofErr w:type="spellStart"/>
      <w:r w:rsidRPr="00FE315E">
        <w:rPr>
          <w:rFonts w:ascii="Times New Roman" w:hAnsi="Times New Roman" w:cs="Times New Roman"/>
          <w:sz w:val="28"/>
          <w:szCs w:val="28"/>
        </w:rPr>
        <w:t>yillarida</w:t>
      </w:r>
      <w:proofErr w:type="spellEnd"/>
      <w:r w:rsidRPr="00FE315E">
        <w:rPr>
          <w:rFonts w:ascii="Times New Roman" w:hAnsi="Times New Roman" w:cs="Times New Roman"/>
          <w:sz w:val="28"/>
          <w:szCs w:val="28"/>
        </w:rPr>
        <w:t xml:space="preserve"> </w:t>
      </w:r>
      <w:proofErr w:type="spellStart"/>
      <w:proofErr w:type="gramStart"/>
      <w:r w:rsidRPr="00FE315E">
        <w:rPr>
          <w:rFonts w:ascii="Times New Roman" w:hAnsi="Times New Roman" w:cs="Times New Roman"/>
          <w:sz w:val="28"/>
          <w:szCs w:val="28"/>
        </w:rPr>
        <w:t>O‘</w:t>
      </w:r>
      <w:proofErr w:type="gramEnd"/>
      <w:r w:rsidRPr="00FE315E">
        <w:rPr>
          <w:rFonts w:ascii="Times New Roman" w:hAnsi="Times New Roman" w:cs="Times New Roman"/>
          <w:sz w:val="28"/>
          <w:szCs w:val="28"/>
        </w:rPr>
        <w:t>zbekiston</w:t>
      </w:r>
      <w:proofErr w:type="spellEnd"/>
      <w:r w:rsidRPr="00FE315E">
        <w:rPr>
          <w:rFonts w:ascii="Times New Roman" w:hAnsi="Times New Roman" w:cs="Times New Roman"/>
          <w:sz w:val="28"/>
          <w:szCs w:val="28"/>
        </w:rPr>
        <w:t xml:space="preserve"> </w:t>
      </w:r>
      <w:proofErr w:type="spellStart"/>
      <w:r w:rsidRPr="00FE315E">
        <w:rPr>
          <w:rFonts w:ascii="Times New Roman" w:hAnsi="Times New Roman" w:cs="Times New Roman"/>
          <w:sz w:val="28"/>
          <w:szCs w:val="28"/>
        </w:rPr>
        <w:t>yengil</w:t>
      </w:r>
      <w:proofErr w:type="spellEnd"/>
      <w:r w:rsidRPr="00FE315E">
        <w:rPr>
          <w:rFonts w:ascii="Times New Roman" w:hAnsi="Times New Roman" w:cs="Times New Roman"/>
          <w:sz w:val="28"/>
          <w:szCs w:val="28"/>
        </w:rPr>
        <w:t xml:space="preserve"> </w:t>
      </w:r>
      <w:proofErr w:type="spellStart"/>
      <w:r w:rsidRPr="00FE315E">
        <w:rPr>
          <w:rFonts w:ascii="Times New Roman" w:hAnsi="Times New Roman" w:cs="Times New Roman"/>
          <w:sz w:val="28"/>
          <w:szCs w:val="28"/>
        </w:rPr>
        <w:t>atletikasida</w:t>
      </w:r>
      <w:proofErr w:type="spellEnd"/>
      <w:r w:rsidRPr="00FE315E">
        <w:rPr>
          <w:rFonts w:ascii="Times New Roman" w:hAnsi="Times New Roman" w:cs="Times New Roman"/>
          <w:sz w:val="28"/>
          <w:szCs w:val="28"/>
        </w:rPr>
        <w:t xml:space="preserve"> bir qancha mashhur sportchilar yetishib chiqdi. Masalan, Oksana Chusovitina gimnastikadan tashqari, yengil atletikaga ham </w:t>
      </w:r>
      <w:proofErr w:type="gramStart"/>
      <w:r w:rsidRPr="00FE315E">
        <w:rPr>
          <w:rFonts w:ascii="Times New Roman" w:hAnsi="Times New Roman" w:cs="Times New Roman"/>
          <w:sz w:val="28"/>
          <w:szCs w:val="28"/>
        </w:rPr>
        <w:t>o‘</w:t>
      </w:r>
      <w:proofErr w:type="gramEnd"/>
      <w:r w:rsidRPr="00FE315E">
        <w:rPr>
          <w:rFonts w:ascii="Times New Roman" w:hAnsi="Times New Roman" w:cs="Times New Roman"/>
          <w:sz w:val="28"/>
          <w:szCs w:val="28"/>
        </w:rPr>
        <w:t xml:space="preserve">zining </w:t>
      </w:r>
      <w:proofErr w:type="spellStart"/>
      <w:r w:rsidRPr="00FE315E">
        <w:rPr>
          <w:rFonts w:ascii="Times New Roman" w:hAnsi="Times New Roman" w:cs="Times New Roman"/>
          <w:sz w:val="28"/>
          <w:szCs w:val="28"/>
        </w:rPr>
        <w:t>tajribasi</w:t>
      </w:r>
      <w:proofErr w:type="spellEnd"/>
      <w:r w:rsidRPr="00FE315E">
        <w:rPr>
          <w:rFonts w:ascii="Times New Roman" w:hAnsi="Times New Roman" w:cs="Times New Roman"/>
          <w:sz w:val="28"/>
          <w:szCs w:val="28"/>
        </w:rPr>
        <w:t xml:space="preserve"> </w:t>
      </w:r>
      <w:proofErr w:type="spellStart"/>
      <w:r w:rsidRPr="00FE315E">
        <w:rPr>
          <w:rFonts w:ascii="Times New Roman" w:hAnsi="Times New Roman" w:cs="Times New Roman"/>
          <w:sz w:val="28"/>
          <w:szCs w:val="28"/>
        </w:rPr>
        <w:t>orqali</w:t>
      </w:r>
      <w:proofErr w:type="spellEnd"/>
      <w:r w:rsidRPr="00FE315E">
        <w:rPr>
          <w:rFonts w:ascii="Times New Roman" w:hAnsi="Times New Roman" w:cs="Times New Roman"/>
          <w:sz w:val="28"/>
          <w:szCs w:val="28"/>
        </w:rPr>
        <w:t xml:space="preserve"> </w:t>
      </w:r>
      <w:proofErr w:type="spellStart"/>
      <w:r w:rsidRPr="00FE315E">
        <w:rPr>
          <w:rFonts w:ascii="Times New Roman" w:hAnsi="Times New Roman" w:cs="Times New Roman"/>
          <w:sz w:val="28"/>
          <w:szCs w:val="28"/>
        </w:rPr>
        <w:t>yordam</w:t>
      </w:r>
      <w:proofErr w:type="spellEnd"/>
      <w:r w:rsidRPr="00FE315E">
        <w:rPr>
          <w:rFonts w:ascii="Times New Roman" w:hAnsi="Times New Roman" w:cs="Times New Roman"/>
          <w:sz w:val="28"/>
          <w:szCs w:val="28"/>
        </w:rPr>
        <w:t xml:space="preserve"> </w:t>
      </w:r>
      <w:proofErr w:type="spellStart"/>
      <w:r w:rsidRPr="00FE315E">
        <w:rPr>
          <w:rFonts w:ascii="Times New Roman" w:hAnsi="Times New Roman" w:cs="Times New Roman"/>
          <w:sz w:val="28"/>
          <w:szCs w:val="28"/>
        </w:rPr>
        <w:t>ko‘rsatdi</w:t>
      </w:r>
      <w:proofErr w:type="spellEnd"/>
      <w:r w:rsidRPr="00FE315E">
        <w:rPr>
          <w:rFonts w:ascii="Times New Roman" w:hAnsi="Times New Roman" w:cs="Times New Roman"/>
          <w:sz w:val="28"/>
          <w:szCs w:val="28"/>
        </w:rPr>
        <w:t>.</w:t>
      </w:r>
      <w:r w:rsidR="00827E62" w:rsidRPr="00695F67">
        <w:rPr>
          <w:rFonts w:ascii="Times New Roman" w:hAnsi="Times New Roman" w:cs="Times New Roman"/>
          <w:sz w:val="28"/>
          <w:szCs w:val="28"/>
        </w:rPr>
        <w:t xml:space="preserve"> </w:t>
      </w:r>
      <w:proofErr w:type="spellStart"/>
      <w:proofErr w:type="gramStart"/>
      <w:r w:rsidRPr="00FE315E">
        <w:rPr>
          <w:rFonts w:ascii="Times New Roman" w:hAnsi="Times New Roman" w:cs="Times New Roman"/>
          <w:sz w:val="28"/>
          <w:szCs w:val="28"/>
        </w:rPr>
        <w:t>O‘</w:t>
      </w:r>
      <w:proofErr w:type="gramEnd"/>
      <w:r w:rsidRPr="00FE315E">
        <w:rPr>
          <w:rFonts w:ascii="Times New Roman" w:hAnsi="Times New Roman" w:cs="Times New Roman"/>
          <w:sz w:val="28"/>
          <w:szCs w:val="28"/>
        </w:rPr>
        <w:t>zbekiston</w:t>
      </w:r>
      <w:proofErr w:type="spellEnd"/>
      <w:r w:rsidRPr="00FE315E">
        <w:rPr>
          <w:rFonts w:ascii="Times New Roman" w:hAnsi="Times New Roman" w:cs="Times New Roman"/>
          <w:sz w:val="28"/>
          <w:szCs w:val="28"/>
        </w:rPr>
        <w:t xml:space="preserve"> </w:t>
      </w:r>
      <w:proofErr w:type="spellStart"/>
      <w:r w:rsidRPr="00FE315E">
        <w:rPr>
          <w:rFonts w:ascii="Times New Roman" w:hAnsi="Times New Roman" w:cs="Times New Roman"/>
          <w:sz w:val="28"/>
          <w:szCs w:val="28"/>
        </w:rPr>
        <w:t>yengil</w:t>
      </w:r>
      <w:proofErr w:type="spellEnd"/>
      <w:r w:rsidRPr="00FE315E">
        <w:rPr>
          <w:rFonts w:ascii="Times New Roman" w:hAnsi="Times New Roman" w:cs="Times New Roman"/>
          <w:sz w:val="28"/>
          <w:szCs w:val="28"/>
        </w:rPr>
        <w:t xml:space="preserve"> </w:t>
      </w:r>
      <w:proofErr w:type="spellStart"/>
      <w:r w:rsidRPr="00FE315E">
        <w:rPr>
          <w:rFonts w:ascii="Times New Roman" w:hAnsi="Times New Roman" w:cs="Times New Roman"/>
          <w:sz w:val="28"/>
          <w:szCs w:val="28"/>
        </w:rPr>
        <w:t>atletlari</w:t>
      </w:r>
      <w:proofErr w:type="spellEnd"/>
      <w:r w:rsidRPr="00FE315E">
        <w:rPr>
          <w:rFonts w:ascii="Times New Roman" w:hAnsi="Times New Roman" w:cs="Times New Roman"/>
          <w:sz w:val="28"/>
          <w:szCs w:val="28"/>
        </w:rPr>
        <w:t xml:space="preserve"> </w:t>
      </w:r>
      <w:proofErr w:type="spellStart"/>
      <w:r w:rsidRPr="00FE315E">
        <w:rPr>
          <w:rFonts w:ascii="Times New Roman" w:hAnsi="Times New Roman" w:cs="Times New Roman"/>
          <w:sz w:val="28"/>
          <w:szCs w:val="28"/>
        </w:rPr>
        <w:t>Osiyo</w:t>
      </w:r>
      <w:proofErr w:type="spellEnd"/>
      <w:r w:rsidRPr="00FE315E">
        <w:rPr>
          <w:rFonts w:ascii="Times New Roman" w:hAnsi="Times New Roman" w:cs="Times New Roman"/>
          <w:sz w:val="28"/>
          <w:szCs w:val="28"/>
        </w:rPr>
        <w:t xml:space="preserve"> o‘yinlarida va boshqa xalqaro musobaqalarda sovrinli o‘rinlarni qo‘lga kiritdilar.</w:t>
      </w:r>
    </w:p>
    <w:p w14:paraId="25991EA9" w14:textId="60065A97" w:rsidR="00D6402D" w:rsidRPr="00695F67" w:rsidRDefault="005C158E" w:rsidP="00C71A9D">
      <w:pPr>
        <w:jc w:val="both"/>
        <w:rPr>
          <w:rFonts w:ascii="Times New Roman" w:hAnsi="Times New Roman" w:cs="Times New Roman"/>
          <w:sz w:val="28"/>
          <w:szCs w:val="28"/>
        </w:rPr>
      </w:pPr>
      <w:r w:rsidRPr="00FE315E">
        <w:rPr>
          <w:rFonts w:ascii="Times New Roman" w:hAnsi="Times New Roman" w:cs="Times New Roman"/>
          <w:sz w:val="28"/>
          <w:szCs w:val="28"/>
        </w:rPr>
        <w:t xml:space="preserve">5. Davlat </w:t>
      </w:r>
      <w:proofErr w:type="gramStart"/>
      <w:r w:rsidRPr="00FE315E">
        <w:rPr>
          <w:rFonts w:ascii="Times New Roman" w:hAnsi="Times New Roman" w:cs="Times New Roman"/>
          <w:sz w:val="28"/>
          <w:szCs w:val="28"/>
        </w:rPr>
        <w:t>ko‘</w:t>
      </w:r>
      <w:proofErr w:type="gramEnd"/>
      <w:r w:rsidRPr="00FE315E">
        <w:rPr>
          <w:rFonts w:ascii="Times New Roman" w:hAnsi="Times New Roman" w:cs="Times New Roman"/>
          <w:sz w:val="28"/>
          <w:szCs w:val="28"/>
        </w:rPr>
        <w:t xml:space="preserve">magining kuchayishiO‘zbekiston Respublikasi Prezidenti va hukumat tomonidan sportni rivojlantirish uchun qator qarorlar qabul qilindi. Sportchilarni moddiy va ma’naviy jihatdan </w:t>
      </w:r>
      <w:proofErr w:type="gramStart"/>
      <w:r w:rsidRPr="00FE315E">
        <w:rPr>
          <w:rFonts w:ascii="Times New Roman" w:hAnsi="Times New Roman" w:cs="Times New Roman"/>
          <w:sz w:val="28"/>
          <w:szCs w:val="28"/>
        </w:rPr>
        <w:t>qo‘</w:t>
      </w:r>
      <w:proofErr w:type="gramEnd"/>
      <w:r w:rsidRPr="00FE315E">
        <w:rPr>
          <w:rFonts w:ascii="Times New Roman" w:hAnsi="Times New Roman" w:cs="Times New Roman"/>
          <w:sz w:val="28"/>
          <w:szCs w:val="28"/>
        </w:rPr>
        <w:t xml:space="preserve">llab-quvvatlash, stipendiyalar taqdim </w:t>
      </w:r>
      <w:proofErr w:type="spellStart"/>
      <w:r w:rsidRPr="00FE315E">
        <w:rPr>
          <w:rFonts w:ascii="Times New Roman" w:hAnsi="Times New Roman" w:cs="Times New Roman"/>
          <w:sz w:val="28"/>
          <w:szCs w:val="28"/>
        </w:rPr>
        <w:t>etish</w:t>
      </w:r>
      <w:proofErr w:type="spellEnd"/>
      <w:r w:rsidRPr="00FE315E">
        <w:rPr>
          <w:rFonts w:ascii="Times New Roman" w:hAnsi="Times New Roman" w:cs="Times New Roman"/>
          <w:sz w:val="28"/>
          <w:szCs w:val="28"/>
        </w:rPr>
        <w:t xml:space="preserve"> </w:t>
      </w:r>
      <w:proofErr w:type="spellStart"/>
      <w:r w:rsidRPr="00FE315E">
        <w:rPr>
          <w:rFonts w:ascii="Times New Roman" w:hAnsi="Times New Roman" w:cs="Times New Roman"/>
          <w:sz w:val="28"/>
          <w:szCs w:val="28"/>
        </w:rPr>
        <w:t>tizimi</w:t>
      </w:r>
      <w:proofErr w:type="spellEnd"/>
      <w:r w:rsidRPr="00FE315E">
        <w:rPr>
          <w:rFonts w:ascii="Times New Roman" w:hAnsi="Times New Roman" w:cs="Times New Roman"/>
          <w:sz w:val="28"/>
          <w:szCs w:val="28"/>
        </w:rPr>
        <w:t xml:space="preserve"> </w:t>
      </w:r>
      <w:proofErr w:type="spellStart"/>
      <w:r w:rsidRPr="00FE315E">
        <w:rPr>
          <w:rFonts w:ascii="Times New Roman" w:hAnsi="Times New Roman" w:cs="Times New Roman"/>
          <w:sz w:val="28"/>
          <w:szCs w:val="28"/>
        </w:rPr>
        <w:t>joriy</w:t>
      </w:r>
      <w:proofErr w:type="spellEnd"/>
      <w:r w:rsidRPr="00FE315E">
        <w:rPr>
          <w:rFonts w:ascii="Times New Roman" w:hAnsi="Times New Roman" w:cs="Times New Roman"/>
          <w:sz w:val="28"/>
          <w:szCs w:val="28"/>
        </w:rPr>
        <w:t xml:space="preserve"> </w:t>
      </w:r>
      <w:proofErr w:type="spellStart"/>
      <w:r w:rsidRPr="00FE315E">
        <w:rPr>
          <w:rFonts w:ascii="Times New Roman" w:hAnsi="Times New Roman" w:cs="Times New Roman"/>
          <w:sz w:val="28"/>
          <w:szCs w:val="28"/>
        </w:rPr>
        <w:t>etildi</w:t>
      </w:r>
      <w:proofErr w:type="spellEnd"/>
      <w:r w:rsidRPr="00FE315E">
        <w:rPr>
          <w:rFonts w:ascii="Times New Roman" w:hAnsi="Times New Roman" w:cs="Times New Roman"/>
          <w:sz w:val="28"/>
          <w:szCs w:val="28"/>
        </w:rPr>
        <w:t>.</w:t>
      </w:r>
      <w:r w:rsidR="00827E62" w:rsidRPr="00695F67">
        <w:rPr>
          <w:rFonts w:ascii="Times New Roman" w:hAnsi="Times New Roman" w:cs="Times New Roman"/>
          <w:sz w:val="28"/>
          <w:szCs w:val="28"/>
        </w:rPr>
        <w:t xml:space="preserve"> </w:t>
      </w:r>
      <w:proofErr w:type="spellStart"/>
      <w:r w:rsidRPr="00FE315E">
        <w:rPr>
          <w:rFonts w:ascii="Times New Roman" w:hAnsi="Times New Roman" w:cs="Times New Roman"/>
          <w:sz w:val="28"/>
          <w:szCs w:val="28"/>
        </w:rPr>
        <w:t>Yosh</w:t>
      </w:r>
      <w:proofErr w:type="spellEnd"/>
      <w:r w:rsidRPr="00FE315E">
        <w:rPr>
          <w:rFonts w:ascii="Times New Roman" w:hAnsi="Times New Roman" w:cs="Times New Roman"/>
          <w:sz w:val="28"/>
          <w:szCs w:val="28"/>
        </w:rPr>
        <w:t xml:space="preserve"> </w:t>
      </w:r>
      <w:proofErr w:type="spellStart"/>
      <w:r w:rsidRPr="00FE315E">
        <w:rPr>
          <w:rFonts w:ascii="Times New Roman" w:hAnsi="Times New Roman" w:cs="Times New Roman"/>
          <w:sz w:val="28"/>
          <w:szCs w:val="28"/>
        </w:rPr>
        <w:t>avlodni</w:t>
      </w:r>
      <w:proofErr w:type="spellEnd"/>
      <w:r w:rsidRPr="00FE315E">
        <w:rPr>
          <w:rFonts w:ascii="Times New Roman" w:hAnsi="Times New Roman" w:cs="Times New Roman"/>
          <w:sz w:val="28"/>
          <w:szCs w:val="28"/>
        </w:rPr>
        <w:t xml:space="preserve"> </w:t>
      </w:r>
      <w:proofErr w:type="spellStart"/>
      <w:r w:rsidRPr="00FE315E">
        <w:rPr>
          <w:rFonts w:ascii="Times New Roman" w:hAnsi="Times New Roman" w:cs="Times New Roman"/>
          <w:sz w:val="28"/>
          <w:szCs w:val="28"/>
        </w:rPr>
        <w:t>sportga</w:t>
      </w:r>
      <w:proofErr w:type="spellEnd"/>
      <w:r w:rsidRPr="00FE315E">
        <w:rPr>
          <w:rFonts w:ascii="Times New Roman" w:hAnsi="Times New Roman" w:cs="Times New Roman"/>
          <w:sz w:val="28"/>
          <w:szCs w:val="28"/>
        </w:rPr>
        <w:t xml:space="preserve"> </w:t>
      </w:r>
      <w:proofErr w:type="spellStart"/>
      <w:r w:rsidRPr="00FE315E">
        <w:rPr>
          <w:rFonts w:ascii="Times New Roman" w:hAnsi="Times New Roman" w:cs="Times New Roman"/>
          <w:sz w:val="28"/>
          <w:szCs w:val="28"/>
        </w:rPr>
        <w:t>jalb</w:t>
      </w:r>
      <w:proofErr w:type="spellEnd"/>
      <w:r w:rsidRPr="00FE315E">
        <w:rPr>
          <w:rFonts w:ascii="Times New Roman" w:hAnsi="Times New Roman" w:cs="Times New Roman"/>
          <w:sz w:val="28"/>
          <w:szCs w:val="28"/>
        </w:rPr>
        <w:t xml:space="preserve"> </w:t>
      </w:r>
      <w:proofErr w:type="spellStart"/>
      <w:r w:rsidRPr="00FE315E">
        <w:rPr>
          <w:rFonts w:ascii="Times New Roman" w:hAnsi="Times New Roman" w:cs="Times New Roman"/>
          <w:sz w:val="28"/>
          <w:szCs w:val="28"/>
        </w:rPr>
        <w:t>qilish</w:t>
      </w:r>
      <w:proofErr w:type="spellEnd"/>
      <w:r w:rsidRPr="00FE315E">
        <w:rPr>
          <w:rFonts w:ascii="Times New Roman" w:hAnsi="Times New Roman" w:cs="Times New Roman"/>
          <w:sz w:val="28"/>
          <w:szCs w:val="28"/>
        </w:rPr>
        <w:t xml:space="preserve"> maqsadida ommaviy sport </w:t>
      </w:r>
      <w:proofErr w:type="spellStart"/>
      <w:r w:rsidRPr="00FE315E">
        <w:rPr>
          <w:rFonts w:ascii="Times New Roman" w:hAnsi="Times New Roman" w:cs="Times New Roman"/>
          <w:sz w:val="28"/>
          <w:szCs w:val="28"/>
        </w:rPr>
        <w:t>tadbirlari</w:t>
      </w:r>
      <w:proofErr w:type="spellEnd"/>
      <w:r w:rsidRPr="00FE315E">
        <w:rPr>
          <w:rFonts w:ascii="Times New Roman" w:hAnsi="Times New Roman" w:cs="Times New Roman"/>
          <w:sz w:val="28"/>
          <w:szCs w:val="28"/>
        </w:rPr>
        <w:t xml:space="preserve"> </w:t>
      </w:r>
      <w:proofErr w:type="spellStart"/>
      <w:r w:rsidRPr="00FE315E">
        <w:rPr>
          <w:rFonts w:ascii="Times New Roman" w:hAnsi="Times New Roman" w:cs="Times New Roman"/>
          <w:sz w:val="28"/>
          <w:szCs w:val="28"/>
        </w:rPr>
        <w:t>tashkil</w:t>
      </w:r>
      <w:proofErr w:type="spellEnd"/>
      <w:r w:rsidRPr="00FE315E">
        <w:rPr>
          <w:rFonts w:ascii="Times New Roman" w:hAnsi="Times New Roman" w:cs="Times New Roman"/>
          <w:sz w:val="28"/>
          <w:szCs w:val="28"/>
        </w:rPr>
        <w:t xml:space="preserve"> </w:t>
      </w:r>
      <w:proofErr w:type="spellStart"/>
      <w:r w:rsidRPr="00FE315E">
        <w:rPr>
          <w:rFonts w:ascii="Times New Roman" w:hAnsi="Times New Roman" w:cs="Times New Roman"/>
          <w:sz w:val="28"/>
          <w:szCs w:val="28"/>
        </w:rPr>
        <w:t>qilindi</w:t>
      </w:r>
      <w:proofErr w:type="spellEnd"/>
      <w:r w:rsidRPr="00FE315E">
        <w:rPr>
          <w:rFonts w:ascii="Times New Roman" w:hAnsi="Times New Roman" w:cs="Times New Roman"/>
          <w:sz w:val="28"/>
          <w:szCs w:val="28"/>
        </w:rPr>
        <w:t>.</w:t>
      </w:r>
      <w:r w:rsidR="00827E62" w:rsidRPr="00695F67">
        <w:rPr>
          <w:rFonts w:ascii="Times New Roman" w:hAnsi="Times New Roman" w:cs="Times New Roman"/>
          <w:sz w:val="28"/>
          <w:szCs w:val="28"/>
        </w:rPr>
        <w:t xml:space="preserve"> </w:t>
      </w:r>
      <w:r w:rsidRPr="00FE315E">
        <w:rPr>
          <w:rFonts w:ascii="Times New Roman" w:hAnsi="Times New Roman" w:cs="Times New Roman"/>
          <w:sz w:val="28"/>
          <w:szCs w:val="28"/>
        </w:rPr>
        <w:t xml:space="preserve">Bu </w:t>
      </w:r>
      <w:proofErr w:type="spellStart"/>
      <w:r w:rsidRPr="00FE315E">
        <w:rPr>
          <w:rFonts w:ascii="Times New Roman" w:hAnsi="Times New Roman" w:cs="Times New Roman"/>
          <w:sz w:val="28"/>
          <w:szCs w:val="28"/>
        </w:rPr>
        <w:t>ishlar</w:t>
      </w:r>
      <w:proofErr w:type="spellEnd"/>
      <w:r w:rsidRPr="00FE315E">
        <w:rPr>
          <w:rFonts w:ascii="Times New Roman" w:hAnsi="Times New Roman" w:cs="Times New Roman"/>
          <w:sz w:val="28"/>
          <w:szCs w:val="28"/>
        </w:rPr>
        <w:t xml:space="preserve"> </w:t>
      </w:r>
      <w:proofErr w:type="spellStart"/>
      <w:r w:rsidRPr="00FE315E">
        <w:rPr>
          <w:rFonts w:ascii="Times New Roman" w:hAnsi="Times New Roman" w:cs="Times New Roman"/>
          <w:sz w:val="28"/>
          <w:szCs w:val="28"/>
        </w:rPr>
        <w:t>natijasida</w:t>
      </w:r>
      <w:proofErr w:type="spellEnd"/>
      <w:r w:rsidRPr="00FE315E">
        <w:rPr>
          <w:rFonts w:ascii="Times New Roman" w:hAnsi="Times New Roman" w:cs="Times New Roman"/>
          <w:sz w:val="28"/>
          <w:szCs w:val="28"/>
        </w:rPr>
        <w:t xml:space="preserve"> </w:t>
      </w:r>
      <w:proofErr w:type="spellStart"/>
      <w:r w:rsidRPr="00FE315E">
        <w:rPr>
          <w:rFonts w:ascii="Times New Roman" w:hAnsi="Times New Roman" w:cs="Times New Roman"/>
          <w:sz w:val="28"/>
          <w:szCs w:val="28"/>
        </w:rPr>
        <w:t>yengil</w:t>
      </w:r>
      <w:proofErr w:type="spellEnd"/>
      <w:r w:rsidRPr="00FE315E">
        <w:rPr>
          <w:rFonts w:ascii="Times New Roman" w:hAnsi="Times New Roman" w:cs="Times New Roman"/>
          <w:sz w:val="28"/>
          <w:szCs w:val="28"/>
        </w:rPr>
        <w:t xml:space="preserve"> </w:t>
      </w:r>
      <w:proofErr w:type="spellStart"/>
      <w:r w:rsidRPr="00FE315E">
        <w:rPr>
          <w:rFonts w:ascii="Times New Roman" w:hAnsi="Times New Roman" w:cs="Times New Roman"/>
          <w:sz w:val="28"/>
          <w:szCs w:val="28"/>
        </w:rPr>
        <w:t>atletika</w:t>
      </w:r>
      <w:proofErr w:type="spellEnd"/>
      <w:r w:rsidRPr="00FE315E">
        <w:rPr>
          <w:rFonts w:ascii="Times New Roman" w:hAnsi="Times New Roman" w:cs="Times New Roman"/>
          <w:sz w:val="28"/>
          <w:szCs w:val="28"/>
        </w:rPr>
        <w:t xml:space="preserve"> </w:t>
      </w:r>
      <w:proofErr w:type="gramStart"/>
      <w:r w:rsidRPr="00FE315E">
        <w:rPr>
          <w:rFonts w:ascii="Times New Roman" w:hAnsi="Times New Roman" w:cs="Times New Roman"/>
          <w:sz w:val="28"/>
          <w:szCs w:val="28"/>
        </w:rPr>
        <w:t>O‘</w:t>
      </w:r>
      <w:proofErr w:type="gramEnd"/>
      <w:r w:rsidRPr="00FE315E">
        <w:rPr>
          <w:rFonts w:ascii="Times New Roman" w:hAnsi="Times New Roman" w:cs="Times New Roman"/>
          <w:sz w:val="28"/>
          <w:szCs w:val="28"/>
        </w:rPr>
        <w:t xml:space="preserve">zbekistonda mashhur sport turlaridan biriga aylandi. Ushbu sohani rivojlantirishda islohotlar hali ham davom </w:t>
      </w:r>
      <w:proofErr w:type="spellStart"/>
      <w:r w:rsidRPr="00FE315E">
        <w:rPr>
          <w:rFonts w:ascii="Times New Roman" w:hAnsi="Times New Roman" w:cs="Times New Roman"/>
          <w:sz w:val="28"/>
          <w:szCs w:val="28"/>
        </w:rPr>
        <w:t>etmoqda</w:t>
      </w:r>
      <w:proofErr w:type="spellEnd"/>
      <w:r w:rsidRPr="00FE315E">
        <w:rPr>
          <w:rFonts w:ascii="Times New Roman" w:hAnsi="Times New Roman" w:cs="Times New Roman"/>
          <w:sz w:val="28"/>
          <w:szCs w:val="28"/>
        </w:rPr>
        <w:t>.</w:t>
      </w:r>
      <w:r w:rsidR="004F597B" w:rsidRPr="00695F67">
        <w:rPr>
          <w:rFonts w:ascii="Times New Roman" w:hAnsi="Times New Roman" w:cs="Times New Roman"/>
          <w:sz w:val="28"/>
          <w:szCs w:val="28"/>
        </w:rPr>
        <w:t xml:space="preserve"> </w:t>
      </w:r>
      <w:proofErr w:type="spellStart"/>
      <w:r w:rsidR="00292BD8" w:rsidRPr="00695F67">
        <w:rPr>
          <w:rFonts w:ascii="Times New Roman" w:hAnsi="Times New Roman" w:cs="Times New Roman"/>
          <w:sz w:val="28"/>
          <w:szCs w:val="28"/>
        </w:rPr>
        <w:t>Mustaqillikdan</w:t>
      </w:r>
      <w:proofErr w:type="spellEnd"/>
      <w:r w:rsidR="00292BD8" w:rsidRPr="00695F67">
        <w:rPr>
          <w:rFonts w:ascii="Times New Roman" w:hAnsi="Times New Roman" w:cs="Times New Roman"/>
          <w:sz w:val="28"/>
          <w:szCs w:val="28"/>
        </w:rPr>
        <w:t xml:space="preserve"> </w:t>
      </w:r>
      <w:proofErr w:type="spellStart"/>
      <w:r w:rsidR="00292BD8" w:rsidRPr="00695F67">
        <w:rPr>
          <w:rFonts w:ascii="Times New Roman" w:hAnsi="Times New Roman" w:cs="Times New Roman"/>
          <w:sz w:val="28"/>
          <w:szCs w:val="28"/>
        </w:rPr>
        <w:t>keyin</w:t>
      </w:r>
      <w:proofErr w:type="spellEnd"/>
      <w:r w:rsidR="00292BD8" w:rsidRPr="00695F67">
        <w:rPr>
          <w:rFonts w:ascii="Times New Roman" w:hAnsi="Times New Roman" w:cs="Times New Roman"/>
          <w:sz w:val="28"/>
          <w:szCs w:val="28"/>
        </w:rPr>
        <w:t xml:space="preserve"> </w:t>
      </w:r>
      <w:proofErr w:type="spellStart"/>
      <w:proofErr w:type="gramStart"/>
      <w:r w:rsidR="00292BD8" w:rsidRPr="00695F67">
        <w:rPr>
          <w:rFonts w:ascii="Times New Roman" w:hAnsi="Times New Roman" w:cs="Times New Roman"/>
          <w:sz w:val="28"/>
          <w:szCs w:val="28"/>
        </w:rPr>
        <w:lastRenderedPageBreak/>
        <w:t>O‘</w:t>
      </w:r>
      <w:proofErr w:type="gramEnd"/>
      <w:r w:rsidR="00292BD8" w:rsidRPr="00695F67">
        <w:rPr>
          <w:rFonts w:ascii="Times New Roman" w:hAnsi="Times New Roman" w:cs="Times New Roman"/>
          <w:sz w:val="28"/>
          <w:szCs w:val="28"/>
        </w:rPr>
        <w:t>zbekistonda</w:t>
      </w:r>
      <w:proofErr w:type="spellEnd"/>
      <w:r w:rsidR="00292BD8" w:rsidRPr="00695F67">
        <w:rPr>
          <w:rFonts w:ascii="Times New Roman" w:hAnsi="Times New Roman" w:cs="Times New Roman"/>
          <w:sz w:val="28"/>
          <w:szCs w:val="28"/>
        </w:rPr>
        <w:t xml:space="preserve"> </w:t>
      </w:r>
      <w:proofErr w:type="spellStart"/>
      <w:r w:rsidR="00292BD8" w:rsidRPr="00695F67">
        <w:rPr>
          <w:rFonts w:ascii="Times New Roman" w:hAnsi="Times New Roman" w:cs="Times New Roman"/>
          <w:sz w:val="28"/>
          <w:szCs w:val="28"/>
        </w:rPr>
        <w:t>yengil</w:t>
      </w:r>
      <w:proofErr w:type="spellEnd"/>
      <w:r w:rsidR="00292BD8" w:rsidRPr="00695F67">
        <w:rPr>
          <w:rFonts w:ascii="Times New Roman" w:hAnsi="Times New Roman" w:cs="Times New Roman"/>
          <w:sz w:val="28"/>
          <w:szCs w:val="28"/>
        </w:rPr>
        <w:t xml:space="preserve"> </w:t>
      </w:r>
      <w:proofErr w:type="spellStart"/>
      <w:r w:rsidR="00292BD8" w:rsidRPr="00695F67">
        <w:rPr>
          <w:rFonts w:ascii="Times New Roman" w:hAnsi="Times New Roman" w:cs="Times New Roman"/>
          <w:sz w:val="28"/>
          <w:szCs w:val="28"/>
        </w:rPr>
        <w:t>atletika</w:t>
      </w:r>
      <w:proofErr w:type="spellEnd"/>
      <w:r w:rsidR="00292BD8" w:rsidRPr="00695F67">
        <w:rPr>
          <w:rFonts w:ascii="Times New Roman" w:hAnsi="Times New Roman" w:cs="Times New Roman"/>
          <w:sz w:val="28"/>
          <w:szCs w:val="28"/>
        </w:rPr>
        <w:t xml:space="preserve"> </w:t>
      </w:r>
      <w:proofErr w:type="spellStart"/>
      <w:r w:rsidR="00292BD8" w:rsidRPr="00695F67">
        <w:rPr>
          <w:rFonts w:ascii="Times New Roman" w:hAnsi="Times New Roman" w:cs="Times New Roman"/>
          <w:sz w:val="28"/>
          <w:szCs w:val="28"/>
        </w:rPr>
        <w:t>rivoji</w:t>
      </w:r>
      <w:proofErr w:type="spellEnd"/>
      <w:r w:rsidR="00292BD8" w:rsidRPr="00695F67">
        <w:rPr>
          <w:rFonts w:ascii="Times New Roman" w:hAnsi="Times New Roman" w:cs="Times New Roman"/>
          <w:sz w:val="28"/>
          <w:szCs w:val="28"/>
        </w:rPr>
        <w:t xml:space="preserve"> </w:t>
      </w:r>
      <w:proofErr w:type="spellStart"/>
      <w:r w:rsidR="00292BD8" w:rsidRPr="00695F67">
        <w:rPr>
          <w:rFonts w:ascii="Times New Roman" w:hAnsi="Times New Roman" w:cs="Times New Roman"/>
          <w:sz w:val="28"/>
          <w:szCs w:val="28"/>
        </w:rPr>
        <w:t>borasida</w:t>
      </w:r>
      <w:proofErr w:type="spellEnd"/>
      <w:r w:rsidR="00292BD8" w:rsidRPr="00695F67">
        <w:rPr>
          <w:rFonts w:ascii="Times New Roman" w:hAnsi="Times New Roman" w:cs="Times New Roman"/>
          <w:sz w:val="28"/>
          <w:szCs w:val="28"/>
        </w:rPr>
        <w:t xml:space="preserve"> </w:t>
      </w:r>
      <w:proofErr w:type="spellStart"/>
      <w:r w:rsidR="00292BD8" w:rsidRPr="00695F67">
        <w:rPr>
          <w:rFonts w:ascii="Times New Roman" w:hAnsi="Times New Roman" w:cs="Times New Roman"/>
          <w:sz w:val="28"/>
          <w:szCs w:val="28"/>
        </w:rPr>
        <w:t>quyidagilarni</w:t>
      </w:r>
      <w:proofErr w:type="spellEnd"/>
      <w:r w:rsidR="00292BD8" w:rsidRPr="00695F67">
        <w:rPr>
          <w:rFonts w:ascii="Times New Roman" w:hAnsi="Times New Roman" w:cs="Times New Roman"/>
          <w:sz w:val="28"/>
          <w:szCs w:val="28"/>
        </w:rPr>
        <w:t xml:space="preserve"> </w:t>
      </w:r>
      <w:proofErr w:type="spellStart"/>
      <w:r w:rsidR="00292BD8" w:rsidRPr="00695F67">
        <w:rPr>
          <w:rFonts w:ascii="Times New Roman" w:hAnsi="Times New Roman" w:cs="Times New Roman"/>
          <w:sz w:val="28"/>
          <w:szCs w:val="28"/>
        </w:rPr>
        <w:t>qo‘shimcha</w:t>
      </w:r>
      <w:proofErr w:type="spellEnd"/>
      <w:r w:rsidR="00292BD8" w:rsidRPr="00695F67">
        <w:rPr>
          <w:rFonts w:ascii="Times New Roman" w:hAnsi="Times New Roman" w:cs="Times New Roman"/>
          <w:sz w:val="28"/>
          <w:szCs w:val="28"/>
        </w:rPr>
        <w:t xml:space="preserve"> </w:t>
      </w:r>
      <w:proofErr w:type="spellStart"/>
      <w:r w:rsidR="00292BD8" w:rsidRPr="00695F67">
        <w:rPr>
          <w:rFonts w:ascii="Times New Roman" w:hAnsi="Times New Roman" w:cs="Times New Roman"/>
          <w:sz w:val="28"/>
          <w:szCs w:val="28"/>
        </w:rPr>
        <w:t>qilish</w:t>
      </w:r>
      <w:proofErr w:type="spellEnd"/>
      <w:r w:rsidR="00292BD8" w:rsidRPr="00695F67">
        <w:rPr>
          <w:rFonts w:ascii="Times New Roman" w:hAnsi="Times New Roman" w:cs="Times New Roman"/>
          <w:sz w:val="28"/>
          <w:szCs w:val="28"/>
        </w:rPr>
        <w:t xml:space="preserve"> </w:t>
      </w:r>
      <w:proofErr w:type="spellStart"/>
      <w:r w:rsidR="00292BD8" w:rsidRPr="00695F67">
        <w:rPr>
          <w:rFonts w:ascii="Times New Roman" w:hAnsi="Times New Roman" w:cs="Times New Roman"/>
          <w:sz w:val="28"/>
          <w:szCs w:val="28"/>
        </w:rPr>
        <w:t>mumkin</w:t>
      </w:r>
      <w:proofErr w:type="spellEnd"/>
      <w:r w:rsidR="00292BD8" w:rsidRPr="00695F67">
        <w:rPr>
          <w:rFonts w:ascii="Times New Roman" w:hAnsi="Times New Roman" w:cs="Times New Roman"/>
          <w:sz w:val="28"/>
          <w:szCs w:val="28"/>
        </w:rPr>
        <w:t>:</w:t>
      </w:r>
    </w:p>
    <w:p w14:paraId="1726D474" w14:textId="6ECE4F75" w:rsidR="00EB53BB" w:rsidRPr="00695F67" w:rsidRDefault="00292BD8" w:rsidP="00C71A9D">
      <w:pPr>
        <w:jc w:val="both"/>
        <w:rPr>
          <w:rFonts w:ascii="Times New Roman" w:hAnsi="Times New Roman" w:cs="Times New Roman"/>
          <w:sz w:val="28"/>
          <w:szCs w:val="28"/>
        </w:rPr>
      </w:pPr>
      <w:r w:rsidRPr="00695F67">
        <w:rPr>
          <w:rFonts w:ascii="Times New Roman" w:hAnsi="Times New Roman" w:cs="Times New Roman"/>
          <w:sz w:val="28"/>
          <w:szCs w:val="28"/>
        </w:rPr>
        <w:t xml:space="preserve">6. </w:t>
      </w:r>
      <w:proofErr w:type="spellStart"/>
      <w:r w:rsidRPr="00695F67">
        <w:rPr>
          <w:rFonts w:ascii="Times New Roman" w:hAnsi="Times New Roman" w:cs="Times New Roman"/>
          <w:sz w:val="28"/>
          <w:szCs w:val="28"/>
        </w:rPr>
        <w:t>Yoshlarni</w:t>
      </w:r>
      <w:proofErr w:type="spellEnd"/>
      <w:r w:rsidRPr="00695F67">
        <w:rPr>
          <w:rFonts w:ascii="Times New Roman" w:hAnsi="Times New Roman" w:cs="Times New Roman"/>
          <w:sz w:val="28"/>
          <w:szCs w:val="28"/>
        </w:rPr>
        <w:t xml:space="preserve"> </w:t>
      </w:r>
      <w:proofErr w:type="spellStart"/>
      <w:proofErr w:type="gramStart"/>
      <w:r w:rsidRPr="00695F67">
        <w:rPr>
          <w:rFonts w:ascii="Times New Roman" w:hAnsi="Times New Roman" w:cs="Times New Roman"/>
          <w:sz w:val="28"/>
          <w:szCs w:val="28"/>
        </w:rPr>
        <w:t>qo‘</w:t>
      </w:r>
      <w:proofErr w:type="gramEnd"/>
      <w:r w:rsidRPr="00695F67">
        <w:rPr>
          <w:rFonts w:ascii="Times New Roman" w:hAnsi="Times New Roman" w:cs="Times New Roman"/>
          <w:sz w:val="28"/>
          <w:szCs w:val="28"/>
        </w:rPr>
        <w:t>llab-quvvatlash</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dasturlari</w:t>
      </w:r>
      <w:proofErr w:type="spellEnd"/>
      <w:r w:rsidR="00D6402D" w:rsidRPr="00695F67">
        <w:rPr>
          <w:rFonts w:ascii="Times New Roman" w:hAnsi="Times New Roman" w:cs="Times New Roman"/>
          <w:sz w:val="28"/>
          <w:szCs w:val="28"/>
        </w:rPr>
        <w:t xml:space="preserve"> </w:t>
      </w:r>
      <w:r w:rsidRPr="00695F67">
        <w:rPr>
          <w:rFonts w:ascii="Times New Roman" w:hAnsi="Times New Roman" w:cs="Times New Roman"/>
          <w:sz w:val="28"/>
          <w:szCs w:val="28"/>
        </w:rPr>
        <w:t xml:space="preserve">O‘ </w:t>
      </w:r>
      <w:proofErr w:type="spellStart"/>
      <w:r w:rsidRPr="00695F67">
        <w:rPr>
          <w:rFonts w:ascii="Times New Roman" w:hAnsi="Times New Roman" w:cs="Times New Roman"/>
          <w:sz w:val="28"/>
          <w:szCs w:val="28"/>
        </w:rPr>
        <w:t>yoshlarining</w:t>
      </w:r>
      <w:proofErr w:type="spellEnd"/>
      <w:r w:rsidRPr="00695F67">
        <w:rPr>
          <w:rFonts w:ascii="Times New Roman" w:hAnsi="Times New Roman" w:cs="Times New Roman"/>
          <w:sz w:val="28"/>
          <w:szCs w:val="28"/>
        </w:rPr>
        <w:t xml:space="preserve"> sport </w:t>
      </w:r>
      <w:proofErr w:type="spellStart"/>
      <w:r w:rsidRPr="00695F67">
        <w:rPr>
          <w:rFonts w:ascii="Times New Roman" w:hAnsi="Times New Roman" w:cs="Times New Roman"/>
          <w:sz w:val="28"/>
          <w:szCs w:val="28"/>
        </w:rPr>
        <w:t>bilan</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shug‘ullanishini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rag‘batlantirish</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uchun</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Barkamol</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avlod</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va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Umid</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nihollari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kabi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dasturlar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amalga</w:t>
      </w:r>
      <w:proofErr w:type="spellEnd"/>
      <w:r w:rsidR="00955DE5"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oshirildi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Ushbu</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dasturlar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doirasida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yengil</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atletika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bilan</w:t>
      </w:r>
      <w:proofErr w:type="spellEnd"/>
      <w:r w:rsidRPr="00695F67">
        <w:rPr>
          <w:rFonts w:ascii="Times New Roman" w:hAnsi="Times New Roman" w:cs="Times New Roman"/>
          <w:sz w:val="28"/>
          <w:szCs w:val="28"/>
        </w:rPr>
        <w:t xml:space="preserve"> </w:t>
      </w:r>
      <w:proofErr w:type="spellStart"/>
      <w:proofErr w:type="gramStart"/>
      <w:r w:rsidRPr="00695F67">
        <w:rPr>
          <w:rFonts w:ascii="Times New Roman" w:hAnsi="Times New Roman" w:cs="Times New Roman"/>
          <w:sz w:val="28"/>
          <w:szCs w:val="28"/>
        </w:rPr>
        <w:t>shug‘</w:t>
      </w:r>
      <w:proofErr w:type="gramEnd"/>
      <w:r w:rsidRPr="00695F67">
        <w:rPr>
          <w:rFonts w:ascii="Times New Roman" w:hAnsi="Times New Roman" w:cs="Times New Roman"/>
          <w:sz w:val="28"/>
          <w:szCs w:val="28"/>
        </w:rPr>
        <w:t>ullanuvchi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iqtidorli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yoshlar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aniqlanib</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ularni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tayyorlash</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uchun</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maxsus</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sharoitlar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yaratildi</w:t>
      </w:r>
      <w:proofErr w:type="spellEnd"/>
      <w:r w:rsidRPr="00695F67">
        <w:rPr>
          <w:rFonts w:ascii="Times New Roman" w:hAnsi="Times New Roman" w:cs="Times New Roman"/>
          <w:sz w:val="28"/>
          <w:szCs w:val="28"/>
        </w:rPr>
        <w:t>.</w:t>
      </w:r>
      <w:r w:rsidR="00EB53BB"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Maktablar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va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kollejlar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darajasida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yengil</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atletika</w:t>
      </w:r>
      <w:proofErr w:type="spellEnd"/>
      <w:r w:rsidRPr="00695F67">
        <w:rPr>
          <w:rFonts w:ascii="Times New Roman" w:hAnsi="Times New Roman" w:cs="Times New Roman"/>
          <w:sz w:val="28"/>
          <w:szCs w:val="28"/>
        </w:rPr>
        <w:t xml:space="preserve"> </w:t>
      </w:r>
      <w:proofErr w:type="spellStart"/>
      <w:proofErr w:type="gramStart"/>
      <w:r w:rsidRPr="00695F67">
        <w:rPr>
          <w:rFonts w:ascii="Times New Roman" w:hAnsi="Times New Roman" w:cs="Times New Roman"/>
          <w:sz w:val="28"/>
          <w:szCs w:val="28"/>
        </w:rPr>
        <w:t>to‘</w:t>
      </w:r>
      <w:proofErr w:type="gramEnd"/>
      <w:r w:rsidRPr="00695F67">
        <w:rPr>
          <w:rFonts w:ascii="Times New Roman" w:hAnsi="Times New Roman" w:cs="Times New Roman"/>
          <w:sz w:val="28"/>
          <w:szCs w:val="28"/>
        </w:rPr>
        <w:t>garaklari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kengaytirildi</w:t>
      </w:r>
      <w:proofErr w:type="spellEnd"/>
      <w:r w:rsidRPr="00695F67">
        <w:rPr>
          <w:rFonts w:ascii="Times New Roman" w:hAnsi="Times New Roman" w:cs="Times New Roman"/>
          <w:sz w:val="28"/>
          <w:szCs w:val="28"/>
        </w:rPr>
        <w:t>.</w:t>
      </w:r>
    </w:p>
    <w:p w14:paraId="12857FBF" w14:textId="3FBB7FE9" w:rsidR="00520055" w:rsidRPr="00695F67" w:rsidRDefault="00292BD8" w:rsidP="00C71A9D">
      <w:pPr>
        <w:jc w:val="both"/>
        <w:rPr>
          <w:rFonts w:ascii="Times New Roman" w:hAnsi="Times New Roman" w:cs="Times New Roman"/>
          <w:sz w:val="28"/>
          <w:szCs w:val="28"/>
        </w:rPr>
      </w:pPr>
      <w:r w:rsidRPr="00695F67">
        <w:rPr>
          <w:rFonts w:ascii="Times New Roman" w:hAnsi="Times New Roman" w:cs="Times New Roman"/>
          <w:sz w:val="28"/>
          <w:szCs w:val="28"/>
        </w:rPr>
        <w:t xml:space="preserve">7. </w:t>
      </w:r>
      <w:proofErr w:type="spellStart"/>
      <w:r w:rsidRPr="00695F67">
        <w:rPr>
          <w:rFonts w:ascii="Times New Roman" w:hAnsi="Times New Roman" w:cs="Times New Roman"/>
          <w:sz w:val="28"/>
          <w:szCs w:val="28"/>
        </w:rPr>
        <w:t>Ayollar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yengil</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atletikasining</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rivojlanishi</w:t>
      </w:r>
      <w:proofErr w:type="spellEnd"/>
      <w:r w:rsidR="00EB53BB" w:rsidRPr="00695F67">
        <w:rPr>
          <w:rFonts w:ascii="Times New Roman" w:hAnsi="Times New Roman" w:cs="Times New Roman"/>
          <w:sz w:val="28"/>
          <w:szCs w:val="28"/>
        </w:rPr>
        <w:t xml:space="preserve"> </w:t>
      </w:r>
      <w:proofErr w:type="spellStart"/>
      <w:proofErr w:type="gramStart"/>
      <w:r w:rsidRPr="00695F67">
        <w:rPr>
          <w:rFonts w:ascii="Times New Roman" w:hAnsi="Times New Roman" w:cs="Times New Roman"/>
          <w:sz w:val="28"/>
          <w:szCs w:val="28"/>
        </w:rPr>
        <w:t>O‘</w:t>
      </w:r>
      <w:proofErr w:type="gramEnd"/>
      <w:r w:rsidRPr="00695F67">
        <w:rPr>
          <w:rFonts w:ascii="Times New Roman" w:hAnsi="Times New Roman" w:cs="Times New Roman"/>
          <w:sz w:val="28"/>
          <w:szCs w:val="28"/>
        </w:rPr>
        <w:t>zbekistonda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ayollarni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sportga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jalb</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qilishga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alohida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e’tibor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qaratildi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Ayollar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orasidan</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xalqaro</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miqyosda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muvaffaqiyat</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qozongan</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sportchilar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yetishib</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chiqdi</w:t>
      </w:r>
      <w:proofErr w:type="spellEnd"/>
      <w:r w:rsidRPr="00695F67">
        <w:rPr>
          <w:rFonts w:ascii="Times New Roman" w:hAnsi="Times New Roman" w:cs="Times New Roman"/>
          <w:sz w:val="28"/>
          <w:szCs w:val="28"/>
        </w:rPr>
        <w:t xml:space="preserve">. Bu </w:t>
      </w:r>
      <w:proofErr w:type="spellStart"/>
      <w:r w:rsidRPr="00695F67">
        <w:rPr>
          <w:rFonts w:ascii="Times New Roman" w:hAnsi="Times New Roman" w:cs="Times New Roman"/>
          <w:sz w:val="28"/>
          <w:szCs w:val="28"/>
        </w:rPr>
        <w:t>nafaqat</w:t>
      </w:r>
      <w:proofErr w:type="spellEnd"/>
      <w:r w:rsidRPr="00695F67">
        <w:rPr>
          <w:rFonts w:ascii="Times New Roman" w:hAnsi="Times New Roman" w:cs="Times New Roman"/>
          <w:sz w:val="28"/>
          <w:szCs w:val="28"/>
        </w:rPr>
        <w:t xml:space="preserve"> sport </w:t>
      </w:r>
      <w:proofErr w:type="spellStart"/>
      <w:r w:rsidRPr="00695F67">
        <w:rPr>
          <w:rFonts w:ascii="Times New Roman" w:hAnsi="Times New Roman" w:cs="Times New Roman"/>
          <w:sz w:val="28"/>
          <w:szCs w:val="28"/>
        </w:rPr>
        <w:t>sohasida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balki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jamiyatda</w:t>
      </w:r>
      <w:proofErr w:type="spellEnd"/>
      <w:r w:rsidRPr="00695F67">
        <w:rPr>
          <w:rFonts w:ascii="Times New Roman" w:hAnsi="Times New Roman" w:cs="Times New Roman"/>
          <w:sz w:val="28"/>
          <w:szCs w:val="28"/>
        </w:rPr>
        <w:t xml:space="preserve"> ham </w:t>
      </w:r>
      <w:proofErr w:type="spellStart"/>
      <w:r w:rsidRPr="00695F67">
        <w:rPr>
          <w:rFonts w:ascii="Times New Roman" w:hAnsi="Times New Roman" w:cs="Times New Roman"/>
          <w:sz w:val="28"/>
          <w:szCs w:val="28"/>
        </w:rPr>
        <w:t>ayollar</w:t>
      </w:r>
      <w:proofErr w:type="spellEnd"/>
      <w:r w:rsidRPr="00695F67">
        <w:rPr>
          <w:rFonts w:ascii="Times New Roman" w:hAnsi="Times New Roman" w:cs="Times New Roman"/>
          <w:sz w:val="28"/>
          <w:szCs w:val="28"/>
        </w:rPr>
        <w:t xml:space="preserve"> </w:t>
      </w:r>
      <w:proofErr w:type="spellStart"/>
      <w:proofErr w:type="gramStart"/>
      <w:r w:rsidRPr="00695F67">
        <w:rPr>
          <w:rFonts w:ascii="Times New Roman" w:hAnsi="Times New Roman" w:cs="Times New Roman"/>
          <w:sz w:val="28"/>
          <w:szCs w:val="28"/>
        </w:rPr>
        <w:t>o‘</w:t>
      </w:r>
      <w:proofErr w:type="gramEnd"/>
      <w:r w:rsidRPr="00695F67">
        <w:rPr>
          <w:rFonts w:ascii="Times New Roman" w:hAnsi="Times New Roman" w:cs="Times New Roman"/>
          <w:sz w:val="28"/>
          <w:szCs w:val="28"/>
        </w:rPr>
        <w:t>rnini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mustahkamlashga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yordam</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berdi</w:t>
      </w:r>
      <w:proofErr w:type="spellEnd"/>
      <w:r w:rsidRPr="00695F67">
        <w:rPr>
          <w:rFonts w:ascii="Times New Roman" w:hAnsi="Times New Roman" w:cs="Times New Roman"/>
          <w:sz w:val="28"/>
          <w:szCs w:val="28"/>
        </w:rPr>
        <w:t>.</w:t>
      </w:r>
      <w:r w:rsidR="00520055"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Ayollar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uchun</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maxsus</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musobaqalar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tashkil</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qilindi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va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ularning</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xalqaro</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maydonlarda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qatnashishiga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imkon</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yaratildi</w:t>
      </w:r>
      <w:proofErr w:type="spellEnd"/>
      <w:r w:rsidRPr="00695F67">
        <w:rPr>
          <w:rFonts w:ascii="Times New Roman" w:hAnsi="Times New Roman" w:cs="Times New Roman"/>
          <w:sz w:val="28"/>
          <w:szCs w:val="28"/>
        </w:rPr>
        <w:t>.</w:t>
      </w:r>
    </w:p>
    <w:p w14:paraId="659F157D" w14:textId="763CB8AB" w:rsidR="00520055" w:rsidRPr="00695F67" w:rsidRDefault="00292BD8" w:rsidP="00C71A9D">
      <w:pPr>
        <w:jc w:val="both"/>
        <w:rPr>
          <w:rFonts w:ascii="Times New Roman" w:hAnsi="Times New Roman" w:cs="Times New Roman"/>
          <w:sz w:val="28"/>
          <w:szCs w:val="28"/>
        </w:rPr>
      </w:pPr>
      <w:r w:rsidRPr="00695F67">
        <w:rPr>
          <w:rFonts w:ascii="Times New Roman" w:hAnsi="Times New Roman" w:cs="Times New Roman"/>
          <w:sz w:val="28"/>
          <w:szCs w:val="28"/>
        </w:rPr>
        <w:t xml:space="preserve">8. </w:t>
      </w:r>
      <w:proofErr w:type="spellStart"/>
      <w:r w:rsidRPr="00695F67">
        <w:rPr>
          <w:rFonts w:ascii="Times New Roman" w:hAnsi="Times New Roman" w:cs="Times New Roman"/>
          <w:sz w:val="28"/>
          <w:szCs w:val="28"/>
        </w:rPr>
        <w:t>Xalqaro</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hamkorlik</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va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tajriba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almashinuvi</w:t>
      </w:r>
      <w:proofErr w:type="spellEnd"/>
      <w:r w:rsidR="00520055" w:rsidRPr="00695F67">
        <w:rPr>
          <w:rFonts w:ascii="Times New Roman" w:hAnsi="Times New Roman" w:cs="Times New Roman"/>
          <w:sz w:val="28"/>
          <w:szCs w:val="28"/>
        </w:rPr>
        <w:t xml:space="preserve"> </w:t>
      </w:r>
      <w:proofErr w:type="spellStart"/>
      <w:proofErr w:type="gramStart"/>
      <w:r w:rsidRPr="00695F67">
        <w:rPr>
          <w:rFonts w:ascii="Times New Roman" w:hAnsi="Times New Roman" w:cs="Times New Roman"/>
          <w:sz w:val="28"/>
          <w:szCs w:val="28"/>
        </w:rPr>
        <w:t>O‘</w:t>
      </w:r>
      <w:proofErr w:type="gramEnd"/>
      <w:r w:rsidRPr="00695F67">
        <w:rPr>
          <w:rFonts w:ascii="Times New Roman" w:hAnsi="Times New Roman" w:cs="Times New Roman"/>
          <w:sz w:val="28"/>
          <w:szCs w:val="28"/>
        </w:rPr>
        <w:t>zbekiston</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xalqaro</w:t>
      </w:r>
      <w:proofErr w:type="spellEnd"/>
      <w:r w:rsidRPr="00695F67">
        <w:rPr>
          <w:rFonts w:ascii="Times New Roman" w:hAnsi="Times New Roman" w:cs="Times New Roman"/>
          <w:sz w:val="28"/>
          <w:szCs w:val="28"/>
        </w:rPr>
        <w:t xml:space="preserve"> sport </w:t>
      </w:r>
      <w:proofErr w:type="spellStart"/>
      <w:r w:rsidRPr="00695F67">
        <w:rPr>
          <w:rFonts w:ascii="Times New Roman" w:hAnsi="Times New Roman" w:cs="Times New Roman"/>
          <w:sz w:val="28"/>
          <w:szCs w:val="28"/>
        </w:rPr>
        <w:t>tashkilotlari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bilan</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yaqin</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hamkorlikni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yo‘lga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qo‘ydi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Xalqaro</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yengil</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atletika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federatsiyalari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bilan</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hamkorlik</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natijasida</w:t>
      </w:r>
      <w:proofErr w:type="spellEnd"/>
      <w:r w:rsidRPr="00695F67">
        <w:rPr>
          <w:rFonts w:ascii="Times New Roman" w:hAnsi="Times New Roman" w:cs="Times New Roman"/>
          <w:sz w:val="28"/>
          <w:szCs w:val="28"/>
        </w:rPr>
        <w:t xml:space="preserve"> </w:t>
      </w:r>
      <w:proofErr w:type="spellStart"/>
      <w:proofErr w:type="gramStart"/>
      <w:r w:rsidRPr="00695F67">
        <w:rPr>
          <w:rFonts w:ascii="Times New Roman" w:hAnsi="Times New Roman" w:cs="Times New Roman"/>
          <w:sz w:val="28"/>
          <w:szCs w:val="28"/>
        </w:rPr>
        <w:t>o‘</w:t>
      </w:r>
      <w:proofErr w:type="gramEnd"/>
      <w:r w:rsidRPr="00695F67">
        <w:rPr>
          <w:rFonts w:ascii="Times New Roman" w:hAnsi="Times New Roman" w:cs="Times New Roman"/>
          <w:sz w:val="28"/>
          <w:szCs w:val="28"/>
        </w:rPr>
        <w:t>zbek</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sportchilari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xorijdagi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yig‘inlarda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ishtirok</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etib</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zamonaviy</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texnologiyalar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va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metodologiyalar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bilan</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tanishish</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imkoniga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ega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bo‘ldi</w:t>
      </w:r>
      <w:proofErr w:type="spellEnd"/>
      <w:r w:rsidRPr="00695F67">
        <w:rPr>
          <w:rFonts w:ascii="Times New Roman" w:hAnsi="Times New Roman" w:cs="Times New Roman"/>
          <w:sz w:val="28"/>
          <w:szCs w:val="28"/>
        </w:rPr>
        <w:t>.</w:t>
      </w:r>
      <w:r w:rsidR="00520055"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Xalqaro</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musobaqalar</w:t>
      </w:r>
      <w:proofErr w:type="spellEnd"/>
      <w:r w:rsidRPr="00695F67">
        <w:rPr>
          <w:rFonts w:ascii="Times New Roman" w:hAnsi="Times New Roman" w:cs="Times New Roman"/>
          <w:sz w:val="28"/>
          <w:szCs w:val="28"/>
        </w:rPr>
        <w:t xml:space="preserve"> </w:t>
      </w:r>
      <w:proofErr w:type="spellStart"/>
      <w:proofErr w:type="gramStart"/>
      <w:r w:rsidRPr="00695F67">
        <w:rPr>
          <w:rFonts w:ascii="Times New Roman" w:hAnsi="Times New Roman" w:cs="Times New Roman"/>
          <w:sz w:val="28"/>
          <w:szCs w:val="28"/>
        </w:rPr>
        <w:t>O‘</w:t>
      </w:r>
      <w:proofErr w:type="gramEnd"/>
      <w:r w:rsidRPr="00695F67">
        <w:rPr>
          <w:rFonts w:ascii="Times New Roman" w:hAnsi="Times New Roman" w:cs="Times New Roman"/>
          <w:sz w:val="28"/>
          <w:szCs w:val="28"/>
        </w:rPr>
        <w:t>zbekistonda</w:t>
      </w:r>
      <w:proofErr w:type="spellEnd"/>
      <w:r w:rsidRPr="00695F67">
        <w:rPr>
          <w:rFonts w:ascii="Times New Roman" w:hAnsi="Times New Roman" w:cs="Times New Roman"/>
          <w:sz w:val="28"/>
          <w:szCs w:val="28"/>
        </w:rPr>
        <w:t xml:space="preserve"> ham </w:t>
      </w:r>
      <w:proofErr w:type="spellStart"/>
      <w:r w:rsidRPr="00695F67">
        <w:rPr>
          <w:rFonts w:ascii="Times New Roman" w:hAnsi="Times New Roman" w:cs="Times New Roman"/>
          <w:sz w:val="28"/>
          <w:szCs w:val="28"/>
        </w:rPr>
        <w:t>tashkil</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qilindi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bu</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esa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mamlakatni</w:t>
      </w:r>
      <w:proofErr w:type="spellEnd"/>
      <w:r w:rsidRPr="00695F67">
        <w:rPr>
          <w:rFonts w:ascii="Times New Roman" w:hAnsi="Times New Roman" w:cs="Times New Roman"/>
          <w:sz w:val="28"/>
          <w:szCs w:val="28"/>
        </w:rPr>
        <w:t xml:space="preserve"> sport </w:t>
      </w:r>
      <w:proofErr w:type="spellStart"/>
      <w:r w:rsidRPr="00695F67">
        <w:rPr>
          <w:rFonts w:ascii="Times New Roman" w:hAnsi="Times New Roman" w:cs="Times New Roman"/>
          <w:sz w:val="28"/>
          <w:szCs w:val="28"/>
        </w:rPr>
        <w:t>markazlaridan</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biriga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aylantirdi</w:t>
      </w:r>
      <w:proofErr w:type="spellEnd"/>
      <w:r w:rsidRPr="00695F67">
        <w:rPr>
          <w:rFonts w:ascii="Times New Roman" w:hAnsi="Times New Roman" w:cs="Times New Roman"/>
          <w:sz w:val="28"/>
          <w:szCs w:val="28"/>
        </w:rPr>
        <w:t>.</w:t>
      </w:r>
    </w:p>
    <w:p w14:paraId="66877768" w14:textId="5B26412C" w:rsidR="00520055" w:rsidRPr="00695F67" w:rsidRDefault="00292BD8" w:rsidP="00C71A9D">
      <w:pPr>
        <w:jc w:val="both"/>
        <w:rPr>
          <w:rFonts w:ascii="Times New Roman" w:hAnsi="Times New Roman" w:cs="Times New Roman"/>
          <w:sz w:val="28"/>
          <w:szCs w:val="28"/>
        </w:rPr>
      </w:pPr>
      <w:r w:rsidRPr="00695F67">
        <w:rPr>
          <w:rFonts w:ascii="Times New Roman" w:hAnsi="Times New Roman" w:cs="Times New Roman"/>
          <w:sz w:val="28"/>
          <w:szCs w:val="28"/>
        </w:rPr>
        <w:t xml:space="preserve">9. </w:t>
      </w:r>
      <w:proofErr w:type="spellStart"/>
      <w:r w:rsidRPr="00695F67">
        <w:rPr>
          <w:rFonts w:ascii="Times New Roman" w:hAnsi="Times New Roman" w:cs="Times New Roman"/>
          <w:sz w:val="28"/>
          <w:szCs w:val="28"/>
        </w:rPr>
        <w:t>Yuqori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malakali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sportchilarni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tayyorlash</w:t>
      </w:r>
      <w:proofErr w:type="spellEnd"/>
      <w:r w:rsidR="00520055" w:rsidRPr="00695F67">
        <w:rPr>
          <w:rFonts w:ascii="Times New Roman" w:hAnsi="Times New Roman" w:cs="Times New Roman"/>
          <w:sz w:val="28"/>
          <w:szCs w:val="28"/>
        </w:rPr>
        <w:t xml:space="preserve"> </w:t>
      </w:r>
      <w:r w:rsidRPr="00695F67">
        <w:rPr>
          <w:rFonts w:ascii="Times New Roman" w:hAnsi="Times New Roman" w:cs="Times New Roman"/>
          <w:sz w:val="28"/>
          <w:szCs w:val="28"/>
        </w:rPr>
        <w:t xml:space="preserve">Respublika </w:t>
      </w:r>
      <w:proofErr w:type="spellStart"/>
      <w:r w:rsidRPr="00695F67">
        <w:rPr>
          <w:rFonts w:ascii="Times New Roman" w:hAnsi="Times New Roman" w:cs="Times New Roman"/>
          <w:sz w:val="28"/>
          <w:szCs w:val="28"/>
        </w:rPr>
        <w:t>ixtisoslashtirilgan</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yengil</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atletika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maktablari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ochildi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Ushbu</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muassasalar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xalqaro</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standartlarga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mos</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keluvchi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sportchilarni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tayyorlashda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muhim</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ahamiyat</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kasb</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etdi</w:t>
      </w:r>
      <w:proofErr w:type="spellEnd"/>
      <w:r w:rsidRPr="00695F67">
        <w:rPr>
          <w:rFonts w:ascii="Times New Roman" w:hAnsi="Times New Roman" w:cs="Times New Roman"/>
          <w:sz w:val="28"/>
          <w:szCs w:val="28"/>
        </w:rPr>
        <w:t>.</w:t>
      </w:r>
      <w:r w:rsidR="00520055"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Mamlakatimiz</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sportchilari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orasida</w:t>
      </w:r>
      <w:proofErr w:type="spellEnd"/>
      <w:r w:rsidRPr="00695F67">
        <w:rPr>
          <w:rFonts w:ascii="Times New Roman" w:hAnsi="Times New Roman" w:cs="Times New Roman"/>
          <w:sz w:val="28"/>
          <w:szCs w:val="28"/>
        </w:rPr>
        <w:t xml:space="preserve"> 100, 200, 400 </w:t>
      </w:r>
      <w:proofErr w:type="spellStart"/>
      <w:r w:rsidRPr="00695F67">
        <w:rPr>
          <w:rFonts w:ascii="Times New Roman" w:hAnsi="Times New Roman" w:cs="Times New Roman"/>
          <w:sz w:val="28"/>
          <w:szCs w:val="28"/>
        </w:rPr>
        <w:t>metrga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yugurish</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sakrash</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va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boshqa</w:t>
      </w:r>
      <w:proofErr w:type="spellEnd"/>
      <w:r w:rsidRPr="00695F67">
        <w:rPr>
          <w:rFonts w:ascii="Times New Roman" w:hAnsi="Times New Roman" w:cs="Times New Roman"/>
          <w:sz w:val="28"/>
          <w:szCs w:val="28"/>
        </w:rPr>
        <w:t xml:space="preserve"> </w:t>
      </w:r>
      <w:proofErr w:type="spellStart"/>
      <w:proofErr w:type="gramStart"/>
      <w:r w:rsidRPr="00695F67">
        <w:rPr>
          <w:rFonts w:ascii="Times New Roman" w:hAnsi="Times New Roman" w:cs="Times New Roman"/>
          <w:sz w:val="28"/>
          <w:szCs w:val="28"/>
        </w:rPr>
        <w:t>yo‘</w:t>
      </w:r>
      <w:proofErr w:type="gramEnd"/>
      <w:r w:rsidRPr="00695F67">
        <w:rPr>
          <w:rFonts w:ascii="Times New Roman" w:hAnsi="Times New Roman" w:cs="Times New Roman"/>
          <w:sz w:val="28"/>
          <w:szCs w:val="28"/>
        </w:rPr>
        <w:t>nalishlarda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muvaffaqiyatli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ishtirok</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etganlar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ko‘p</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Masalan</w:t>
      </w:r>
      <w:proofErr w:type="spellEnd"/>
      <w:r w:rsidRPr="00695F67">
        <w:rPr>
          <w:rFonts w:ascii="Times New Roman" w:hAnsi="Times New Roman" w:cs="Times New Roman"/>
          <w:sz w:val="28"/>
          <w:szCs w:val="28"/>
        </w:rPr>
        <w:t xml:space="preserve">, 2016 </w:t>
      </w:r>
      <w:proofErr w:type="spellStart"/>
      <w:r w:rsidRPr="00695F67">
        <w:rPr>
          <w:rFonts w:ascii="Times New Roman" w:hAnsi="Times New Roman" w:cs="Times New Roman"/>
          <w:sz w:val="28"/>
          <w:szCs w:val="28"/>
        </w:rPr>
        <w:t>yil</w:t>
      </w:r>
      <w:proofErr w:type="spellEnd"/>
      <w:r w:rsidRPr="00695F67">
        <w:rPr>
          <w:rFonts w:ascii="Times New Roman" w:hAnsi="Times New Roman" w:cs="Times New Roman"/>
          <w:sz w:val="28"/>
          <w:szCs w:val="28"/>
        </w:rPr>
        <w:t xml:space="preserve"> Rio-de-</w:t>
      </w:r>
      <w:proofErr w:type="spellStart"/>
      <w:r w:rsidRPr="00695F67">
        <w:rPr>
          <w:rFonts w:ascii="Times New Roman" w:hAnsi="Times New Roman" w:cs="Times New Roman"/>
          <w:sz w:val="28"/>
          <w:szCs w:val="28"/>
        </w:rPr>
        <w:t>Janeyro</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Olimpiadasida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O‘zbekiston</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delegatsiyasi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o‘zining</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kuchli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ishtiroki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bilan</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xalqaro</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hamjamiyatni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hayratga</w:t>
      </w:r>
      <w:proofErr w:type="spellEnd"/>
      <w:r w:rsidRPr="00695F67">
        <w:rPr>
          <w:rFonts w:ascii="Times New Roman" w:hAnsi="Times New Roman" w:cs="Times New Roman"/>
          <w:sz w:val="28"/>
          <w:szCs w:val="28"/>
        </w:rPr>
        <w:t xml:space="preserve"> soldi.</w:t>
      </w:r>
    </w:p>
    <w:p w14:paraId="10EE3651" w14:textId="46708ABE" w:rsidR="00520055" w:rsidRPr="00695F67" w:rsidRDefault="00292BD8" w:rsidP="00C71A9D">
      <w:pPr>
        <w:jc w:val="both"/>
        <w:rPr>
          <w:rFonts w:ascii="Times New Roman" w:hAnsi="Times New Roman" w:cs="Times New Roman"/>
          <w:sz w:val="28"/>
          <w:szCs w:val="28"/>
        </w:rPr>
      </w:pPr>
      <w:r w:rsidRPr="00695F67">
        <w:rPr>
          <w:rFonts w:ascii="Times New Roman" w:hAnsi="Times New Roman" w:cs="Times New Roman"/>
          <w:sz w:val="28"/>
          <w:szCs w:val="28"/>
        </w:rPr>
        <w:t xml:space="preserve">10. </w:t>
      </w:r>
      <w:proofErr w:type="spellStart"/>
      <w:r w:rsidRPr="00695F67">
        <w:rPr>
          <w:rFonts w:ascii="Times New Roman" w:hAnsi="Times New Roman" w:cs="Times New Roman"/>
          <w:sz w:val="28"/>
          <w:szCs w:val="28"/>
        </w:rPr>
        <w:t>Omma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sporti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va</w:t>
      </w:r>
      <w:proofErr w:type="spellEnd"/>
      <w:r w:rsidRPr="00695F67">
        <w:rPr>
          <w:rFonts w:ascii="Times New Roman" w:hAnsi="Times New Roman" w:cs="Times New Roman"/>
          <w:sz w:val="28"/>
          <w:szCs w:val="28"/>
        </w:rPr>
        <w:t xml:space="preserve"> </w:t>
      </w:r>
      <w:proofErr w:type="spellStart"/>
      <w:proofErr w:type="gramStart"/>
      <w:r w:rsidRPr="00695F67">
        <w:rPr>
          <w:rFonts w:ascii="Times New Roman" w:hAnsi="Times New Roman" w:cs="Times New Roman"/>
          <w:sz w:val="28"/>
          <w:szCs w:val="28"/>
        </w:rPr>
        <w:t>sog‘</w:t>
      </w:r>
      <w:proofErr w:type="gramEnd"/>
      <w:r w:rsidRPr="00695F67">
        <w:rPr>
          <w:rFonts w:ascii="Times New Roman" w:hAnsi="Times New Roman" w:cs="Times New Roman"/>
          <w:sz w:val="28"/>
          <w:szCs w:val="28"/>
        </w:rPr>
        <w:t>lom</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turmush</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tarzi</w:t>
      </w:r>
      <w:proofErr w:type="spellEnd"/>
      <w:r w:rsidR="00520055"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Yengil</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atletika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faqat</w:t>
      </w:r>
      <w:proofErr w:type="spellEnd"/>
      <w:r w:rsidRPr="00695F67">
        <w:rPr>
          <w:rFonts w:ascii="Times New Roman" w:hAnsi="Times New Roman" w:cs="Times New Roman"/>
          <w:sz w:val="28"/>
          <w:szCs w:val="28"/>
        </w:rPr>
        <w:t xml:space="preserve"> professional </w:t>
      </w:r>
      <w:proofErr w:type="spellStart"/>
      <w:r w:rsidRPr="00695F67">
        <w:rPr>
          <w:rFonts w:ascii="Times New Roman" w:hAnsi="Times New Roman" w:cs="Times New Roman"/>
          <w:sz w:val="28"/>
          <w:szCs w:val="28"/>
        </w:rPr>
        <w:t>sportchilargagina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emas</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balki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oddiy</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fuqarolarga</w:t>
      </w:r>
      <w:proofErr w:type="spellEnd"/>
      <w:r w:rsidRPr="00695F67">
        <w:rPr>
          <w:rFonts w:ascii="Times New Roman" w:hAnsi="Times New Roman" w:cs="Times New Roman"/>
          <w:sz w:val="28"/>
          <w:szCs w:val="28"/>
        </w:rPr>
        <w:t xml:space="preserve"> ham </w:t>
      </w:r>
      <w:proofErr w:type="spellStart"/>
      <w:r w:rsidRPr="00695F67">
        <w:rPr>
          <w:rFonts w:ascii="Times New Roman" w:hAnsi="Times New Roman" w:cs="Times New Roman"/>
          <w:sz w:val="28"/>
          <w:szCs w:val="28"/>
        </w:rPr>
        <w:t>targ‘ib</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qilindi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Xalqni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sportga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jalb</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qilish</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salomatlikni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mustahkamlash</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maqsadida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yugurish</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marafonlari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va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boshqa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tadbirlar</w:t>
      </w:r>
      <w:proofErr w:type="spellEnd"/>
      <w:r w:rsidRPr="00695F67">
        <w:rPr>
          <w:rFonts w:ascii="Times New Roman" w:hAnsi="Times New Roman" w:cs="Times New Roman"/>
          <w:sz w:val="28"/>
          <w:szCs w:val="28"/>
        </w:rPr>
        <w:t xml:space="preserve"> </w:t>
      </w:r>
      <w:proofErr w:type="spellStart"/>
      <w:proofErr w:type="gramStart"/>
      <w:r w:rsidRPr="00695F67">
        <w:rPr>
          <w:rFonts w:ascii="Times New Roman" w:hAnsi="Times New Roman" w:cs="Times New Roman"/>
          <w:sz w:val="28"/>
          <w:szCs w:val="28"/>
        </w:rPr>
        <w:t>o‘</w:t>
      </w:r>
      <w:proofErr w:type="gramEnd"/>
      <w:r w:rsidRPr="00695F67">
        <w:rPr>
          <w:rFonts w:ascii="Times New Roman" w:hAnsi="Times New Roman" w:cs="Times New Roman"/>
          <w:sz w:val="28"/>
          <w:szCs w:val="28"/>
        </w:rPr>
        <w:t>tkazildi</w:t>
      </w:r>
      <w:proofErr w:type="spellEnd"/>
      <w:r w:rsidRPr="00695F67">
        <w:rPr>
          <w:rFonts w:ascii="Times New Roman" w:hAnsi="Times New Roman" w:cs="Times New Roman"/>
          <w:sz w:val="28"/>
          <w:szCs w:val="28"/>
        </w:rPr>
        <w:t>.</w:t>
      </w:r>
      <w:r w:rsidR="00520055" w:rsidRPr="00695F67">
        <w:rPr>
          <w:rFonts w:ascii="Times New Roman" w:hAnsi="Times New Roman" w:cs="Times New Roman"/>
          <w:sz w:val="28"/>
          <w:szCs w:val="28"/>
        </w:rPr>
        <w:t xml:space="preserve"> </w:t>
      </w:r>
      <w:r w:rsidRPr="00695F67">
        <w:rPr>
          <w:rFonts w:ascii="Times New Roman" w:hAnsi="Times New Roman" w:cs="Times New Roman"/>
          <w:sz w:val="28"/>
          <w:szCs w:val="28"/>
        </w:rPr>
        <w:t xml:space="preserve">Har </w:t>
      </w:r>
      <w:proofErr w:type="spellStart"/>
      <w:r w:rsidRPr="00695F67">
        <w:rPr>
          <w:rFonts w:ascii="Times New Roman" w:hAnsi="Times New Roman" w:cs="Times New Roman"/>
          <w:sz w:val="28"/>
          <w:szCs w:val="28"/>
        </w:rPr>
        <w:t>yili</w:t>
      </w:r>
      <w:proofErr w:type="spellEnd"/>
      <w:r w:rsidRPr="00695F67">
        <w:rPr>
          <w:rFonts w:ascii="Times New Roman" w:hAnsi="Times New Roman" w:cs="Times New Roman"/>
          <w:sz w:val="28"/>
          <w:szCs w:val="28"/>
        </w:rPr>
        <w:t xml:space="preserve"> </w:t>
      </w:r>
      <w:proofErr w:type="spellStart"/>
      <w:proofErr w:type="gramStart"/>
      <w:r w:rsidRPr="00695F67">
        <w:rPr>
          <w:rFonts w:ascii="Times New Roman" w:hAnsi="Times New Roman" w:cs="Times New Roman"/>
          <w:sz w:val="28"/>
          <w:szCs w:val="28"/>
        </w:rPr>
        <w:t>o‘</w:t>
      </w:r>
      <w:proofErr w:type="gramEnd"/>
      <w:r w:rsidRPr="00695F67">
        <w:rPr>
          <w:rFonts w:ascii="Times New Roman" w:hAnsi="Times New Roman" w:cs="Times New Roman"/>
          <w:sz w:val="28"/>
          <w:szCs w:val="28"/>
        </w:rPr>
        <w:t>tkaziladigan</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Navro‘z</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lastRenderedPageBreak/>
        <w:t>yugurish</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marafonlari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mamlakatda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yengil</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atletika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ommaviylashishiga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katta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hissa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qo‘shdi</w:t>
      </w:r>
      <w:proofErr w:type="spellEnd"/>
      <w:r w:rsidRPr="00695F67">
        <w:rPr>
          <w:rFonts w:ascii="Times New Roman" w:hAnsi="Times New Roman" w:cs="Times New Roman"/>
          <w:sz w:val="28"/>
          <w:szCs w:val="28"/>
        </w:rPr>
        <w:t>.</w:t>
      </w:r>
    </w:p>
    <w:p w14:paraId="6F4409B9" w14:textId="03488A4C" w:rsidR="002D2D4F" w:rsidRPr="00695F67" w:rsidRDefault="00292BD8" w:rsidP="00C71A9D">
      <w:pPr>
        <w:jc w:val="both"/>
        <w:rPr>
          <w:rFonts w:ascii="Times New Roman" w:hAnsi="Times New Roman" w:cs="Times New Roman"/>
          <w:sz w:val="28"/>
          <w:szCs w:val="28"/>
        </w:rPr>
      </w:pPr>
      <w:r w:rsidRPr="00695F67">
        <w:rPr>
          <w:rFonts w:ascii="Times New Roman" w:hAnsi="Times New Roman" w:cs="Times New Roman"/>
          <w:sz w:val="28"/>
          <w:szCs w:val="28"/>
        </w:rPr>
        <w:t xml:space="preserve">11. </w:t>
      </w:r>
      <w:proofErr w:type="spellStart"/>
      <w:r w:rsidRPr="00695F67">
        <w:rPr>
          <w:rFonts w:ascii="Times New Roman" w:hAnsi="Times New Roman" w:cs="Times New Roman"/>
          <w:sz w:val="28"/>
          <w:szCs w:val="28"/>
        </w:rPr>
        <w:t>Texnologik</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rivojlanish</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va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ilmiy</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tadqiqotlar</w:t>
      </w:r>
      <w:proofErr w:type="spellEnd"/>
      <w:r w:rsidR="00BF0D6B"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Sportchilarning</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natijalarini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yaxshilash</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uchun</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zamonaviy</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texnologiyalar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joriy</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etildi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Masalan</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yengil</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atletika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uchun</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maxsus</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jihozlangan</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laboratoriyalar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va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sportchilar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uchun</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trening</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dasturlarini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ishlab</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chiqish</w:t>
      </w:r>
      <w:proofErr w:type="spellEnd"/>
      <w:r w:rsidRPr="00695F67">
        <w:rPr>
          <w:rFonts w:ascii="Times New Roman" w:hAnsi="Times New Roman" w:cs="Times New Roman"/>
          <w:sz w:val="28"/>
          <w:szCs w:val="28"/>
        </w:rPr>
        <w:t xml:space="preserve"> </w:t>
      </w:r>
      <w:proofErr w:type="spellStart"/>
      <w:proofErr w:type="gramStart"/>
      <w:r w:rsidRPr="00695F67">
        <w:rPr>
          <w:rFonts w:ascii="Times New Roman" w:hAnsi="Times New Roman" w:cs="Times New Roman"/>
          <w:sz w:val="28"/>
          <w:szCs w:val="28"/>
        </w:rPr>
        <w:t>yo‘</w:t>
      </w:r>
      <w:proofErr w:type="gramEnd"/>
      <w:r w:rsidRPr="00695F67">
        <w:rPr>
          <w:rFonts w:ascii="Times New Roman" w:hAnsi="Times New Roman" w:cs="Times New Roman"/>
          <w:sz w:val="28"/>
          <w:szCs w:val="28"/>
        </w:rPr>
        <w:t>lga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qo‘yildi</w:t>
      </w:r>
      <w:proofErr w:type="spellEnd"/>
      <w:r w:rsidRPr="00695F67">
        <w:rPr>
          <w:rFonts w:ascii="Times New Roman" w:hAnsi="Times New Roman" w:cs="Times New Roman"/>
          <w:sz w:val="28"/>
          <w:szCs w:val="28"/>
        </w:rPr>
        <w:t>.</w:t>
      </w:r>
      <w:r w:rsidR="002D2D4F"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Ilmiy</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tadqiqotlar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natijasida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sportchilarning</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jarohatlanish</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xavfini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kamaytirish</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va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ularning</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salohiyatini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oshirishga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qaratilgan</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maxsus</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dasturlar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amalga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oshirildi</w:t>
      </w:r>
      <w:proofErr w:type="spellEnd"/>
      <w:r w:rsidRPr="00695F67">
        <w:rPr>
          <w:rFonts w:ascii="Times New Roman" w:hAnsi="Times New Roman" w:cs="Times New Roman"/>
          <w:sz w:val="28"/>
          <w:szCs w:val="28"/>
        </w:rPr>
        <w:t>.</w:t>
      </w:r>
      <w:r w:rsidR="002D2D4F" w:rsidRPr="00695F67">
        <w:rPr>
          <w:rFonts w:ascii="Times New Roman" w:hAnsi="Times New Roman" w:cs="Times New Roman"/>
          <w:sz w:val="28"/>
          <w:szCs w:val="28"/>
        </w:rPr>
        <w:t xml:space="preserve"> </w:t>
      </w:r>
    </w:p>
    <w:p w14:paraId="273FABAC" w14:textId="4C7CEAAF" w:rsidR="003E4D3C" w:rsidRPr="00695F67" w:rsidRDefault="00292BD8" w:rsidP="00C71A9D">
      <w:pPr>
        <w:jc w:val="both"/>
        <w:rPr>
          <w:rFonts w:ascii="Times New Roman" w:hAnsi="Times New Roman" w:cs="Times New Roman"/>
          <w:sz w:val="28"/>
          <w:szCs w:val="28"/>
        </w:rPr>
      </w:pPr>
      <w:r w:rsidRPr="00695F67">
        <w:rPr>
          <w:rFonts w:ascii="Times New Roman" w:hAnsi="Times New Roman" w:cs="Times New Roman"/>
          <w:sz w:val="28"/>
          <w:szCs w:val="28"/>
        </w:rPr>
        <w:t xml:space="preserve">12. </w:t>
      </w:r>
      <w:proofErr w:type="spellStart"/>
      <w:r w:rsidRPr="00695F67">
        <w:rPr>
          <w:rFonts w:ascii="Times New Roman" w:hAnsi="Times New Roman" w:cs="Times New Roman"/>
          <w:sz w:val="28"/>
          <w:szCs w:val="28"/>
        </w:rPr>
        <w:t>Kelajak</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istiqbollari</w:t>
      </w:r>
      <w:proofErr w:type="spellEnd"/>
      <w:r w:rsidRPr="00695F67">
        <w:rPr>
          <w:rFonts w:ascii="Times New Roman" w:hAnsi="Times New Roman" w:cs="Times New Roman"/>
          <w:sz w:val="28"/>
          <w:szCs w:val="28"/>
        </w:rPr>
        <w:t xml:space="preserve"> 2030 </w:t>
      </w:r>
      <w:proofErr w:type="spellStart"/>
      <w:r w:rsidRPr="00695F67">
        <w:rPr>
          <w:rFonts w:ascii="Times New Roman" w:hAnsi="Times New Roman" w:cs="Times New Roman"/>
          <w:sz w:val="28"/>
          <w:szCs w:val="28"/>
        </w:rPr>
        <w:t>yilgacha</w:t>
      </w:r>
      <w:proofErr w:type="spellEnd"/>
      <w:r w:rsidRPr="00695F67">
        <w:rPr>
          <w:rFonts w:ascii="Times New Roman" w:hAnsi="Times New Roman" w:cs="Times New Roman"/>
          <w:sz w:val="28"/>
          <w:szCs w:val="28"/>
        </w:rPr>
        <w:t xml:space="preserve"> </w:t>
      </w:r>
      <w:proofErr w:type="spellStart"/>
      <w:proofErr w:type="gramStart"/>
      <w:r w:rsidRPr="00695F67">
        <w:rPr>
          <w:rFonts w:ascii="Times New Roman" w:hAnsi="Times New Roman" w:cs="Times New Roman"/>
          <w:sz w:val="28"/>
          <w:szCs w:val="28"/>
        </w:rPr>
        <w:t>bo‘</w:t>
      </w:r>
      <w:proofErr w:type="gramEnd"/>
      <w:r w:rsidRPr="00695F67">
        <w:rPr>
          <w:rFonts w:ascii="Times New Roman" w:hAnsi="Times New Roman" w:cs="Times New Roman"/>
          <w:sz w:val="28"/>
          <w:szCs w:val="28"/>
        </w:rPr>
        <w:t>lgan</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sportni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rivojlantirish</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dasturida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yengil</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atletika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strategik</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yo‘nalish</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sifatida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belgilangan</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Yoshlarni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sportga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qiziqtirish</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yangi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qobiliyatli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sportchilarni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tarbiyalash</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va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xalqaro</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maydonda</w:t>
      </w:r>
      <w:proofErr w:type="spellEnd"/>
      <w:r w:rsidRPr="00695F67">
        <w:rPr>
          <w:rFonts w:ascii="Times New Roman" w:hAnsi="Times New Roman" w:cs="Times New Roman"/>
          <w:sz w:val="28"/>
          <w:szCs w:val="28"/>
        </w:rPr>
        <w:t xml:space="preserve"> </w:t>
      </w:r>
      <w:proofErr w:type="spellStart"/>
      <w:proofErr w:type="gramStart"/>
      <w:r w:rsidRPr="00695F67">
        <w:rPr>
          <w:rFonts w:ascii="Times New Roman" w:hAnsi="Times New Roman" w:cs="Times New Roman"/>
          <w:sz w:val="28"/>
          <w:szCs w:val="28"/>
        </w:rPr>
        <w:t>ko‘</w:t>
      </w:r>
      <w:proofErr w:type="gramEnd"/>
      <w:r w:rsidRPr="00695F67">
        <w:rPr>
          <w:rFonts w:ascii="Times New Roman" w:hAnsi="Times New Roman" w:cs="Times New Roman"/>
          <w:sz w:val="28"/>
          <w:szCs w:val="28"/>
        </w:rPr>
        <w:t>proq</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muvaffaqiyatlarga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erishish</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rejalashtirilgan</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Yengil</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atletikada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innovatsion</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yondashuvlar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shuningdek</w:t>
      </w:r>
      <w:proofErr w:type="spellEnd"/>
      <w:r w:rsidRPr="00695F67">
        <w:rPr>
          <w:rFonts w:ascii="Times New Roman" w:hAnsi="Times New Roman" w:cs="Times New Roman"/>
          <w:sz w:val="28"/>
          <w:szCs w:val="28"/>
        </w:rPr>
        <w:t xml:space="preserve">, sport </w:t>
      </w:r>
      <w:proofErr w:type="spellStart"/>
      <w:r w:rsidRPr="00695F67">
        <w:rPr>
          <w:rFonts w:ascii="Times New Roman" w:hAnsi="Times New Roman" w:cs="Times New Roman"/>
          <w:sz w:val="28"/>
          <w:szCs w:val="28"/>
        </w:rPr>
        <w:t>psixologiyasi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va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tibbiyot</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sohasidagi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yutuqlarni</w:t>
      </w:r>
      <w:proofErr w:type="spellEnd"/>
      <w:r w:rsidRPr="00695F67">
        <w:rPr>
          <w:rFonts w:ascii="Times New Roman" w:hAnsi="Times New Roman" w:cs="Times New Roman"/>
          <w:sz w:val="28"/>
          <w:szCs w:val="28"/>
        </w:rPr>
        <w:t xml:space="preserve"> </w:t>
      </w:r>
      <w:proofErr w:type="spellStart"/>
      <w:proofErr w:type="gramStart"/>
      <w:r w:rsidRPr="00695F67">
        <w:rPr>
          <w:rFonts w:ascii="Times New Roman" w:hAnsi="Times New Roman" w:cs="Times New Roman"/>
          <w:sz w:val="28"/>
          <w:szCs w:val="28"/>
        </w:rPr>
        <w:t>qo‘</w:t>
      </w:r>
      <w:proofErr w:type="gramEnd"/>
      <w:r w:rsidRPr="00695F67">
        <w:rPr>
          <w:rFonts w:ascii="Times New Roman" w:hAnsi="Times New Roman" w:cs="Times New Roman"/>
          <w:sz w:val="28"/>
          <w:szCs w:val="28"/>
        </w:rPr>
        <w:t>llash</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davom</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etadi</w:t>
      </w:r>
      <w:proofErr w:type="spellEnd"/>
      <w:r w:rsidRPr="00695F67">
        <w:rPr>
          <w:rFonts w:ascii="Times New Roman" w:hAnsi="Times New Roman" w:cs="Times New Roman"/>
          <w:sz w:val="28"/>
          <w:szCs w:val="28"/>
        </w:rPr>
        <w:t>.</w:t>
      </w:r>
    </w:p>
    <w:p w14:paraId="5FF91F8D" w14:textId="736992C2" w:rsidR="00E05D38" w:rsidRPr="00695F67" w:rsidRDefault="00F91037" w:rsidP="00C71A9D">
      <w:pPr>
        <w:jc w:val="both"/>
        <w:rPr>
          <w:rFonts w:ascii="Times New Roman" w:hAnsi="Times New Roman" w:cs="Times New Roman"/>
          <w:sz w:val="28"/>
          <w:szCs w:val="28"/>
        </w:rPr>
      </w:pPr>
      <w:r w:rsidRPr="00695F67">
        <w:rPr>
          <w:rFonts w:ascii="Times New Roman" w:hAnsi="Times New Roman" w:cs="Times New Roman"/>
          <w:sz w:val="28"/>
          <w:szCs w:val="28"/>
        </w:rPr>
        <w:t xml:space="preserve">13. </w:t>
      </w:r>
      <w:proofErr w:type="spellStart"/>
      <w:proofErr w:type="gramStart"/>
      <w:r w:rsidRPr="00695F67">
        <w:rPr>
          <w:rFonts w:ascii="Times New Roman" w:hAnsi="Times New Roman" w:cs="Times New Roman"/>
          <w:sz w:val="28"/>
          <w:szCs w:val="28"/>
        </w:rPr>
        <w:t>O‘</w:t>
      </w:r>
      <w:proofErr w:type="gramEnd"/>
      <w:r w:rsidRPr="00695F67">
        <w:rPr>
          <w:rFonts w:ascii="Times New Roman" w:hAnsi="Times New Roman" w:cs="Times New Roman"/>
          <w:sz w:val="28"/>
          <w:szCs w:val="28"/>
        </w:rPr>
        <w:t>zbekiston</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yengil</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atletika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federatsiyasi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faoliyati</w:t>
      </w:r>
      <w:proofErr w:type="spellEnd"/>
      <w:r w:rsidR="00FD72F1" w:rsidRPr="00695F67">
        <w:rPr>
          <w:rFonts w:ascii="Times New Roman" w:hAnsi="Times New Roman" w:cs="Times New Roman"/>
          <w:sz w:val="28"/>
          <w:szCs w:val="28"/>
        </w:rPr>
        <w:t xml:space="preserve"> </w:t>
      </w:r>
      <w:r w:rsidRPr="00695F67">
        <w:rPr>
          <w:rFonts w:ascii="Times New Roman" w:hAnsi="Times New Roman" w:cs="Times New Roman"/>
          <w:sz w:val="28"/>
          <w:szCs w:val="28"/>
        </w:rPr>
        <w:t xml:space="preserve">1991-yilda </w:t>
      </w:r>
      <w:proofErr w:type="spellStart"/>
      <w:r w:rsidRPr="00695F67">
        <w:rPr>
          <w:rFonts w:ascii="Times New Roman" w:hAnsi="Times New Roman" w:cs="Times New Roman"/>
          <w:sz w:val="28"/>
          <w:szCs w:val="28"/>
        </w:rPr>
        <w:t>tashkil</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etilgan</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O‘zbekiston</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Yengil</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Atletika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Federatsiyasi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mamlakatda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bu</w:t>
      </w:r>
      <w:proofErr w:type="spellEnd"/>
      <w:r w:rsidRPr="00695F67">
        <w:rPr>
          <w:rFonts w:ascii="Times New Roman" w:hAnsi="Times New Roman" w:cs="Times New Roman"/>
          <w:sz w:val="28"/>
          <w:szCs w:val="28"/>
        </w:rPr>
        <w:t xml:space="preserve"> sport </w:t>
      </w:r>
      <w:proofErr w:type="spellStart"/>
      <w:r w:rsidRPr="00695F67">
        <w:rPr>
          <w:rFonts w:ascii="Times New Roman" w:hAnsi="Times New Roman" w:cs="Times New Roman"/>
          <w:sz w:val="28"/>
          <w:szCs w:val="28"/>
        </w:rPr>
        <w:t>turini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boshqaruvchi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asosiy</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tashkilot</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sifatida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faoliyat</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yuritadi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Federatsiya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yengil</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atletika</w:t>
      </w:r>
      <w:proofErr w:type="spellEnd"/>
      <w:r w:rsidRPr="00695F67">
        <w:rPr>
          <w:rFonts w:ascii="Times New Roman" w:hAnsi="Times New Roman" w:cs="Times New Roman"/>
          <w:sz w:val="28"/>
          <w:szCs w:val="28"/>
        </w:rPr>
        <w:t xml:space="preserve"> </w:t>
      </w:r>
      <w:proofErr w:type="spellStart"/>
      <w:proofErr w:type="gramStart"/>
      <w:r w:rsidRPr="00695F67">
        <w:rPr>
          <w:rFonts w:ascii="Times New Roman" w:hAnsi="Times New Roman" w:cs="Times New Roman"/>
          <w:sz w:val="28"/>
          <w:szCs w:val="28"/>
        </w:rPr>
        <w:t>bo‘</w:t>
      </w:r>
      <w:proofErr w:type="gramEnd"/>
      <w:r w:rsidRPr="00695F67">
        <w:rPr>
          <w:rFonts w:ascii="Times New Roman" w:hAnsi="Times New Roman" w:cs="Times New Roman"/>
          <w:sz w:val="28"/>
          <w:szCs w:val="28"/>
        </w:rPr>
        <w:t>yicha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musobaqalar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tashkil</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qilish</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murabbiylarni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tayyorlash</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sportchilarni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xalqaro</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musobaqalarga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yuborish</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va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bu</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sportni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ommalashtirish</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bilan</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shug‘ullanadi</w:t>
      </w:r>
      <w:proofErr w:type="spellEnd"/>
      <w:r w:rsidRPr="00695F67">
        <w:rPr>
          <w:rFonts w:ascii="Times New Roman" w:hAnsi="Times New Roman" w:cs="Times New Roman"/>
          <w:sz w:val="28"/>
          <w:szCs w:val="28"/>
        </w:rPr>
        <w:t>.</w:t>
      </w:r>
      <w:r w:rsidR="00FD72F1"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Federatsiya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xalqaro</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tashkilotlar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bilan</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aloqalar</w:t>
      </w:r>
      <w:proofErr w:type="spellEnd"/>
      <w:r w:rsidRPr="00695F67">
        <w:rPr>
          <w:rFonts w:ascii="Times New Roman" w:hAnsi="Times New Roman" w:cs="Times New Roman"/>
          <w:sz w:val="28"/>
          <w:szCs w:val="28"/>
        </w:rPr>
        <w:t xml:space="preserve"> </w:t>
      </w:r>
      <w:proofErr w:type="spellStart"/>
      <w:proofErr w:type="gramStart"/>
      <w:r w:rsidRPr="00695F67">
        <w:rPr>
          <w:rFonts w:ascii="Times New Roman" w:hAnsi="Times New Roman" w:cs="Times New Roman"/>
          <w:sz w:val="28"/>
          <w:szCs w:val="28"/>
        </w:rPr>
        <w:t>o‘</w:t>
      </w:r>
      <w:proofErr w:type="gramEnd"/>
      <w:r w:rsidRPr="00695F67">
        <w:rPr>
          <w:rFonts w:ascii="Times New Roman" w:hAnsi="Times New Roman" w:cs="Times New Roman"/>
          <w:sz w:val="28"/>
          <w:szCs w:val="28"/>
        </w:rPr>
        <w:t>rnatib</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O‘zbekiston</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sportchilarini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nufuzli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musobaqalarga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jalb</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etishda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muhim</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rol</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o‘ynaydi</w:t>
      </w:r>
      <w:proofErr w:type="spellEnd"/>
      <w:r w:rsidRPr="00695F67">
        <w:rPr>
          <w:rFonts w:ascii="Times New Roman" w:hAnsi="Times New Roman" w:cs="Times New Roman"/>
          <w:sz w:val="28"/>
          <w:szCs w:val="28"/>
        </w:rPr>
        <w:t>.</w:t>
      </w:r>
    </w:p>
    <w:p w14:paraId="627FF1E0" w14:textId="39828A1C" w:rsidR="00BC7925" w:rsidRPr="00695F67" w:rsidRDefault="00F91037" w:rsidP="00C71A9D">
      <w:pPr>
        <w:jc w:val="both"/>
        <w:rPr>
          <w:rFonts w:ascii="Times New Roman" w:hAnsi="Times New Roman" w:cs="Times New Roman"/>
          <w:sz w:val="28"/>
          <w:szCs w:val="28"/>
        </w:rPr>
      </w:pPr>
      <w:r w:rsidRPr="00695F67">
        <w:rPr>
          <w:rFonts w:ascii="Times New Roman" w:hAnsi="Times New Roman" w:cs="Times New Roman"/>
          <w:sz w:val="28"/>
          <w:szCs w:val="28"/>
        </w:rPr>
        <w:t xml:space="preserve">14. </w:t>
      </w:r>
      <w:proofErr w:type="spellStart"/>
      <w:r w:rsidRPr="00695F67">
        <w:rPr>
          <w:rFonts w:ascii="Times New Roman" w:hAnsi="Times New Roman" w:cs="Times New Roman"/>
          <w:sz w:val="28"/>
          <w:szCs w:val="28"/>
        </w:rPr>
        <w:t>Olimpiya</w:t>
      </w:r>
      <w:proofErr w:type="spellEnd"/>
      <w:r w:rsidRPr="00695F67">
        <w:rPr>
          <w:rFonts w:ascii="Times New Roman" w:hAnsi="Times New Roman" w:cs="Times New Roman"/>
          <w:sz w:val="28"/>
          <w:szCs w:val="28"/>
        </w:rPr>
        <w:t xml:space="preserve"> </w:t>
      </w:r>
      <w:proofErr w:type="spellStart"/>
      <w:proofErr w:type="gramStart"/>
      <w:r w:rsidRPr="00695F67">
        <w:rPr>
          <w:rFonts w:ascii="Times New Roman" w:hAnsi="Times New Roman" w:cs="Times New Roman"/>
          <w:sz w:val="28"/>
          <w:szCs w:val="28"/>
        </w:rPr>
        <w:t>o‘</w:t>
      </w:r>
      <w:proofErr w:type="gramEnd"/>
      <w:r w:rsidRPr="00695F67">
        <w:rPr>
          <w:rFonts w:ascii="Times New Roman" w:hAnsi="Times New Roman" w:cs="Times New Roman"/>
          <w:sz w:val="28"/>
          <w:szCs w:val="28"/>
        </w:rPr>
        <w:t>yinlarida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muvaffaqiyatlar</w:t>
      </w:r>
      <w:proofErr w:type="spellEnd"/>
      <w:r w:rsidR="00BC7925"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Mustaqillik</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davrida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O‘zbekiston</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yengil</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atletika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bo‘yicha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xalqaro</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miqyosda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sezilarli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muvaffaqiyatlarga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erishdi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Ayrim</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sportchilarimiz</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Osiyo</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chempionatlarida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va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Olimpiya</w:t>
      </w:r>
      <w:proofErr w:type="spellEnd"/>
      <w:r w:rsidRPr="00695F67">
        <w:rPr>
          <w:rFonts w:ascii="Times New Roman" w:hAnsi="Times New Roman" w:cs="Times New Roman"/>
          <w:sz w:val="28"/>
          <w:szCs w:val="28"/>
        </w:rPr>
        <w:t xml:space="preserve"> </w:t>
      </w:r>
      <w:proofErr w:type="spellStart"/>
      <w:proofErr w:type="gramStart"/>
      <w:r w:rsidRPr="00695F67">
        <w:rPr>
          <w:rFonts w:ascii="Times New Roman" w:hAnsi="Times New Roman" w:cs="Times New Roman"/>
          <w:sz w:val="28"/>
          <w:szCs w:val="28"/>
        </w:rPr>
        <w:t>o‘</w:t>
      </w:r>
      <w:proofErr w:type="gramEnd"/>
      <w:r w:rsidRPr="00695F67">
        <w:rPr>
          <w:rFonts w:ascii="Times New Roman" w:hAnsi="Times New Roman" w:cs="Times New Roman"/>
          <w:sz w:val="28"/>
          <w:szCs w:val="28"/>
        </w:rPr>
        <w:t>yinlarida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yuqori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natijalar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ko‘rsatgan</w:t>
      </w:r>
      <w:proofErr w:type="spellEnd"/>
      <w:r w:rsidRPr="00695F67">
        <w:rPr>
          <w:rFonts w:ascii="Times New Roman" w:hAnsi="Times New Roman" w:cs="Times New Roman"/>
          <w:sz w:val="28"/>
          <w:szCs w:val="28"/>
        </w:rPr>
        <w:t>.</w:t>
      </w:r>
      <w:r w:rsidR="00BC7925"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Masalan</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marafon</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yugurish</w:t>
      </w:r>
      <w:proofErr w:type="spellEnd"/>
      <w:r w:rsidRPr="00695F67">
        <w:rPr>
          <w:rFonts w:ascii="Times New Roman" w:hAnsi="Times New Roman" w:cs="Times New Roman"/>
          <w:sz w:val="28"/>
          <w:szCs w:val="28"/>
        </w:rPr>
        <w:t xml:space="preserve"> </w:t>
      </w:r>
      <w:proofErr w:type="spellStart"/>
      <w:proofErr w:type="gramStart"/>
      <w:r w:rsidRPr="00695F67">
        <w:rPr>
          <w:rFonts w:ascii="Times New Roman" w:hAnsi="Times New Roman" w:cs="Times New Roman"/>
          <w:sz w:val="28"/>
          <w:szCs w:val="28"/>
        </w:rPr>
        <w:t>bo‘</w:t>
      </w:r>
      <w:proofErr w:type="gramEnd"/>
      <w:r w:rsidRPr="00695F67">
        <w:rPr>
          <w:rFonts w:ascii="Times New Roman" w:hAnsi="Times New Roman" w:cs="Times New Roman"/>
          <w:sz w:val="28"/>
          <w:szCs w:val="28"/>
        </w:rPr>
        <w:t>yicha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o‘zbek</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sportchilari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xalqaro</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turnirlarda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sovrinli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o‘rinlarni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qo‘lga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kiritgan</w:t>
      </w:r>
      <w:proofErr w:type="spellEnd"/>
      <w:r w:rsidRPr="00695F67">
        <w:rPr>
          <w:rFonts w:ascii="Times New Roman" w:hAnsi="Times New Roman" w:cs="Times New Roman"/>
          <w:sz w:val="28"/>
          <w:szCs w:val="28"/>
        </w:rPr>
        <w:t>.</w:t>
      </w:r>
    </w:p>
    <w:p w14:paraId="34880B6E" w14:textId="67B69506" w:rsidR="00EA04D8" w:rsidRPr="00695F67" w:rsidRDefault="00F91037" w:rsidP="00C71A9D">
      <w:pPr>
        <w:jc w:val="both"/>
        <w:rPr>
          <w:rFonts w:ascii="Times New Roman" w:hAnsi="Times New Roman" w:cs="Times New Roman"/>
          <w:sz w:val="28"/>
          <w:szCs w:val="28"/>
        </w:rPr>
      </w:pPr>
      <w:r w:rsidRPr="00695F67">
        <w:rPr>
          <w:rFonts w:ascii="Times New Roman" w:hAnsi="Times New Roman" w:cs="Times New Roman"/>
          <w:sz w:val="28"/>
          <w:szCs w:val="28"/>
        </w:rPr>
        <w:t xml:space="preserve">15. Sport </w:t>
      </w:r>
      <w:proofErr w:type="spellStart"/>
      <w:r w:rsidRPr="00695F67">
        <w:rPr>
          <w:rFonts w:ascii="Times New Roman" w:hAnsi="Times New Roman" w:cs="Times New Roman"/>
          <w:sz w:val="28"/>
          <w:szCs w:val="28"/>
        </w:rPr>
        <w:t>maktablari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va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akademiyalar</w:t>
      </w:r>
      <w:proofErr w:type="spellEnd"/>
      <w:r w:rsidR="00EA04D8" w:rsidRPr="00695F67">
        <w:rPr>
          <w:rFonts w:ascii="Times New Roman" w:hAnsi="Times New Roman" w:cs="Times New Roman"/>
          <w:sz w:val="28"/>
          <w:szCs w:val="28"/>
        </w:rPr>
        <w:t xml:space="preserve"> </w:t>
      </w:r>
      <w:proofErr w:type="spellStart"/>
      <w:proofErr w:type="gramStart"/>
      <w:r w:rsidRPr="00695F67">
        <w:rPr>
          <w:rFonts w:ascii="Times New Roman" w:hAnsi="Times New Roman" w:cs="Times New Roman"/>
          <w:sz w:val="28"/>
          <w:szCs w:val="28"/>
        </w:rPr>
        <w:t>O‘</w:t>
      </w:r>
      <w:proofErr w:type="gramEnd"/>
      <w:r w:rsidRPr="00695F67">
        <w:rPr>
          <w:rFonts w:ascii="Times New Roman" w:hAnsi="Times New Roman" w:cs="Times New Roman"/>
          <w:sz w:val="28"/>
          <w:szCs w:val="28"/>
        </w:rPr>
        <w:t>zbekistonning</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barcha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viloyatlarida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bolalar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va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o‘smirlar</w:t>
      </w:r>
      <w:proofErr w:type="spellEnd"/>
      <w:r w:rsidRPr="00695F67">
        <w:rPr>
          <w:rFonts w:ascii="Times New Roman" w:hAnsi="Times New Roman" w:cs="Times New Roman"/>
          <w:sz w:val="28"/>
          <w:szCs w:val="28"/>
        </w:rPr>
        <w:t xml:space="preserve"> sport </w:t>
      </w:r>
      <w:proofErr w:type="spellStart"/>
      <w:r w:rsidRPr="00695F67">
        <w:rPr>
          <w:rFonts w:ascii="Times New Roman" w:hAnsi="Times New Roman" w:cs="Times New Roman"/>
          <w:sz w:val="28"/>
          <w:szCs w:val="28"/>
        </w:rPr>
        <w:t>maktablari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faoliyat</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yuritadi</w:t>
      </w:r>
      <w:proofErr w:type="spellEnd"/>
      <w:r w:rsidRPr="00695F67">
        <w:rPr>
          <w:rFonts w:ascii="Times New Roman" w:hAnsi="Times New Roman" w:cs="Times New Roman"/>
          <w:sz w:val="28"/>
          <w:szCs w:val="28"/>
        </w:rPr>
        <w:t xml:space="preserve">. Bu </w:t>
      </w:r>
      <w:proofErr w:type="spellStart"/>
      <w:r w:rsidRPr="00695F67">
        <w:rPr>
          <w:rFonts w:ascii="Times New Roman" w:hAnsi="Times New Roman" w:cs="Times New Roman"/>
          <w:sz w:val="28"/>
          <w:szCs w:val="28"/>
        </w:rPr>
        <w:t>maktablarda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yengil</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atletika</w:t>
      </w:r>
      <w:proofErr w:type="spellEnd"/>
      <w:r w:rsidRPr="00695F67">
        <w:rPr>
          <w:rFonts w:ascii="Times New Roman" w:hAnsi="Times New Roman" w:cs="Times New Roman"/>
          <w:sz w:val="28"/>
          <w:szCs w:val="28"/>
        </w:rPr>
        <w:t xml:space="preserve"> </w:t>
      </w:r>
      <w:proofErr w:type="spellStart"/>
      <w:proofErr w:type="gramStart"/>
      <w:r w:rsidRPr="00695F67">
        <w:rPr>
          <w:rFonts w:ascii="Times New Roman" w:hAnsi="Times New Roman" w:cs="Times New Roman"/>
          <w:sz w:val="28"/>
          <w:szCs w:val="28"/>
        </w:rPr>
        <w:t>bo‘</w:t>
      </w:r>
      <w:proofErr w:type="gramEnd"/>
      <w:r w:rsidRPr="00695F67">
        <w:rPr>
          <w:rFonts w:ascii="Times New Roman" w:hAnsi="Times New Roman" w:cs="Times New Roman"/>
          <w:sz w:val="28"/>
          <w:szCs w:val="28"/>
        </w:rPr>
        <w:t>yicha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malakali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murabbiylar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yosh</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iste’dodlarni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tarbiyalaydi</w:t>
      </w:r>
      <w:proofErr w:type="spellEnd"/>
      <w:r w:rsidRPr="00695F67">
        <w:rPr>
          <w:rFonts w:ascii="Times New Roman" w:hAnsi="Times New Roman" w:cs="Times New Roman"/>
          <w:sz w:val="28"/>
          <w:szCs w:val="28"/>
        </w:rPr>
        <w:t>.</w:t>
      </w:r>
      <w:r w:rsidR="00EA04D8" w:rsidRPr="00695F67">
        <w:rPr>
          <w:rFonts w:ascii="Times New Roman" w:hAnsi="Times New Roman" w:cs="Times New Roman"/>
          <w:sz w:val="28"/>
          <w:szCs w:val="28"/>
        </w:rPr>
        <w:t xml:space="preserve"> </w:t>
      </w:r>
      <w:r w:rsidRPr="00695F67">
        <w:rPr>
          <w:rFonts w:ascii="Times New Roman" w:hAnsi="Times New Roman" w:cs="Times New Roman"/>
          <w:sz w:val="28"/>
          <w:szCs w:val="28"/>
        </w:rPr>
        <w:t xml:space="preserve">Toshkent </w:t>
      </w:r>
      <w:proofErr w:type="spellStart"/>
      <w:r w:rsidRPr="00695F67">
        <w:rPr>
          <w:rFonts w:ascii="Times New Roman" w:hAnsi="Times New Roman" w:cs="Times New Roman"/>
          <w:sz w:val="28"/>
          <w:szCs w:val="28"/>
        </w:rPr>
        <w:t>shahridagi</w:t>
      </w:r>
      <w:proofErr w:type="spellEnd"/>
      <w:r w:rsidRPr="00695F67">
        <w:rPr>
          <w:rFonts w:ascii="Times New Roman" w:hAnsi="Times New Roman" w:cs="Times New Roman"/>
          <w:sz w:val="28"/>
          <w:szCs w:val="28"/>
        </w:rPr>
        <w:t xml:space="preserve"> Respublika </w:t>
      </w:r>
      <w:proofErr w:type="spellStart"/>
      <w:r w:rsidRPr="00695F67">
        <w:rPr>
          <w:rFonts w:ascii="Times New Roman" w:hAnsi="Times New Roman" w:cs="Times New Roman"/>
          <w:sz w:val="28"/>
          <w:szCs w:val="28"/>
        </w:rPr>
        <w:t>Olimpiya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zaxiralari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kollejlari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lastRenderedPageBreak/>
        <w:t>va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universitetlari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xalqaro</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standartlarga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mos</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sportchilarni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tayyorlashda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muhim</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rol</w:t>
      </w:r>
      <w:proofErr w:type="spellEnd"/>
      <w:r w:rsidRPr="00695F67">
        <w:rPr>
          <w:rFonts w:ascii="Times New Roman" w:hAnsi="Times New Roman" w:cs="Times New Roman"/>
          <w:sz w:val="28"/>
          <w:szCs w:val="28"/>
        </w:rPr>
        <w:t xml:space="preserve"> </w:t>
      </w:r>
      <w:proofErr w:type="spellStart"/>
      <w:proofErr w:type="gramStart"/>
      <w:r w:rsidRPr="00695F67">
        <w:rPr>
          <w:rFonts w:ascii="Times New Roman" w:hAnsi="Times New Roman" w:cs="Times New Roman"/>
          <w:sz w:val="28"/>
          <w:szCs w:val="28"/>
        </w:rPr>
        <w:t>o‘</w:t>
      </w:r>
      <w:proofErr w:type="gramEnd"/>
      <w:r w:rsidRPr="00695F67">
        <w:rPr>
          <w:rFonts w:ascii="Times New Roman" w:hAnsi="Times New Roman" w:cs="Times New Roman"/>
          <w:sz w:val="28"/>
          <w:szCs w:val="28"/>
        </w:rPr>
        <w:t>ynaydi</w:t>
      </w:r>
      <w:proofErr w:type="spellEnd"/>
      <w:r w:rsidRPr="00695F67">
        <w:rPr>
          <w:rFonts w:ascii="Times New Roman" w:hAnsi="Times New Roman" w:cs="Times New Roman"/>
          <w:sz w:val="28"/>
          <w:szCs w:val="28"/>
        </w:rPr>
        <w:t>.</w:t>
      </w:r>
    </w:p>
    <w:p w14:paraId="362BC24B" w14:textId="52A23996" w:rsidR="00BA08AF" w:rsidRPr="00695F67" w:rsidRDefault="00F91037" w:rsidP="00C71A9D">
      <w:pPr>
        <w:jc w:val="both"/>
        <w:rPr>
          <w:rFonts w:ascii="Times New Roman" w:hAnsi="Times New Roman" w:cs="Times New Roman"/>
          <w:sz w:val="28"/>
          <w:szCs w:val="28"/>
        </w:rPr>
      </w:pPr>
      <w:r w:rsidRPr="00695F67">
        <w:rPr>
          <w:rFonts w:ascii="Times New Roman" w:hAnsi="Times New Roman" w:cs="Times New Roman"/>
          <w:sz w:val="28"/>
          <w:szCs w:val="28"/>
        </w:rPr>
        <w:t xml:space="preserve">16. </w:t>
      </w:r>
      <w:proofErr w:type="spellStart"/>
      <w:r w:rsidRPr="00695F67">
        <w:rPr>
          <w:rFonts w:ascii="Times New Roman" w:hAnsi="Times New Roman" w:cs="Times New Roman"/>
          <w:sz w:val="28"/>
          <w:szCs w:val="28"/>
        </w:rPr>
        <w:t>Hududiy</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rivojlanish</w:t>
      </w:r>
      <w:proofErr w:type="spellEnd"/>
      <w:r w:rsidR="00BA08AF" w:rsidRPr="00695F67">
        <w:rPr>
          <w:rFonts w:ascii="Times New Roman" w:hAnsi="Times New Roman" w:cs="Times New Roman"/>
          <w:sz w:val="28"/>
          <w:szCs w:val="28"/>
        </w:rPr>
        <w:t xml:space="preserve"> </w:t>
      </w:r>
      <w:r w:rsidRPr="00695F67">
        <w:rPr>
          <w:rFonts w:ascii="Times New Roman" w:hAnsi="Times New Roman" w:cs="Times New Roman"/>
          <w:sz w:val="28"/>
          <w:szCs w:val="28"/>
        </w:rPr>
        <w:t xml:space="preserve">Samarqand, </w:t>
      </w:r>
      <w:proofErr w:type="spellStart"/>
      <w:proofErr w:type="gramStart"/>
      <w:r w:rsidRPr="00695F67">
        <w:rPr>
          <w:rFonts w:ascii="Times New Roman" w:hAnsi="Times New Roman" w:cs="Times New Roman"/>
          <w:sz w:val="28"/>
          <w:szCs w:val="28"/>
        </w:rPr>
        <w:t>Farg‘</w:t>
      </w:r>
      <w:proofErr w:type="gramEnd"/>
      <w:r w:rsidRPr="00695F67">
        <w:rPr>
          <w:rFonts w:ascii="Times New Roman" w:hAnsi="Times New Roman" w:cs="Times New Roman"/>
          <w:sz w:val="28"/>
          <w:szCs w:val="28"/>
        </w:rPr>
        <w:t>ona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vodiysi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Qashqadaryo</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va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Xorazm</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kabi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hududlarda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yengil</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atletika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bo‘yicha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yangi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avlod</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sportchilarini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yetishtirish</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uchun</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maxsus</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dasturlar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amalga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oshirilmoqda</w:t>
      </w:r>
      <w:proofErr w:type="spellEnd"/>
      <w:r w:rsidRPr="00695F67">
        <w:rPr>
          <w:rFonts w:ascii="Times New Roman" w:hAnsi="Times New Roman" w:cs="Times New Roman"/>
          <w:sz w:val="28"/>
          <w:szCs w:val="28"/>
        </w:rPr>
        <w:t xml:space="preserve">. Bu </w:t>
      </w:r>
      <w:proofErr w:type="spellStart"/>
      <w:r w:rsidRPr="00695F67">
        <w:rPr>
          <w:rFonts w:ascii="Times New Roman" w:hAnsi="Times New Roman" w:cs="Times New Roman"/>
          <w:sz w:val="28"/>
          <w:szCs w:val="28"/>
        </w:rPr>
        <w:t>hududlar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yosh</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iste’dodlar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bilan</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tanilgan</w:t>
      </w:r>
      <w:proofErr w:type="spellEnd"/>
      <w:r w:rsidRPr="00695F67">
        <w:rPr>
          <w:rFonts w:ascii="Times New Roman" w:hAnsi="Times New Roman" w:cs="Times New Roman"/>
          <w:sz w:val="28"/>
          <w:szCs w:val="28"/>
        </w:rPr>
        <w:t>.</w:t>
      </w:r>
      <w:r w:rsidR="00BA08AF"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Viloyatlarda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yengil</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atletika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musobaqalarining</w:t>
      </w:r>
      <w:proofErr w:type="spellEnd"/>
      <w:r w:rsidRPr="00695F67">
        <w:rPr>
          <w:rFonts w:ascii="Times New Roman" w:hAnsi="Times New Roman" w:cs="Times New Roman"/>
          <w:sz w:val="28"/>
          <w:szCs w:val="28"/>
        </w:rPr>
        <w:t xml:space="preserve"> </w:t>
      </w:r>
      <w:proofErr w:type="spellStart"/>
      <w:proofErr w:type="gramStart"/>
      <w:r w:rsidRPr="00695F67">
        <w:rPr>
          <w:rFonts w:ascii="Times New Roman" w:hAnsi="Times New Roman" w:cs="Times New Roman"/>
          <w:sz w:val="28"/>
          <w:szCs w:val="28"/>
        </w:rPr>
        <w:t>ko‘</w:t>
      </w:r>
      <w:proofErr w:type="gramEnd"/>
      <w:r w:rsidRPr="00695F67">
        <w:rPr>
          <w:rFonts w:ascii="Times New Roman" w:hAnsi="Times New Roman" w:cs="Times New Roman"/>
          <w:sz w:val="28"/>
          <w:szCs w:val="28"/>
        </w:rPr>
        <w:t>payishi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ushbu</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sportga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qiziqishni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kuchaytirdi</w:t>
      </w:r>
      <w:proofErr w:type="spellEnd"/>
      <w:r w:rsidR="00BA08AF" w:rsidRPr="00695F67">
        <w:rPr>
          <w:rFonts w:ascii="Times New Roman" w:hAnsi="Times New Roman" w:cs="Times New Roman"/>
          <w:sz w:val="28"/>
          <w:szCs w:val="28"/>
        </w:rPr>
        <w:t>.</w:t>
      </w:r>
    </w:p>
    <w:p w14:paraId="0FFD22E3" w14:textId="42724E1F" w:rsidR="0073288E" w:rsidRPr="00695F67" w:rsidRDefault="00F91037" w:rsidP="00C71A9D">
      <w:pPr>
        <w:jc w:val="both"/>
        <w:rPr>
          <w:rFonts w:ascii="Times New Roman" w:hAnsi="Times New Roman" w:cs="Times New Roman"/>
          <w:sz w:val="28"/>
          <w:szCs w:val="28"/>
        </w:rPr>
      </w:pPr>
      <w:r w:rsidRPr="00695F67">
        <w:rPr>
          <w:rFonts w:ascii="Times New Roman" w:hAnsi="Times New Roman" w:cs="Times New Roman"/>
          <w:sz w:val="28"/>
          <w:szCs w:val="28"/>
        </w:rPr>
        <w:t xml:space="preserve">17. </w:t>
      </w:r>
      <w:proofErr w:type="spellStart"/>
      <w:r w:rsidRPr="00695F67">
        <w:rPr>
          <w:rFonts w:ascii="Times New Roman" w:hAnsi="Times New Roman" w:cs="Times New Roman"/>
          <w:sz w:val="28"/>
          <w:szCs w:val="28"/>
        </w:rPr>
        <w:t>Xalqaro</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musobaqalar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mezbonligi</w:t>
      </w:r>
      <w:proofErr w:type="spellEnd"/>
      <w:r w:rsidR="0073288E"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Mustaqillikdan</w:t>
      </w:r>
      <w:proofErr w:type="spellEnd"/>
      <w:r w:rsidRPr="00695F67">
        <w:rPr>
          <w:rFonts w:ascii="Times New Roman" w:hAnsi="Times New Roman" w:cs="Times New Roman"/>
          <w:sz w:val="28"/>
          <w:szCs w:val="28"/>
        </w:rPr>
        <w:t xml:space="preserve"> </w:t>
      </w:r>
      <w:proofErr w:type="spellStart"/>
      <w:proofErr w:type="gramStart"/>
      <w:r w:rsidRPr="00695F67">
        <w:rPr>
          <w:rFonts w:ascii="Times New Roman" w:hAnsi="Times New Roman" w:cs="Times New Roman"/>
          <w:sz w:val="28"/>
          <w:szCs w:val="28"/>
        </w:rPr>
        <w:t>so‘</w:t>
      </w:r>
      <w:proofErr w:type="gramEnd"/>
      <w:r w:rsidRPr="00695F67">
        <w:rPr>
          <w:rFonts w:ascii="Times New Roman" w:hAnsi="Times New Roman" w:cs="Times New Roman"/>
          <w:sz w:val="28"/>
          <w:szCs w:val="28"/>
        </w:rPr>
        <w:t>ng</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O‘zbekiston</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xalqaro</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miqyosdagi</w:t>
      </w:r>
      <w:proofErr w:type="spellEnd"/>
      <w:r w:rsidRPr="00695F67">
        <w:rPr>
          <w:rFonts w:ascii="Times New Roman" w:hAnsi="Times New Roman" w:cs="Times New Roman"/>
          <w:sz w:val="28"/>
          <w:szCs w:val="28"/>
        </w:rPr>
        <w:t xml:space="preserve"> sport </w:t>
      </w:r>
      <w:proofErr w:type="spellStart"/>
      <w:r w:rsidRPr="00695F67">
        <w:rPr>
          <w:rFonts w:ascii="Times New Roman" w:hAnsi="Times New Roman" w:cs="Times New Roman"/>
          <w:sz w:val="28"/>
          <w:szCs w:val="28"/>
        </w:rPr>
        <w:t>tadbirlarini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o‘tkazish</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markaziga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aylandi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Toshkentda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yengil</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atletika</w:t>
      </w:r>
      <w:proofErr w:type="spellEnd"/>
      <w:r w:rsidRPr="00695F67">
        <w:rPr>
          <w:rFonts w:ascii="Times New Roman" w:hAnsi="Times New Roman" w:cs="Times New Roman"/>
          <w:sz w:val="28"/>
          <w:szCs w:val="28"/>
        </w:rPr>
        <w:t xml:space="preserve"> </w:t>
      </w:r>
      <w:proofErr w:type="spellStart"/>
      <w:proofErr w:type="gramStart"/>
      <w:r w:rsidRPr="00695F67">
        <w:rPr>
          <w:rFonts w:ascii="Times New Roman" w:hAnsi="Times New Roman" w:cs="Times New Roman"/>
          <w:sz w:val="28"/>
          <w:szCs w:val="28"/>
        </w:rPr>
        <w:t>bo‘</w:t>
      </w:r>
      <w:proofErr w:type="gramEnd"/>
      <w:r w:rsidRPr="00695F67">
        <w:rPr>
          <w:rFonts w:ascii="Times New Roman" w:hAnsi="Times New Roman" w:cs="Times New Roman"/>
          <w:sz w:val="28"/>
          <w:szCs w:val="28"/>
        </w:rPr>
        <w:t>yicha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Osiyo</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chempionatlari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va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boshqa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xalqaro</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musobaqalar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o‘tkazildi</w:t>
      </w:r>
      <w:proofErr w:type="spellEnd"/>
      <w:r w:rsidRPr="00695F67">
        <w:rPr>
          <w:rFonts w:ascii="Times New Roman" w:hAnsi="Times New Roman" w:cs="Times New Roman"/>
          <w:sz w:val="28"/>
          <w:szCs w:val="28"/>
        </w:rPr>
        <w:t>.</w:t>
      </w:r>
      <w:r w:rsidR="0073288E"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Ushbu</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musobaqalar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nafaqat</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sportchilar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balki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murabbiylar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va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yoshlar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uchun</w:t>
      </w:r>
      <w:proofErr w:type="spellEnd"/>
      <w:r w:rsidRPr="00695F67">
        <w:rPr>
          <w:rFonts w:ascii="Times New Roman" w:hAnsi="Times New Roman" w:cs="Times New Roman"/>
          <w:sz w:val="28"/>
          <w:szCs w:val="28"/>
        </w:rPr>
        <w:t xml:space="preserve"> ham </w:t>
      </w:r>
      <w:proofErr w:type="spellStart"/>
      <w:r w:rsidRPr="00695F67">
        <w:rPr>
          <w:rFonts w:ascii="Times New Roman" w:hAnsi="Times New Roman" w:cs="Times New Roman"/>
          <w:sz w:val="28"/>
          <w:szCs w:val="28"/>
        </w:rPr>
        <w:t>katta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tajriba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maktabiga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aylandi</w:t>
      </w:r>
      <w:proofErr w:type="spellEnd"/>
      <w:r w:rsidRPr="00695F67">
        <w:rPr>
          <w:rFonts w:ascii="Times New Roman" w:hAnsi="Times New Roman" w:cs="Times New Roman"/>
          <w:sz w:val="28"/>
          <w:szCs w:val="28"/>
        </w:rPr>
        <w:t>.</w:t>
      </w:r>
    </w:p>
    <w:p w14:paraId="734F8885" w14:textId="16B745CA" w:rsidR="00313C4D" w:rsidRPr="00695F67" w:rsidRDefault="00F91037" w:rsidP="00C71A9D">
      <w:pPr>
        <w:jc w:val="both"/>
        <w:rPr>
          <w:rFonts w:ascii="Times New Roman" w:hAnsi="Times New Roman" w:cs="Times New Roman"/>
          <w:sz w:val="28"/>
          <w:szCs w:val="28"/>
        </w:rPr>
      </w:pPr>
      <w:r w:rsidRPr="00695F67">
        <w:rPr>
          <w:rFonts w:ascii="Times New Roman" w:hAnsi="Times New Roman" w:cs="Times New Roman"/>
          <w:sz w:val="28"/>
          <w:szCs w:val="28"/>
        </w:rPr>
        <w:t xml:space="preserve">18. </w:t>
      </w:r>
      <w:proofErr w:type="spellStart"/>
      <w:r w:rsidRPr="00695F67">
        <w:rPr>
          <w:rFonts w:ascii="Times New Roman" w:hAnsi="Times New Roman" w:cs="Times New Roman"/>
          <w:sz w:val="28"/>
          <w:szCs w:val="28"/>
        </w:rPr>
        <w:t>Innovatsiyalar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va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ilmiy</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yondashuv</w:t>
      </w:r>
      <w:proofErr w:type="spellEnd"/>
      <w:r w:rsidR="00313C4D" w:rsidRPr="00695F67">
        <w:rPr>
          <w:rFonts w:ascii="Times New Roman" w:hAnsi="Times New Roman" w:cs="Times New Roman"/>
          <w:sz w:val="28"/>
          <w:szCs w:val="28"/>
        </w:rPr>
        <w:t xml:space="preserve"> </w:t>
      </w:r>
      <w:proofErr w:type="spellStart"/>
      <w:proofErr w:type="gramStart"/>
      <w:r w:rsidRPr="00695F67">
        <w:rPr>
          <w:rFonts w:ascii="Times New Roman" w:hAnsi="Times New Roman" w:cs="Times New Roman"/>
          <w:sz w:val="28"/>
          <w:szCs w:val="28"/>
        </w:rPr>
        <w:t>O‘</w:t>
      </w:r>
      <w:proofErr w:type="gramEnd"/>
      <w:r w:rsidRPr="00695F67">
        <w:rPr>
          <w:rFonts w:ascii="Times New Roman" w:hAnsi="Times New Roman" w:cs="Times New Roman"/>
          <w:sz w:val="28"/>
          <w:szCs w:val="28"/>
        </w:rPr>
        <w:t>zbekistonda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yengil</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atletikani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rivojlantirishda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innovatsion</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yondashuvlar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keng</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qo‘llanmoqda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Zamonaviy</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texnologiyalar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yordamida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sportchilarning</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natijalarini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kuzatish</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mashqlar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jarayonini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tahlil</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qilish</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va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ularning</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holatini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yaxshilash</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ishlari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olib</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borilmoqda</w:t>
      </w:r>
      <w:proofErr w:type="spellEnd"/>
      <w:r w:rsidRPr="00695F67">
        <w:rPr>
          <w:rFonts w:ascii="Times New Roman" w:hAnsi="Times New Roman" w:cs="Times New Roman"/>
          <w:sz w:val="28"/>
          <w:szCs w:val="28"/>
        </w:rPr>
        <w:t>.</w:t>
      </w:r>
      <w:r w:rsidR="00313C4D" w:rsidRPr="00695F67">
        <w:rPr>
          <w:rFonts w:ascii="Times New Roman" w:hAnsi="Times New Roman" w:cs="Times New Roman"/>
          <w:sz w:val="28"/>
          <w:szCs w:val="28"/>
        </w:rPr>
        <w:t xml:space="preserve"> </w:t>
      </w:r>
      <w:r w:rsidRPr="00695F67">
        <w:rPr>
          <w:rFonts w:ascii="Times New Roman" w:hAnsi="Times New Roman" w:cs="Times New Roman"/>
          <w:sz w:val="28"/>
          <w:szCs w:val="28"/>
        </w:rPr>
        <w:t xml:space="preserve">Sport </w:t>
      </w:r>
      <w:proofErr w:type="spellStart"/>
      <w:r w:rsidRPr="00695F67">
        <w:rPr>
          <w:rFonts w:ascii="Times New Roman" w:hAnsi="Times New Roman" w:cs="Times New Roman"/>
          <w:sz w:val="28"/>
          <w:szCs w:val="28"/>
        </w:rPr>
        <w:t>tibbiyoti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va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reabilitatsiya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markazlari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sportchilarni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jarohatlardan</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keyin</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tezroq</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tiklanishiga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yordam</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beradi</w:t>
      </w:r>
      <w:proofErr w:type="spellEnd"/>
      <w:r w:rsidRPr="00695F67">
        <w:rPr>
          <w:rFonts w:ascii="Times New Roman" w:hAnsi="Times New Roman" w:cs="Times New Roman"/>
          <w:sz w:val="28"/>
          <w:szCs w:val="28"/>
        </w:rPr>
        <w:t>.</w:t>
      </w:r>
    </w:p>
    <w:p w14:paraId="011CA6CE" w14:textId="77777777" w:rsidR="00FA0C51" w:rsidRPr="00695F67" w:rsidRDefault="00F91037" w:rsidP="00C71A9D">
      <w:pPr>
        <w:jc w:val="both"/>
        <w:rPr>
          <w:rFonts w:ascii="Times New Roman" w:hAnsi="Times New Roman" w:cs="Times New Roman"/>
          <w:sz w:val="28"/>
          <w:szCs w:val="28"/>
        </w:rPr>
      </w:pPr>
      <w:r w:rsidRPr="00695F67">
        <w:rPr>
          <w:rFonts w:ascii="Times New Roman" w:hAnsi="Times New Roman" w:cs="Times New Roman"/>
          <w:sz w:val="28"/>
          <w:szCs w:val="28"/>
        </w:rPr>
        <w:t xml:space="preserve">19. </w:t>
      </w:r>
      <w:proofErr w:type="spellStart"/>
      <w:r w:rsidRPr="00695F67">
        <w:rPr>
          <w:rFonts w:ascii="Times New Roman" w:hAnsi="Times New Roman" w:cs="Times New Roman"/>
          <w:sz w:val="28"/>
          <w:szCs w:val="28"/>
        </w:rPr>
        <w:t>Ayollar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yengil</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atletikasi</w:t>
      </w:r>
      <w:proofErr w:type="spellEnd"/>
      <w:r w:rsidR="00AF1A01" w:rsidRPr="00695F67">
        <w:rPr>
          <w:rFonts w:ascii="Times New Roman" w:hAnsi="Times New Roman" w:cs="Times New Roman"/>
          <w:sz w:val="28"/>
          <w:szCs w:val="28"/>
        </w:rPr>
        <w:t xml:space="preserve"> </w:t>
      </w:r>
      <w:proofErr w:type="spellStart"/>
      <w:proofErr w:type="gramStart"/>
      <w:r w:rsidRPr="00695F67">
        <w:rPr>
          <w:rFonts w:ascii="Times New Roman" w:hAnsi="Times New Roman" w:cs="Times New Roman"/>
          <w:sz w:val="28"/>
          <w:szCs w:val="28"/>
        </w:rPr>
        <w:t>O‘</w:t>
      </w:r>
      <w:proofErr w:type="gramEnd"/>
      <w:r w:rsidRPr="00695F67">
        <w:rPr>
          <w:rFonts w:ascii="Times New Roman" w:hAnsi="Times New Roman" w:cs="Times New Roman"/>
          <w:sz w:val="28"/>
          <w:szCs w:val="28"/>
        </w:rPr>
        <w:t>zbekiston</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ayol</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sportchilari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yugurish</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uzunlikka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sakrash</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va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marafon</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musobaqalarida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xalqaro</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miqyosda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muvaffaqiyatlarga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erishib</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kelmoqda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Ularning</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ishtiroki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nafaqat</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sportda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balki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jamiyatda</w:t>
      </w:r>
      <w:proofErr w:type="spellEnd"/>
      <w:r w:rsidRPr="00695F67">
        <w:rPr>
          <w:rFonts w:ascii="Times New Roman" w:hAnsi="Times New Roman" w:cs="Times New Roman"/>
          <w:sz w:val="28"/>
          <w:szCs w:val="28"/>
        </w:rPr>
        <w:t xml:space="preserve"> ham </w:t>
      </w:r>
      <w:proofErr w:type="spellStart"/>
      <w:r w:rsidRPr="00695F67">
        <w:rPr>
          <w:rFonts w:ascii="Times New Roman" w:hAnsi="Times New Roman" w:cs="Times New Roman"/>
          <w:sz w:val="28"/>
          <w:szCs w:val="28"/>
        </w:rPr>
        <w:t>ijobiy</w:t>
      </w:r>
      <w:proofErr w:type="spellEnd"/>
      <w:r w:rsidRPr="00695F67">
        <w:rPr>
          <w:rFonts w:ascii="Times New Roman" w:hAnsi="Times New Roman" w:cs="Times New Roman"/>
          <w:sz w:val="28"/>
          <w:szCs w:val="28"/>
        </w:rPr>
        <w:t xml:space="preserve"> </w:t>
      </w:r>
      <w:proofErr w:type="spellStart"/>
      <w:proofErr w:type="gramStart"/>
      <w:r w:rsidRPr="00695F67">
        <w:rPr>
          <w:rFonts w:ascii="Times New Roman" w:hAnsi="Times New Roman" w:cs="Times New Roman"/>
          <w:sz w:val="28"/>
          <w:szCs w:val="28"/>
        </w:rPr>
        <w:t>o‘</w:t>
      </w:r>
      <w:proofErr w:type="gramEnd"/>
      <w:r w:rsidRPr="00695F67">
        <w:rPr>
          <w:rFonts w:ascii="Times New Roman" w:hAnsi="Times New Roman" w:cs="Times New Roman"/>
          <w:sz w:val="28"/>
          <w:szCs w:val="28"/>
        </w:rPr>
        <w:t>zgarishlarga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sabab</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bo‘lmoqda</w:t>
      </w:r>
      <w:proofErr w:type="spellEnd"/>
      <w:r w:rsidRPr="00695F67">
        <w:rPr>
          <w:rFonts w:ascii="Times New Roman" w:hAnsi="Times New Roman" w:cs="Times New Roman"/>
          <w:sz w:val="28"/>
          <w:szCs w:val="28"/>
        </w:rPr>
        <w:t>.</w:t>
      </w:r>
      <w:r w:rsidR="00AF1A01"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Ayollar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uchun</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alohida</w:t>
      </w:r>
      <w:proofErr w:type="spellEnd"/>
      <w:r w:rsidRPr="00695F67">
        <w:rPr>
          <w:rFonts w:ascii="Times New Roman" w:hAnsi="Times New Roman" w:cs="Times New Roman"/>
          <w:sz w:val="28"/>
          <w:szCs w:val="28"/>
        </w:rPr>
        <w:t xml:space="preserve"> </w:t>
      </w:r>
      <w:proofErr w:type="spellStart"/>
      <w:proofErr w:type="gramStart"/>
      <w:r w:rsidRPr="00695F67">
        <w:rPr>
          <w:rFonts w:ascii="Times New Roman" w:hAnsi="Times New Roman" w:cs="Times New Roman"/>
          <w:sz w:val="28"/>
          <w:szCs w:val="28"/>
        </w:rPr>
        <w:t>mashg‘</w:t>
      </w:r>
      <w:proofErr w:type="gramEnd"/>
      <w:r w:rsidRPr="00695F67">
        <w:rPr>
          <w:rFonts w:ascii="Times New Roman" w:hAnsi="Times New Roman" w:cs="Times New Roman"/>
          <w:sz w:val="28"/>
          <w:szCs w:val="28"/>
        </w:rPr>
        <w:t>ulot</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dasturlari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va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musobaqalar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tashkil</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etilgan</w:t>
      </w:r>
      <w:proofErr w:type="spellEnd"/>
      <w:r w:rsidRPr="00695F67">
        <w:rPr>
          <w:rFonts w:ascii="Times New Roman" w:hAnsi="Times New Roman" w:cs="Times New Roman"/>
          <w:sz w:val="28"/>
          <w:szCs w:val="28"/>
        </w:rPr>
        <w:t>.</w:t>
      </w:r>
    </w:p>
    <w:p w14:paraId="02C85B1E" w14:textId="77777777" w:rsidR="00ED7D1C" w:rsidRPr="00695F67" w:rsidRDefault="00F91037" w:rsidP="00C71A9D">
      <w:pPr>
        <w:jc w:val="both"/>
        <w:rPr>
          <w:rFonts w:ascii="Times New Roman" w:hAnsi="Times New Roman" w:cs="Times New Roman"/>
          <w:sz w:val="28"/>
          <w:szCs w:val="28"/>
        </w:rPr>
      </w:pPr>
      <w:r w:rsidRPr="00695F67">
        <w:rPr>
          <w:rFonts w:ascii="Times New Roman" w:hAnsi="Times New Roman" w:cs="Times New Roman"/>
          <w:sz w:val="28"/>
          <w:szCs w:val="28"/>
        </w:rPr>
        <w:t xml:space="preserve">20. </w:t>
      </w:r>
      <w:proofErr w:type="spellStart"/>
      <w:r w:rsidRPr="00695F67">
        <w:rPr>
          <w:rFonts w:ascii="Times New Roman" w:hAnsi="Times New Roman" w:cs="Times New Roman"/>
          <w:sz w:val="28"/>
          <w:szCs w:val="28"/>
        </w:rPr>
        <w:t>Yangi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avlod</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yutuqlari</w:t>
      </w:r>
      <w:proofErr w:type="spellEnd"/>
      <w:r w:rsidR="00AF1A01"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Yosh</w:t>
      </w:r>
      <w:proofErr w:type="spellEnd"/>
      <w:r w:rsidRPr="00695F67">
        <w:rPr>
          <w:rFonts w:ascii="Times New Roman" w:hAnsi="Times New Roman" w:cs="Times New Roman"/>
          <w:sz w:val="28"/>
          <w:szCs w:val="28"/>
        </w:rPr>
        <w:t xml:space="preserve"> </w:t>
      </w:r>
      <w:proofErr w:type="spellStart"/>
      <w:proofErr w:type="gramStart"/>
      <w:r w:rsidRPr="00695F67">
        <w:rPr>
          <w:rFonts w:ascii="Times New Roman" w:hAnsi="Times New Roman" w:cs="Times New Roman"/>
          <w:sz w:val="28"/>
          <w:szCs w:val="28"/>
        </w:rPr>
        <w:t>o‘</w:t>
      </w:r>
      <w:proofErr w:type="gramEnd"/>
      <w:r w:rsidRPr="00695F67">
        <w:rPr>
          <w:rFonts w:ascii="Times New Roman" w:hAnsi="Times New Roman" w:cs="Times New Roman"/>
          <w:sz w:val="28"/>
          <w:szCs w:val="28"/>
        </w:rPr>
        <w:t>zbek</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sportchilari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yengil</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atletika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bo‘yicha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yangi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rekordlarni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o‘rnatmoqda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Ular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orasida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Osiyo</w:t>
      </w:r>
      <w:proofErr w:type="spellEnd"/>
      <w:r w:rsidRPr="00695F67">
        <w:rPr>
          <w:rFonts w:ascii="Times New Roman" w:hAnsi="Times New Roman" w:cs="Times New Roman"/>
          <w:sz w:val="28"/>
          <w:szCs w:val="28"/>
        </w:rPr>
        <w:t xml:space="preserve"> </w:t>
      </w:r>
      <w:proofErr w:type="spellStart"/>
      <w:proofErr w:type="gramStart"/>
      <w:r w:rsidRPr="00695F67">
        <w:rPr>
          <w:rFonts w:ascii="Times New Roman" w:hAnsi="Times New Roman" w:cs="Times New Roman"/>
          <w:sz w:val="28"/>
          <w:szCs w:val="28"/>
        </w:rPr>
        <w:t>o‘</w:t>
      </w:r>
      <w:proofErr w:type="gramEnd"/>
      <w:r w:rsidRPr="00695F67">
        <w:rPr>
          <w:rFonts w:ascii="Times New Roman" w:hAnsi="Times New Roman" w:cs="Times New Roman"/>
          <w:sz w:val="28"/>
          <w:szCs w:val="28"/>
        </w:rPr>
        <w:t>yinlari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xalqaro</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turnirlar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va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yoshlar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chempionatlarida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muvaffaqiyat</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qozonganlar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ko‘p</w:t>
      </w:r>
      <w:proofErr w:type="spellEnd"/>
      <w:r w:rsidRPr="00695F67">
        <w:rPr>
          <w:rFonts w:ascii="Times New Roman" w:hAnsi="Times New Roman" w:cs="Times New Roman"/>
          <w:sz w:val="28"/>
          <w:szCs w:val="28"/>
        </w:rPr>
        <w:t>.</w:t>
      </w:r>
      <w:r w:rsidR="00356291"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Keyingi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avlodni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tarbiyalash</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uchun</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yosh</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sportchilarni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xalqaro</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yig‘inlar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va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musobaqalarga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jalb</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qilish</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davom</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ettirilmoqda</w:t>
      </w:r>
      <w:proofErr w:type="spellEnd"/>
      <w:r w:rsidRPr="00695F67">
        <w:rPr>
          <w:rFonts w:ascii="Times New Roman" w:hAnsi="Times New Roman" w:cs="Times New Roman"/>
          <w:sz w:val="28"/>
          <w:szCs w:val="28"/>
        </w:rPr>
        <w:t>.</w:t>
      </w:r>
    </w:p>
    <w:p w14:paraId="16B745AB" w14:textId="77777777" w:rsidR="00742E15" w:rsidRPr="00695F67" w:rsidRDefault="0047227B" w:rsidP="00C71A9D">
      <w:pPr>
        <w:jc w:val="both"/>
        <w:rPr>
          <w:rFonts w:ascii="Times New Roman" w:hAnsi="Times New Roman" w:cs="Times New Roman"/>
          <w:sz w:val="28"/>
          <w:szCs w:val="28"/>
        </w:rPr>
      </w:pPr>
      <w:r w:rsidRPr="00695F67">
        <w:rPr>
          <w:rFonts w:ascii="Times New Roman" w:hAnsi="Times New Roman" w:cs="Times New Roman"/>
          <w:sz w:val="28"/>
          <w:szCs w:val="28"/>
        </w:rPr>
        <w:t xml:space="preserve">21. </w:t>
      </w:r>
      <w:proofErr w:type="spellStart"/>
      <w:r w:rsidRPr="00695F67">
        <w:rPr>
          <w:rFonts w:ascii="Times New Roman" w:hAnsi="Times New Roman" w:cs="Times New Roman"/>
          <w:sz w:val="28"/>
          <w:szCs w:val="28"/>
        </w:rPr>
        <w:t>Sportchilarni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ijtimoiy</w:t>
      </w:r>
      <w:proofErr w:type="spellEnd"/>
      <w:r w:rsidRPr="00695F67">
        <w:rPr>
          <w:rFonts w:ascii="Times New Roman" w:hAnsi="Times New Roman" w:cs="Times New Roman"/>
          <w:sz w:val="28"/>
          <w:szCs w:val="28"/>
        </w:rPr>
        <w:t xml:space="preserve"> </w:t>
      </w:r>
      <w:proofErr w:type="spellStart"/>
      <w:proofErr w:type="gramStart"/>
      <w:r w:rsidRPr="00695F67">
        <w:rPr>
          <w:rFonts w:ascii="Times New Roman" w:hAnsi="Times New Roman" w:cs="Times New Roman"/>
          <w:sz w:val="28"/>
          <w:szCs w:val="28"/>
        </w:rPr>
        <w:t>qo‘</w:t>
      </w:r>
      <w:proofErr w:type="gramEnd"/>
      <w:r w:rsidRPr="00695F67">
        <w:rPr>
          <w:rFonts w:ascii="Times New Roman" w:hAnsi="Times New Roman" w:cs="Times New Roman"/>
          <w:sz w:val="28"/>
          <w:szCs w:val="28"/>
        </w:rPr>
        <w:t>llab-quvvatlash</w:t>
      </w:r>
      <w:proofErr w:type="spellEnd"/>
      <w:r w:rsidR="00FA0C51"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O‘zbekiston</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hukumati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yengil</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atletika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bilan</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shug‘ullanuvchi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sportchilarni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ijtimoiy</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jihatdan</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qo‘llab-quvvatlash</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choralarini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kuchaytirdi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Xususan</w:t>
      </w:r>
      <w:proofErr w:type="spellEnd"/>
      <w:r w:rsidRPr="00695F67">
        <w:rPr>
          <w:rFonts w:ascii="Times New Roman" w:hAnsi="Times New Roman" w:cs="Times New Roman"/>
          <w:sz w:val="28"/>
          <w:szCs w:val="28"/>
        </w:rPr>
        <w:t>:</w:t>
      </w:r>
      <w:r w:rsidR="00ED7D1C"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Xalqaro</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musobaqalarda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lastRenderedPageBreak/>
        <w:t>muvaffaqiyat</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qozongan</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sportchilarga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uy</w:t>
      </w:r>
      <w:proofErr w:type="spellEnd"/>
      <w:r w:rsidRPr="00695F67">
        <w:rPr>
          <w:rFonts w:ascii="Times New Roman" w:hAnsi="Times New Roman" w:cs="Times New Roman"/>
          <w:sz w:val="28"/>
          <w:szCs w:val="28"/>
        </w:rPr>
        <w:t xml:space="preserve">-joy, </w:t>
      </w:r>
      <w:proofErr w:type="spellStart"/>
      <w:r w:rsidRPr="00695F67">
        <w:rPr>
          <w:rFonts w:ascii="Times New Roman" w:hAnsi="Times New Roman" w:cs="Times New Roman"/>
          <w:sz w:val="28"/>
          <w:szCs w:val="28"/>
        </w:rPr>
        <w:t>avtomobillar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va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moddiy</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mukofotlar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berildi</w:t>
      </w:r>
      <w:proofErr w:type="spellEnd"/>
      <w:r w:rsidRPr="00695F67">
        <w:rPr>
          <w:rFonts w:ascii="Times New Roman" w:hAnsi="Times New Roman" w:cs="Times New Roman"/>
          <w:sz w:val="28"/>
          <w:szCs w:val="28"/>
        </w:rPr>
        <w:t>.</w:t>
      </w:r>
      <w:r w:rsidR="00ED7D1C"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Yosh</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sportchilarga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stipendiyalar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va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boshqa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imtiyozlar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ajratildi</w:t>
      </w:r>
      <w:proofErr w:type="spellEnd"/>
      <w:r w:rsidRPr="00695F67">
        <w:rPr>
          <w:rFonts w:ascii="Times New Roman" w:hAnsi="Times New Roman" w:cs="Times New Roman"/>
          <w:sz w:val="28"/>
          <w:szCs w:val="28"/>
        </w:rPr>
        <w:t>.</w:t>
      </w:r>
      <w:r w:rsidR="00ED7D1C"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Sportchilar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jamiyatda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faxriy</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unvonlar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masalan</w:t>
      </w:r>
      <w:proofErr w:type="spellEnd"/>
      <w:r w:rsidRPr="00695F67">
        <w:rPr>
          <w:rFonts w:ascii="Times New Roman" w:hAnsi="Times New Roman" w:cs="Times New Roman"/>
          <w:sz w:val="28"/>
          <w:szCs w:val="28"/>
        </w:rPr>
        <w:t>, “</w:t>
      </w:r>
      <w:proofErr w:type="spellStart"/>
      <w:proofErr w:type="gramStart"/>
      <w:r w:rsidRPr="00695F67">
        <w:rPr>
          <w:rFonts w:ascii="Times New Roman" w:hAnsi="Times New Roman" w:cs="Times New Roman"/>
          <w:sz w:val="28"/>
          <w:szCs w:val="28"/>
        </w:rPr>
        <w:t>O‘</w:t>
      </w:r>
      <w:proofErr w:type="gramEnd"/>
      <w:r w:rsidRPr="00695F67">
        <w:rPr>
          <w:rFonts w:ascii="Times New Roman" w:hAnsi="Times New Roman" w:cs="Times New Roman"/>
          <w:sz w:val="28"/>
          <w:szCs w:val="28"/>
        </w:rPr>
        <w:t>zbekiston</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iftixori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kabi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mukofotlar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bilan</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taqdirlandi</w:t>
      </w:r>
      <w:proofErr w:type="spellEnd"/>
      <w:r w:rsidRPr="00695F67">
        <w:rPr>
          <w:rFonts w:ascii="Times New Roman" w:hAnsi="Times New Roman" w:cs="Times New Roman"/>
          <w:sz w:val="28"/>
          <w:szCs w:val="28"/>
        </w:rPr>
        <w:t>.</w:t>
      </w:r>
    </w:p>
    <w:p w14:paraId="371129E5" w14:textId="77777777" w:rsidR="00742E15" w:rsidRPr="00695F67" w:rsidRDefault="0047227B" w:rsidP="00C71A9D">
      <w:pPr>
        <w:jc w:val="both"/>
        <w:rPr>
          <w:rFonts w:ascii="Times New Roman" w:hAnsi="Times New Roman" w:cs="Times New Roman"/>
          <w:sz w:val="28"/>
          <w:szCs w:val="28"/>
        </w:rPr>
      </w:pPr>
      <w:r w:rsidRPr="00695F67">
        <w:rPr>
          <w:rFonts w:ascii="Times New Roman" w:hAnsi="Times New Roman" w:cs="Times New Roman"/>
          <w:sz w:val="28"/>
          <w:szCs w:val="28"/>
        </w:rPr>
        <w:t xml:space="preserve">22. </w:t>
      </w:r>
      <w:proofErr w:type="spellStart"/>
      <w:r w:rsidRPr="00695F67">
        <w:rPr>
          <w:rFonts w:ascii="Times New Roman" w:hAnsi="Times New Roman" w:cs="Times New Roman"/>
          <w:sz w:val="28"/>
          <w:szCs w:val="28"/>
        </w:rPr>
        <w:t>Bolalar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va</w:t>
      </w:r>
      <w:proofErr w:type="spellEnd"/>
      <w:r w:rsidRPr="00695F67">
        <w:rPr>
          <w:rFonts w:ascii="Times New Roman" w:hAnsi="Times New Roman" w:cs="Times New Roman"/>
          <w:sz w:val="28"/>
          <w:szCs w:val="28"/>
        </w:rPr>
        <w:t xml:space="preserve"> </w:t>
      </w:r>
      <w:proofErr w:type="spellStart"/>
      <w:proofErr w:type="gramStart"/>
      <w:r w:rsidRPr="00695F67">
        <w:rPr>
          <w:rFonts w:ascii="Times New Roman" w:hAnsi="Times New Roman" w:cs="Times New Roman"/>
          <w:sz w:val="28"/>
          <w:szCs w:val="28"/>
        </w:rPr>
        <w:t>o‘</w:t>
      </w:r>
      <w:proofErr w:type="gramEnd"/>
      <w:r w:rsidRPr="00695F67">
        <w:rPr>
          <w:rFonts w:ascii="Times New Roman" w:hAnsi="Times New Roman" w:cs="Times New Roman"/>
          <w:sz w:val="28"/>
          <w:szCs w:val="28"/>
        </w:rPr>
        <w:t>smirlar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sporti</w:t>
      </w:r>
      <w:proofErr w:type="spellEnd"/>
      <w:r w:rsidR="00742E15"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Yosh</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avlodni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sportga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jalb</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qilish</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maqsadida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ko‘plab</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maktablarda</w:t>
      </w:r>
      <w:proofErr w:type="spellEnd"/>
      <w:r w:rsidRPr="00695F67">
        <w:rPr>
          <w:rFonts w:ascii="Times New Roman" w:hAnsi="Times New Roman" w:cs="Times New Roman"/>
          <w:sz w:val="28"/>
          <w:szCs w:val="28"/>
        </w:rPr>
        <w:t xml:space="preserve"> sport </w:t>
      </w:r>
      <w:proofErr w:type="spellStart"/>
      <w:r w:rsidRPr="00695F67">
        <w:rPr>
          <w:rFonts w:ascii="Times New Roman" w:hAnsi="Times New Roman" w:cs="Times New Roman"/>
          <w:sz w:val="28"/>
          <w:szCs w:val="28"/>
        </w:rPr>
        <w:t>seksiyalari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ochildi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Bolalar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va</w:t>
      </w:r>
      <w:proofErr w:type="spellEnd"/>
      <w:r w:rsidRPr="00695F67">
        <w:rPr>
          <w:rFonts w:ascii="Times New Roman" w:hAnsi="Times New Roman" w:cs="Times New Roman"/>
          <w:sz w:val="28"/>
          <w:szCs w:val="28"/>
        </w:rPr>
        <w:t xml:space="preserve"> </w:t>
      </w:r>
      <w:proofErr w:type="spellStart"/>
      <w:proofErr w:type="gramStart"/>
      <w:r w:rsidRPr="00695F67">
        <w:rPr>
          <w:rFonts w:ascii="Times New Roman" w:hAnsi="Times New Roman" w:cs="Times New Roman"/>
          <w:sz w:val="28"/>
          <w:szCs w:val="28"/>
        </w:rPr>
        <w:t>o‘</w:t>
      </w:r>
      <w:proofErr w:type="gramEnd"/>
      <w:r w:rsidRPr="00695F67">
        <w:rPr>
          <w:rFonts w:ascii="Times New Roman" w:hAnsi="Times New Roman" w:cs="Times New Roman"/>
          <w:sz w:val="28"/>
          <w:szCs w:val="28"/>
        </w:rPr>
        <w:t>smirlar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uchun</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yengil</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atletika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to‘garaklari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faoliyat</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yuritib</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ularda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minglab</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bolalar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ishtirok</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etmoqda</w:t>
      </w:r>
      <w:proofErr w:type="spellEnd"/>
      <w:r w:rsidRPr="00695F67">
        <w:rPr>
          <w:rFonts w:ascii="Times New Roman" w:hAnsi="Times New Roman" w:cs="Times New Roman"/>
          <w:sz w:val="28"/>
          <w:szCs w:val="28"/>
        </w:rPr>
        <w:t>.</w:t>
      </w:r>
      <w:r w:rsidR="00742E15" w:rsidRPr="00695F67">
        <w:rPr>
          <w:rFonts w:ascii="Times New Roman" w:hAnsi="Times New Roman" w:cs="Times New Roman"/>
          <w:sz w:val="28"/>
          <w:szCs w:val="28"/>
        </w:rPr>
        <w:t xml:space="preserve"> </w:t>
      </w:r>
      <w:r w:rsidRPr="00695F67">
        <w:rPr>
          <w:rFonts w:ascii="Times New Roman" w:hAnsi="Times New Roman" w:cs="Times New Roman"/>
          <w:sz w:val="28"/>
          <w:szCs w:val="28"/>
        </w:rPr>
        <w:t>“</w:t>
      </w:r>
      <w:proofErr w:type="spellStart"/>
      <w:r w:rsidRPr="00695F67">
        <w:rPr>
          <w:rFonts w:ascii="Times New Roman" w:hAnsi="Times New Roman" w:cs="Times New Roman"/>
          <w:sz w:val="28"/>
          <w:szCs w:val="28"/>
        </w:rPr>
        <w:t>Umid</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nihollari</w:t>
      </w:r>
      <w:proofErr w:type="spellEnd"/>
      <w:r w:rsidRPr="00695F67">
        <w:rPr>
          <w:rFonts w:ascii="Times New Roman" w:hAnsi="Times New Roman" w:cs="Times New Roman"/>
          <w:sz w:val="28"/>
          <w:szCs w:val="28"/>
        </w:rPr>
        <w:t>”, “</w:t>
      </w:r>
      <w:proofErr w:type="spellStart"/>
      <w:r w:rsidRPr="00695F67">
        <w:rPr>
          <w:rFonts w:ascii="Times New Roman" w:hAnsi="Times New Roman" w:cs="Times New Roman"/>
          <w:sz w:val="28"/>
          <w:szCs w:val="28"/>
        </w:rPr>
        <w:t>Barkamol</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avlod</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va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Universiada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kabi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dasturlar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orqali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yengil</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atletika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yosh</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avlod</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orasida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ommalashmoqda</w:t>
      </w:r>
      <w:proofErr w:type="spellEnd"/>
      <w:r w:rsidRPr="00695F67">
        <w:rPr>
          <w:rFonts w:ascii="Times New Roman" w:hAnsi="Times New Roman" w:cs="Times New Roman"/>
          <w:sz w:val="28"/>
          <w:szCs w:val="28"/>
        </w:rPr>
        <w:t>.</w:t>
      </w:r>
    </w:p>
    <w:p w14:paraId="6E49CA8F" w14:textId="77777777" w:rsidR="00C3530C" w:rsidRPr="00695F67" w:rsidRDefault="0047227B" w:rsidP="00C71A9D">
      <w:pPr>
        <w:jc w:val="both"/>
        <w:rPr>
          <w:rFonts w:ascii="Times New Roman" w:hAnsi="Times New Roman" w:cs="Times New Roman"/>
          <w:sz w:val="28"/>
          <w:szCs w:val="28"/>
        </w:rPr>
      </w:pPr>
      <w:r w:rsidRPr="00695F67">
        <w:rPr>
          <w:rFonts w:ascii="Times New Roman" w:hAnsi="Times New Roman" w:cs="Times New Roman"/>
          <w:sz w:val="28"/>
          <w:szCs w:val="28"/>
        </w:rPr>
        <w:t xml:space="preserve">23. </w:t>
      </w:r>
      <w:proofErr w:type="spellStart"/>
      <w:r w:rsidRPr="00695F67">
        <w:rPr>
          <w:rFonts w:ascii="Times New Roman" w:hAnsi="Times New Roman" w:cs="Times New Roman"/>
          <w:sz w:val="28"/>
          <w:szCs w:val="28"/>
        </w:rPr>
        <w:t>Milliy</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yengil</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atletika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musobaqalar</w:t>
      </w:r>
      <w:proofErr w:type="spellEnd"/>
      <w:r w:rsidR="00742E15" w:rsidRPr="00695F67">
        <w:rPr>
          <w:rFonts w:ascii="Times New Roman" w:hAnsi="Times New Roman" w:cs="Times New Roman"/>
          <w:sz w:val="28"/>
          <w:szCs w:val="28"/>
        </w:rPr>
        <w:t xml:space="preserve"> </w:t>
      </w:r>
      <w:r w:rsidRPr="00695F67">
        <w:rPr>
          <w:rFonts w:ascii="Times New Roman" w:hAnsi="Times New Roman" w:cs="Times New Roman"/>
          <w:sz w:val="28"/>
          <w:szCs w:val="28"/>
        </w:rPr>
        <w:t xml:space="preserve">Har </w:t>
      </w:r>
      <w:proofErr w:type="spellStart"/>
      <w:r w:rsidRPr="00695F67">
        <w:rPr>
          <w:rFonts w:ascii="Times New Roman" w:hAnsi="Times New Roman" w:cs="Times New Roman"/>
          <w:sz w:val="28"/>
          <w:szCs w:val="28"/>
        </w:rPr>
        <w:t>yili</w:t>
      </w:r>
      <w:proofErr w:type="spellEnd"/>
      <w:r w:rsidRPr="00695F67">
        <w:rPr>
          <w:rFonts w:ascii="Times New Roman" w:hAnsi="Times New Roman" w:cs="Times New Roman"/>
          <w:sz w:val="28"/>
          <w:szCs w:val="28"/>
        </w:rPr>
        <w:t xml:space="preserve"> </w:t>
      </w:r>
      <w:proofErr w:type="spellStart"/>
      <w:proofErr w:type="gramStart"/>
      <w:r w:rsidRPr="00695F67">
        <w:rPr>
          <w:rFonts w:ascii="Times New Roman" w:hAnsi="Times New Roman" w:cs="Times New Roman"/>
          <w:sz w:val="28"/>
          <w:szCs w:val="28"/>
        </w:rPr>
        <w:t>O‘</w:t>
      </w:r>
      <w:proofErr w:type="gramEnd"/>
      <w:r w:rsidRPr="00695F67">
        <w:rPr>
          <w:rFonts w:ascii="Times New Roman" w:hAnsi="Times New Roman" w:cs="Times New Roman"/>
          <w:sz w:val="28"/>
          <w:szCs w:val="28"/>
        </w:rPr>
        <w:t>zbekiston</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miqyosida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yengil</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atletika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bo‘yicha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quyidagi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musobaqalar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o‘tkaziladi</w:t>
      </w:r>
      <w:proofErr w:type="spellEnd"/>
      <w:r w:rsidRPr="00695F67">
        <w:rPr>
          <w:rFonts w:ascii="Times New Roman" w:hAnsi="Times New Roman" w:cs="Times New Roman"/>
          <w:sz w:val="28"/>
          <w:szCs w:val="28"/>
        </w:rPr>
        <w:t>:</w:t>
      </w:r>
    </w:p>
    <w:p w14:paraId="3AB3F326" w14:textId="77777777" w:rsidR="00C3530C" w:rsidRPr="00695F67" w:rsidRDefault="0047227B" w:rsidP="00C71A9D">
      <w:pPr>
        <w:jc w:val="both"/>
        <w:rPr>
          <w:rFonts w:ascii="Times New Roman" w:hAnsi="Times New Roman" w:cs="Times New Roman"/>
          <w:sz w:val="28"/>
          <w:szCs w:val="28"/>
        </w:rPr>
      </w:pPr>
      <w:proofErr w:type="spellStart"/>
      <w:proofErr w:type="gramStart"/>
      <w:r w:rsidRPr="00695F67">
        <w:rPr>
          <w:rFonts w:ascii="Times New Roman" w:hAnsi="Times New Roman" w:cs="Times New Roman"/>
          <w:sz w:val="28"/>
          <w:szCs w:val="28"/>
        </w:rPr>
        <w:t>O‘</w:t>
      </w:r>
      <w:proofErr w:type="gramEnd"/>
      <w:r w:rsidRPr="00695F67">
        <w:rPr>
          <w:rFonts w:ascii="Times New Roman" w:hAnsi="Times New Roman" w:cs="Times New Roman"/>
          <w:sz w:val="28"/>
          <w:szCs w:val="28"/>
        </w:rPr>
        <w:t>zbekiston</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chempionati</w:t>
      </w:r>
      <w:proofErr w:type="spellEnd"/>
      <w:r w:rsidRPr="00695F67">
        <w:rPr>
          <w:rFonts w:ascii="Times New Roman" w:hAnsi="Times New Roman" w:cs="Times New Roman"/>
          <w:sz w:val="28"/>
          <w:szCs w:val="28"/>
        </w:rPr>
        <w:t>.</w:t>
      </w:r>
    </w:p>
    <w:p w14:paraId="66F5644D" w14:textId="77777777" w:rsidR="00C3530C" w:rsidRPr="00695F67" w:rsidRDefault="0047227B" w:rsidP="00C71A9D">
      <w:pPr>
        <w:jc w:val="both"/>
        <w:rPr>
          <w:rFonts w:ascii="Times New Roman" w:hAnsi="Times New Roman" w:cs="Times New Roman"/>
          <w:sz w:val="28"/>
          <w:szCs w:val="28"/>
        </w:rPr>
      </w:pPr>
      <w:proofErr w:type="spellStart"/>
      <w:r w:rsidRPr="00695F67">
        <w:rPr>
          <w:rFonts w:ascii="Times New Roman" w:hAnsi="Times New Roman" w:cs="Times New Roman"/>
          <w:sz w:val="28"/>
          <w:szCs w:val="28"/>
        </w:rPr>
        <w:t>Viloyatlararo</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turnirlar</w:t>
      </w:r>
      <w:proofErr w:type="spellEnd"/>
      <w:r w:rsidRPr="00695F67">
        <w:rPr>
          <w:rFonts w:ascii="Times New Roman" w:hAnsi="Times New Roman" w:cs="Times New Roman"/>
          <w:sz w:val="28"/>
          <w:szCs w:val="28"/>
        </w:rPr>
        <w:t>.</w:t>
      </w:r>
    </w:p>
    <w:p w14:paraId="6972EA6B" w14:textId="77777777" w:rsidR="00C3530C" w:rsidRPr="00695F67" w:rsidRDefault="0047227B" w:rsidP="00C71A9D">
      <w:pPr>
        <w:jc w:val="both"/>
        <w:rPr>
          <w:rFonts w:ascii="Times New Roman" w:hAnsi="Times New Roman" w:cs="Times New Roman"/>
          <w:sz w:val="28"/>
          <w:szCs w:val="28"/>
        </w:rPr>
      </w:pPr>
      <w:proofErr w:type="spellStart"/>
      <w:r w:rsidRPr="00695F67">
        <w:rPr>
          <w:rFonts w:ascii="Times New Roman" w:hAnsi="Times New Roman" w:cs="Times New Roman"/>
          <w:sz w:val="28"/>
          <w:szCs w:val="28"/>
        </w:rPr>
        <w:t>Yoshlar</w:t>
      </w:r>
      <w:proofErr w:type="spellEnd"/>
      <w:r w:rsidRPr="00695F67">
        <w:rPr>
          <w:rFonts w:ascii="Times New Roman" w:hAnsi="Times New Roman" w:cs="Times New Roman"/>
          <w:sz w:val="28"/>
          <w:szCs w:val="28"/>
        </w:rPr>
        <w:t xml:space="preserve"> </w:t>
      </w:r>
      <w:proofErr w:type="spellStart"/>
      <w:proofErr w:type="gramStart"/>
      <w:r w:rsidRPr="00695F67">
        <w:rPr>
          <w:rFonts w:ascii="Times New Roman" w:hAnsi="Times New Roman" w:cs="Times New Roman"/>
          <w:sz w:val="28"/>
          <w:szCs w:val="28"/>
        </w:rPr>
        <w:t>o‘</w:t>
      </w:r>
      <w:proofErr w:type="gramEnd"/>
      <w:r w:rsidRPr="00695F67">
        <w:rPr>
          <w:rFonts w:ascii="Times New Roman" w:hAnsi="Times New Roman" w:cs="Times New Roman"/>
          <w:sz w:val="28"/>
          <w:szCs w:val="28"/>
        </w:rPr>
        <w:t>rtasidagi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yengil</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atletika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musobaqalari</w:t>
      </w:r>
      <w:proofErr w:type="spellEnd"/>
      <w:r w:rsidRPr="00695F67">
        <w:rPr>
          <w:rFonts w:ascii="Times New Roman" w:hAnsi="Times New Roman" w:cs="Times New Roman"/>
          <w:sz w:val="28"/>
          <w:szCs w:val="28"/>
        </w:rPr>
        <w:t>.</w:t>
      </w:r>
    </w:p>
    <w:p w14:paraId="65A7F8D7" w14:textId="77777777" w:rsidR="00C3530C" w:rsidRPr="00695F67" w:rsidRDefault="0047227B" w:rsidP="00C71A9D">
      <w:pPr>
        <w:jc w:val="both"/>
        <w:rPr>
          <w:rFonts w:ascii="Times New Roman" w:hAnsi="Times New Roman" w:cs="Times New Roman"/>
          <w:sz w:val="28"/>
          <w:szCs w:val="28"/>
        </w:rPr>
      </w:pPr>
      <w:r w:rsidRPr="00695F67">
        <w:rPr>
          <w:rFonts w:ascii="Times New Roman" w:hAnsi="Times New Roman" w:cs="Times New Roman"/>
          <w:sz w:val="28"/>
          <w:szCs w:val="28"/>
        </w:rPr>
        <w:t xml:space="preserve">Bu </w:t>
      </w:r>
      <w:proofErr w:type="spellStart"/>
      <w:r w:rsidRPr="00695F67">
        <w:rPr>
          <w:rFonts w:ascii="Times New Roman" w:hAnsi="Times New Roman" w:cs="Times New Roman"/>
          <w:sz w:val="28"/>
          <w:szCs w:val="28"/>
        </w:rPr>
        <w:t>musobaqalar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sportchilarni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tayyorlashda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va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xalqaro</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maydonga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chiqishlarida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muhim</w:t>
      </w:r>
      <w:proofErr w:type="spellEnd"/>
      <w:r w:rsidRPr="00695F67">
        <w:rPr>
          <w:rFonts w:ascii="Times New Roman" w:hAnsi="Times New Roman" w:cs="Times New Roman"/>
          <w:sz w:val="28"/>
          <w:szCs w:val="28"/>
        </w:rPr>
        <w:t xml:space="preserve"> </w:t>
      </w:r>
      <w:proofErr w:type="spellStart"/>
      <w:proofErr w:type="gramStart"/>
      <w:r w:rsidRPr="00695F67">
        <w:rPr>
          <w:rFonts w:ascii="Times New Roman" w:hAnsi="Times New Roman" w:cs="Times New Roman"/>
          <w:sz w:val="28"/>
          <w:szCs w:val="28"/>
        </w:rPr>
        <w:t>o‘</w:t>
      </w:r>
      <w:proofErr w:type="gramEnd"/>
      <w:r w:rsidRPr="00695F67">
        <w:rPr>
          <w:rFonts w:ascii="Times New Roman" w:hAnsi="Times New Roman" w:cs="Times New Roman"/>
          <w:sz w:val="28"/>
          <w:szCs w:val="28"/>
        </w:rPr>
        <w:t>rin</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tutadi</w:t>
      </w:r>
      <w:proofErr w:type="spellEnd"/>
      <w:r w:rsidRPr="00695F67">
        <w:rPr>
          <w:rFonts w:ascii="Times New Roman" w:hAnsi="Times New Roman" w:cs="Times New Roman"/>
          <w:sz w:val="28"/>
          <w:szCs w:val="28"/>
        </w:rPr>
        <w:t>.</w:t>
      </w:r>
    </w:p>
    <w:p w14:paraId="26CDF925" w14:textId="77777777" w:rsidR="00D33349" w:rsidRPr="00695F67" w:rsidRDefault="0047227B" w:rsidP="00C71A9D">
      <w:pPr>
        <w:jc w:val="both"/>
        <w:rPr>
          <w:rFonts w:ascii="Times New Roman" w:hAnsi="Times New Roman" w:cs="Times New Roman"/>
          <w:sz w:val="28"/>
          <w:szCs w:val="28"/>
        </w:rPr>
      </w:pPr>
      <w:r w:rsidRPr="00695F67">
        <w:rPr>
          <w:rFonts w:ascii="Times New Roman" w:hAnsi="Times New Roman" w:cs="Times New Roman"/>
          <w:sz w:val="28"/>
          <w:szCs w:val="28"/>
        </w:rPr>
        <w:t xml:space="preserve">24. </w:t>
      </w:r>
      <w:proofErr w:type="spellStart"/>
      <w:r w:rsidRPr="00695F67">
        <w:rPr>
          <w:rFonts w:ascii="Times New Roman" w:hAnsi="Times New Roman" w:cs="Times New Roman"/>
          <w:sz w:val="28"/>
          <w:szCs w:val="28"/>
        </w:rPr>
        <w:t>Yengil</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atletika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va</w:t>
      </w:r>
      <w:proofErr w:type="spellEnd"/>
      <w:r w:rsidRPr="00695F67">
        <w:rPr>
          <w:rFonts w:ascii="Times New Roman" w:hAnsi="Times New Roman" w:cs="Times New Roman"/>
          <w:sz w:val="28"/>
          <w:szCs w:val="28"/>
        </w:rPr>
        <w:t xml:space="preserve"> </w:t>
      </w:r>
      <w:proofErr w:type="spellStart"/>
      <w:proofErr w:type="gramStart"/>
      <w:r w:rsidRPr="00695F67">
        <w:rPr>
          <w:rFonts w:ascii="Times New Roman" w:hAnsi="Times New Roman" w:cs="Times New Roman"/>
          <w:sz w:val="28"/>
          <w:szCs w:val="28"/>
        </w:rPr>
        <w:t>sog‘</w:t>
      </w:r>
      <w:proofErr w:type="gramEnd"/>
      <w:r w:rsidRPr="00695F67">
        <w:rPr>
          <w:rFonts w:ascii="Times New Roman" w:hAnsi="Times New Roman" w:cs="Times New Roman"/>
          <w:sz w:val="28"/>
          <w:szCs w:val="28"/>
        </w:rPr>
        <w:t>lom</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turmush</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tarzi</w:t>
      </w:r>
      <w:proofErr w:type="spellEnd"/>
      <w:r w:rsidR="00D33349"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O‘zbekistonda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sog‘lom</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turmush</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tarzini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targ‘ib</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qilish</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doirasida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yugurish</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marafonlari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va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boshqa</w:t>
      </w:r>
      <w:proofErr w:type="spellEnd"/>
      <w:r w:rsidRPr="00695F67">
        <w:rPr>
          <w:rFonts w:ascii="Times New Roman" w:hAnsi="Times New Roman" w:cs="Times New Roman"/>
          <w:sz w:val="28"/>
          <w:szCs w:val="28"/>
        </w:rPr>
        <w:t xml:space="preserve"> sport </w:t>
      </w:r>
      <w:proofErr w:type="spellStart"/>
      <w:r w:rsidRPr="00695F67">
        <w:rPr>
          <w:rFonts w:ascii="Times New Roman" w:hAnsi="Times New Roman" w:cs="Times New Roman"/>
          <w:sz w:val="28"/>
          <w:szCs w:val="28"/>
        </w:rPr>
        <w:t>tadbirlari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muntazam</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tashkil</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etiladi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Masalan</w:t>
      </w:r>
      <w:proofErr w:type="spellEnd"/>
      <w:r w:rsidRPr="00695F67">
        <w:rPr>
          <w:rFonts w:ascii="Times New Roman" w:hAnsi="Times New Roman" w:cs="Times New Roman"/>
          <w:sz w:val="28"/>
          <w:szCs w:val="28"/>
        </w:rPr>
        <w:t>:</w:t>
      </w:r>
      <w:r w:rsidR="00D33349" w:rsidRPr="00695F67">
        <w:rPr>
          <w:rFonts w:ascii="Times New Roman" w:hAnsi="Times New Roman" w:cs="Times New Roman"/>
          <w:sz w:val="28"/>
          <w:szCs w:val="28"/>
        </w:rPr>
        <w:t xml:space="preserve"> </w:t>
      </w:r>
      <w:r w:rsidRPr="00695F67">
        <w:rPr>
          <w:rFonts w:ascii="Times New Roman" w:hAnsi="Times New Roman" w:cs="Times New Roman"/>
          <w:sz w:val="28"/>
          <w:szCs w:val="28"/>
        </w:rPr>
        <w:t xml:space="preserve">Toshkent </w:t>
      </w:r>
      <w:proofErr w:type="spellStart"/>
      <w:r w:rsidRPr="00695F67">
        <w:rPr>
          <w:rFonts w:ascii="Times New Roman" w:hAnsi="Times New Roman" w:cs="Times New Roman"/>
          <w:sz w:val="28"/>
          <w:szCs w:val="28"/>
        </w:rPr>
        <w:t>yarim</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marafoni</w:t>
      </w:r>
      <w:proofErr w:type="spellEnd"/>
      <w:r w:rsidRPr="00695F67">
        <w:rPr>
          <w:rFonts w:ascii="Times New Roman" w:hAnsi="Times New Roman" w:cs="Times New Roman"/>
          <w:sz w:val="28"/>
          <w:szCs w:val="28"/>
        </w:rPr>
        <w:t xml:space="preserve"> (Half Marathon) </w:t>
      </w:r>
      <w:proofErr w:type="spellStart"/>
      <w:r w:rsidRPr="00695F67">
        <w:rPr>
          <w:rFonts w:ascii="Times New Roman" w:hAnsi="Times New Roman" w:cs="Times New Roman"/>
          <w:sz w:val="28"/>
          <w:szCs w:val="28"/>
        </w:rPr>
        <w:t>yildan-yilga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katta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ommaviy</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tus</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olmoqda</w:t>
      </w:r>
      <w:proofErr w:type="spellEnd"/>
      <w:r w:rsidRPr="00695F67">
        <w:rPr>
          <w:rFonts w:ascii="Times New Roman" w:hAnsi="Times New Roman" w:cs="Times New Roman"/>
          <w:sz w:val="28"/>
          <w:szCs w:val="28"/>
        </w:rPr>
        <w:t>.</w:t>
      </w:r>
      <w:r w:rsidR="00D33349" w:rsidRPr="00695F67">
        <w:rPr>
          <w:rFonts w:ascii="Times New Roman" w:hAnsi="Times New Roman" w:cs="Times New Roman"/>
          <w:sz w:val="28"/>
          <w:szCs w:val="28"/>
        </w:rPr>
        <w:t xml:space="preserve"> </w:t>
      </w:r>
      <w:proofErr w:type="spellStart"/>
      <w:proofErr w:type="gramStart"/>
      <w:r w:rsidRPr="00695F67">
        <w:rPr>
          <w:rFonts w:ascii="Times New Roman" w:hAnsi="Times New Roman" w:cs="Times New Roman"/>
          <w:sz w:val="28"/>
          <w:szCs w:val="28"/>
        </w:rPr>
        <w:t>Navro‘</w:t>
      </w:r>
      <w:proofErr w:type="gramEnd"/>
      <w:r w:rsidRPr="00695F67">
        <w:rPr>
          <w:rFonts w:ascii="Times New Roman" w:hAnsi="Times New Roman" w:cs="Times New Roman"/>
          <w:sz w:val="28"/>
          <w:szCs w:val="28"/>
        </w:rPr>
        <w:t>z</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va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Mustaqillik</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bayramlari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kunlari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ommaviy</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yugurish</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tadbirlari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o‘tkaziladi</w:t>
      </w:r>
      <w:proofErr w:type="spellEnd"/>
      <w:r w:rsidRPr="00695F67">
        <w:rPr>
          <w:rFonts w:ascii="Times New Roman" w:hAnsi="Times New Roman" w:cs="Times New Roman"/>
          <w:sz w:val="28"/>
          <w:szCs w:val="28"/>
        </w:rPr>
        <w:t>.</w:t>
      </w:r>
    </w:p>
    <w:p w14:paraId="47E25100" w14:textId="77777777" w:rsidR="00F91C7C" w:rsidRPr="00695F67" w:rsidRDefault="0047227B" w:rsidP="00C71A9D">
      <w:pPr>
        <w:jc w:val="both"/>
        <w:rPr>
          <w:rFonts w:ascii="Times New Roman" w:hAnsi="Times New Roman" w:cs="Times New Roman"/>
          <w:sz w:val="28"/>
          <w:szCs w:val="28"/>
        </w:rPr>
      </w:pPr>
      <w:r w:rsidRPr="00695F67">
        <w:rPr>
          <w:rFonts w:ascii="Times New Roman" w:hAnsi="Times New Roman" w:cs="Times New Roman"/>
          <w:sz w:val="28"/>
          <w:szCs w:val="28"/>
        </w:rPr>
        <w:t xml:space="preserve">25. </w:t>
      </w:r>
      <w:proofErr w:type="spellStart"/>
      <w:r w:rsidRPr="00695F67">
        <w:rPr>
          <w:rFonts w:ascii="Times New Roman" w:hAnsi="Times New Roman" w:cs="Times New Roman"/>
          <w:sz w:val="28"/>
          <w:szCs w:val="28"/>
        </w:rPr>
        <w:t>Xalqaro</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sportchilarni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tayyorlash</w:t>
      </w:r>
      <w:proofErr w:type="spellEnd"/>
      <w:r w:rsidR="00D33349" w:rsidRPr="00695F67">
        <w:rPr>
          <w:rFonts w:ascii="Times New Roman" w:hAnsi="Times New Roman" w:cs="Times New Roman"/>
          <w:sz w:val="28"/>
          <w:szCs w:val="28"/>
        </w:rPr>
        <w:t xml:space="preserve"> </w:t>
      </w:r>
      <w:proofErr w:type="spellStart"/>
      <w:proofErr w:type="gramStart"/>
      <w:r w:rsidRPr="00695F67">
        <w:rPr>
          <w:rFonts w:ascii="Times New Roman" w:hAnsi="Times New Roman" w:cs="Times New Roman"/>
          <w:sz w:val="28"/>
          <w:szCs w:val="28"/>
        </w:rPr>
        <w:t>O‘</w:t>
      </w:r>
      <w:proofErr w:type="gramEnd"/>
      <w:r w:rsidRPr="00695F67">
        <w:rPr>
          <w:rFonts w:ascii="Times New Roman" w:hAnsi="Times New Roman" w:cs="Times New Roman"/>
          <w:sz w:val="28"/>
          <w:szCs w:val="28"/>
        </w:rPr>
        <w:t>zbekiston</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yengil</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atletika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sportchilari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orasidan</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xalqaro</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maydonlarda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katta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yutuqlarga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erishgan</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shaxslar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yetishib</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chiqmoqda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Masalan</w:t>
      </w:r>
      <w:proofErr w:type="spellEnd"/>
      <w:r w:rsidRPr="00695F67">
        <w:rPr>
          <w:rFonts w:ascii="Times New Roman" w:hAnsi="Times New Roman" w:cs="Times New Roman"/>
          <w:sz w:val="28"/>
          <w:szCs w:val="28"/>
        </w:rPr>
        <w:t>:</w:t>
      </w:r>
      <w:r w:rsidR="00D33349"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Yugurish</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va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uzunlikka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sakrash</w:t>
      </w:r>
      <w:proofErr w:type="spellEnd"/>
      <w:r w:rsidRPr="00695F67">
        <w:rPr>
          <w:rFonts w:ascii="Times New Roman" w:hAnsi="Times New Roman" w:cs="Times New Roman"/>
          <w:sz w:val="28"/>
          <w:szCs w:val="28"/>
        </w:rPr>
        <w:t xml:space="preserve"> </w:t>
      </w:r>
      <w:proofErr w:type="spellStart"/>
      <w:proofErr w:type="gramStart"/>
      <w:r w:rsidRPr="00695F67">
        <w:rPr>
          <w:rFonts w:ascii="Times New Roman" w:hAnsi="Times New Roman" w:cs="Times New Roman"/>
          <w:sz w:val="28"/>
          <w:szCs w:val="28"/>
        </w:rPr>
        <w:t>bo‘</w:t>
      </w:r>
      <w:proofErr w:type="gramEnd"/>
      <w:r w:rsidRPr="00695F67">
        <w:rPr>
          <w:rFonts w:ascii="Times New Roman" w:hAnsi="Times New Roman" w:cs="Times New Roman"/>
          <w:sz w:val="28"/>
          <w:szCs w:val="28"/>
        </w:rPr>
        <w:t>yicha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Osiyo</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o‘yinlari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chempionlari</w:t>
      </w:r>
      <w:proofErr w:type="spellEnd"/>
      <w:r w:rsidRPr="00695F67">
        <w:rPr>
          <w:rFonts w:ascii="Times New Roman" w:hAnsi="Times New Roman" w:cs="Times New Roman"/>
          <w:sz w:val="28"/>
          <w:szCs w:val="28"/>
        </w:rPr>
        <w:t>.</w:t>
      </w:r>
      <w:r w:rsidR="00F91C7C"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Marafon</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yugurish</w:t>
      </w:r>
      <w:proofErr w:type="spellEnd"/>
      <w:r w:rsidRPr="00695F67">
        <w:rPr>
          <w:rFonts w:ascii="Times New Roman" w:hAnsi="Times New Roman" w:cs="Times New Roman"/>
          <w:sz w:val="28"/>
          <w:szCs w:val="28"/>
        </w:rPr>
        <w:t xml:space="preserve"> </w:t>
      </w:r>
      <w:proofErr w:type="spellStart"/>
      <w:proofErr w:type="gramStart"/>
      <w:r w:rsidRPr="00695F67">
        <w:rPr>
          <w:rFonts w:ascii="Times New Roman" w:hAnsi="Times New Roman" w:cs="Times New Roman"/>
          <w:sz w:val="28"/>
          <w:szCs w:val="28"/>
        </w:rPr>
        <w:t>bo‘</w:t>
      </w:r>
      <w:proofErr w:type="gramEnd"/>
      <w:r w:rsidRPr="00695F67">
        <w:rPr>
          <w:rFonts w:ascii="Times New Roman" w:hAnsi="Times New Roman" w:cs="Times New Roman"/>
          <w:sz w:val="28"/>
          <w:szCs w:val="28"/>
        </w:rPr>
        <w:t>yicha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jahon</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rekordlariga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yaqin</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natijalar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ko‘rsatgan</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sportchilar</w:t>
      </w:r>
      <w:proofErr w:type="spellEnd"/>
      <w:r w:rsidRPr="00695F67">
        <w:rPr>
          <w:rFonts w:ascii="Times New Roman" w:hAnsi="Times New Roman" w:cs="Times New Roman"/>
          <w:sz w:val="28"/>
          <w:szCs w:val="28"/>
        </w:rPr>
        <w:t>.</w:t>
      </w:r>
    </w:p>
    <w:p w14:paraId="16CAF6DD" w14:textId="77777777" w:rsidR="00BF4535" w:rsidRPr="00695F67" w:rsidRDefault="0047227B" w:rsidP="00C71A9D">
      <w:pPr>
        <w:jc w:val="both"/>
        <w:rPr>
          <w:rFonts w:ascii="Times New Roman" w:hAnsi="Times New Roman" w:cs="Times New Roman"/>
          <w:sz w:val="28"/>
          <w:szCs w:val="28"/>
        </w:rPr>
      </w:pPr>
      <w:r w:rsidRPr="00695F67">
        <w:rPr>
          <w:rFonts w:ascii="Times New Roman" w:hAnsi="Times New Roman" w:cs="Times New Roman"/>
          <w:sz w:val="28"/>
          <w:szCs w:val="28"/>
        </w:rPr>
        <w:t xml:space="preserve">26. </w:t>
      </w:r>
      <w:proofErr w:type="spellStart"/>
      <w:r w:rsidRPr="00695F67">
        <w:rPr>
          <w:rFonts w:ascii="Times New Roman" w:hAnsi="Times New Roman" w:cs="Times New Roman"/>
          <w:sz w:val="28"/>
          <w:szCs w:val="28"/>
        </w:rPr>
        <w:t>Ayollar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yengil</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atletikasini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rivojlantirish</w:t>
      </w:r>
      <w:proofErr w:type="spellEnd"/>
      <w:r w:rsidR="00F91C7C"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Yengil</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atletika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sohasida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ayollarning</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ishtirokini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oshirish</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uchun</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maxsus</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dasturlar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amalga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oshirilmoqda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Jumladan</w:t>
      </w:r>
      <w:proofErr w:type="spellEnd"/>
      <w:r w:rsidRPr="00695F67">
        <w:rPr>
          <w:rFonts w:ascii="Times New Roman" w:hAnsi="Times New Roman" w:cs="Times New Roman"/>
          <w:sz w:val="28"/>
          <w:szCs w:val="28"/>
        </w:rPr>
        <w:t>:</w:t>
      </w:r>
      <w:r w:rsidR="00F91C7C"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Ayollar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uchun</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alohida</w:t>
      </w:r>
      <w:proofErr w:type="spellEnd"/>
      <w:r w:rsidRPr="00695F67">
        <w:rPr>
          <w:rFonts w:ascii="Times New Roman" w:hAnsi="Times New Roman" w:cs="Times New Roman"/>
          <w:sz w:val="28"/>
          <w:szCs w:val="28"/>
        </w:rPr>
        <w:t xml:space="preserve"> </w:t>
      </w:r>
      <w:proofErr w:type="spellStart"/>
      <w:proofErr w:type="gramStart"/>
      <w:r w:rsidRPr="00695F67">
        <w:rPr>
          <w:rFonts w:ascii="Times New Roman" w:hAnsi="Times New Roman" w:cs="Times New Roman"/>
          <w:sz w:val="28"/>
          <w:szCs w:val="28"/>
        </w:rPr>
        <w:t>mashg‘</w:t>
      </w:r>
      <w:proofErr w:type="gramEnd"/>
      <w:r w:rsidRPr="00695F67">
        <w:rPr>
          <w:rFonts w:ascii="Times New Roman" w:hAnsi="Times New Roman" w:cs="Times New Roman"/>
          <w:sz w:val="28"/>
          <w:szCs w:val="28"/>
        </w:rPr>
        <w:t>ulotlar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dasturlari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lastRenderedPageBreak/>
        <w:t>ishlab</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chiqilgan</w:t>
      </w:r>
      <w:proofErr w:type="spellEnd"/>
      <w:r w:rsidRPr="00695F67">
        <w:rPr>
          <w:rFonts w:ascii="Times New Roman" w:hAnsi="Times New Roman" w:cs="Times New Roman"/>
          <w:sz w:val="28"/>
          <w:szCs w:val="28"/>
        </w:rPr>
        <w:t>.</w:t>
      </w:r>
      <w:r w:rsidR="00BF4535"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Ayollar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murabbiylari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tayyorlanib</w:t>
      </w:r>
      <w:proofErr w:type="spellEnd"/>
      <w:r w:rsidRPr="00695F67">
        <w:rPr>
          <w:rFonts w:ascii="Times New Roman" w:hAnsi="Times New Roman" w:cs="Times New Roman"/>
          <w:sz w:val="28"/>
          <w:szCs w:val="28"/>
        </w:rPr>
        <w:t xml:space="preserve">, sport </w:t>
      </w:r>
      <w:proofErr w:type="spellStart"/>
      <w:r w:rsidRPr="00695F67">
        <w:rPr>
          <w:rFonts w:ascii="Times New Roman" w:hAnsi="Times New Roman" w:cs="Times New Roman"/>
          <w:sz w:val="28"/>
          <w:szCs w:val="28"/>
        </w:rPr>
        <w:t>maktablarida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faoliyat</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olib</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bormoqda</w:t>
      </w:r>
      <w:proofErr w:type="spellEnd"/>
      <w:r w:rsidRPr="00695F67">
        <w:rPr>
          <w:rFonts w:ascii="Times New Roman" w:hAnsi="Times New Roman" w:cs="Times New Roman"/>
          <w:sz w:val="28"/>
          <w:szCs w:val="28"/>
        </w:rPr>
        <w:t>.</w:t>
      </w:r>
    </w:p>
    <w:p w14:paraId="3F29EE15" w14:textId="77777777" w:rsidR="00BF4535" w:rsidRPr="00695F67" w:rsidRDefault="0047227B" w:rsidP="00C71A9D">
      <w:pPr>
        <w:jc w:val="both"/>
        <w:rPr>
          <w:rFonts w:ascii="Times New Roman" w:hAnsi="Times New Roman" w:cs="Times New Roman"/>
          <w:sz w:val="28"/>
          <w:szCs w:val="28"/>
        </w:rPr>
      </w:pPr>
      <w:r w:rsidRPr="00695F67">
        <w:rPr>
          <w:rFonts w:ascii="Times New Roman" w:hAnsi="Times New Roman" w:cs="Times New Roman"/>
          <w:sz w:val="28"/>
          <w:szCs w:val="28"/>
        </w:rPr>
        <w:t xml:space="preserve">27. </w:t>
      </w:r>
      <w:proofErr w:type="spellStart"/>
      <w:r w:rsidRPr="00695F67">
        <w:rPr>
          <w:rFonts w:ascii="Times New Roman" w:hAnsi="Times New Roman" w:cs="Times New Roman"/>
          <w:sz w:val="28"/>
          <w:szCs w:val="28"/>
        </w:rPr>
        <w:t>Olimpiya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zahiralari</w:t>
      </w:r>
      <w:proofErr w:type="spellEnd"/>
      <w:r w:rsidRPr="00695F67">
        <w:rPr>
          <w:rFonts w:ascii="Times New Roman" w:hAnsi="Times New Roman" w:cs="Times New Roman"/>
          <w:sz w:val="28"/>
          <w:szCs w:val="28"/>
        </w:rPr>
        <w:t xml:space="preserve"> sport </w:t>
      </w:r>
      <w:proofErr w:type="spellStart"/>
      <w:r w:rsidRPr="00695F67">
        <w:rPr>
          <w:rFonts w:ascii="Times New Roman" w:hAnsi="Times New Roman" w:cs="Times New Roman"/>
          <w:sz w:val="28"/>
          <w:szCs w:val="28"/>
        </w:rPr>
        <w:t>kollejlari</w:t>
      </w:r>
      <w:proofErr w:type="spellEnd"/>
      <w:r w:rsidR="00BF4535" w:rsidRPr="00695F67">
        <w:rPr>
          <w:rFonts w:ascii="Times New Roman" w:hAnsi="Times New Roman" w:cs="Times New Roman"/>
          <w:sz w:val="28"/>
          <w:szCs w:val="28"/>
        </w:rPr>
        <w:t xml:space="preserve"> </w:t>
      </w:r>
      <w:proofErr w:type="spellStart"/>
      <w:proofErr w:type="gramStart"/>
      <w:r w:rsidRPr="00695F67">
        <w:rPr>
          <w:rFonts w:ascii="Times New Roman" w:hAnsi="Times New Roman" w:cs="Times New Roman"/>
          <w:sz w:val="28"/>
          <w:szCs w:val="28"/>
        </w:rPr>
        <w:t>O‘</w:t>
      </w:r>
      <w:proofErr w:type="gramEnd"/>
      <w:r w:rsidRPr="00695F67">
        <w:rPr>
          <w:rFonts w:ascii="Times New Roman" w:hAnsi="Times New Roman" w:cs="Times New Roman"/>
          <w:sz w:val="28"/>
          <w:szCs w:val="28"/>
        </w:rPr>
        <w:t>zbekistonning</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bir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nechta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shaharlarida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Olimpiya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zahiralari</w:t>
      </w:r>
      <w:proofErr w:type="spellEnd"/>
      <w:r w:rsidRPr="00695F67">
        <w:rPr>
          <w:rFonts w:ascii="Times New Roman" w:hAnsi="Times New Roman" w:cs="Times New Roman"/>
          <w:sz w:val="28"/>
          <w:szCs w:val="28"/>
        </w:rPr>
        <w:t xml:space="preserve"> sport </w:t>
      </w:r>
      <w:proofErr w:type="spellStart"/>
      <w:r w:rsidRPr="00695F67">
        <w:rPr>
          <w:rFonts w:ascii="Times New Roman" w:hAnsi="Times New Roman" w:cs="Times New Roman"/>
          <w:sz w:val="28"/>
          <w:szCs w:val="28"/>
        </w:rPr>
        <w:t>kollejlari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tashkil</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etilgan</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Ushbu</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kollejlar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yosh</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sportchilarni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xalqaro</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standartlarga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mos</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ravishda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tayyorlashda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muhim</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rol</w:t>
      </w:r>
      <w:proofErr w:type="spellEnd"/>
      <w:r w:rsidRPr="00695F67">
        <w:rPr>
          <w:rFonts w:ascii="Times New Roman" w:hAnsi="Times New Roman" w:cs="Times New Roman"/>
          <w:sz w:val="28"/>
          <w:szCs w:val="28"/>
        </w:rPr>
        <w:t xml:space="preserve"> </w:t>
      </w:r>
      <w:proofErr w:type="spellStart"/>
      <w:proofErr w:type="gramStart"/>
      <w:r w:rsidRPr="00695F67">
        <w:rPr>
          <w:rFonts w:ascii="Times New Roman" w:hAnsi="Times New Roman" w:cs="Times New Roman"/>
          <w:sz w:val="28"/>
          <w:szCs w:val="28"/>
        </w:rPr>
        <w:t>o‘</w:t>
      </w:r>
      <w:proofErr w:type="gramEnd"/>
      <w:r w:rsidRPr="00695F67">
        <w:rPr>
          <w:rFonts w:ascii="Times New Roman" w:hAnsi="Times New Roman" w:cs="Times New Roman"/>
          <w:sz w:val="28"/>
          <w:szCs w:val="28"/>
        </w:rPr>
        <w:t>ynaydi</w:t>
      </w:r>
      <w:proofErr w:type="spellEnd"/>
      <w:r w:rsidRPr="00695F67">
        <w:rPr>
          <w:rFonts w:ascii="Times New Roman" w:hAnsi="Times New Roman" w:cs="Times New Roman"/>
          <w:sz w:val="28"/>
          <w:szCs w:val="28"/>
        </w:rPr>
        <w:t>.</w:t>
      </w:r>
      <w:r w:rsidR="00BF4535"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Sportchilar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bu</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yerda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nafaqat</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yengil</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atletika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bilan</w:t>
      </w:r>
      <w:proofErr w:type="spellEnd"/>
      <w:r w:rsidRPr="00695F67">
        <w:rPr>
          <w:rFonts w:ascii="Times New Roman" w:hAnsi="Times New Roman" w:cs="Times New Roman"/>
          <w:sz w:val="28"/>
          <w:szCs w:val="28"/>
        </w:rPr>
        <w:t xml:space="preserve"> </w:t>
      </w:r>
      <w:proofErr w:type="spellStart"/>
      <w:proofErr w:type="gramStart"/>
      <w:r w:rsidRPr="00695F67">
        <w:rPr>
          <w:rFonts w:ascii="Times New Roman" w:hAnsi="Times New Roman" w:cs="Times New Roman"/>
          <w:sz w:val="28"/>
          <w:szCs w:val="28"/>
        </w:rPr>
        <w:t>shug‘</w:t>
      </w:r>
      <w:proofErr w:type="gramEnd"/>
      <w:r w:rsidRPr="00695F67">
        <w:rPr>
          <w:rFonts w:ascii="Times New Roman" w:hAnsi="Times New Roman" w:cs="Times New Roman"/>
          <w:sz w:val="28"/>
          <w:szCs w:val="28"/>
        </w:rPr>
        <w:t>ullanish</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balki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ta’lim</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olish</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imkoniyatiga</w:t>
      </w:r>
      <w:proofErr w:type="spellEnd"/>
      <w:r w:rsidRPr="00695F67">
        <w:rPr>
          <w:rFonts w:ascii="Times New Roman" w:hAnsi="Times New Roman" w:cs="Times New Roman"/>
          <w:sz w:val="28"/>
          <w:szCs w:val="28"/>
        </w:rPr>
        <w:t xml:space="preserve"> ham </w:t>
      </w:r>
      <w:proofErr w:type="spellStart"/>
      <w:r w:rsidRPr="00695F67">
        <w:rPr>
          <w:rFonts w:ascii="Times New Roman" w:hAnsi="Times New Roman" w:cs="Times New Roman"/>
          <w:sz w:val="28"/>
          <w:szCs w:val="28"/>
        </w:rPr>
        <w:t>ega</w:t>
      </w:r>
      <w:proofErr w:type="spellEnd"/>
      <w:r w:rsidRPr="00695F67">
        <w:rPr>
          <w:rFonts w:ascii="Times New Roman" w:hAnsi="Times New Roman" w:cs="Times New Roman"/>
          <w:sz w:val="28"/>
          <w:szCs w:val="28"/>
        </w:rPr>
        <w:t>.</w:t>
      </w:r>
    </w:p>
    <w:p w14:paraId="2D298550" w14:textId="77777777" w:rsidR="00E1615E" w:rsidRPr="00695F67" w:rsidRDefault="0047227B" w:rsidP="00C71A9D">
      <w:pPr>
        <w:jc w:val="both"/>
        <w:rPr>
          <w:rFonts w:ascii="Times New Roman" w:hAnsi="Times New Roman" w:cs="Times New Roman"/>
          <w:sz w:val="28"/>
          <w:szCs w:val="28"/>
        </w:rPr>
      </w:pPr>
      <w:r w:rsidRPr="00695F67">
        <w:rPr>
          <w:rFonts w:ascii="Times New Roman" w:hAnsi="Times New Roman" w:cs="Times New Roman"/>
          <w:sz w:val="28"/>
          <w:szCs w:val="28"/>
        </w:rPr>
        <w:t xml:space="preserve">28. </w:t>
      </w:r>
      <w:proofErr w:type="spellStart"/>
      <w:r w:rsidRPr="00695F67">
        <w:rPr>
          <w:rFonts w:ascii="Times New Roman" w:hAnsi="Times New Roman" w:cs="Times New Roman"/>
          <w:sz w:val="28"/>
          <w:szCs w:val="28"/>
        </w:rPr>
        <w:t>Yangi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jihozlar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va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texnologiyalar</w:t>
      </w:r>
      <w:proofErr w:type="spellEnd"/>
      <w:r w:rsidR="00BF4535"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Yengil</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atletika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sportchilari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uchun</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zamonaviy</w:t>
      </w:r>
      <w:proofErr w:type="spellEnd"/>
      <w:r w:rsidRPr="00695F67">
        <w:rPr>
          <w:rFonts w:ascii="Times New Roman" w:hAnsi="Times New Roman" w:cs="Times New Roman"/>
          <w:sz w:val="28"/>
          <w:szCs w:val="28"/>
        </w:rPr>
        <w:t xml:space="preserve"> sport </w:t>
      </w:r>
      <w:proofErr w:type="spellStart"/>
      <w:r w:rsidRPr="00695F67">
        <w:rPr>
          <w:rFonts w:ascii="Times New Roman" w:hAnsi="Times New Roman" w:cs="Times New Roman"/>
          <w:sz w:val="28"/>
          <w:szCs w:val="28"/>
        </w:rPr>
        <w:t>jihozlari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yugurish</w:t>
      </w:r>
      <w:proofErr w:type="spellEnd"/>
      <w:r w:rsidRPr="00695F67">
        <w:rPr>
          <w:rFonts w:ascii="Times New Roman" w:hAnsi="Times New Roman" w:cs="Times New Roman"/>
          <w:sz w:val="28"/>
          <w:szCs w:val="28"/>
        </w:rPr>
        <w:t xml:space="preserve"> </w:t>
      </w:r>
      <w:proofErr w:type="spellStart"/>
      <w:proofErr w:type="gramStart"/>
      <w:r w:rsidRPr="00695F67">
        <w:rPr>
          <w:rFonts w:ascii="Times New Roman" w:hAnsi="Times New Roman" w:cs="Times New Roman"/>
          <w:sz w:val="28"/>
          <w:szCs w:val="28"/>
        </w:rPr>
        <w:t>yo‘</w:t>
      </w:r>
      <w:proofErr w:type="gramEnd"/>
      <w:r w:rsidRPr="00695F67">
        <w:rPr>
          <w:rFonts w:ascii="Times New Roman" w:hAnsi="Times New Roman" w:cs="Times New Roman"/>
          <w:sz w:val="28"/>
          <w:szCs w:val="28"/>
        </w:rPr>
        <w:t>lakchalari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va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tahlil</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uskunalari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keltirildi</w:t>
      </w:r>
      <w:proofErr w:type="spellEnd"/>
      <w:r w:rsidRPr="00695F67">
        <w:rPr>
          <w:rFonts w:ascii="Times New Roman" w:hAnsi="Times New Roman" w:cs="Times New Roman"/>
          <w:sz w:val="28"/>
          <w:szCs w:val="28"/>
        </w:rPr>
        <w:t xml:space="preserve">. Bu </w:t>
      </w:r>
      <w:proofErr w:type="spellStart"/>
      <w:r w:rsidRPr="00695F67">
        <w:rPr>
          <w:rFonts w:ascii="Times New Roman" w:hAnsi="Times New Roman" w:cs="Times New Roman"/>
          <w:sz w:val="28"/>
          <w:szCs w:val="28"/>
        </w:rPr>
        <w:t>sportchilarning</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natijalarini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yaxshilashda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katta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yordam</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bermoqda</w:t>
      </w:r>
      <w:proofErr w:type="spellEnd"/>
      <w:r w:rsidRPr="00695F67">
        <w:rPr>
          <w:rFonts w:ascii="Times New Roman" w:hAnsi="Times New Roman" w:cs="Times New Roman"/>
          <w:sz w:val="28"/>
          <w:szCs w:val="28"/>
        </w:rPr>
        <w:t>.</w:t>
      </w:r>
      <w:r w:rsidR="00BF4535" w:rsidRPr="00695F67">
        <w:rPr>
          <w:rFonts w:ascii="Times New Roman" w:hAnsi="Times New Roman" w:cs="Times New Roman"/>
          <w:sz w:val="28"/>
          <w:szCs w:val="28"/>
        </w:rPr>
        <w:t xml:space="preserve"> </w:t>
      </w:r>
      <w:proofErr w:type="spellStart"/>
      <w:proofErr w:type="gramStart"/>
      <w:r w:rsidRPr="00695F67">
        <w:rPr>
          <w:rFonts w:ascii="Times New Roman" w:hAnsi="Times New Roman" w:cs="Times New Roman"/>
          <w:sz w:val="28"/>
          <w:szCs w:val="28"/>
        </w:rPr>
        <w:t>Mashg‘</w:t>
      </w:r>
      <w:proofErr w:type="gramEnd"/>
      <w:r w:rsidRPr="00695F67">
        <w:rPr>
          <w:rFonts w:ascii="Times New Roman" w:hAnsi="Times New Roman" w:cs="Times New Roman"/>
          <w:sz w:val="28"/>
          <w:szCs w:val="28"/>
        </w:rPr>
        <w:t>ulot</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jarayonlarida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texnologiyalarning</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qo‘llanilishi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masalan</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yugurish</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tezligini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o‘lchash</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va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biomekanik</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tahlil</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qilish</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usullari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yo‘lga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qo‘yildi</w:t>
      </w:r>
      <w:proofErr w:type="spellEnd"/>
      <w:r w:rsidRPr="00695F67">
        <w:rPr>
          <w:rFonts w:ascii="Times New Roman" w:hAnsi="Times New Roman" w:cs="Times New Roman"/>
          <w:sz w:val="28"/>
          <w:szCs w:val="28"/>
        </w:rPr>
        <w:t>.</w:t>
      </w:r>
    </w:p>
    <w:p w14:paraId="7B28A4ED" w14:textId="77777777" w:rsidR="003B0E6B" w:rsidRPr="00695F67" w:rsidRDefault="0047227B" w:rsidP="00C71A9D">
      <w:pPr>
        <w:jc w:val="both"/>
        <w:rPr>
          <w:rFonts w:ascii="Times New Roman" w:hAnsi="Times New Roman" w:cs="Times New Roman"/>
          <w:sz w:val="28"/>
          <w:szCs w:val="28"/>
        </w:rPr>
      </w:pPr>
      <w:r w:rsidRPr="00695F67">
        <w:rPr>
          <w:rFonts w:ascii="Times New Roman" w:hAnsi="Times New Roman" w:cs="Times New Roman"/>
          <w:sz w:val="28"/>
          <w:szCs w:val="28"/>
        </w:rPr>
        <w:t xml:space="preserve">29. </w:t>
      </w:r>
      <w:proofErr w:type="spellStart"/>
      <w:r w:rsidRPr="00695F67">
        <w:rPr>
          <w:rFonts w:ascii="Times New Roman" w:hAnsi="Times New Roman" w:cs="Times New Roman"/>
          <w:sz w:val="28"/>
          <w:szCs w:val="28"/>
        </w:rPr>
        <w:t>Respublikadagi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yirik</w:t>
      </w:r>
      <w:proofErr w:type="spellEnd"/>
      <w:r w:rsidRPr="00695F67">
        <w:rPr>
          <w:rFonts w:ascii="Times New Roman" w:hAnsi="Times New Roman" w:cs="Times New Roman"/>
          <w:sz w:val="28"/>
          <w:szCs w:val="28"/>
        </w:rPr>
        <w:t xml:space="preserve"> sport </w:t>
      </w:r>
      <w:proofErr w:type="spellStart"/>
      <w:r w:rsidRPr="00695F67">
        <w:rPr>
          <w:rFonts w:ascii="Times New Roman" w:hAnsi="Times New Roman" w:cs="Times New Roman"/>
          <w:sz w:val="28"/>
          <w:szCs w:val="28"/>
        </w:rPr>
        <w:t>inshootlari</w:t>
      </w:r>
      <w:proofErr w:type="spellEnd"/>
      <w:r w:rsidR="00E1615E"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Toshkentda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joylashgan</w:t>
      </w:r>
      <w:proofErr w:type="spellEnd"/>
      <w:r w:rsidRPr="00695F67">
        <w:rPr>
          <w:rFonts w:ascii="Times New Roman" w:hAnsi="Times New Roman" w:cs="Times New Roman"/>
          <w:sz w:val="28"/>
          <w:szCs w:val="28"/>
        </w:rPr>
        <w:t xml:space="preserve"> “</w:t>
      </w:r>
      <w:proofErr w:type="spellStart"/>
      <w:proofErr w:type="gramStart"/>
      <w:r w:rsidRPr="00695F67">
        <w:rPr>
          <w:rFonts w:ascii="Times New Roman" w:hAnsi="Times New Roman" w:cs="Times New Roman"/>
          <w:sz w:val="28"/>
          <w:szCs w:val="28"/>
        </w:rPr>
        <w:t>O‘</w:t>
      </w:r>
      <w:proofErr w:type="gramEnd"/>
      <w:r w:rsidRPr="00695F67">
        <w:rPr>
          <w:rFonts w:ascii="Times New Roman" w:hAnsi="Times New Roman" w:cs="Times New Roman"/>
          <w:sz w:val="28"/>
          <w:szCs w:val="28"/>
        </w:rPr>
        <w:t>zbekiston</w:t>
      </w:r>
      <w:proofErr w:type="spellEnd"/>
      <w:r w:rsidRPr="00695F67">
        <w:rPr>
          <w:rFonts w:ascii="Times New Roman" w:hAnsi="Times New Roman" w:cs="Times New Roman"/>
          <w:sz w:val="28"/>
          <w:szCs w:val="28"/>
        </w:rPr>
        <w:t xml:space="preserve"> sport </w:t>
      </w:r>
      <w:proofErr w:type="spellStart"/>
      <w:r w:rsidRPr="00695F67">
        <w:rPr>
          <w:rFonts w:ascii="Times New Roman" w:hAnsi="Times New Roman" w:cs="Times New Roman"/>
          <w:sz w:val="28"/>
          <w:szCs w:val="28"/>
        </w:rPr>
        <w:t>majmuasi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Samarqanddagi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yangi</w:t>
      </w:r>
      <w:proofErr w:type="spellEnd"/>
      <w:r w:rsidRPr="00695F67">
        <w:rPr>
          <w:rFonts w:ascii="Times New Roman" w:hAnsi="Times New Roman" w:cs="Times New Roman"/>
          <w:sz w:val="28"/>
          <w:szCs w:val="28"/>
        </w:rPr>
        <w:t xml:space="preserve"> sport </w:t>
      </w:r>
      <w:proofErr w:type="spellStart"/>
      <w:r w:rsidRPr="00695F67">
        <w:rPr>
          <w:rFonts w:ascii="Times New Roman" w:hAnsi="Times New Roman" w:cs="Times New Roman"/>
          <w:sz w:val="28"/>
          <w:szCs w:val="28"/>
        </w:rPr>
        <w:t>majmualari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va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Namangandagi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stadionlar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xalqaro</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talablar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darajasida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jihozlangan</w:t>
      </w:r>
      <w:proofErr w:type="spellEnd"/>
      <w:r w:rsidRPr="00695F67">
        <w:rPr>
          <w:rFonts w:ascii="Times New Roman" w:hAnsi="Times New Roman" w:cs="Times New Roman"/>
          <w:sz w:val="28"/>
          <w:szCs w:val="28"/>
        </w:rPr>
        <w:t>.</w:t>
      </w:r>
      <w:r w:rsidR="00E1615E"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Ushbu</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inshootlarda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yirik</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xalqaro</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va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milliy</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musobaqalar</w:t>
      </w:r>
      <w:proofErr w:type="spellEnd"/>
      <w:r w:rsidRPr="00695F67">
        <w:rPr>
          <w:rFonts w:ascii="Times New Roman" w:hAnsi="Times New Roman" w:cs="Times New Roman"/>
          <w:sz w:val="28"/>
          <w:szCs w:val="28"/>
        </w:rPr>
        <w:t xml:space="preserve"> </w:t>
      </w:r>
      <w:proofErr w:type="spellStart"/>
      <w:proofErr w:type="gramStart"/>
      <w:r w:rsidRPr="00695F67">
        <w:rPr>
          <w:rFonts w:ascii="Times New Roman" w:hAnsi="Times New Roman" w:cs="Times New Roman"/>
          <w:sz w:val="28"/>
          <w:szCs w:val="28"/>
        </w:rPr>
        <w:t>o‘</w:t>
      </w:r>
      <w:proofErr w:type="gramEnd"/>
      <w:r w:rsidRPr="00695F67">
        <w:rPr>
          <w:rFonts w:ascii="Times New Roman" w:hAnsi="Times New Roman" w:cs="Times New Roman"/>
          <w:sz w:val="28"/>
          <w:szCs w:val="28"/>
        </w:rPr>
        <w:t>tkaziladi</w:t>
      </w:r>
      <w:proofErr w:type="spellEnd"/>
      <w:r w:rsidRPr="00695F67">
        <w:rPr>
          <w:rFonts w:ascii="Times New Roman" w:hAnsi="Times New Roman" w:cs="Times New Roman"/>
          <w:sz w:val="28"/>
          <w:szCs w:val="28"/>
        </w:rPr>
        <w:t>.</w:t>
      </w:r>
    </w:p>
    <w:p w14:paraId="0699D768" w14:textId="0F9B620C" w:rsidR="00DF0455" w:rsidRPr="00695F67" w:rsidRDefault="0047227B" w:rsidP="00C71A9D">
      <w:pPr>
        <w:jc w:val="both"/>
        <w:rPr>
          <w:rFonts w:ascii="Times New Roman" w:hAnsi="Times New Roman" w:cs="Times New Roman"/>
          <w:sz w:val="28"/>
          <w:szCs w:val="28"/>
        </w:rPr>
      </w:pPr>
      <w:r w:rsidRPr="00695F67">
        <w:rPr>
          <w:rFonts w:ascii="Times New Roman" w:hAnsi="Times New Roman" w:cs="Times New Roman"/>
          <w:sz w:val="28"/>
          <w:szCs w:val="28"/>
        </w:rPr>
        <w:t xml:space="preserve">30. </w:t>
      </w:r>
      <w:proofErr w:type="spellStart"/>
      <w:r w:rsidRPr="00695F67">
        <w:rPr>
          <w:rFonts w:ascii="Times New Roman" w:hAnsi="Times New Roman" w:cs="Times New Roman"/>
          <w:sz w:val="28"/>
          <w:szCs w:val="28"/>
        </w:rPr>
        <w:t>Kelajak</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rejalari</w:t>
      </w:r>
      <w:proofErr w:type="spellEnd"/>
      <w:r w:rsidR="003B0E6B" w:rsidRPr="00695F67">
        <w:rPr>
          <w:rFonts w:ascii="Times New Roman" w:hAnsi="Times New Roman" w:cs="Times New Roman"/>
          <w:sz w:val="28"/>
          <w:szCs w:val="28"/>
        </w:rPr>
        <w:t xml:space="preserve"> </w:t>
      </w:r>
      <w:r w:rsidRPr="00695F67">
        <w:rPr>
          <w:rFonts w:ascii="Times New Roman" w:hAnsi="Times New Roman" w:cs="Times New Roman"/>
          <w:sz w:val="28"/>
          <w:szCs w:val="28"/>
        </w:rPr>
        <w:t xml:space="preserve">2030 </w:t>
      </w:r>
      <w:proofErr w:type="spellStart"/>
      <w:r w:rsidRPr="00695F67">
        <w:rPr>
          <w:rFonts w:ascii="Times New Roman" w:hAnsi="Times New Roman" w:cs="Times New Roman"/>
          <w:sz w:val="28"/>
          <w:szCs w:val="28"/>
        </w:rPr>
        <w:t>yilgacha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yengil</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atletikani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yanada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rivojlantirish</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uchun</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davlat</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tomonidan</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qabul</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qilingan</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dasturlar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mavjud</w:t>
      </w:r>
      <w:proofErr w:type="spellEnd"/>
      <w:r w:rsidRPr="00695F67">
        <w:rPr>
          <w:rFonts w:ascii="Times New Roman" w:hAnsi="Times New Roman" w:cs="Times New Roman"/>
          <w:sz w:val="28"/>
          <w:szCs w:val="28"/>
        </w:rPr>
        <w:t xml:space="preserve">. Bu </w:t>
      </w:r>
      <w:proofErr w:type="spellStart"/>
      <w:r w:rsidRPr="00695F67">
        <w:rPr>
          <w:rFonts w:ascii="Times New Roman" w:hAnsi="Times New Roman" w:cs="Times New Roman"/>
          <w:sz w:val="28"/>
          <w:szCs w:val="28"/>
        </w:rPr>
        <w:t>rejalarga</w:t>
      </w:r>
      <w:proofErr w:type="spellEnd"/>
      <w:r w:rsidRPr="00695F67">
        <w:rPr>
          <w:rFonts w:ascii="Times New Roman" w:hAnsi="Times New Roman" w:cs="Times New Roman"/>
          <w:sz w:val="28"/>
          <w:szCs w:val="28"/>
        </w:rPr>
        <w:t xml:space="preserve"> </w:t>
      </w:r>
      <w:proofErr w:type="spellStart"/>
      <w:proofErr w:type="gramStart"/>
      <w:r w:rsidRPr="00695F67">
        <w:rPr>
          <w:rFonts w:ascii="Times New Roman" w:hAnsi="Times New Roman" w:cs="Times New Roman"/>
          <w:sz w:val="28"/>
          <w:szCs w:val="28"/>
        </w:rPr>
        <w:t>ko‘</w:t>
      </w:r>
      <w:proofErr w:type="gramEnd"/>
      <w:r w:rsidRPr="00695F67">
        <w:rPr>
          <w:rFonts w:ascii="Times New Roman" w:hAnsi="Times New Roman" w:cs="Times New Roman"/>
          <w:sz w:val="28"/>
          <w:szCs w:val="28"/>
        </w:rPr>
        <w:t>ra</w:t>
      </w:r>
      <w:proofErr w:type="spellEnd"/>
      <w:r w:rsidR="009A15B2"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Yangi</w:t>
      </w:r>
      <w:proofErr w:type="spellEnd"/>
      <w:r w:rsidRPr="00695F67">
        <w:rPr>
          <w:rFonts w:ascii="Times New Roman" w:hAnsi="Times New Roman" w:cs="Times New Roman"/>
          <w:sz w:val="28"/>
          <w:szCs w:val="28"/>
        </w:rPr>
        <w:t xml:space="preserve"> sport </w:t>
      </w:r>
      <w:proofErr w:type="spellStart"/>
      <w:r w:rsidRPr="00695F67">
        <w:rPr>
          <w:rFonts w:ascii="Times New Roman" w:hAnsi="Times New Roman" w:cs="Times New Roman"/>
          <w:sz w:val="28"/>
          <w:szCs w:val="28"/>
        </w:rPr>
        <w:t>inshootlari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barpo</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etiladi</w:t>
      </w:r>
      <w:proofErr w:type="spellEnd"/>
      <w:r w:rsidRPr="00695F67">
        <w:rPr>
          <w:rFonts w:ascii="Times New Roman" w:hAnsi="Times New Roman" w:cs="Times New Roman"/>
          <w:sz w:val="28"/>
          <w:szCs w:val="28"/>
        </w:rPr>
        <w:t>.</w:t>
      </w:r>
      <w:r w:rsidR="009A15B2"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Yoshlar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orasida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yengil</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atletikani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yanada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ommalashtirish</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uchun</w:t>
      </w:r>
      <w:proofErr w:type="spellEnd"/>
      <w:r w:rsidRPr="00695F67">
        <w:rPr>
          <w:rFonts w:ascii="Times New Roman" w:hAnsi="Times New Roman" w:cs="Times New Roman"/>
          <w:sz w:val="28"/>
          <w:szCs w:val="28"/>
        </w:rPr>
        <w:t xml:space="preserve"> </w:t>
      </w:r>
      <w:proofErr w:type="spellStart"/>
      <w:proofErr w:type="gramStart"/>
      <w:r w:rsidRPr="00695F67">
        <w:rPr>
          <w:rFonts w:ascii="Times New Roman" w:hAnsi="Times New Roman" w:cs="Times New Roman"/>
          <w:sz w:val="28"/>
          <w:szCs w:val="28"/>
        </w:rPr>
        <w:t>targ‘</w:t>
      </w:r>
      <w:proofErr w:type="gramEnd"/>
      <w:r w:rsidRPr="00695F67">
        <w:rPr>
          <w:rFonts w:ascii="Times New Roman" w:hAnsi="Times New Roman" w:cs="Times New Roman"/>
          <w:sz w:val="28"/>
          <w:szCs w:val="28"/>
        </w:rPr>
        <w:t>ibot</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ishlari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olib</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boriladi</w:t>
      </w:r>
      <w:proofErr w:type="spellEnd"/>
      <w:r w:rsidRPr="00695F67">
        <w:rPr>
          <w:rFonts w:ascii="Times New Roman" w:hAnsi="Times New Roman" w:cs="Times New Roman"/>
          <w:sz w:val="28"/>
          <w:szCs w:val="28"/>
        </w:rPr>
        <w:t>.</w:t>
      </w:r>
      <w:r w:rsidR="009A15B2"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Jahon</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chempionatlarida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va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Olimpiya</w:t>
      </w:r>
      <w:proofErr w:type="spellEnd"/>
      <w:r w:rsidRPr="00695F67">
        <w:rPr>
          <w:rFonts w:ascii="Times New Roman" w:hAnsi="Times New Roman" w:cs="Times New Roman"/>
          <w:sz w:val="28"/>
          <w:szCs w:val="28"/>
        </w:rPr>
        <w:t xml:space="preserve"> </w:t>
      </w:r>
      <w:proofErr w:type="spellStart"/>
      <w:proofErr w:type="gramStart"/>
      <w:r w:rsidRPr="00695F67">
        <w:rPr>
          <w:rFonts w:ascii="Times New Roman" w:hAnsi="Times New Roman" w:cs="Times New Roman"/>
          <w:sz w:val="28"/>
          <w:szCs w:val="28"/>
        </w:rPr>
        <w:t>o‘</w:t>
      </w:r>
      <w:proofErr w:type="gramEnd"/>
      <w:r w:rsidRPr="00695F67">
        <w:rPr>
          <w:rFonts w:ascii="Times New Roman" w:hAnsi="Times New Roman" w:cs="Times New Roman"/>
          <w:sz w:val="28"/>
          <w:szCs w:val="28"/>
        </w:rPr>
        <w:t>yinlarida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qatnashadigan</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sportchilarni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tayyorlashga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alohida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e’tibor</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qaratiladi</w:t>
      </w:r>
      <w:proofErr w:type="spellEnd"/>
      <w:r w:rsidRPr="00695F67">
        <w:rPr>
          <w:rFonts w:ascii="Times New Roman" w:hAnsi="Times New Roman" w:cs="Times New Roman"/>
          <w:sz w:val="28"/>
          <w:szCs w:val="28"/>
        </w:rPr>
        <w:t>.</w:t>
      </w:r>
      <w:r w:rsidR="009A15B2"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Yengil</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atletikaning</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rivojlanishi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davom</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etmoqda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va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bu</w:t>
      </w:r>
      <w:proofErr w:type="spellEnd"/>
      <w:r w:rsidRPr="00695F67">
        <w:rPr>
          <w:rFonts w:ascii="Times New Roman" w:hAnsi="Times New Roman" w:cs="Times New Roman"/>
          <w:sz w:val="28"/>
          <w:szCs w:val="28"/>
        </w:rPr>
        <w:t xml:space="preserve"> </w:t>
      </w:r>
      <w:proofErr w:type="spellStart"/>
      <w:proofErr w:type="gramStart"/>
      <w:r w:rsidRPr="00695F67">
        <w:rPr>
          <w:rFonts w:ascii="Times New Roman" w:hAnsi="Times New Roman" w:cs="Times New Roman"/>
          <w:sz w:val="28"/>
          <w:szCs w:val="28"/>
        </w:rPr>
        <w:t>yo‘</w:t>
      </w:r>
      <w:proofErr w:type="gramEnd"/>
      <w:r w:rsidRPr="00695F67">
        <w:rPr>
          <w:rFonts w:ascii="Times New Roman" w:hAnsi="Times New Roman" w:cs="Times New Roman"/>
          <w:sz w:val="28"/>
          <w:szCs w:val="28"/>
        </w:rPr>
        <w:t>nalish</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O‘zbekistonning</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xalqaro</w:t>
      </w:r>
      <w:proofErr w:type="spellEnd"/>
      <w:r w:rsidRPr="00695F67">
        <w:rPr>
          <w:rFonts w:ascii="Times New Roman" w:hAnsi="Times New Roman" w:cs="Times New Roman"/>
          <w:sz w:val="28"/>
          <w:szCs w:val="28"/>
        </w:rPr>
        <w:t xml:space="preserve"> sport </w:t>
      </w:r>
      <w:proofErr w:type="spellStart"/>
      <w:r w:rsidRPr="00695F67">
        <w:rPr>
          <w:rFonts w:ascii="Times New Roman" w:hAnsi="Times New Roman" w:cs="Times New Roman"/>
          <w:sz w:val="28"/>
          <w:szCs w:val="28"/>
        </w:rPr>
        <w:t>maydonida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obro‘sini</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oshirishga</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xizmat</w:t>
      </w:r>
      <w:proofErr w:type="spellEnd"/>
      <w:r w:rsidRPr="00695F67">
        <w:rPr>
          <w:rFonts w:ascii="Times New Roman" w:hAnsi="Times New Roman" w:cs="Times New Roman"/>
          <w:sz w:val="28"/>
          <w:szCs w:val="28"/>
        </w:rPr>
        <w:t xml:space="preserve"> </w:t>
      </w:r>
      <w:proofErr w:type="spellStart"/>
      <w:r w:rsidRPr="00695F67">
        <w:rPr>
          <w:rFonts w:ascii="Times New Roman" w:hAnsi="Times New Roman" w:cs="Times New Roman"/>
          <w:sz w:val="28"/>
          <w:szCs w:val="28"/>
        </w:rPr>
        <w:t>qilmoqda</w:t>
      </w:r>
      <w:proofErr w:type="spellEnd"/>
      <w:r w:rsidRPr="00695F67">
        <w:rPr>
          <w:rFonts w:ascii="Times New Roman" w:hAnsi="Times New Roman" w:cs="Times New Roman"/>
          <w:sz w:val="28"/>
          <w:szCs w:val="28"/>
        </w:rPr>
        <w:t>.</w:t>
      </w:r>
    </w:p>
    <w:p w14:paraId="549DD3CB" w14:textId="77777777" w:rsidR="00DF0455" w:rsidRPr="00695F67" w:rsidRDefault="00DF0455" w:rsidP="00C71A9D">
      <w:pPr>
        <w:jc w:val="both"/>
        <w:rPr>
          <w:rFonts w:ascii="Times New Roman" w:hAnsi="Times New Roman" w:cs="Times New Roman"/>
          <w:sz w:val="28"/>
          <w:szCs w:val="28"/>
        </w:rPr>
      </w:pPr>
    </w:p>
    <w:p w14:paraId="76F8A9BC" w14:textId="77777777" w:rsidR="0032293B" w:rsidRPr="00695F67" w:rsidRDefault="0032293B" w:rsidP="00C71A9D">
      <w:pPr>
        <w:jc w:val="both"/>
        <w:rPr>
          <w:rFonts w:ascii="Times New Roman" w:hAnsi="Times New Roman" w:cs="Times New Roman"/>
          <w:sz w:val="28"/>
          <w:szCs w:val="28"/>
        </w:rPr>
      </w:pPr>
    </w:p>
    <w:p w14:paraId="2A960D90" w14:textId="77777777" w:rsidR="0032293B" w:rsidRPr="00695F67" w:rsidRDefault="0032293B" w:rsidP="00C71A9D">
      <w:pPr>
        <w:jc w:val="both"/>
        <w:rPr>
          <w:rFonts w:ascii="Times New Roman" w:hAnsi="Times New Roman" w:cs="Times New Roman"/>
          <w:sz w:val="28"/>
          <w:szCs w:val="28"/>
        </w:rPr>
      </w:pPr>
    </w:p>
    <w:p w14:paraId="795B227D" w14:textId="77777777" w:rsidR="0032293B" w:rsidRPr="00695F67" w:rsidRDefault="0032293B" w:rsidP="00C71A9D">
      <w:pPr>
        <w:jc w:val="both"/>
        <w:rPr>
          <w:rFonts w:ascii="Times New Roman" w:hAnsi="Times New Roman" w:cs="Times New Roman"/>
          <w:sz w:val="28"/>
          <w:szCs w:val="28"/>
        </w:rPr>
      </w:pPr>
    </w:p>
    <w:p w14:paraId="198DDFCA" w14:textId="77777777" w:rsidR="0032293B" w:rsidRPr="00695F67" w:rsidRDefault="0032293B" w:rsidP="00C71A9D">
      <w:pPr>
        <w:jc w:val="both"/>
        <w:rPr>
          <w:rFonts w:ascii="Times New Roman" w:hAnsi="Times New Roman" w:cs="Times New Roman"/>
          <w:sz w:val="28"/>
          <w:szCs w:val="28"/>
        </w:rPr>
      </w:pPr>
    </w:p>
    <w:p w14:paraId="09D79624" w14:textId="77777777" w:rsidR="0032293B" w:rsidRPr="00695F67" w:rsidRDefault="0032293B" w:rsidP="00C71A9D">
      <w:pPr>
        <w:jc w:val="both"/>
        <w:rPr>
          <w:rFonts w:ascii="Times New Roman" w:hAnsi="Times New Roman" w:cs="Times New Roman"/>
          <w:sz w:val="28"/>
          <w:szCs w:val="28"/>
        </w:rPr>
      </w:pPr>
    </w:p>
    <w:p w14:paraId="6DFCDA9E" w14:textId="77777777" w:rsidR="0032293B" w:rsidRPr="00695F67" w:rsidRDefault="0032293B" w:rsidP="00C71A9D">
      <w:pPr>
        <w:jc w:val="both"/>
        <w:rPr>
          <w:rFonts w:ascii="Times New Roman" w:hAnsi="Times New Roman" w:cs="Times New Roman"/>
          <w:sz w:val="28"/>
          <w:szCs w:val="28"/>
        </w:rPr>
      </w:pPr>
    </w:p>
    <w:p w14:paraId="165BF72E" w14:textId="77777777" w:rsidR="0032293B" w:rsidRPr="00695F67" w:rsidRDefault="0032293B" w:rsidP="00C71A9D">
      <w:pPr>
        <w:jc w:val="both"/>
        <w:rPr>
          <w:rFonts w:ascii="Times New Roman" w:hAnsi="Times New Roman" w:cs="Times New Roman"/>
          <w:sz w:val="28"/>
          <w:szCs w:val="28"/>
        </w:rPr>
      </w:pPr>
    </w:p>
    <w:p w14:paraId="177A3CCB" w14:textId="77777777" w:rsidR="0032293B" w:rsidRPr="00695F67" w:rsidRDefault="0032293B" w:rsidP="00C71A9D">
      <w:pPr>
        <w:jc w:val="both"/>
        <w:rPr>
          <w:rFonts w:ascii="Times New Roman" w:hAnsi="Times New Roman" w:cs="Times New Roman"/>
          <w:sz w:val="28"/>
          <w:szCs w:val="28"/>
        </w:rPr>
      </w:pPr>
    </w:p>
    <w:p w14:paraId="512EA06C" w14:textId="77777777" w:rsidR="0032293B" w:rsidRPr="00695F67" w:rsidRDefault="0032293B" w:rsidP="00C71A9D">
      <w:pPr>
        <w:jc w:val="both"/>
        <w:rPr>
          <w:rFonts w:ascii="Times New Roman" w:hAnsi="Times New Roman" w:cs="Times New Roman"/>
          <w:sz w:val="28"/>
          <w:szCs w:val="28"/>
        </w:rPr>
      </w:pPr>
    </w:p>
    <w:p w14:paraId="4EB323CE" w14:textId="77777777" w:rsidR="0032293B" w:rsidRPr="00695F67" w:rsidRDefault="0032293B" w:rsidP="00C71A9D">
      <w:pPr>
        <w:jc w:val="both"/>
        <w:rPr>
          <w:rFonts w:ascii="Times New Roman" w:hAnsi="Times New Roman" w:cs="Times New Roman"/>
          <w:sz w:val="28"/>
          <w:szCs w:val="28"/>
        </w:rPr>
      </w:pPr>
    </w:p>
    <w:p w14:paraId="210F636D" w14:textId="77777777" w:rsidR="0032293B" w:rsidRPr="00695F67" w:rsidRDefault="0032293B" w:rsidP="00C71A9D">
      <w:pPr>
        <w:jc w:val="both"/>
        <w:rPr>
          <w:rFonts w:ascii="Times New Roman" w:hAnsi="Times New Roman" w:cs="Times New Roman"/>
          <w:sz w:val="28"/>
          <w:szCs w:val="28"/>
        </w:rPr>
      </w:pPr>
    </w:p>
    <w:p w14:paraId="73B8B814" w14:textId="77777777" w:rsidR="0032293B" w:rsidRPr="00695F67" w:rsidRDefault="0032293B" w:rsidP="00C71A9D">
      <w:pPr>
        <w:jc w:val="both"/>
        <w:rPr>
          <w:rFonts w:ascii="Times New Roman" w:hAnsi="Times New Roman" w:cs="Times New Roman"/>
          <w:sz w:val="28"/>
          <w:szCs w:val="28"/>
        </w:rPr>
      </w:pPr>
    </w:p>
    <w:p w14:paraId="5183E0F7" w14:textId="77777777" w:rsidR="0032293B" w:rsidRPr="00695F67" w:rsidRDefault="0032293B" w:rsidP="00C71A9D">
      <w:pPr>
        <w:jc w:val="both"/>
        <w:rPr>
          <w:rFonts w:ascii="Times New Roman" w:hAnsi="Times New Roman" w:cs="Times New Roman"/>
          <w:sz w:val="28"/>
          <w:szCs w:val="28"/>
        </w:rPr>
      </w:pPr>
    </w:p>
    <w:p w14:paraId="3C95A3F8" w14:textId="77777777" w:rsidR="0032293B" w:rsidRPr="00695F67" w:rsidRDefault="0032293B" w:rsidP="00C71A9D">
      <w:pPr>
        <w:jc w:val="both"/>
        <w:rPr>
          <w:rFonts w:ascii="Times New Roman" w:hAnsi="Times New Roman" w:cs="Times New Roman"/>
          <w:sz w:val="28"/>
          <w:szCs w:val="28"/>
        </w:rPr>
      </w:pPr>
    </w:p>
    <w:p w14:paraId="3CF01849" w14:textId="7A4ED02F" w:rsidR="006A0DCD" w:rsidRPr="00FE315E" w:rsidRDefault="00E049C1" w:rsidP="00C71A9D">
      <w:pPr>
        <w:jc w:val="both"/>
        <w:rPr>
          <w:rFonts w:ascii="Times New Roman" w:hAnsi="Times New Roman" w:cs="Times New Roman"/>
          <w:sz w:val="28"/>
          <w:szCs w:val="28"/>
        </w:rPr>
      </w:pPr>
      <w:r w:rsidRPr="00695F67">
        <w:rPr>
          <w:rFonts w:ascii="Times New Roman" w:hAnsi="Times New Roman" w:cs="Times New Roman"/>
          <w:b/>
          <w:sz w:val="28"/>
          <w:szCs w:val="28"/>
        </w:rPr>
        <w:t>2</w:t>
      </w:r>
      <w:r w:rsidR="009B219B" w:rsidRPr="00FE315E">
        <w:rPr>
          <w:rFonts w:ascii="Times New Roman" w:hAnsi="Times New Roman" w:cs="Times New Roman"/>
          <w:b/>
          <w:sz w:val="28"/>
          <w:szCs w:val="28"/>
        </w:rPr>
        <w:t>. Mustaqillikdan keyin yengil atletikaning huquqiy asoslari.</w:t>
      </w:r>
    </w:p>
    <w:p w14:paraId="61E087E7" w14:textId="77777777" w:rsidR="006A0DCD" w:rsidRPr="00FE315E" w:rsidRDefault="009B219B" w:rsidP="00C71A9D">
      <w:pPr>
        <w:jc w:val="both"/>
        <w:rPr>
          <w:rFonts w:ascii="Times New Roman" w:hAnsi="Times New Roman" w:cs="Times New Roman"/>
          <w:sz w:val="28"/>
          <w:szCs w:val="28"/>
        </w:rPr>
      </w:pPr>
      <w:r w:rsidRPr="00FE315E">
        <w:rPr>
          <w:rFonts w:ascii="Times New Roman" w:hAnsi="Times New Roman" w:cs="Times New Roman"/>
          <w:sz w:val="28"/>
          <w:szCs w:val="28"/>
        </w:rPr>
        <w:t>Mustaqillikdan keyin O'zbekistonda yengil atletikaning huquqiy asoslari ko'plab qonunchilik hujjatlari va me'yoriy hujjatlar orqali shakllantirildi. Yengil atletika sport turlari orasida katta ahamiyatga ega bo'lib, bu sohada huquqiy asoslarni qisqacha yoritib beraman.</w:t>
      </w:r>
      <w:r w:rsidRPr="00FE315E">
        <w:rPr>
          <w:rFonts w:ascii="Times New Roman" w:hAnsi="Times New Roman" w:cs="Times New Roman"/>
          <w:sz w:val="28"/>
          <w:szCs w:val="28"/>
        </w:rPr>
        <w:br/>
      </w:r>
      <w:r w:rsidRPr="00FE315E">
        <w:rPr>
          <w:rFonts w:ascii="Times New Roman" w:hAnsi="Times New Roman" w:cs="Times New Roman"/>
          <w:sz w:val="28"/>
          <w:szCs w:val="28"/>
        </w:rPr>
        <w:br/>
        <w:t>O'zbekiston Respublikasida mustaqillik e'lon qilingandan so'ng, sport sohasidagi huquqiy asoslar davlat siyosatining muhim yo'nalishlaridan biri sifatida belgilandi. O'zbekiston Respublikasi Konstitutsiyasining bir qator moddalarida sport va jismoniy tarbiya bilan bog'liq huquqlar va majburiyatlar belgilangan. Masalan, aholining jismoniy tarbiya va sport bilan shug'ullanish huquqlarini ta'minlash davlatning muhim vazifalaridan biri sifatida e'tirof etilgan.</w:t>
      </w:r>
      <w:r w:rsidRPr="00FE315E">
        <w:rPr>
          <w:rFonts w:ascii="Times New Roman" w:hAnsi="Times New Roman" w:cs="Times New Roman"/>
          <w:sz w:val="28"/>
          <w:szCs w:val="28"/>
        </w:rPr>
        <w:br/>
      </w:r>
      <w:r w:rsidRPr="00FE315E">
        <w:rPr>
          <w:rFonts w:ascii="Times New Roman" w:hAnsi="Times New Roman" w:cs="Times New Roman"/>
          <w:sz w:val="28"/>
          <w:szCs w:val="28"/>
        </w:rPr>
        <w:br/>
        <w:t xml:space="preserve">1992-yilda O'zbekiston Respublikasining "Jismoniy tarbiya va sport to'g'risida" gi qonuni qabul qilindi. Ushbu qonun yengil atletika va boshqa sport turlarini rivojlantirish uchun huquqiy asos bo'lib xizmat qildi. Qonunda jismoniy tarbiya va sportni rivojlantirish, davlat organlari va jamoat tashkilotlarining vazifalari, sport musobaqalarini tashkil etish, sportchilarni </w:t>
      </w:r>
      <w:r w:rsidRPr="00FE315E">
        <w:rPr>
          <w:rFonts w:ascii="Times New Roman" w:hAnsi="Times New Roman" w:cs="Times New Roman"/>
          <w:sz w:val="28"/>
          <w:szCs w:val="28"/>
        </w:rPr>
        <w:lastRenderedPageBreak/>
        <w:t>qo'llab-quvvatlash choralari kabi masalalar yoritilgan.</w:t>
      </w:r>
      <w:r w:rsidRPr="00FE315E">
        <w:rPr>
          <w:rFonts w:ascii="Times New Roman" w:hAnsi="Times New Roman" w:cs="Times New Roman"/>
          <w:sz w:val="28"/>
          <w:szCs w:val="28"/>
        </w:rPr>
        <w:br/>
      </w:r>
      <w:r w:rsidRPr="00FE315E">
        <w:rPr>
          <w:rFonts w:ascii="Times New Roman" w:hAnsi="Times New Roman" w:cs="Times New Roman"/>
          <w:sz w:val="28"/>
          <w:szCs w:val="28"/>
        </w:rPr>
        <w:br/>
        <w:t>Keyingi yillarda yengil atletikaga bo'lgan e'tibor oshib bordi. 1996-yilda O'zbekiston Milliy Olimpiya Qo'mitasi tashkil etildi, bu esa sportchilar uchun xalqaro maydonlarda ishtirok etishda muhim qadam bo'ldi. Shu bilan birga, yengil atletikani rivojlantirish uchun maxsus federatsiya tashkil etilgan bo'lib, bu federatsiya sportning ushbu turi uchun qonuniy zamin yaratish bilan shug'ullanadi.</w:t>
      </w:r>
      <w:r w:rsidRPr="00FE315E">
        <w:rPr>
          <w:rFonts w:ascii="Times New Roman" w:hAnsi="Times New Roman" w:cs="Times New Roman"/>
          <w:sz w:val="28"/>
          <w:szCs w:val="28"/>
        </w:rPr>
        <w:br/>
      </w:r>
      <w:r w:rsidRPr="00FE315E">
        <w:rPr>
          <w:rFonts w:ascii="Times New Roman" w:hAnsi="Times New Roman" w:cs="Times New Roman"/>
          <w:sz w:val="28"/>
          <w:szCs w:val="28"/>
        </w:rPr>
        <w:br/>
        <w:t>O'zbekistonda yengil atletika sohasidagi faoliyatni tartibga soluvchi bir qator me'yoriy hujjatlar ham mavjud. Sport musobaqalari va tadbirlarini o'tkazish tartibi, sportchilarning huquq va majburiyatlari, murabbiylar va hakamlar faoliyati kabi masalalar O'zbekiston Respublikasi Vazirlar Mahkamasining qoidalarida belgilangan.</w:t>
      </w:r>
      <w:r w:rsidRPr="00FE315E">
        <w:rPr>
          <w:rFonts w:ascii="Times New Roman" w:hAnsi="Times New Roman" w:cs="Times New Roman"/>
          <w:sz w:val="28"/>
          <w:szCs w:val="28"/>
        </w:rPr>
        <w:br/>
      </w:r>
      <w:r w:rsidRPr="00FE315E">
        <w:rPr>
          <w:rFonts w:ascii="Times New Roman" w:hAnsi="Times New Roman" w:cs="Times New Roman"/>
          <w:sz w:val="28"/>
          <w:szCs w:val="28"/>
        </w:rPr>
        <w:br/>
        <w:t>Jismoniy tarbiya va sport bo'yicha davlat dasturlari qabul qilinib, ular doirasida yengil atletikani rivojlantirish bo'yicha chora-tadbirlar amalga oshirilmoqda. Masalan, 2017-yilda "O'zbekiston Respublikasida 2017-2021-yillarda jismoniy tarbiya va sportni rivojlantirish Dasturi" qabul qilingan. Ushbu dastur doirasida zamonaviy sport inshootlarini qurish, sport maktablari va klublarini qo'llab-quvvatlash, xalqaro tajribalarni joriy etish kabilar nazarda tutilgan.</w:t>
      </w:r>
      <w:r w:rsidRPr="00FE315E">
        <w:rPr>
          <w:rFonts w:ascii="Times New Roman" w:hAnsi="Times New Roman" w:cs="Times New Roman"/>
          <w:sz w:val="28"/>
          <w:szCs w:val="28"/>
        </w:rPr>
        <w:br/>
      </w:r>
      <w:r w:rsidRPr="00FE315E">
        <w:rPr>
          <w:rFonts w:ascii="Times New Roman" w:hAnsi="Times New Roman" w:cs="Times New Roman"/>
          <w:sz w:val="28"/>
          <w:szCs w:val="28"/>
        </w:rPr>
        <w:br/>
        <w:t>2021-yilda O'zbekiston Respublikasi Prezidentining "Yoshlarga oid davlat siyosatini yanada takomillashtirish va yoshlar sportini rivojlantirish chora-tadbirlari to'g'risidagi" farmoni qabul qilindi. Bu farmonda yoshlar sportini rivojlantirish, jumladan yengil atletikani ommalashtirish yuzasidan huquqiy asoslar yana-da takomillashtirilgan.</w:t>
      </w:r>
      <w:r w:rsidRPr="00FE315E">
        <w:rPr>
          <w:rFonts w:ascii="Times New Roman" w:hAnsi="Times New Roman" w:cs="Times New Roman"/>
          <w:sz w:val="28"/>
          <w:szCs w:val="28"/>
        </w:rPr>
        <w:br/>
      </w:r>
      <w:r w:rsidRPr="00FE315E">
        <w:rPr>
          <w:rFonts w:ascii="Times New Roman" w:hAnsi="Times New Roman" w:cs="Times New Roman"/>
          <w:sz w:val="28"/>
          <w:szCs w:val="28"/>
        </w:rPr>
        <w:br/>
        <w:t xml:space="preserve">Xulosa qilib aytadigan bo'lsak, mustaqillikdan keyin O'zbekistonda yengil atletikaning huquqiy asoslari davlat siyosati va qonunchilik orqali mustahkamlanmoqda. Qonunlar, farmonlar va davlat dasturlari yengil atletika sohasini yanada rivojlantirishga qaratilgan bo'lib, sportchilar, murabbiylar va sport tashkilotlari uchun huquqiy himoya va imkoniyatlar </w:t>
      </w:r>
      <w:r w:rsidRPr="00FE315E">
        <w:rPr>
          <w:rFonts w:ascii="Times New Roman" w:hAnsi="Times New Roman" w:cs="Times New Roman"/>
          <w:sz w:val="28"/>
          <w:szCs w:val="28"/>
        </w:rPr>
        <w:lastRenderedPageBreak/>
        <w:t>yaratilmoqda. Yengil atletika sohasida qo'lga kiritilgan yutuqlar ushbu huquqiy asoslarning samarasidir.</w:t>
      </w:r>
    </w:p>
    <w:p w14:paraId="7DCA8B85" w14:textId="77777777" w:rsidR="006A0DCD" w:rsidRPr="00FE315E" w:rsidRDefault="009B219B" w:rsidP="00C71A9D">
      <w:pPr>
        <w:jc w:val="both"/>
        <w:rPr>
          <w:rFonts w:ascii="Times New Roman" w:hAnsi="Times New Roman" w:cs="Times New Roman"/>
          <w:sz w:val="28"/>
          <w:szCs w:val="28"/>
        </w:rPr>
      </w:pPr>
      <w:r w:rsidRPr="00FE315E">
        <w:rPr>
          <w:rFonts w:ascii="Times New Roman" w:hAnsi="Times New Roman" w:cs="Times New Roman"/>
          <w:sz w:val="28"/>
          <w:szCs w:val="28"/>
        </w:rPr>
        <w:br w:type="page"/>
      </w:r>
    </w:p>
    <w:p w14:paraId="5E576F04" w14:textId="08329CBE" w:rsidR="006A0DCD" w:rsidRPr="00FE315E" w:rsidRDefault="00E049C1" w:rsidP="00C71A9D">
      <w:pPr>
        <w:jc w:val="both"/>
        <w:rPr>
          <w:rFonts w:ascii="Times New Roman" w:hAnsi="Times New Roman" w:cs="Times New Roman"/>
          <w:sz w:val="28"/>
          <w:szCs w:val="28"/>
        </w:rPr>
      </w:pPr>
      <w:r w:rsidRPr="00695F67">
        <w:rPr>
          <w:rFonts w:ascii="Times New Roman" w:hAnsi="Times New Roman" w:cs="Times New Roman"/>
          <w:b/>
          <w:sz w:val="28"/>
          <w:szCs w:val="28"/>
        </w:rPr>
        <w:lastRenderedPageBreak/>
        <w:t>3</w:t>
      </w:r>
      <w:r w:rsidR="009B219B" w:rsidRPr="00FE315E">
        <w:rPr>
          <w:rFonts w:ascii="Times New Roman" w:hAnsi="Times New Roman" w:cs="Times New Roman"/>
          <w:b/>
          <w:sz w:val="28"/>
          <w:szCs w:val="28"/>
        </w:rPr>
        <w:t>. Oʻzbekistonda yengil atletika federatsiyasining tashkil etilishi.</w:t>
      </w:r>
    </w:p>
    <w:p w14:paraId="5B4AD67A" w14:textId="77777777" w:rsidR="006A0DCD" w:rsidRPr="00FE315E" w:rsidRDefault="009B219B" w:rsidP="00C71A9D">
      <w:pPr>
        <w:jc w:val="both"/>
        <w:rPr>
          <w:rFonts w:ascii="Times New Roman" w:hAnsi="Times New Roman" w:cs="Times New Roman"/>
          <w:sz w:val="28"/>
          <w:szCs w:val="28"/>
        </w:rPr>
      </w:pPr>
      <w:r w:rsidRPr="00FE315E">
        <w:rPr>
          <w:rFonts w:ascii="Times New Roman" w:hAnsi="Times New Roman" w:cs="Times New Roman"/>
          <w:sz w:val="28"/>
          <w:szCs w:val="28"/>
        </w:rPr>
        <w:t>Oʻzbekiston Respublikasi Yengil Atletika Federatsiyasi yengil atletikani rivojlantirish, ommalashtirish va ushbu sport turi boʻyicha xalqaro musobaqalarda muvaffaqiyatli ishtirok etishni taʼminlash maqsadida tashkil etilgan muhim sport tashkilotidir. Federatsiya 1991-yilda Oʻzbekiston mustaqillikka erishganidan soʻng tashkil etilishi bilan bogʻliq. Bu yildan eʼtiboran, Oʻzbekistonda yengil atletika mustaqil bir federatsiya sifatida faoliyat boshladi.</w:t>
      </w:r>
      <w:r w:rsidRPr="00FE315E">
        <w:rPr>
          <w:rFonts w:ascii="Times New Roman" w:hAnsi="Times New Roman" w:cs="Times New Roman"/>
          <w:sz w:val="28"/>
          <w:szCs w:val="28"/>
        </w:rPr>
        <w:br/>
      </w:r>
      <w:r w:rsidRPr="00FE315E">
        <w:rPr>
          <w:rFonts w:ascii="Times New Roman" w:hAnsi="Times New Roman" w:cs="Times New Roman"/>
          <w:sz w:val="28"/>
          <w:szCs w:val="28"/>
        </w:rPr>
        <w:br/>
        <w:t>Oʻzbekiston Yengil Atletika Federatsiyasi tashkil etilishining asosiy sabablaridan biri bu mustaqillikka erishilganidan soʻng yengil atletikaning rivojlanishi va sportchilarning xalqaro arenalarda Oʻzbekiston nomidan ishtirok etish ishlarini tartibga solish zarurati edi. Federatsiyaning birinchi prezidenti sifatida shaxsiy tarkib tanlandi va ular sportni rivojlantirishda faol ish olib bordilar.</w:t>
      </w:r>
      <w:r w:rsidRPr="00FE315E">
        <w:rPr>
          <w:rFonts w:ascii="Times New Roman" w:hAnsi="Times New Roman" w:cs="Times New Roman"/>
          <w:sz w:val="28"/>
          <w:szCs w:val="28"/>
        </w:rPr>
        <w:br/>
      </w:r>
      <w:r w:rsidRPr="00FE315E">
        <w:rPr>
          <w:rFonts w:ascii="Times New Roman" w:hAnsi="Times New Roman" w:cs="Times New Roman"/>
          <w:sz w:val="28"/>
          <w:szCs w:val="28"/>
        </w:rPr>
        <w:br/>
        <w:t>Federatsiyaning vazifalari orasida yengil atletika boʻyicha milliy chempionatlar va boshqa musobaqalarni tashkil etish qatorida yosh va isteʼdodli sportchilarni tayyorlash va ularni xalqaro maydonda muvaffaqiyatli ishtirok etishini taʼminlash ham bor edi. Federatsiya, shu maqsadda, turli darajadagi sport klublari bilan hamkorlikda ishlaydi va sportchilarni zamonaviy o'quv mashg'ulotlari va xalqaro musobaqalarda ishtirok etishi uchun imkoniyat yaratiladi.</w:t>
      </w:r>
      <w:r w:rsidRPr="00FE315E">
        <w:rPr>
          <w:rFonts w:ascii="Times New Roman" w:hAnsi="Times New Roman" w:cs="Times New Roman"/>
          <w:sz w:val="28"/>
          <w:szCs w:val="28"/>
        </w:rPr>
        <w:br/>
      </w:r>
      <w:r w:rsidRPr="00FE315E">
        <w:rPr>
          <w:rFonts w:ascii="Times New Roman" w:hAnsi="Times New Roman" w:cs="Times New Roman"/>
          <w:sz w:val="28"/>
          <w:szCs w:val="28"/>
        </w:rPr>
        <w:br/>
        <w:t>Oʻzbekiston Yengil Atletika Federatsiyasi xalqaro aloqalarni mustahkamlashga katta ahamiyat beradi. Oʻzbekiston sportchilari xalqaro yengil atletika musobaqalarida ishtirok etishadi va bu holat federatsiyaning xalqaro sport tashkilotlari bilan faol aloqalari, jumladan, Xalqaro Yengil Atletika Federatsiyalari Assotsiatsiyasi (IAAF) bilan yaqin hamkorlik natijasi hisoblanadi.</w:t>
      </w:r>
      <w:r w:rsidRPr="00FE315E">
        <w:rPr>
          <w:rFonts w:ascii="Times New Roman" w:hAnsi="Times New Roman" w:cs="Times New Roman"/>
          <w:sz w:val="28"/>
          <w:szCs w:val="28"/>
        </w:rPr>
        <w:br/>
      </w:r>
      <w:r w:rsidRPr="00FE315E">
        <w:rPr>
          <w:rFonts w:ascii="Times New Roman" w:hAnsi="Times New Roman" w:cs="Times New Roman"/>
          <w:sz w:val="28"/>
          <w:szCs w:val="28"/>
        </w:rPr>
        <w:br/>
        <w:t xml:space="preserve">Yengil atletikada turli </w:t>
      </w:r>
      <w:proofErr w:type="gramStart"/>
      <w:r w:rsidRPr="00FE315E">
        <w:rPr>
          <w:rFonts w:ascii="Times New Roman" w:hAnsi="Times New Roman" w:cs="Times New Roman"/>
          <w:sz w:val="28"/>
          <w:szCs w:val="28"/>
        </w:rPr>
        <w:t>yo‘</w:t>
      </w:r>
      <w:proofErr w:type="gramEnd"/>
      <w:r w:rsidRPr="00FE315E">
        <w:rPr>
          <w:rFonts w:ascii="Times New Roman" w:hAnsi="Times New Roman" w:cs="Times New Roman"/>
          <w:sz w:val="28"/>
          <w:szCs w:val="28"/>
        </w:rPr>
        <w:t xml:space="preserve">nalishlar mavjud bo‘lib, ular orasida yugurish, sakrash, otish, marafon, ko‘pkurash kabi turlar Oʻzbekistonda katta qiziqish uygotgan yo‘nalishlar hisoblanadi. Federatsiya ushbu nyo'nalishlarning har </w:t>
      </w:r>
      <w:r w:rsidRPr="00FE315E">
        <w:rPr>
          <w:rFonts w:ascii="Times New Roman" w:hAnsi="Times New Roman" w:cs="Times New Roman"/>
          <w:sz w:val="28"/>
          <w:szCs w:val="28"/>
        </w:rPr>
        <w:lastRenderedPageBreak/>
        <w:t xml:space="preserve">biriga qisqa va </w:t>
      </w:r>
      <w:proofErr w:type="gramStart"/>
      <w:r w:rsidRPr="00FE315E">
        <w:rPr>
          <w:rFonts w:ascii="Times New Roman" w:hAnsi="Times New Roman" w:cs="Times New Roman"/>
          <w:sz w:val="28"/>
          <w:szCs w:val="28"/>
        </w:rPr>
        <w:t>o‘</w:t>
      </w:r>
      <w:proofErr w:type="gramEnd"/>
      <w:r w:rsidRPr="00FE315E">
        <w:rPr>
          <w:rFonts w:ascii="Times New Roman" w:hAnsi="Times New Roman" w:cs="Times New Roman"/>
          <w:sz w:val="28"/>
          <w:szCs w:val="28"/>
        </w:rPr>
        <w:t>rta muddatli rivojlanish dasturlarini ishlab chiqadi.</w:t>
      </w:r>
      <w:r w:rsidRPr="00FE315E">
        <w:rPr>
          <w:rFonts w:ascii="Times New Roman" w:hAnsi="Times New Roman" w:cs="Times New Roman"/>
          <w:sz w:val="28"/>
          <w:szCs w:val="28"/>
        </w:rPr>
        <w:br/>
      </w:r>
      <w:r w:rsidRPr="00FE315E">
        <w:rPr>
          <w:rFonts w:ascii="Times New Roman" w:hAnsi="Times New Roman" w:cs="Times New Roman"/>
          <w:sz w:val="28"/>
          <w:szCs w:val="28"/>
        </w:rPr>
        <w:br/>
        <w:t>Federatsiya tomonidan olib borilgan islohotlar va sa’y-harakatlar oʻz mevasini bermoqda. 2000-yildan boshlab Oʻzbekiston sportchilari Osiyo o'yinlari va boshqa xalqaro musobaqalarda turli medallarni qoʻlga kiritishgani federatsiyaning samarali faoliyatining dalolatidir. Misol tariqasida 2012-yilda Oksana Chusovitina atletika bo'yicha Olimpiya o'yinlarida ishtirok etgan ilk o'zbek sportchilaridan biridir.</w:t>
      </w:r>
      <w:r w:rsidRPr="00FE315E">
        <w:rPr>
          <w:rFonts w:ascii="Times New Roman" w:hAnsi="Times New Roman" w:cs="Times New Roman"/>
          <w:sz w:val="28"/>
          <w:szCs w:val="28"/>
        </w:rPr>
        <w:br/>
      </w:r>
      <w:r w:rsidRPr="00FE315E">
        <w:rPr>
          <w:rFonts w:ascii="Times New Roman" w:hAnsi="Times New Roman" w:cs="Times New Roman"/>
          <w:sz w:val="28"/>
          <w:szCs w:val="28"/>
        </w:rPr>
        <w:br/>
        <w:t xml:space="preserve">Oʻzbekistonda yengil atletika sport turi boʻyicha murabbiylarni tayyorlash va ularning malakasini oshirish uchun maxsus kurslar tashkil etilgan bo'lib, bu federatsiyaning dasturlaridan biri hisoblanadi. Sport maktablari va ixtisoslashtirilgan sport muassasalari orqali yengil atletikaning barcha turlari uchun </w:t>
      </w:r>
      <w:proofErr w:type="gramStart"/>
      <w:r w:rsidRPr="00FE315E">
        <w:rPr>
          <w:rFonts w:ascii="Times New Roman" w:hAnsi="Times New Roman" w:cs="Times New Roman"/>
          <w:sz w:val="28"/>
          <w:szCs w:val="28"/>
        </w:rPr>
        <w:t>mo‘</w:t>
      </w:r>
      <w:proofErr w:type="gramEnd"/>
      <w:r w:rsidRPr="00FE315E">
        <w:rPr>
          <w:rFonts w:ascii="Times New Roman" w:hAnsi="Times New Roman" w:cs="Times New Roman"/>
          <w:sz w:val="28"/>
          <w:szCs w:val="28"/>
        </w:rPr>
        <w:t>ljallangan sportchilar avlodi yetishtirilmoqda.</w:t>
      </w:r>
      <w:r w:rsidRPr="00FE315E">
        <w:rPr>
          <w:rFonts w:ascii="Times New Roman" w:hAnsi="Times New Roman" w:cs="Times New Roman"/>
          <w:sz w:val="28"/>
          <w:szCs w:val="28"/>
        </w:rPr>
        <w:br/>
      </w:r>
      <w:r w:rsidRPr="00FE315E">
        <w:rPr>
          <w:rFonts w:ascii="Times New Roman" w:hAnsi="Times New Roman" w:cs="Times New Roman"/>
          <w:sz w:val="28"/>
          <w:szCs w:val="28"/>
        </w:rPr>
        <w:br/>
        <w:t xml:space="preserve">Oʻzbekiston Yengil Atletika Federatsiyasi sport infratuzilmasini rivojlantirishning ham bir qismi hisoblanadi. Zamonaviy stadionlar va trening maydonchalari qurilishi, ularning zamonaviy jihozlar bilan ta’minlanishi orqali sportchilar uchun eng yaxshi sharoitlar yaratilmoqda. </w:t>
      </w:r>
      <w:r w:rsidRPr="00FE315E">
        <w:rPr>
          <w:rFonts w:ascii="Times New Roman" w:hAnsi="Times New Roman" w:cs="Times New Roman"/>
          <w:sz w:val="28"/>
          <w:szCs w:val="28"/>
        </w:rPr>
        <w:br/>
      </w:r>
      <w:r w:rsidRPr="00FE315E">
        <w:rPr>
          <w:rFonts w:ascii="Times New Roman" w:hAnsi="Times New Roman" w:cs="Times New Roman"/>
          <w:sz w:val="28"/>
          <w:szCs w:val="28"/>
        </w:rPr>
        <w:br/>
        <w:t xml:space="preserve">Umuman olganda, Oʻzbekiston Yengil Atletika Federatsiyasi </w:t>
      </w:r>
      <w:proofErr w:type="gramStart"/>
      <w:r w:rsidRPr="00FE315E">
        <w:rPr>
          <w:rFonts w:ascii="Times New Roman" w:hAnsi="Times New Roman" w:cs="Times New Roman"/>
          <w:sz w:val="28"/>
          <w:szCs w:val="28"/>
        </w:rPr>
        <w:t>o‘</w:t>
      </w:r>
      <w:proofErr w:type="gramEnd"/>
      <w:r w:rsidRPr="00FE315E">
        <w:rPr>
          <w:rFonts w:ascii="Times New Roman" w:hAnsi="Times New Roman" w:cs="Times New Roman"/>
          <w:sz w:val="28"/>
          <w:szCs w:val="28"/>
        </w:rPr>
        <w:t>z oldiga qo‘ygan maqsadlar va vazifalarni izchil bajarish orqali mamlakatda yengil atletikani keng miqyosda rivojlantirishga hissa qo‘shgan va qo‘shishda davom etmoqda. Bu esa, oʻz navbatida, xalqaro arenalarda Oʻzbekistonning obroʻsini oshirishga yordam bermoqda.</w:t>
      </w:r>
    </w:p>
    <w:p w14:paraId="6112E0FB" w14:textId="77777777" w:rsidR="006A0DCD" w:rsidRPr="00FE315E" w:rsidRDefault="009B219B" w:rsidP="00C71A9D">
      <w:pPr>
        <w:jc w:val="both"/>
        <w:rPr>
          <w:rFonts w:ascii="Times New Roman" w:hAnsi="Times New Roman" w:cs="Times New Roman"/>
          <w:sz w:val="28"/>
          <w:szCs w:val="28"/>
        </w:rPr>
      </w:pPr>
      <w:r w:rsidRPr="00FE315E">
        <w:rPr>
          <w:rFonts w:ascii="Times New Roman" w:hAnsi="Times New Roman" w:cs="Times New Roman"/>
          <w:sz w:val="28"/>
          <w:szCs w:val="28"/>
        </w:rPr>
        <w:br w:type="page"/>
      </w:r>
    </w:p>
    <w:p w14:paraId="2C4DF525" w14:textId="163ED2D0" w:rsidR="006A0DCD" w:rsidRPr="00FE315E" w:rsidRDefault="00FA35EA" w:rsidP="00C71A9D">
      <w:pPr>
        <w:jc w:val="both"/>
        <w:rPr>
          <w:rFonts w:ascii="Times New Roman" w:hAnsi="Times New Roman" w:cs="Times New Roman"/>
          <w:sz w:val="28"/>
          <w:szCs w:val="28"/>
        </w:rPr>
      </w:pPr>
      <w:r w:rsidRPr="00695F67">
        <w:rPr>
          <w:rFonts w:ascii="Times New Roman" w:hAnsi="Times New Roman" w:cs="Times New Roman"/>
          <w:b/>
          <w:sz w:val="28"/>
          <w:szCs w:val="28"/>
        </w:rPr>
        <w:lastRenderedPageBreak/>
        <w:t>4</w:t>
      </w:r>
      <w:r w:rsidR="009B219B" w:rsidRPr="00FE315E">
        <w:rPr>
          <w:rFonts w:ascii="Times New Roman" w:hAnsi="Times New Roman" w:cs="Times New Roman"/>
          <w:b/>
          <w:sz w:val="28"/>
          <w:szCs w:val="28"/>
        </w:rPr>
        <w:t>. Yengil atletika boʻyicha milliy musobaqalar tizimi.</w:t>
      </w:r>
    </w:p>
    <w:p w14:paraId="45C25EDD" w14:textId="77777777" w:rsidR="006A0DCD" w:rsidRPr="00FE315E" w:rsidRDefault="009B219B" w:rsidP="00C71A9D">
      <w:pPr>
        <w:jc w:val="both"/>
        <w:rPr>
          <w:rFonts w:ascii="Times New Roman" w:hAnsi="Times New Roman" w:cs="Times New Roman"/>
          <w:sz w:val="28"/>
          <w:szCs w:val="28"/>
        </w:rPr>
      </w:pPr>
      <w:r w:rsidRPr="00FE315E">
        <w:rPr>
          <w:rFonts w:ascii="Times New Roman" w:hAnsi="Times New Roman" w:cs="Times New Roman"/>
          <w:sz w:val="28"/>
          <w:szCs w:val="28"/>
        </w:rPr>
        <w:t>Yengil atletika bo'yicha milliy musobaqalar tizimi O'zbekiston sport tizimida muhim o'rin tutadi. Bu tizim bir qancha daraja va turlarga bo'linadi hamda yengil atletika sportchilarining professional rivojlanishi uchun zarur sharoitlarni yaratadi.</w:t>
      </w:r>
      <w:r w:rsidRPr="00FE315E">
        <w:rPr>
          <w:rFonts w:ascii="Times New Roman" w:hAnsi="Times New Roman" w:cs="Times New Roman"/>
          <w:sz w:val="28"/>
          <w:szCs w:val="28"/>
        </w:rPr>
        <w:br/>
      </w:r>
      <w:r w:rsidRPr="00FE315E">
        <w:rPr>
          <w:rFonts w:ascii="Times New Roman" w:hAnsi="Times New Roman" w:cs="Times New Roman"/>
          <w:sz w:val="28"/>
          <w:szCs w:val="28"/>
        </w:rPr>
        <w:br/>
        <w:t>Yengil atletika bo'yicha milliy musobaqalar tizimi birinchi navbatda, mahalliy darajadagi musobaqalarni o'z ichiga oladi. Bular shahar va tuman darajasidagi musobaqalar bo'lib, ularda yosh sportchilar o'z mahoratlarini sinab ko'rish imkoniyatiga ega bo'ladilar. Keyingi bosqich viloyat darajasidagi musobaqalar hisoblanadi. Ular yirik shaharlarda yoki maxsus sport markazlarida o'tkaziladi va qatnashchilar soni bir necha yuz nafar bo'lishi mumkin. Ushbu musobaqalar texnik saviyani oshirish va yirik milliy musobaqalarga yo'llanma olish uchun muhimdir.</w:t>
      </w:r>
      <w:r w:rsidRPr="00FE315E">
        <w:rPr>
          <w:rFonts w:ascii="Times New Roman" w:hAnsi="Times New Roman" w:cs="Times New Roman"/>
          <w:sz w:val="28"/>
          <w:szCs w:val="28"/>
        </w:rPr>
        <w:br/>
      </w:r>
      <w:r w:rsidRPr="00FE315E">
        <w:rPr>
          <w:rFonts w:ascii="Times New Roman" w:hAnsi="Times New Roman" w:cs="Times New Roman"/>
          <w:sz w:val="28"/>
          <w:szCs w:val="28"/>
        </w:rPr>
        <w:br/>
        <w:t xml:space="preserve">Milliy darajada, eng yirik va nufuzli musobaqalardan biri "O'zbekiston Chempionati" hisoblanadi. Bu musobaqa har yili </w:t>
      </w:r>
      <w:proofErr w:type="gramStart"/>
      <w:r w:rsidRPr="00FE315E">
        <w:rPr>
          <w:rFonts w:ascii="Times New Roman" w:hAnsi="Times New Roman" w:cs="Times New Roman"/>
          <w:sz w:val="28"/>
          <w:szCs w:val="28"/>
        </w:rPr>
        <w:t>o‘</w:t>
      </w:r>
      <w:proofErr w:type="gramEnd"/>
      <w:r w:rsidRPr="00FE315E">
        <w:rPr>
          <w:rFonts w:ascii="Times New Roman" w:hAnsi="Times New Roman" w:cs="Times New Roman"/>
          <w:sz w:val="28"/>
          <w:szCs w:val="28"/>
        </w:rPr>
        <w:t>tkaziladi va mamlakatning eng kuchli sportchilari o‘zaro kuch sinashadi. O'zbekiston Chempionatining maqomi va miqyosi sababli unda qatnashuvchilar soni yuzlab sportchilarni, ba'zan esa mingdan ortiq ishtirokchini tashkil etadi. Bu musobaqada g'alaba qozongan sportchilar xalqaro musobaqalarga chiqish uchun milliy terma jamoaga kirish imkoniga ega bo'lishlari mumkin.</w:t>
      </w:r>
      <w:r w:rsidRPr="00FE315E">
        <w:rPr>
          <w:rFonts w:ascii="Times New Roman" w:hAnsi="Times New Roman" w:cs="Times New Roman"/>
          <w:sz w:val="28"/>
          <w:szCs w:val="28"/>
        </w:rPr>
        <w:br/>
      </w:r>
      <w:r w:rsidRPr="00FE315E">
        <w:rPr>
          <w:rFonts w:ascii="Times New Roman" w:hAnsi="Times New Roman" w:cs="Times New Roman"/>
          <w:sz w:val="28"/>
          <w:szCs w:val="28"/>
        </w:rPr>
        <w:br/>
        <w:t xml:space="preserve">O'zbekiston milliy terma jamoasi xalqaro musobaqalarda ishtirok etadigan jamoadir. Ularning tarkibiga milliy chempionatda yuqori o'rinlarni egallagan sportchilar kiritiladi. Milliy terma jamoa a'zolari Yengil atletika bo'yicha Osiyo, Jahon chempionatlari va Olimpiya </w:t>
      </w:r>
      <w:proofErr w:type="gramStart"/>
      <w:r w:rsidRPr="00FE315E">
        <w:rPr>
          <w:rFonts w:ascii="Times New Roman" w:hAnsi="Times New Roman" w:cs="Times New Roman"/>
          <w:sz w:val="28"/>
          <w:szCs w:val="28"/>
        </w:rPr>
        <w:t>o‘</w:t>
      </w:r>
      <w:proofErr w:type="gramEnd"/>
      <w:r w:rsidRPr="00FE315E">
        <w:rPr>
          <w:rFonts w:ascii="Times New Roman" w:hAnsi="Times New Roman" w:cs="Times New Roman"/>
          <w:sz w:val="28"/>
          <w:szCs w:val="28"/>
        </w:rPr>
        <w:t xml:space="preserve">yinlarida ishtirok etish uchun tayyorlanadi. Yengil atletika </w:t>
      </w:r>
      <w:proofErr w:type="gramStart"/>
      <w:r w:rsidRPr="00FE315E">
        <w:rPr>
          <w:rFonts w:ascii="Times New Roman" w:hAnsi="Times New Roman" w:cs="Times New Roman"/>
          <w:sz w:val="28"/>
          <w:szCs w:val="28"/>
        </w:rPr>
        <w:t>bo‘</w:t>
      </w:r>
      <w:proofErr w:type="gramEnd"/>
      <w:r w:rsidRPr="00FE315E">
        <w:rPr>
          <w:rFonts w:ascii="Times New Roman" w:hAnsi="Times New Roman" w:cs="Times New Roman"/>
          <w:sz w:val="28"/>
          <w:szCs w:val="28"/>
        </w:rPr>
        <w:t>yicha xalqaro musobaqalarda ishtirok etish uchun sportchilardan yuqori texnik, jismoniy va psixologik tayyorgarlik talab etiladi.</w:t>
      </w:r>
      <w:r w:rsidRPr="00FE315E">
        <w:rPr>
          <w:rFonts w:ascii="Times New Roman" w:hAnsi="Times New Roman" w:cs="Times New Roman"/>
          <w:sz w:val="28"/>
          <w:szCs w:val="28"/>
        </w:rPr>
        <w:br/>
      </w:r>
      <w:r w:rsidRPr="00FE315E">
        <w:rPr>
          <w:rFonts w:ascii="Times New Roman" w:hAnsi="Times New Roman" w:cs="Times New Roman"/>
          <w:sz w:val="28"/>
          <w:szCs w:val="28"/>
        </w:rPr>
        <w:br/>
        <w:t xml:space="preserve">O‘zbekistonda yengil atletika bo‘yicha musobaqalarni tashkil etish va ularga rahbarlik qilish O‘zbekiston Yengil Atletika Federatsiyasi (OYAF) zimmasiga yuklatilgan. OYAF mamlakat </w:t>
      </w:r>
      <w:proofErr w:type="gramStart"/>
      <w:r w:rsidRPr="00FE315E">
        <w:rPr>
          <w:rFonts w:ascii="Times New Roman" w:hAnsi="Times New Roman" w:cs="Times New Roman"/>
          <w:sz w:val="28"/>
          <w:szCs w:val="28"/>
        </w:rPr>
        <w:t>bo‘</w:t>
      </w:r>
      <w:proofErr w:type="gramEnd"/>
      <w:r w:rsidRPr="00FE315E">
        <w:rPr>
          <w:rFonts w:ascii="Times New Roman" w:hAnsi="Times New Roman" w:cs="Times New Roman"/>
          <w:sz w:val="28"/>
          <w:szCs w:val="28"/>
        </w:rPr>
        <w:t xml:space="preserve">ylab yengil atletika sportini </w:t>
      </w:r>
      <w:r w:rsidRPr="00FE315E">
        <w:rPr>
          <w:rFonts w:ascii="Times New Roman" w:hAnsi="Times New Roman" w:cs="Times New Roman"/>
          <w:sz w:val="28"/>
          <w:szCs w:val="28"/>
        </w:rPr>
        <w:lastRenderedPageBreak/>
        <w:t>rivojlantirish, sportchilarga texnik va metodik yordam ko‘rsatish, shuningdek, turli darajadagi musobaqalarni tashkil etish ishlari bilan shug‘ullanadi.</w:t>
      </w:r>
      <w:r w:rsidRPr="00FE315E">
        <w:rPr>
          <w:rFonts w:ascii="Times New Roman" w:hAnsi="Times New Roman" w:cs="Times New Roman"/>
          <w:sz w:val="28"/>
          <w:szCs w:val="28"/>
        </w:rPr>
        <w:br/>
      </w:r>
      <w:r w:rsidRPr="00FE315E">
        <w:rPr>
          <w:rFonts w:ascii="Times New Roman" w:hAnsi="Times New Roman" w:cs="Times New Roman"/>
          <w:sz w:val="28"/>
          <w:szCs w:val="28"/>
        </w:rPr>
        <w:br/>
        <w:t xml:space="preserve">Milliy musobaqalar tizimining yana bir muhim qismi qanday qilib yoshlarda qiziqish uyg‘otish va professional sportchi bo‘lish sari motivatsiya yaratishga qaratilgan turli yosh guruhlari uchun tayyorlangan maxsus dasturlardir. Shu maqsadda, maktab yoshidagi bolalar uchun "Bolalar va </w:t>
      </w:r>
      <w:proofErr w:type="gramStart"/>
      <w:r w:rsidRPr="00FE315E">
        <w:rPr>
          <w:rFonts w:ascii="Times New Roman" w:hAnsi="Times New Roman" w:cs="Times New Roman"/>
          <w:sz w:val="28"/>
          <w:szCs w:val="28"/>
        </w:rPr>
        <w:t>O‘</w:t>
      </w:r>
      <w:proofErr w:type="gramEnd"/>
      <w:r w:rsidRPr="00FE315E">
        <w:rPr>
          <w:rFonts w:ascii="Times New Roman" w:hAnsi="Times New Roman" w:cs="Times New Roman"/>
          <w:sz w:val="28"/>
          <w:szCs w:val="28"/>
        </w:rPr>
        <w:t xml:space="preserve">smerlar sport maktablari"da yengil atletika bilan shug‘ullanish imkoniyatlari yaratilgan. Bu sport maktablari yurt </w:t>
      </w:r>
      <w:proofErr w:type="gramStart"/>
      <w:r w:rsidRPr="00FE315E">
        <w:rPr>
          <w:rFonts w:ascii="Times New Roman" w:hAnsi="Times New Roman" w:cs="Times New Roman"/>
          <w:sz w:val="28"/>
          <w:szCs w:val="28"/>
        </w:rPr>
        <w:t>bo‘</w:t>
      </w:r>
      <w:proofErr w:type="gramEnd"/>
      <w:r w:rsidRPr="00FE315E">
        <w:rPr>
          <w:rFonts w:ascii="Times New Roman" w:hAnsi="Times New Roman" w:cs="Times New Roman"/>
          <w:sz w:val="28"/>
          <w:szCs w:val="28"/>
        </w:rPr>
        <w:t>ylab tarqalgan bo‘lib, yengil atletika bilan shug‘ullanishni istagan yoshlar uchun tayyorgarlik bazasini ta’minlaydi.</w:t>
      </w:r>
      <w:r w:rsidRPr="00FE315E">
        <w:rPr>
          <w:rFonts w:ascii="Times New Roman" w:hAnsi="Times New Roman" w:cs="Times New Roman"/>
          <w:sz w:val="28"/>
          <w:szCs w:val="28"/>
        </w:rPr>
        <w:br/>
      </w:r>
      <w:r w:rsidRPr="00FE315E">
        <w:rPr>
          <w:rFonts w:ascii="Times New Roman" w:hAnsi="Times New Roman" w:cs="Times New Roman"/>
          <w:sz w:val="28"/>
          <w:szCs w:val="28"/>
        </w:rPr>
        <w:br/>
        <w:t xml:space="preserve">Yengil atletika musobaqalar tizimi nafaqat sportchilar, balki murabbiylar va hakamlar tayyorgarligini ham o‘z ichiga oladi. Har yili murabbiylar malakasini oshirishga qaratilgan seminarlar, treninglar va sertifikatlash dastrlari amalga oshiriladi. Shu bilan birga, hakamlar uchun maxsus </w:t>
      </w:r>
      <w:proofErr w:type="gramStart"/>
      <w:r w:rsidRPr="00FE315E">
        <w:rPr>
          <w:rFonts w:ascii="Times New Roman" w:hAnsi="Times New Roman" w:cs="Times New Roman"/>
          <w:sz w:val="28"/>
          <w:szCs w:val="28"/>
        </w:rPr>
        <w:t>o‘</w:t>
      </w:r>
      <w:proofErr w:type="gramEnd"/>
      <w:r w:rsidRPr="00FE315E">
        <w:rPr>
          <w:rFonts w:ascii="Times New Roman" w:hAnsi="Times New Roman" w:cs="Times New Roman"/>
          <w:sz w:val="28"/>
          <w:szCs w:val="28"/>
        </w:rPr>
        <w:t>quv kurslari tashkil etiladi va ularning malakasini tekshirish maksadida nazorat musobaqalari o‘tkaziladi.</w:t>
      </w:r>
      <w:r w:rsidRPr="00FE315E">
        <w:rPr>
          <w:rFonts w:ascii="Times New Roman" w:hAnsi="Times New Roman" w:cs="Times New Roman"/>
          <w:sz w:val="28"/>
          <w:szCs w:val="28"/>
        </w:rPr>
        <w:br/>
      </w:r>
      <w:r w:rsidRPr="00FE315E">
        <w:rPr>
          <w:rFonts w:ascii="Times New Roman" w:hAnsi="Times New Roman" w:cs="Times New Roman"/>
          <w:sz w:val="28"/>
          <w:szCs w:val="28"/>
        </w:rPr>
        <w:br/>
        <w:t xml:space="preserve">Xulosa qilganda, yengil atletika bo'yicha milliy musobaqalar tizimi o'z ichiga yuzlab musobaqalarni, minglab ishtirokchilarni hamda sportchilarning professional rivojlanishi uchun zarur bo‘lgan imkoniyatlarni oladi. Ushbu musobaqalar tizimiy ravishda tashkil etiladi va </w:t>
      </w:r>
      <w:proofErr w:type="gramStart"/>
      <w:r w:rsidRPr="00FE315E">
        <w:rPr>
          <w:rFonts w:ascii="Times New Roman" w:hAnsi="Times New Roman" w:cs="Times New Roman"/>
          <w:sz w:val="28"/>
          <w:szCs w:val="28"/>
        </w:rPr>
        <w:t>O‘</w:t>
      </w:r>
      <w:proofErr w:type="gramEnd"/>
      <w:r w:rsidRPr="00FE315E">
        <w:rPr>
          <w:rFonts w:ascii="Times New Roman" w:hAnsi="Times New Roman" w:cs="Times New Roman"/>
          <w:sz w:val="28"/>
          <w:szCs w:val="28"/>
        </w:rPr>
        <w:t>zbekiston yengil atletikasi rivojlanishiga katta hissa qo‘shadi.</w:t>
      </w:r>
    </w:p>
    <w:p w14:paraId="4CBE16A2" w14:textId="77777777" w:rsidR="006A0DCD" w:rsidRPr="00FE315E" w:rsidRDefault="009B219B" w:rsidP="00C71A9D">
      <w:pPr>
        <w:jc w:val="both"/>
        <w:rPr>
          <w:rFonts w:ascii="Times New Roman" w:hAnsi="Times New Roman" w:cs="Times New Roman"/>
          <w:sz w:val="28"/>
          <w:szCs w:val="28"/>
        </w:rPr>
      </w:pPr>
      <w:r w:rsidRPr="00FE315E">
        <w:rPr>
          <w:rFonts w:ascii="Times New Roman" w:hAnsi="Times New Roman" w:cs="Times New Roman"/>
          <w:sz w:val="28"/>
          <w:szCs w:val="28"/>
        </w:rPr>
        <w:br w:type="page"/>
      </w:r>
    </w:p>
    <w:sectPr w:rsidR="006A0DCD" w:rsidRPr="00FE315E" w:rsidSect="00034616">
      <w:pgSz w:w="12240" w:h="15840"/>
      <w:pgMar w:top="1440" w:right="1800" w:bottom="1440" w:left="1800" w:header="720" w:footer="720" w:gutter="0"/>
      <w:pgBorders w:display="firstPage">
        <w:top w:val="double" w:sz="12" w:space="28" w:color="000000"/>
        <w:left w:val="double" w:sz="12" w:space="28" w:color="000000"/>
        <w:bottom w:val="double" w:sz="12" w:space="28" w:color="000000"/>
        <w:right w:val="double" w:sz="12" w:space="28" w:color="00000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2555A" w14:textId="77777777" w:rsidR="00247809" w:rsidRDefault="00247809" w:rsidP="007E1A97">
      <w:pPr>
        <w:spacing w:after="0" w:line="240" w:lineRule="auto"/>
      </w:pPr>
      <w:r>
        <w:separator/>
      </w:r>
    </w:p>
  </w:endnote>
  <w:endnote w:type="continuationSeparator" w:id="0">
    <w:p w14:paraId="2441938F" w14:textId="77777777" w:rsidR="00247809" w:rsidRDefault="00247809" w:rsidP="007E1A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5A66A" w14:textId="77777777" w:rsidR="00247809" w:rsidRDefault="00247809" w:rsidP="007E1A97">
      <w:pPr>
        <w:spacing w:after="0" w:line="240" w:lineRule="auto"/>
      </w:pPr>
      <w:r>
        <w:separator/>
      </w:r>
    </w:p>
  </w:footnote>
  <w:footnote w:type="continuationSeparator" w:id="0">
    <w:p w14:paraId="660936DD" w14:textId="77777777" w:rsidR="00247809" w:rsidRDefault="00247809" w:rsidP="007E1A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53BE"/>
    <w:rsid w:val="00017B2C"/>
    <w:rsid w:val="00034616"/>
    <w:rsid w:val="000354B1"/>
    <w:rsid w:val="0006063C"/>
    <w:rsid w:val="0015074B"/>
    <w:rsid w:val="00175E31"/>
    <w:rsid w:val="00220645"/>
    <w:rsid w:val="00247809"/>
    <w:rsid w:val="00292BD8"/>
    <w:rsid w:val="0029639D"/>
    <w:rsid w:val="002D2D4F"/>
    <w:rsid w:val="00313C4D"/>
    <w:rsid w:val="0032293B"/>
    <w:rsid w:val="00326F90"/>
    <w:rsid w:val="00356291"/>
    <w:rsid w:val="003B0E6B"/>
    <w:rsid w:val="003E4D3C"/>
    <w:rsid w:val="00432566"/>
    <w:rsid w:val="0047227B"/>
    <w:rsid w:val="004B27E2"/>
    <w:rsid w:val="004F597B"/>
    <w:rsid w:val="00503EDA"/>
    <w:rsid w:val="00520055"/>
    <w:rsid w:val="00580645"/>
    <w:rsid w:val="005B2E44"/>
    <w:rsid w:val="005B6843"/>
    <w:rsid w:val="005C158E"/>
    <w:rsid w:val="00662B08"/>
    <w:rsid w:val="00695F67"/>
    <w:rsid w:val="006A0DCD"/>
    <w:rsid w:val="0070754B"/>
    <w:rsid w:val="00716CA0"/>
    <w:rsid w:val="0073190F"/>
    <w:rsid w:val="0073288E"/>
    <w:rsid w:val="00742E15"/>
    <w:rsid w:val="007B1C7D"/>
    <w:rsid w:val="007B7E9C"/>
    <w:rsid w:val="007E1A97"/>
    <w:rsid w:val="00827E62"/>
    <w:rsid w:val="00955DE5"/>
    <w:rsid w:val="009A15B2"/>
    <w:rsid w:val="009B219B"/>
    <w:rsid w:val="009B3ED9"/>
    <w:rsid w:val="009E7159"/>
    <w:rsid w:val="00A14F02"/>
    <w:rsid w:val="00AA1D8D"/>
    <w:rsid w:val="00AF1A01"/>
    <w:rsid w:val="00B07C56"/>
    <w:rsid w:val="00B47730"/>
    <w:rsid w:val="00B558CC"/>
    <w:rsid w:val="00BA08AF"/>
    <w:rsid w:val="00BC7925"/>
    <w:rsid w:val="00BF0D6B"/>
    <w:rsid w:val="00BF4535"/>
    <w:rsid w:val="00BF7222"/>
    <w:rsid w:val="00C13753"/>
    <w:rsid w:val="00C15C79"/>
    <w:rsid w:val="00C3530C"/>
    <w:rsid w:val="00C71A9D"/>
    <w:rsid w:val="00C956AD"/>
    <w:rsid w:val="00CB0664"/>
    <w:rsid w:val="00D05B7C"/>
    <w:rsid w:val="00D33349"/>
    <w:rsid w:val="00D6402D"/>
    <w:rsid w:val="00DF0455"/>
    <w:rsid w:val="00E049C1"/>
    <w:rsid w:val="00E05D38"/>
    <w:rsid w:val="00E1615E"/>
    <w:rsid w:val="00E90C65"/>
    <w:rsid w:val="00EA04D8"/>
    <w:rsid w:val="00EB53BB"/>
    <w:rsid w:val="00EC1D4A"/>
    <w:rsid w:val="00ED7D1C"/>
    <w:rsid w:val="00F91037"/>
    <w:rsid w:val="00F91C7C"/>
    <w:rsid w:val="00FA0C51"/>
    <w:rsid w:val="00FA0CFB"/>
    <w:rsid w:val="00FA35EA"/>
    <w:rsid w:val="00FC693F"/>
    <w:rsid w:val="00FD72F1"/>
    <w:rsid w:val="00FE31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7FD7DF2"/>
  <w14:defaultImageDpi w14:val="300"/>
  <w15:docId w15:val="{E03BF477-C353-3F4D-B850-14668627F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0F476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156082"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156082"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156082"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0A2F4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0F476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156082"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156082" w:themeColor="accent1"/>
    </w:rPr>
  </w:style>
  <w:style w:type="paragraph" w:styleId="aa">
    <w:name w:val="Title"/>
    <w:basedOn w:val="a1"/>
    <w:next w:val="a1"/>
    <w:link w:val="ab"/>
    <w:uiPriority w:val="10"/>
    <w:qFormat/>
    <w:rsid w:val="00FC693F"/>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0A1D30"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156082"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156082"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0A2F4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0A2F4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156082"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156082"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156082" w:themeColor="accent1"/>
      </w:pBdr>
      <w:spacing w:before="200" w:after="280"/>
      <w:ind w:left="936" w:right="936"/>
    </w:pPr>
    <w:rPr>
      <w:b/>
      <w:bCs/>
      <w:i/>
      <w:iCs/>
      <w:color w:val="156082" w:themeColor="accent1"/>
    </w:rPr>
  </w:style>
  <w:style w:type="character" w:customStyle="1" w:styleId="af9">
    <w:name w:val="Выделенная цитата Знак"/>
    <w:basedOn w:val="a2"/>
    <w:link w:val="af8"/>
    <w:uiPriority w:val="30"/>
    <w:rsid w:val="00FC693F"/>
    <w:rPr>
      <w:b/>
      <w:bCs/>
      <w:i/>
      <w:iCs/>
      <w:color w:val="156082"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156082" w:themeColor="accent1"/>
    </w:rPr>
  </w:style>
  <w:style w:type="character" w:styleId="afc">
    <w:name w:val="Subtle Reference"/>
    <w:basedOn w:val="a2"/>
    <w:uiPriority w:val="31"/>
    <w:qFormat/>
    <w:rsid w:val="00FC693F"/>
    <w:rPr>
      <w:smallCaps/>
      <w:color w:val="E97132" w:themeColor="accent2"/>
      <w:u w:val="single"/>
    </w:rPr>
  </w:style>
  <w:style w:type="character" w:styleId="afd">
    <w:name w:val="Intense Reference"/>
    <w:basedOn w:val="a2"/>
    <w:uiPriority w:val="32"/>
    <w:qFormat/>
    <w:rsid w:val="00FC693F"/>
    <w:rPr>
      <w:b/>
      <w:bCs/>
      <w:smallCaps/>
      <w:color w:val="E97132"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2">
    <w:name w:val="Light Shading Accent 2"/>
    <w:basedOn w:val="a3"/>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3">
    <w:name w:val="Light Shading Accent 3"/>
    <w:basedOn w:val="a3"/>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4">
    <w:name w:val="Light Shading Accent 4"/>
    <w:basedOn w:val="a3"/>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5">
    <w:name w:val="Light Shading Accent 5"/>
    <w:basedOn w:val="a3"/>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6">
    <w:name w:val="Light Shading Accent 6"/>
    <w:basedOn w:val="a3"/>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3350</Words>
  <Characters>19100</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22406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AKTIV</cp:lastModifiedBy>
  <cp:revision>2</cp:revision>
  <cp:lastPrinted>2024-12-17T09:00:00Z</cp:lastPrinted>
  <dcterms:created xsi:type="dcterms:W3CDTF">2024-12-17T15:27:00Z</dcterms:created>
  <dcterms:modified xsi:type="dcterms:W3CDTF">2024-12-17T15:27:00Z</dcterms:modified>
  <cp:category/>
</cp:coreProperties>
</file>