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ZAMONAVIY TEXNOLOGIYALARDAN FOYDALANGAN HOLDA YUKLARNI YETKAZIB BERISHNING MAQBUL YO‘NALISHLARINI ANIQLASHNING TAHLIL QILISH METODIKASI</w:t>
      </w:r>
    </w:p>
    <w:p>
      <w:r/>
    </w:p>
    <w:p>
      <w:r/>
    </w:p>
    <w:p>
      <w:r/>
    </w:p>
    <w:p>
      <w:r/>
    </w:p>
    <w:p>
      <w:r/>
    </w:p>
    <w:p>
      <w:r>
        <w:rPr>
          <w:b/>
        </w:rPr>
        <w:br/>
        <w:t>ANNOTATSIYA</w:t>
      </w:r>
    </w:p>
    <w:p>
      <w:r>
        <w:br/>
        <w:t>Mazkur tezisda zamonaviy texnologiyalar yordamida yuklarni yetkazib berishning maqbul yo‘nalishlarini aniqlashning tahlil qilish metodikasi o‘rganilgan. Transport-logistika tizimida optimal marshrutlarni aniqlashda qo‘llaniladigan tahliliy usullar, matematik modellar va axborot texnologiyalarining ahamiyati yoritilgan. Shuningdek, logistika tizimi samaradorligini baholash mezonlari va ularni tahlil qilish usullari ko‘rib chiqilgan.</w:t>
        <w:br/>
      </w:r>
    </w:p>
    <w:p>
      <w:r>
        <w:rPr>
          <w:b/>
        </w:rPr>
        <w:br/>
        <w:t>KIRISH</w:t>
      </w:r>
    </w:p>
    <w:p>
      <w:r>
        <w:br/>
        <w:t>Bugungi kunda transport-logistika tizimida yuklarni samarali yetkazib berish muhim ahamiyat kasb etadi. Transport vositalarining harakatini to‘g‘ri tashkil etish, optimal marshrutlarni tanlash va transport xarajatlarini kamaytirish logistika tizimining asosiy vazifalaridan biridir. Zamonaviy texnologiyalar, xususan GPS, geografik axborot tizimlari (GIS) va logistika dasturlari yordamida transport jarayonlarini tahlil qilish va samarali boshqarish mumkin.</w:t>
        <w:br/>
      </w:r>
    </w:p>
    <w:p>
      <w:r>
        <w:rPr>
          <w:b/>
        </w:rPr>
        <w:br/>
        <w:t>TADQIQOT MAQSADI</w:t>
      </w:r>
    </w:p>
    <w:p>
      <w:r>
        <w:br/>
        <w:t>Tadqiqotning asosiy maqsadi zamonaviy texnologiyalar yordamida yuklarni yetkazib berish marshrutlarini aniqlashning tahlil qilish metodikasini o‘rganish va logistika tizimi samaradorligini oshirishdan iborat.</w:t>
        <w:br/>
      </w:r>
    </w:p>
    <w:p>
      <w:r>
        <w:rPr>
          <w:b/>
        </w:rPr>
        <w:br/>
        <w:t>TADQIQOT OBYEKTI VA PREDMETI</w:t>
      </w:r>
    </w:p>
    <w:p>
      <w:r>
        <w:br/>
        <w:t>Tadqiqot obyekti transport-logistika tizimi hisoblanadi. Tadqiqot predmeti esa yuklarni yetkazib berish marshrutlarini tahlil qilish metodikasi hisoblanadi.</w:t>
        <w:br/>
      </w:r>
    </w:p>
    <w:p>
      <w:r>
        <w:rPr>
          <w:b/>
        </w:rPr>
        <w:br/>
        <w:t>TADQIQOT USULLARI</w:t>
      </w:r>
    </w:p>
    <w:p>
      <w:r>
        <w:br/>
        <w:t>Tadqiqot jarayonida tizimli tahlil, taqqoslash, statistik tahlil, matematik modellashtirish va optimallashtirish usullaridan foydalanildi. Shuningdek, transport vositalarining harakatini tahlil qilishda GPS va GIS texnologiyalaridan foydalanish imkoniyatlari o‘rganildi.</w:t>
        <w:br/>
      </w:r>
    </w:p>
    <w:p>
      <w:r>
        <w:rPr>
          <w:b/>
        </w:rPr>
        <w:br/>
        <w:t>TADQIQOT NATIJALARI</w:t>
      </w:r>
    </w:p>
    <w:p>
      <w:r>
        <w:br/>
        <w:t>Tadqiqot natijalariga ko‘ra, zamonaviy texnologiyalar yordamida transport marshrutlarini tahlil qilish va optimal variantlarni aniqlash transport xarajatlarini kamaytirish va yetkazib berish samaradorligini oshirish imkonini beradi. Tahlil metodikasidan foydalanish logistika tizimining samarali ishlashini ta’minlaydi.</w:t>
        <w:br/>
      </w:r>
    </w:p>
    <w:p>
      <w:r>
        <w:rPr>
          <w:b/>
        </w:rPr>
        <w:br/>
        <w:t>XULOSA</w:t>
      </w:r>
    </w:p>
    <w:p>
      <w:r>
        <w:br/>
        <w:t>Zamonaviy texnologiyalar asosida transport marshrutlarini tahlil qilish logistika tizimini samarali boshqarish imkonini beradi. Tahlil metodikasini to‘g‘ri qo‘llash transport xarajatlarini kamaytirish, vaqtni tejash va logistika tizimi samaradorligini oshirishga xizmat qiladi.</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