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English Grammar Sentences by Tense</w:t>
      </w:r>
    </w:p>
    <w:p>
      <w:r>
        <w:t>This document contains 30 example sentences using different English tenses, including Present, Past, Perfect forms, and Passive Voice. These can be used as reference material or practice examples.</w:t>
        <w:br/>
      </w:r>
    </w:p>
    <w:p>
      <w:pPr>
        <w:pStyle w:val="Heading1"/>
      </w:pPr>
      <w:r>
        <w:t>Present Simple</w:t>
      </w:r>
    </w:p>
    <w:p>
      <w:pPr>
        <w:pStyle w:val="ListNumber"/>
      </w:pPr>
      <w:r>
        <w:t>She goes to school every day.</w:t>
      </w:r>
    </w:p>
    <w:p>
      <w:pPr>
        <w:pStyle w:val="ListNumber"/>
      </w:pPr>
      <w:r>
        <w:t>The Earth moves around the Sun.</w:t>
      </w:r>
    </w:p>
    <w:p>
      <w:pPr>
        <w:pStyle w:val="ListNumber"/>
      </w:pPr>
      <w:r>
        <w:t>My father works in a bank.</w:t>
      </w:r>
    </w:p>
    <w:p>
      <w:pPr>
        <w:pStyle w:val="Heading1"/>
      </w:pPr>
      <w:r>
        <w:t>Present Continuous</w:t>
      </w:r>
    </w:p>
    <w:p>
      <w:pPr>
        <w:pStyle w:val="ListNumber"/>
      </w:pPr>
      <w:r>
        <w:t>They are watching TV now.</w:t>
      </w:r>
    </w:p>
    <w:p>
      <w:pPr>
        <w:pStyle w:val="ListNumber"/>
      </w:pPr>
      <w:r>
        <w:t>She is reading a book at the moment.</w:t>
      </w:r>
    </w:p>
    <w:p>
      <w:pPr>
        <w:pStyle w:val="ListNumber"/>
      </w:pPr>
      <w:r>
        <w:t>We are studying for the exam this week.</w:t>
      </w:r>
    </w:p>
    <w:p>
      <w:pPr>
        <w:pStyle w:val="Heading1"/>
      </w:pPr>
      <w:r>
        <w:t>Past Simple</w:t>
      </w:r>
    </w:p>
    <w:p>
      <w:pPr>
        <w:pStyle w:val="ListNumber"/>
      </w:pPr>
      <w:r>
        <w:t>I visited London last summer.</w:t>
      </w:r>
    </w:p>
    <w:p>
      <w:pPr>
        <w:pStyle w:val="ListNumber"/>
      </w:pPr>
      <w:r>
        <w:t>He bought a new phone yesterday.</w:t>
      </w:r>
    </w:p>
    <w:p>
      <w:pPr>
        <w:pStyle w:val="ListNumber"/>
      </w:pPr>
      <w:r>
        <w:t>They played football in the park.</w:t>
      </w:r>
    </w:p>
    <w:p>
      <w:pPr>
        <w:pStyle w:val="Heading1"/>
      </w:pPr>
      <w:r>
        <w:t>Past Continuous</w:t>
      </w:r>
    </w:p>
    <w:p>
      <w:pPr>
        <w:pStyle w:val="ListNumber"/>
      </w:pPr>
      <w:r>
        <w:t>I was sleeping when the phone rang.</w:t>
      </w:r>
    </w:p>
    <w:p>
      <w:pPr>
        <w:pStyle w:val="ListNumber"/>
      </w:pPr>
      <w:r>
        <w:t>She was cooking dinner at 7 p.m.</w:t>
      </w:r>
    </w:p>
    <w:p>
      <w:pPr>
        <w:pStyle w:val="ListNumber"/>
      </w:pPr>
      <w:r>
        <w:t>They were playing chess while we were talking.</w:t>
      </w:r>
    </w:p>
    <w:p>
      <w:pPr>
        <w:pStyle w:val="Heading1"/>
      </w:pPr>
      <w:r>
        <w:t>Present Perfect</w:t>
      </w:r>
    </w:p>
    <w:p>
      <w:pPr>
        <w:pStyle w:val="ListNumber"/>
      </w:pPr>
      <w:r>
        <w:t>I have already finished my homework.</w:t>
      </w:r>
    </w:p>
    <w:p>
      <w:pPr>
        <w:pStyle w:val="ListNumber"/>
      </w:pPr>
      <w:r>
        <w:t>She has visited Italy three times.</w:t>
      </w:r>
    </w:p>
    <w:p>
      <w:pPr>
        <w:pStyle w:val="ListNumber"/>
      </w:pPr>
      <w:r>
        <w:t>They have never eaten sushi.</w:t>
      </w:r>
    </w:p>
    <w:p>
      <w:pPr>
        <w:pStyle w:val="Heading1"/>
      </w:pPr>
      <w:r>
        <w:t>Present Perfect Continuous</w:t>
      </w:r>
    </w:p>
    <w:p>
      <w:pPr>
        <w:pStyle w:val="ListNumber"/>
      </w:pPr>
      <w:r>
        <w:t>He has been waiting for you for an hour.</w:t>
      </w:r>
    </w:p>
    <w:p>
      <w:pPr>
        <w:pStyle w:val="ListNumber"/>
      </w:pPr>
      <w:r>
        <w:t>We have been learning English since 2020.</w:t>
      </w:r>
    </w:p>
    <w:p>
      <w:pPr>
        <w:pStyle w:val="ListNumber"/>
      </w:pPr>
      <w:r>
        <w:t>She has been working here for five years.</w:t>
      </w:r>
    </w:p>
    <w:p>
      <w:pPr>
        <w:pStyle w:val="Heading1"/>
      </w:pPr>
      <w:r>
        <w:t>Past Perfect Simple</w:t>
      </w:r>
    </w:p>
    <w:p>
      <w:pPr>
        <w:pStyle w:val="ListNumber"/>
      </w:pPr>
      <w:r>
        <w:t>I had finished the project before the deadline.</w:t>
      </w:r>
    </w:p>
    <w:p>
      <w:pPr>
        <w:pStyle w:val="ListNumber"/>
      </w:pPr>
      <w:r>
        <w:t>She had left when I arrived.</w:t>
      </w:r>
    </w:p>
    <w:p>
      <w:pPr>
        <w:pStyle w:val="ListNumber"/>
      </w:pPr>
      <w:r>
        <w:t>They had never seen snow before that winter.</w:t>
      </w:r>
    </w:p>
    <w:p>
      <w:pPr>
        <w:pStyle w:val="Heading1"/>
      </w:pPr>
      <w:r>
        <w:t>Past Perfect Continuous</w:t>
      </w:r>
    </w:p>
    <w:p>
      <w:pPr>
        <w:pStyle w:val="ListNumber"/>
      </w:pPr>
      <w:r>
        <w:t>He had been studying all night before the test.</w:t>
      </w:r>
    </w:p>
    <w:p>
      <w:pPr>
        <w:pStyle w:val="ListNumber"/>
      </w:pPr>
      <w:r>
        <w:t>We had been waiting for two hours before the train came.</w:t>
      </w:r>
    </w:p>
    <w:p>
      <w:pPr>
        <w:pStyle w:val="ListNumber"/>
      </w:pPr>
      <w:r>
        <w:t>She had been working there for ten years before she retired.</w:t>
      </w:r>
    </w:p>
    <w:p>
      <w:pPr>
        <w:pStyle w:val="Heading1"/>
      </w:pPr>
      <w:r>
        <w:t>Passive Voice</w:t>
      </w:r>
    </w:p>
    <w:p>
      <w:pPr>
        <w:pStyle w:val="ListNumber"/>
      </w:pPr>
      <w:r>
        <w:t>The room is cleaned every day.</w:t>
      </w:r>
    </w:p>
    <w:p>
      <w:pPr>
        <w:pStyle w:val="ListNumber"/>
      </w:pPr>
      <w:r>
        <w:t>The letter was sent yesterday.</w:t>
      </w:r>
    </w:p>
    <w:p>
      <w:pPr>
        <w:pStyle w:val="ListNumber"/>
      </w:pPr>
      <w:r>
        <w:t>The cake has been eaten already.</w:t>
      </w:r>
    </w:p>
    <w:p>
      <w:pPr>
        <w:pStyle w:val="ListNumber"/>
      </w:pPr>
      <w:r>
        <w:t>The homework had been finished before 6 p.m.</w:t>
      </w:r>
    </w:p>
    <w:p>
      <w:pPr>
        <w:pStyle w:val="ListNumber"/>
      </w:pPr>
      <w:r>
        <w:t>A new road is being built in our city.</w:t>
      </w:r>
    </w:p>
    <w:p>
      <w:pPr>
        <w:pStyle w:val="ListNumber"/>
      </w:pPr>
      <w:r>
        <w:t>The film will be shown tomorrow.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