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720"/>
      </w:pPr>
    </w:p>
    <w:p>
      <w:pPr>
        <w:keepNext w:val="0"/>
        <w:spacing w:before="240"/>
        <w:jc w:val="center"/>
      </w:pPr>
      <w:r>
        <w:rPr>
          <w:rFonts w:ascii="Times New Roman" w:hAnsi="Times New Roman"/>
          <w:b w:val="0"/>
          <w:i w:val="0"/>
          <w:sz w:val="24"/>
        </w:rPr>
        <w:t>___________________ область _______________ район</w:t>
      </w:r>
    </w:p>
    <w:p>
      <w:pPr>
        <w:keepNext w:val="0"/>
        <w:jc w:val="center"/>
      </w:pPr>
      <w:r>
        <w:rPr>
          <w:rFonts w:ascii="Times New Roman" w:hAnsi="Times New Roman"/>
          <w:b w:val="0"/>
          <w:i w:val="0"/>
          <w:color w:val="C2185B"/>
          <w:sz w:val="24"/>
        </w:rPr>
        <w:t>В ведении отдела дошкольного и школьного образования</w:t>
      </w:r>
    </w:p>
    <w:p>
      <w:pPr>
        <w:keepNext w:val="0"/>
        <w:jc w:val="center"/>
      </w:pPr>
      <w:r>
        <w:rPr>
          <w:rFonts w:ascii="Times New Roman" w:hAnsi="Times New Roman"/>
          <w:b w:val="0"/>
          <w:i w:val="0"/>
          <w:color w:val="C2185B"/>
          <w:sz w:val="24"/>
        </w:rPr>
        <w:t>___ - общеобразовательная школа</w:t>
      </w:r>
    </w:p>
    <w:p>
      <w:pPr>
        <w:keepNext w:val="0"/>
        <w:jc w:val="center"/>
      </w:pPr>
      <w:r>
        <w:rPr>
          <w:rFonts w:ascii="Times New Roman" w:hAnsi="Times New Roman"/>
          <w:b w:val="0"/>
          <w:i w:val="0"/>
          <w:color w:val="C2185B"/>
          <w:sz w:val="24"/>
        </w:rPr>
        <w:t>учителя 2 класса</w:t>
      </w:r>
    </w:p>
    <w:p>
      <w:pPr>
        <w:keepNext w:val="0"/>
        <w:jc w:val="center"/>
      </w:pPr>
      <w:r>
        <w:rPr>
          <w:rFonts w:ascii="Times New Roman" w:hAnsi="Times New Roman"/>
          <w:b w:val="0"/>
          <w:i w:val="0"/>
          <w:sz w:val="24"/>
        </w:rPr>
        <w:t>Marxabo Karimova</w:t>
      </w:r>
    </w:p>
    <w:p>
      <w:pPr>
        <w:keepNext w:val="0"/>
        <w:spacing w:before="280"/>
        <w:jc w:val="center"/>
      </w:pPr>
      <w:r>
        <w:rPr>
          <w:rFonts w:ascii="Times New Roman" w:hAnsi="Times New Roman"/>
          <w:b/>
          <w:i w:val="0"/>
          <w:color w:val="2E7D32"/>
          <w:sz w:val="24"/>
        </w:rPr>
        <w:t>по предмету Математика для 2 класса</w:t>
      </w:r>
    </w:p>
    <w:p>
      <w:pPr>
        <w:keepNext w:val="0"/>
        <w:spacing w:before="200"/>
        <w:jc w:val="center"/>
      </w:pPr>
      <w:r>
        <w:rPr>
          <w:rFonts w:ascii="Comic Sans MS" w:hAnsi="Comic Sans MS"/>
          <w:b/>
          <w:i w:val="0"/>
          <w:color w:val="C62828"/>
          <w:sz w:val="32"/>
        </w:rPr>
        <w:t>«Повторение изученного»</w:t>
      </w:r>
    </w:p>
    <w:p>
      <w:pPr>
        <w:keepNext w:val="0"/>
        <w:spacing w:before="240"/>
        <w:jc w:val="center"/>
      </w:pPr>
      <w:r>
        <w:rPr>
          <w:rFonts w:ascii="Comic Sans MS" w:hAnsi="Comic Sans MS"/>
          <w:b/>
          <w:i w:val="0"/>
          <w:color w:val="E65100"/>
          <w:sz w:val="60"/>
        </w:rPr>
        <w:t>ПЛАН УРОКА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31920" cy="214468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51fcc24-00a8-4976-836c-2a7d9b4c14eb_0_65d5101a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1920" cy="21446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pageBreakBefore/>
      </w:pPr>
      <w:r>
        <w:rPr>
          <w:rFonts w:ascii="Times New Roman" w:hAnsi="Times New Roman"/>
          <w:b w:val="0"/>
          <w:i w:val="0"/>
          <w:sz w:val="24"/>
        </w:rPr>
        <w:t>Дата:________________________________</w:t>
      </w:r>
    </w:p>
    <w:p>
      <w:r>
        <w:rPr>
          <w:rFonts w:ascii="Times New Roman" w:hAnsi="Times New Roman"/>
          <w:b/>
          <w:sz w:val="24"/>
        </w:rPr>
        <w:t xml:space="preserve">Тема: </w:t>
      </w:r>
      <w:r>
        <w:rPr>
          <w:rFonts w:ascii="Times New Roman" w:hAnsi="Times New Roman"/>
          <w:b w:val="0"/>
          <w:i w:val="0"/>
          <w:sz w:val="24"/>
        </w:rPr>
        <w:t>Повторение изученного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1976D2"/>
          <w:sz w:val="24"/>
        </w:rPr>
        <w:t>Цель урока:</w:t>
      </w:r>
    </w:p>
    <w:p>
      <w:r>
        <w:rPr>
          <w:rFonts w:ascii="Times New Roman" w:hAnsi="Times New Roman"/>
          <w:b/>
          <w:sz w:val="24"/>
        </w:rPr>
        <w:t xml:space="preserve">Образовательная: </w:t>
      </w:r>
      <w:r>
        <w:rPr>
          <w:rFonts w:ascii="Times New Roman" w:hAnsi="Times New Roman"/>
          <w:b w:val="0"/>
          <w:i w:val="0"/>
          <w:sz w:val="24"/>
        </w:rPr>
        <w:t>Закрепить и систематизировать знания учащихся по пройденным темам математики, развивая вычислительные навыки и логическое мышление.</w:t>
      </w:r>
    </w:p>
    <w:p>
      <w:r>
        <w:rPr>
          <w:rFonts w:ascii="Times New Roman" w:hAnsi="Times New Roman"/>
          <w:b/>
          <w:sz w:val="24"/>
        </w:rPr>
        <w:t xml:space="preserve">Воспитательная: </w:t>
      </w:r>
      <w:r>
        <w:rPr>
          <w:rFonts w:ascii="Times New Roman" w:hAnsi="Times New Roman"/>
          <w:b w:val="0"/>
          <w:i w:val="0"/>
          <w:sz w:val="24"/>
        </w:rPr>
        <w:t>Воспитывать у учащихся интерес к предмету математики, аккуратность при выполнении заданий и умение работать в коллективе.</w:t>
      </w:r>
    </w:p>
    <w:p>
      <w:r>
        <w:rPr>
          <w:rFonts w:ascii="Times New Roman" w:hAnsi="Times New Roman"/>
          <w:b/>
          <w:sz w:val="24"/>
        </w:rPr>
        <w:t xml:space="preserve">Развивающая: </w:t>
      </w:r>
      <w:r>
        <w:rPr>
          <w:rFonts w:ascii="Times New Roman" w:hAnsi="Times New Roman"/>
          <w:b w:val="0"/>
          <w:i w:val="0"/>
          <w:sz w:val="24"/>
        </w:rPr>
        <w:t>Развивать у учащихся математическую речь, внимание, память и способность анализировать и сравнивать математические объекты.</w:t>
      </w:r>
    </w:p>
    <w:p>
      <w:pPr>
        <w:spacing w:before="120"/>
      </w:pPr>
      <w:r>
        <w:rPr>
          <w:rFonts w:ascii="Times New Roman" w:hAnsi="Times New Roman"/>
          <w:b/>
          <w:sz w:val="24"/>
        </w:rPr>
        <w:t xml:space="preserve">Тип урока: </w:t>
      </w:r>
      <w:r>
        <w:rPr>
          <w:rFonts w:ascii="Times New Roman" w:hAnsi="Times New Roman"/>
          <w:b w:val="0"/>
          <w:i w:val="0"/>
          <w:sz w:val="24"/>
        </w:rPr>
        <w:t>Урок закрепления знаний</w:t>
      </w:r>
    </w:p>
    <w:p>
      <w:r>
        <w:rPr>
          <w:rFonts w:ascii="Times New Roman" w:hAnsi="Times New Roman"/>
          <w:b/>
          <w:sz w:val="24"/>
        </w:rPr>
        <w:t xml:space="preserve">Методы: </w:t>
      </w:r>
      <w:r>
        <w:rPr>
          <w:rFonts w:ascii="Times New Roman" w:hAnsi="Times New Roman"/>
          <w:b w:val="0"/>
          <w:i w:val="0"/>
          <w:sz w:val="24"/>
        </w:rPr>
        <w:t>Устный опрос, Практическая работа, Игровой метод</w:t>
      </w:r>
    </w:p>
    <w:p>
      <w:r>
        <w:rPr>
          <w:rFonts w:ascii="Times New Roman" w:hAnsi="Times New Roman"/>
          <w:b/>
          <w:sz w:val="24"/>
        </w:rPr>
        <w:t xml:space="preserve">Оборудование: </w:t>
      </w:r>
      <w:r>
        <w:rPr>
          <w:rFonts w:ascii="Times New Roman" w:hAnsi="Times New Roman"/>
          <w:b w:val="0"/>
          <w:i w:val="0"/>
          <w:sz w:val="24"/>
        </w:rPr>
        <w:t>Учебник, Рабочая тетрадь, Карточки с заданиями, Наглядные пособия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1976D2"/>
          <w:sz w:val="24"/>
        </w:rPr>
        <w:t>Ожидаемые результаты:</w:t>
      </w:r>
    </w:p>
    <w:p>
      <w:r>
        <w:rPr>
          <w:rFonts w:ascii="Times New Roman" w:hAnsi="Times New Roman"/>
          <w:b/>
          <w:sz w:val="24"/>
        </w:rPr>
        <w:t xml:space="preserve">Учитель: </w:t>
      </w:r>
      <w:r>
        <w:rPr>
          <w:rFonts w:ascii="Times New Roman" w:hAnsi="Times New Roman"/>
          <w:b w:val="0"/>
          <w:i w:val="0"/>
          <w:sz w:val="24"/>
        </w:rPr>
        <w:t>Учитель проведет урок, используя разнообразные методы и приемы для активного вовлечения учеников. Учитель сможет оценить уровень усвоения материала каждым учеником.</w:t>
      </w:r>
    </w:p>
    <w:p>
      <w:r>
        <w:rPr>
          <w:rFonts w:ascii="Times New Roman" w:hAnsi="Times New Roman"/>
          <w:b/>
          <w:sz w:val="24"/>
        </w:rPr>
        <w:t xml:space="preserve">Ученик: </w:t>
      </w:r>
      <w:r>
        <w:rPr>
          <w:rFonts w:ascii="Times New Roman" w:hAnsi="Times New Roman"/>
          <w:b w:val="0"/>
          <w:i w:val="0"/>
          <w:sz w:val="24"/>
        </w:rPr>
        <w:t>Ученики смогут применять полученные знания для решения задач и примеров. Ученики продемонстрируют понимание пройденного материала и улучшат свои навыки счета.</w:t>
      </w:r>
    </w:p>
    <w:p>
      <w:pPr>
        <w:keepNext/>
        <w:spacing w:before="200"/>
      </w:pPr>
      <w:r>
        <w:rPr>
          <w:rFonts w:ascii="Times New Roman" w:hAnsi="Times New Roman"/>
          <w:b/>
          <w:i w:val="0"/>
          <w:color w:val="1976D2"/>
          <w:sz w:val="24"/>
        </w:rPr>
        <w:t>Ход урока: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05"/>
        <w:gridCol w:w="3105"/>
        <w:gridCol w:w="3105"/>
      </w:tblGrid>
      <w:tr>
        <w:tc>
          <w:tcPr>
            <w:tcW w:type="dxa" w:w="3105"/>
            <w:shd w:val="clear" w:fill="FFE0B2"/>
          </w:tcPr>
          <w:p>
            <w:r>
              <w:rPr>
                <w:b/>
                <w:color w:val="1976D2"/>
              </w:rPr>
              <w:t>№</w:t>
            </w:r>
          </w:p>
        </w:tc>
        <w:tc>
          <w:tcPr>
            <w:tcW w:type="dxa" w:w="3105"/>
            <w:shd w:val="clear" w:fill="FFE0B2"/>
          </w:tcPr>
          <w:p>
            <w:r>
              <w:rPr>
                <w:b/>
                <w:color w:val="1976D2"/>
              </w:rPr>
              <w:t>Этап</w:t>
            </w:r>
          </w:p>
        </w:tc>
        <w:tc>
          <w:tcPr>
            <w:tcW w:type="dxa" w:w="3105"/>
            <w:shd w:val="clear" w:fill="FFE0B2"/>
          </w:tcPr>
          <w:p>
            <w:r>
              <w:rPr>
                <w:b/>
                <w:color w:val="1976D2"/>
              </w:rPr>
              <w:t>Время</w:t>
            </w:r>
          </w:p>
        </w:tc>
      </w:tr>
      <w:tr>
        <w:tc>
          <w:tcPr>
            <w:tcW w:type="dxa" w:w="3105"/>
            <w:shd w:val="clear" w:fill="FFF8E1"/>
          </w:tcPr>
          <w:p>
            <w:r>
              <w:t>1</w:t>
            </w:r>
          </w:p>
        </w:tc>
        <w:tc>
          <w:tcPr>
            <w:tcW w:type="dxa" w:w="3105"/>
            <w:shd w:val="clear" w:fill="FFF8E1"/>
          </w:tcPr>
          <w:p>
            <w:r>
              <w:rPr>
                <w:rFonts w:ascii="Times New Roman" w:hAnsi="Times New Roman"/>
                <w:b w:val="0"/>
                <w:i w:val="0"/>
                <w:sz w:val="24"/>
              </w:rPr>
              <w:t>Организационная часть</w:t>
            </w:r>
          </w:p>
        </w:tc>
        <w:tc>
          <w:tcPr>
            <w:tcW w:type="dxa" w:w="3105"/>
            <w:shd w:val="clear" w:fill="FFF8E1"/>
          </w:tcPr>
          <w:p>
            <w:r>
              <w:t>3 минут</w:t>
            </w:r>
          </w:p>
        </w:tc>
      </w:tr>
      <w:tr>
        <w:tc>
          <w:tcPr>
            <w:tcW w:type="dxa" w:w="3105"/>
          </w:tcPr>
          <w:p>
            <w:r>
              <w:t>2</w:t>
            </w:r>
          </w:p>
        </w:tc>
        <w:tc>
          <w:tcPr>
            <w:tcW w:type="dxa" w:w="3105"/>
          </w:tcPr>
          <w:p>
            <w:r>
              <w:rPr>
                <w:rFonts w:ascii="Times New Roman" w:hAnsi="Times New Roman"/>
                <w:b w:val="0"/>
                <w:i w:val="0"/>
                <w:sz w:val="24"/>
              </w:rPr>
              <w:t>Закрепление пройденной темы</w:t>
            </w:r>
          </w:p>
        </w:tc>
        <w:tc>
          <w:tcPr>
            <w:tcW w:type="dxa" w:w="3105"/>
          </w:tcPr>
          <w:p>
            <w:r>
              <w:t>15 минут</w:t>
            </w:r>
          </w:p>
        </w:tc>
      </w:tr>
      <w:tr>
        <w:tc>
          <w:tcPr>
            <w:tcW w:type="dxa" w:w="3105"/>
            <w:shd w:val="clear" w:fill="FFF8E1"/>
          </w:tcPr>
          <w:p>
            <w:r>
              <w:t>3</w:t>
            </w:r>
          </w:p>
        </w:tc>
        <w:tc>
          <w:tcPr>
            <w:tcW w:type="dxa" w:w="3105"/>
            <w:shd w:val="clear" w:fill="FFF8E1"/>
          </w:tcPr>
          <w:p>
            <w:r>
              <w:rPr>
                <w:rFonts w:ascii="Times New Roman" w:hAnsi="Times New Roman"/>
                <w:b w:val="0"/>
                <w:i w:val="0"/>
                <w:sz w:val="24"/>
              </w:rPr>
              <w:t>Изложение новой темы</w:t>
            </w:r>
          </w:p>
        </w:tc>
        <w:tc>
          <w:tcPr>
            <w:tcW w:type="dxa" w:w="3105"/>
            <w:shd w:val="clear" w:fill="FFF8E1"/>
          </w:tcPr>
          <w:p>
            <w:r>
              <w:t>0 минут</w:t>
            </w:r>
          </w:p>
        </w:tc>
      </w:tr>
      <w:tr>
        <w:tc>
          <w:tcPr>
            <w:tcW w:type="dxa" w:w="3105"/>
          </w:tcPr>
          <w:p>
            <w:r>
              <w:t>4</w:t>
            </w:r>
          </w:p>
        </w:tc>
        <w:tc>
          <w:tcPr>
            <w:tcW w:type="dxa" w:w="3105"/>
          </w:tcPr>
          <w:p>
            <w:r>
              <w:rPr>
                <w:rFonts w:ascii="Times New Roman" w:hAnsi="Times New Roman"/>
                <w:b w:val="0"/>
                <w:i w:val="0"/>
                <w:sz w:val="24"/>
              </w:rPr>
              <w:t>Закрепление новой темы</w:t>
            </w:r>
          </w:p>
        </w:tc>
        <w:tc>
          <w:tcPr>
            <w:tcW w:type="dxa" w:w="3105"/>
          </w:tcPr>
          <w:p>
            <w:r>
              <w:t>15 минут</w:t>
            </w:r>
          </w:p>
        </w:tc>
      </w:tr>
      <w:tr>
        <w:tc>
          <w:tcPr>
            <w:tcW w:type="dxa" w:w="3105"/>
            <w:shd w:val="clear" w:fill="FFF8E1"/>
          </w:tcPr>
          <w:p>
            <w:r>
              <w:t>5</w:t>
            </w:r>
          </w:p>
        </w:tc>
        <w:tc>
          <w:tcPr>
            <w:tcW w:type="dxa" w:w="3105"/>
            <w:shd w:val="clear" w:fill="FFF8E1"/>
          </w:tcPr>
          <w:p>
            <w:r>
              <w:rPr>
                <w:rFonts w:ascii="Times New Roman" w:hAnsi="Times New Roman"/>
                <w:b w:val="0"/>
                <w:i w:val="0"/>
                <w:sz w:val="24"/>
              </w:rPr>
              <w:t>Поощрение учащихся. Завершение урока.</w:t>
            </w:r>
          </w:p>
        </w:tc>
        <w:tc>
          <w:tcPr>
            <w:tcW w:type="dxa" w:w="3105"/>
            <w:shd w:val="clear" w:fill="FFF8E1"/>
          </w:tcPr>
          <w:p>
            <w:r>
              <w:t>7 минут</w:t>
            </w:r>
          </w:p>
        </w:tc>
      </w:tr>
      <w:tr>
        <w:tc>
          <w:tcPr>
            <w:tcW w:type="dxa" w:w="3105"/>
          </w:tcPr>
          <w:p>
            <w:r>
              <w:t>6</w:t>
            </w:r>
          </w:p>
        </w:tc>
        <w:tc>
          <w:tcPr>
            <w:tcW w:type="dxa" w:w="3105"/>
          </w:tcPr>
          <w:p>
            <w:r>
              <w:rPr>
                <w:rFonts w:ascii="Times New Roman" w:hAnsi="Times New Roman"/>
                <w:b w:val="0"/>
                <w:i w:val="0"/>
                <w:sz w:val="24"/>
              </w:rPr>
              <w:t>Домашнее задание</w:t>
            </w:r>
          </w:p>
        </w:tc>
        <w:tc>
          <w:tcPr>
            <w:tcW w:type="dxa" w:w="3105"/>
          </w:tcPr>
          <w:p>
            <w:r>
              <w:t>5 минут</w:t>
            </w:r>
          </w:p>
        </w:tc>
      </w:tr>
      <w:tr>
        <w:tc>
          <w:tcPr>
            <w:tcW w:type="dxa" w:w="3105"/>
          </w:tcPr>
          <w:p/>
        </w:tc>
        <w:tc>
          <w:tcPr>
            <w:tcW w:type="dxa" w:w="3105"/>
          </w:tcPr>
          <w:p>
            <w:r>
              <w:rPr>
                <w:b/>
              </w:rPr>
              <w:t>Всего</w:t>
            </w:r>
          </w:p>
        </w:tc>
        <w:tc>
          <w:tcPr>
            <w:tcW w:type="dxa" w:w="3105"/>
          </w:tcPr>
          <w:p>
            <w:r>
              <w:rPr>
                <w:b/>
              </w:rPr>
              <w:t>45 минут</w:t>
            </w:r>
          </w:p>
        </w:tc>
      </w:tr>
    </w:tbl>
    <w:p>
      <w:pPr>
        <w:keepNext/>
        <w:spacing w:before="280"/>
      </w:pPr>
      <w:r>
        <w:rPr>
          <w:rFonts w:ascii="Times New Roman" w:hAnsi="Times New Roman"/>
          <w:b/>
          <w:i w:val="0"/>
          <w:color w:val="C62828"/>
          <w:sz w:val="26"/>
        </w:rPr>
        <w:t>I. Организационная часть</w:t>
      </w: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>Приветствие, проверка посещаемости, подготовка учащихся к уроку.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570"/>
        <w:gridCol w:w="3744"/>
      </w:tblGrid>
      <w:tr>
        <w:tc>
          <w:tcPr>
            <w:tcW w:type="dxa" w:w="5570"/>
            <w:vAlign w:val="center"/>
          </w:tcPr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Здравствуйте, ребята, мои дорогие!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Сегодня урок математики у нас.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Повторим всё, что знаем, всё, что смогли,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Чтобы знания крепли, словно град!</w:t>
            </w:r>
          </w:p>
        </w:tc>
        <w:tc>
          <w:tcPr>
            <w:tcW w:type="dxa" w:w="3744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94560" cy="1197033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951fcc24-00a8-4976-836c-2a7d9b4c14eb_3_35cc34ac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119703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80"/>
      </w:pPr>
    </w:p>
    <w:p>
      <w:pPr>
        <w:keepNext/>
        <w:spacing w:before="280"/>
      </w:pPr>
      <w:r>
        <w:rPr>
          <w:rFonts w:ascii="Times New Roman" w:hAnsi="Times New Roman"/>
          <w:b/>
          <w:i w:val="0"/>
          <w:color w:val="1565C0"/>
          <w:sz w:val="26"/>
        </w:rPr>
        <w:t>II. Закрепление пройденной темы</w:t>
      </w: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>Знания и навыки учащихся проверяются вопросами, спрашивается домашнее задание, учащиеся оцениваются.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744"/>
        <w:gridCol w:w="5570"/>
      </w:tblGrid>
      <w:tr>
        <w:tc>
          <w:tcPr>
            <w:tcW w:type="dxa" w:w="3744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94560" cy="1197033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951fcc24-00a8-4976-836c-2a7d9b4c14eb_7_c04ac317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119703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570"/>
            <w:vAlign w:val="center"/>
          </w:tcPr>
          <w:p>
            <w:pPr>
              <w:keepNext/>
              <w:jc w:val="center"/>
            </w:pPr>
            <w:r>
              <w:rPr>
                <w:rFonts w:ascii="Times New Roman" w:hAnsi="Times New Roman"/>
                <w:b/>
                <w:i/>
                <w:color w:val="C62828"/>
                <w:sz w:val="24"/>
              </w:rPr>
              <w:t>Весёлая минутка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Руки вверх, потянись!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Раз, два, три – улыбнись!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Хлоп-хлоп-хлоп, потопаем!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И обратно сядем!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Раз, два, три – мы готовы!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К новым знаниям снова!</w:t>
            </w:r>
          </w:p>
        </w:tc>
      </w:tr>
    </w:tbl>
    <w:p>
      <w:pPr>
        <w:spacing w:before="0" w:after="80"/>
      </w:pPr>
    </w:p>
    <w:p>
      <w:pPr>
        <w:keepNext/>
        <w:spacing w:before="280"/>
      </w:pPr>
      <w:r>
        <w:rPr>
          <w:rFonts w:ascii="Times New Roman" w:hAnsi="Times New Roman"/>
          <w:b/>
          <w:i w:val="0"/>
          <w:color w:val="2E7D32"/>
          <w:sz w:val="26"/>
        </w:rPr>
        <w:t>III. Изложение новой темы</w:t>
      </w: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 xml:space="preserve">Здравствуйте, ребята! Сегодня мы с вами продолжим наше путешествие в мир математики. Наш урок посвящен </w:t>
      </w:r>
      <w:r>
        <w:rPr>
          <w:rFonts w:ascii="Times New Roman" w:hAnsi="Times New Roman"/>
          <w:b/>
          <w:i w:val="0"/>
          <w:color w:val="C2185B"/>
          <w:sz w:val="24"/>
        </w:rPr>
        <w:t>повторению изученного</w:t>
      </w:r>
      <w:r>
        <w:rPr>
          <w:rFonts w:ascii="Times New Roman" w:hAnsi="Times New Roman"/>
          <w:b w:val="0"/>
          <w:i w:val="0"/>
          <w:sz w:val="24"/>
        </w:rPr>
        <w:t xml:space="preserve">. Мы освежим наши знания по теме </w:t>
      </w:r>
      <w:r>
        <w:rPr>
          <w:rFonts w:ascii="Times New Roman" w:hAnsi="Times New Roman"/>
          <w:b/>
          <w:i w:val="0"/>
          <w:color w:val="C2185B"/>
          <w:sz w:val="24"/>
        </w:rPr>
        <w:t>«Сложение и вычитание чисел»</w:t>
      </w:r>
      <w:r>
        <w:rPr>
          <w:rFonts w:ascii="Times New Roman" w:hAnsi="Times New Roman"/>
          <w:b w:val="0"/>
          <w:i w:val="0"/>
          <w:sz w:val="24"/>
        </w:rPr>
        <w:t>, которые мы изучали ранее. Это очень важная тема, ведь умение быстро и правильно складывать и вычитать числа пригодится нам во многих жизненных ситуациях, например, когда мы идем в магазин за покупками или считаем, сколько времени осталось до конца урока.</w:t>
      </w: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 xml:space="preserve">Итак, давайте вспомним, что такое </w:t>
      </w:r>
      <w:r>
        <w:rPr>
          <w:rFonts w:ascii="Times New Roman" w:hAnsi="Times New Roman"/>
          <w:b/>
          <w:i w:val="0"/>
          <w:color w:val="C2185B"/>
          <w:sz w:val="24"/>
        </w:rPr>
        <w:t>сложение</w:t>
      </w:r>
      <w:r>
        <w:rPr>
          <w:rFonts w:ascii="Times New Roman" w:hAnsi="Times New Roman"/>
          <w:b w:val="0"/>
          <w:i w:val="0"/>
          <w:sz w:val="24"/>
        </w:rPr>
        <w:t xml:space="preserve"> и </w:t>
      </w:r>
      <w:r>
        <w:rPr>
          <w:rFonts w:ascii="Times New Roman" w:hAnsi="Times New Roman"/>
          <w:b/>
          <w:i w:val="0"/>
          <w:color w:val="C2185B"/>
          <w:sz w:val="24"/>
        </w:rPr>
        <w:t>вычитание</w:t>
      </w:r>
      <w:r>
        <w:rPr>
          <w:rFonts w:ascii="Times New Roman" w:hAnsi="Times New Roman"/>
          <w:b w:val="0"/>
          <w:i w:val="0"/>
          <w:sz w:val="24"/>
        </w:rPr>
        <w:t xml:space="preserve">. Сложение – это когда мы объединяем два или несколько чисел, чтобы узнать, сколько их стало всего. Это действие обозначается знаком </w:t>
      </w:r>
      <w:r>
        <w:rPr>
          <w:rFonts w:ascii="Times New Roman" w:hAnsi="Times New Roman"/>
          <w:b/>
          <w:i w:val="0"/>
          <w:color w:val="C2185B"/>
          <w:sz w:val="24"/>
        </w:rPr>
        <w:t>плюс (+)</w:t>
      </w:r>
      <w:r>
        <w:rPr>
          <w:rFonts w:ascii="Times New Roman" w:hAnsi="Times New Roman"/>
          <w:b w:val="0"/>
          <w:i w:val="0"/>
          <w:sz w:val="24"/>
        </w:rPr>
        <w:t xml:space="preserve">. Вычитание – это когда мы из большего числа убираем меньшее, чтобы узнать, сколько осталось. Это действие обозначается знаком </w:t>
      </w:r>
      <w:r>
        <w:rPr>
          <w:rFonts w:ascii="Times New Roman" w:hAnsi="Times New Roman"/>
          <w:b/>
          <w:i w:val="0"/>
          <w:color w:val="C2185B"/>
          <w:sz w:val="24"/>
        </w:rPr>
        <w:t>минус (-)</w:t>
      </w:r>
      <w:r>
        <w:rPr>
          <w:rFonts w:ascii="Times New Roman" w:hAnsi="Times New Roman"/>
          <w:b w:val="0"/>
          <w:i w:val="0"/>
          <w:sz w:val="24"/>
        </w:rPr>
        <w:t>. Например, если у нас было 5 яблок, и мы добавили еще 3, то всего стало 8 яблок (5 + 3 = 8). А если из 8 яблок мы съели 2, то осталось 6 яблок (8 - 2 = 6).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14"/>
      </w:tblGrid>
      <w:tr>
        <w:tc>
          <w:tcPr>
            <w:tcW w:type="dxa" w:w="9314"/>
            <w:shd w:val="clear" w:fill="FFF59D"/>
          </w:tcPr>
          <w:p>
            <w:r>
              <w:rPr>
                <w:rFonts w:ascii="Times New Roman" w:hAnsi="Times New Roman"/>
                <w:b/>
                <w:i w:val="0"/>
                <w:color w:val="E65100"/>
                <w:sz w:val="24"/>
              </w:rPr>
              <w:t>Ключевые термины</w:t>
            </w:r>
          </w:p>
          <w:p>
            <w:pPr>
              <w:keepNext w:val="0"/>
            </w:pP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Сложение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 — Действие, при котором два или несколько чисел объединяются для нахождения их общей суммы.</w:t>
            </w:r>
          </w:p>
          <w:p>
            <w:pPr>
              <w:keepNext w:val="0"/>
            </w:pP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Вычитание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 — Действие, при котором из одного числа вычитается другое для нахождения остатка.</w:t>
            </w:r>
          </w:p>
          <w:p>
            <w:pPr>
              <w:keepNext w:val="0"/>
            </w:pP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Компоненты сложения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 — Первое слагаемое, второе слагаемое, сумма.</w:t>
            </w:r>
          </w:p>
          <w:p>
            <w:pPr>
              <w:keepNext w:val="0"/>
            </w:pP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Компоненты вычитания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 — Уменьшаемое, вычитаемое, разность.</w:t>
            </w:r>
          </w:p>
          <w:p>
            <w:pPr>
              <w:keepNext w:val="0"/>
            </w:pP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Числа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 — Математические объекты, используемые для счета, измерения и маркировки.</w:t>
            </w:r>
          </w:p>
        </w:tc>
      </w:tr>
    </w:tbl>
    <w:p>
      <w:pPr>
        <w:spacing w:before="0" w:after="80"/>
      </w:pP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>Давайте рассмотрим пример: 9 + 23. Чтобы решить этот пример, мы можем сложить десятки и единицы отдельно. 9 плюс 3 единицы будет 12. Затем 12 плюс 2 десятка будет 32. Или же, мы можем представить 23 как 10 + 13. Тогда 9 + 10 = 19, и 19 + 13 = 32. Другой способ: 9 + 23 = (9 + 1) + 22 = 10 + 22 = 32. Или 9 + 23 = 9 + (1 + 22) = (9+1) + 22 = 10 + 22 = 32. Правило такое: чтобы прибавить двузначное число к однозначному, можно прибавить единицы к единицам, а затем прибавить десятки. Например: 8 + 17 = 8 + (7 + 10) = (8 + 7) + 10 = 15 + 10 = 25.</w:t>
      </w:r>
    </w:p>
    <w:p>
      <w:pPr>
        <w:keepNext/>
        <w:spacing w:before="160"/>
      </w:pPr>
      <w:r>
        <w:rPr>
          <w:rFonts w:ascii="Times New Roman" w:hAnsi="Times New Roman"/>
          <w:b/>
          <w:i w:val="0"/>
          <w:color w:val="C2185B"/>
          <w:sz w:val="24"/>
        </w:rPr>
        <w:t>Примеры на сложение и вычитание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657"/>
        <w:gridCol w:w="4657"/>
      </w:tblGrid>
      <w:tr>
        <w:tc>
          <w:tcPr>
            <w:tcW w:type="dxa" w:w="4657"/>
            <w:shd w:val="clear" w:fill="FFB74D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i w:val="0"/>
                <w:sz w:val="24"/>
              </w:rPr>
              <w:t>Сложение</w:t>
            </w:r>
          </w:p>
        </w:tc>
        <w:tc>
          <w:tcPr>
            <w:tcW w:type="dxa" w:w="4657"/>
            <w:shd w:val="clear" w:fill="81C784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i w:val="0"/>
                <w:sz w:val="24"/>
              </w:rPr>
              <w:t>Вычитание</w:t>
            </w:r>
          </w:p>
        </w:tc>
      </w:tr>
      <w:tr>
        <w:tc>
          <w:tcPr>
            <w:tcW w:type="dxa" w:w="4657"/>
            <w:shd w:val="clear" w:fill="FFF3E0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2+49</w:t>
            </w:r>
          </w:p>
        </w:tc>
        <w:tc>
          <w:tcPr>
            <w:tcW w:type="dxa" w:w="4657"/>
            <w:shd w:val="clear" w:fill="E8F5E9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80-15</w:t>
            </w:r>
          </w:p>
        </w:tc>
      </w:tr>
      <w:tr>
        <w:tc>
          <w:tcPr>
            <w:tcW w:type="dxa" w:w="4657"/>
            <w:shd w:val="clear" w:fill="FFF3E0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9+34</w:t>
            </w:r>
          </w:p>
        </w:tc>
        <w:tc>
          <w:tcPr>
            <w:tcW w:type="dxa" w:w="4657"/>
            <w:shd w:val="clear" w:fill="E8F5E9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70-25</w:t>
            </w:r>
          </w:p>
        </w:tc>
      </w:tr>
      <w:tr>
        <w:tc>
          <w:tcPr>
            <w:tcW w:type="dxa" w:w="4657"/>
            <w:shd w:val="clear" w:fill="FFF3E0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28+6</w:t>
            </w:r>
          </w:p>
        </w:tc>
        <w:tc>
          <w:tcPr>
            <w:tcW w:type="dxa" w:w="4657"/>
            <w:shd w:val="clear" w:fill="E8F5E9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40-19</w:t>
            </w:r>
          </w:p>
        </w:tc>
      </w:tr>
      <w:tr>
        <w:tc>
          <w:tcPr>
            <w:tcW w:type="dxa" w:w="4657"/>
            <w:shd w:val="clear" w:fill="FFF3E0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50+13</w:t>
            </w:r>
          </w:p>
        </w:tc>
        <w:tc>
          <w:tcPr>
            <w:tcW w:type="dxa" w:w="4657"/>
            <w:shd w:val="clear" w:fill="E8F5E9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68-4</w:t>
            </w:r>
          </w:p>
        </w:tc>
      </w:tr>
    </w:tbl>
    <w:p>
      <w:pPr>
        <w:spacing w:before="0" w:after="80"/>
      </w:pP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>Например, решим задачу: «Было 90 штук. Продали 28 штук. Сколько осталось?» Мы должны выполнить вычитание: 90 - 28. Чтобы это сделать, мы можем разложить 28 на 20 и 8. Тогда 90 - 20 = 70. А потом 70 - 8 = 62. Значит, осталось 62 штуки. Важно помнить, что при вычитании из круглого числа, например, 90, мы можем «занять» десяток. 90 – это 8 десятков и 10 единиц. Тогда 10 – 8 = 2 единицы, и 8 десятков – 2 десятка = 6 десятков. Итого 62.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14"/>
      </w:tblGrid>
      <w:tr>
        <w:tc>
          <w:tcPr>
            <w:tcW w:type="dxa" w:w="9314"/>
            <w:shd w:val="clear" w:fill="FFF59D"/>
          </w:tcPr>
          <w:p>
            <w:r>
              <w:rPr>
                <w:rFonts w:ascii="Times New Roman" w:hAnsi="Times New Roman"/>
                <w:b/>
                <w:i w:val="0"/>
                <w:color w:val="E65100"/>
                <w:sz w:val="24"/>
              </w:rPr>
              <w:t>А знаете ли вы?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Знаете ли вы, что самая большая цифра, которую можно использовать в математике — это бесконечность? Она обозначается специальным символом ∞ и означает, что число не имеет конца.</w:t>
            </w:r>
          </w:p>
        </w:tc>
      </w:tr>
    </w:tbl>
    <w:p>
      <w:pPr>
        <w:spacing w:before="0" w:after="80"/>
      </w:pP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1. </w:t>
      </w:r>
      <w:r>
        <w:rPr>
          <w:rFonts w:ascii="Times New Roman" w:hAnsi="Times New Roman"/>
          <w:b w:val="0"/>
          <w:i w:val="0"/>
          <w:sz w:val="24"/>
        </w:rPr>
        <w:t>У какого числа количество единиц на 2 больше, чем количество десятков?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37 49 16 28 57 45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37 (7 единиц на 2 больше 3 десятков), 57 (7 единиц на 2 больше 5 десятков).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2. </w:t>
      </w:r>
      <w:r>
        <w:rPr>
          <w:rFonts w:ascii="Times New Roman" w:hAnsi="Times New Roman"/>
          <w:b w:val="0"/>
          <w:i w:val="0"/>
          <w:sz w:val="24"/>
        </w:rPr>
        <w:t>Решите примеры по образцу.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Образец: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9+23=32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2+49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8+17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9+34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2+49=51</w:t>
        <w:br/>
        <w:t>8+17=25</w:t>
        <w:br/>
        <w:t>9+34=43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3. </w:t>
      </w:r>
      <w:r>
        <w:rPr>
          <w:rFonts w:ascii="Times New Roman" w:hAnsi="Times New Roman"/>
          <w:b w:val="0"/>
          <w:i w:val="0"/>
          <w:sz w:val="24"/>
        </w:rPr>
        <w:t>Решите задачу по таблице.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Было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Вчера — 22 шт.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Сегодня — 7 шт.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Продали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Осталось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? шт.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? шт.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Всего продали: 22 + 7 = 29 шт. Чтобы узнать, сколько осталось, нам нужно знать, сколько было изначально. Задача неполная.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4. </w:t>
      </w:r>
      <w:r>
        <w:rPr>
          <w:rFonts w:ascii="Times New Roman" w:hAnsi="Times New Roman"/>
          <w:b w:val="0"/>
          <w:i w:val="0"/>
          <w:sz w:val="24"/>
        </w:rPr>
        <w:t>Вычислите. Устно придумайте задачу к одному из выражений.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28+6-14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40+(25+8)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80-(6+19)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28+6-14 = 34-14 = 20</w:t>
        <w:br/>
        <w:t>40+(25+8) = 40+33 = 73</w:t>
        <w:br/>
        <w:t>80-(6+19) = 80-25 = 55</w:t>
        <w:br/>
        <w:t>Задача к выражению 28+6-14: В магазине было 28 кг яблок. Привезли еще 6 кг. Потом продали 14 кг. Сколько яблок осталось?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5. </w:t>
      </w:r>
      <w:r>
        <w:rPr>
          <w:rFonts w:ascii="Times New Roman" w:hAnsi="Times New Roman"/>
          <w:b w:val="0"/>
          <w:i w:val="0"/>
          <w:sz w:val="24"/>
        </w:rPr>
        <w:t>Вычислите.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73 кг + 8 кг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50 кг — 13 кг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68 см + 4 см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40 см — 26 см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171 + 51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701 — 421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73 кг + 8 кг = 81 кг</w:t>
        <w:br/>
        <w:t>50 кг — 13 кг = 37 кг</w:t>
        <w:br/>
        <w:t>68 см + 4 см = 72 см</w:t>
        <w:br/>
        <w:t>40 см — 26 см = 14 см</w:t>
        <w:br/>
        <w:t>171 + 51 = 222</w:t>
        <w:br/>
        <w:t>701 — 421 = 280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6. </w:t>
      </w:r>
      <w:r>
        <w:rPr>
          <w:rFonts w:ascii="Times New Roman" w:hAnsi="Times New Roman"/>
          <w:b w:val="0"/>
          <w:i w:val="0"/>
          <w:sz w:val="24"/>
        </w:rPr>
        <w:t>В таблице указано, сколько чайников разного вида продали в сентябре и октябре.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в сентябре | в октябре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19 | 16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8 | 7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a) Сколько электрических чайников продали за два месяца?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б) Сколько продали обычных чайников?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в) Сколько всего чайников продали?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а) Электрических: 19 + 16 = 35 чайников.</w:t>
        <w:br/>
        <w:t>б) Обычных: 8 + 7 = 15 чайников.</w:t>
        <w:br/>
        <w:t>в) Всего: 35 + 15 = 50 чайников (или 19+8+16+7 = 50).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7. </w:t>
      </w:r>
      <w:r>
        <w:rPr>
          <w:rFonts w:ascii="Times New Roman" w:hAnsi="Times New Roman"/>
          <w:b w:val="0"/>
          <w:i w:val="0"/>
          <w:sz w:val="24"/>
        </w:rPr>
        <w:t>Длина первого отрезка 50 см. Второй отрезок на 43 см короче первого. Третий отрезок на 5 см длиннее второго. Начертите третий отрезок.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Длина второго отрезка: 50 см - 43 см = 7 см. Длина третьего отрезка: 7 см + 5 см = 12 см. Начертить отрезок длиной 12 см.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8. </w:t>
      </w:r>
      <w:r>
        <w:rPr>
          <w:rFonts w:ascii="Times New Roman" w:hAnsi="Times New Roman"/>
          <w:b w:val="0"/>
          <w:i w:val="0"/>
          <w:sz w:val="24"/>
        </w:rPr>
        <w:t>Догадайтесь, какое число прячется за чайником.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+ = 15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— = 3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Из первого уравнения: 15 - = . Из второго уравнения: + = 3. Подставим второе в первое: 15 - 3 = 12. Значит, = 12. Тогда = 3 + 12 = 15. Проверка: 15+12=27. Это неверно. Нужно переосмыслить. Предположим, это два разных уравнения с разными неизвестными. Пусть первое: X + Y = 15, второе: X - Y = 3. Сложим уравнения: (X+Y) + (X-Y) = 15+3 =&gt; 2X = 18 =&gt; X = 9. Подставим X=9 во второе уравнение: 9 - Y = 3 =&gt; Y = 9 - 3 = 6. Проверка: 9+6=15, 9-6=3. Значит, число за чайником – 9, а за кружком – 6.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9. </w:t>
      </w:r>
      <w:r>
        <w:rPr>
          <w:rFonts w:ascii="Times New Roman" w:hAnsi="Times New Roman"/>
          <w:b w:val="0"/>
          <w:i w:val="0"/>
          <w:sz w:val="24"/>
        </w:rPr>
        <w:t>Вычислите. Расставьте ответы в порядке возрастания и угадайте слово. Что оно обозначает?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А 58+5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Г 49+9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К 28+7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М 37+6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Н 66+8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У 29+9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А 58+5 = 63</w:t>
        <w:br/>
        <w:t>Г 49+9 = 58</w:t>
        <w:br/>
        <w:t>К 28+7 = 35</w:t>
        <w:br/>
        <w:t>М 37+6 = 43</w:t>
        <w:br/>
        <w:t>Н 66+8 = 74</w:t>
        <w:br/>
        <w:t>У 29+9 = 38</w:t>
        <w:br/>
        <w:t>В порядке возрастания: 35(К), 38(У), 43(М), 58(Г), 63(А), 74(Н). Получилось слово: КУМГАН. Кумган – это глиняный или керамический сосуд для воды.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10. </w:t>
      </w:r>
      <w:r>
        <w:rPr>
          <w:rFonts w:ascii="Times New Roman" w:hAnsi="Times New Roman"/>
          <w:b w:val="0"/>
          <w:i w:val="0"/>
          <w:sz w:val="24"/>
        </w:rPr>
        <w:t>В магазин привезли 80 кувшинов. За день продали 17 глиняных и 8 стеклянных кувшинов. Сколько кувшинов осталось в магазине?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Всего продали: 17 + 8 = 25 кувшинов. Осталось: 80 - 25 = 55 кувшинов.</w:t>
      </w:r>
    </w:p>
    <w:p>
      <w:pPr>
        <w:keepNext/>
        <w:spacing w:before="280"/>
      </w:pPr>
      <w:r>
        <w:rPr>
          <w:rFonts w:ascii="Times New Roman" w:hAnsi="Times New Roman"/>
          <w:b/>
          <w:i w:val="0"/>
          <w:color w:val="6A1B9A"/>
          <w:sz w:val="26"/>
        </w:rPr>
        <w:t>IV. Закрепление новой темы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14"/>
      </w:tblGrid>
      <w:tr>
        <w:tc>
          <w:tcPr>
            <w:tcW w:type="dxa" w:w="9314"/>
          </w:tcPr>
          <w:p>
            <w:r>
              <w:rPr>
                <w:rFonts w:ascii="Times New Roman" w:hAnsi="Times New Roman"/>
                <w:b/>
                <w:color w:val="C2185B"/>
                <w:sz w:val="24"/>
              </w:rPr>
              <w:t>🖥 НА ЭЛЕКТРОННОЙ ДОСКЕ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Ученик должен нажать на числа, у которых количество единиц на 2 больше, чем количество десятков.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1) 37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2) 49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3) 16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4) 28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5) 57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6) 45</w:t>
            </w:r>
          </w:p>
          <w:p>
            <w:r>
              <w:rPr>
                <w:rFonts w:ascii="Times New Roman" w:hAnsi="Times New Roman"/>
                <w:b/>
                <w:sz w:val="24"/>
              </w:rPr>
              <w:t xml:space="preserve">Ответ (для учителя): 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>57</w:t>
            </w:r>
          </w:p>
        </w:tc>
      </w:tr>
    </w:tbl>
    <w:p>
      <w:pPr>
        <w:keepNext/>
        <w:spacing w:before="120"/>
      </w:pPr>
      <w:r>
        <w:rPr>
          <w:rFonts w:ascii="Times New Roman" w:hAnsi="Times New Roman"/>
          <w:b w:val="0"/>
          <w:i w:val="0"/>
          <w:sz w:val="24"/>
        </w:rPr>
        <w:t>1. Решите пример: 9 + 23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A) 32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B) 31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C) 33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D) 22</w:t>
      </w:r>
    </w:p>
    <w:p>
      <w:r>
        <w:rPr>
          <w:rFonts w:ascii="Times New Roman" w:hAnsi="Times New Roman"/>
          <w:b/>
          <w:color w:val="2E7D32"/>
          <w:sz w:val="24"/>
        </w:rPr>
        <w:t xml:space="preserve">Правильный ответ: </w:t>
      </w:r>
      <w:r>
        <w:rPr>
          <w:rFonts w:ascii="Times New Roman" w:hAnsi="Times New Roman"/>
          <w:b w:val="0"/>
          <w:i w:val="0"/>
          <w:sz w:val="24"/>
        </w:rPr>
        <w:t>A) 32</w:t>
      </w:r>
    </w:p>
    <w:p>
      <w:pPr>
        <w:keepNext/>
        <w:spacing w:before="120"/>
      </w:pPr>
      <w:r>
        <w:rPr>
          <w:rFonts w:ascii="Times New Roman" w:hAnsi="Times New Roman"/>
          <w:b w:val="0"/>
          <w:i w:val="0"/>
          <w:sz w:val="24"/>
        </w:rPr>
        <w:t>2. Сколько всего чайников продали в сентябре?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A) 19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B) 16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C) 35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D) 20</w:t>
      </w:r>
    </w:p>
    <w:p>
      <w:r>
        <w:rPr>
          <w:rFonts w:ascii="Times New Roman" w:hAnsi="Times New Roman"/>
          <w:b/>
          <w:color w:val="2E7D32"/>
          <w:sz w:val="24"/>
        </w:rPr>
        <w:t xml:space="preserve">Правильный ответ: </w:t>
      </w:r>
      <w:r>
        <w:rPr>
          <w:rFonts w:ascii="Times New Roman" w:hAnsi="Times New Roman"/>
          <w:b w:val="0"/>
          <w:i w:val="0"/>
          <w:sz w:val="24"/>
        </w:rPr>
        <w:t>C) 35</w:t>
      </w:r>
    </w:p>
    <w:p>
      <w:pPr>
        <w:keepNext/>
        <w:spacing w:before="120"/>
      </w:pPr>
      <w:r>
        <w:rPr>
          <w:rFonts w:ascii="Times New Roman" w:hAnsi="Times New Roman"/>
          <w:b w:val="0"/>
          <w:i w:val="0"/>
          <w:sz w:val="24"/>
        </w:rPr>
        <w:t>3. Решите задачу: В магазин привезли 80 кувшинов. За день продали 17 глиняных и 8 стеклянных кувшинов. Сколько кувшинов осталось?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A) 55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B) 63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C) 72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D) 65</w:t>
      </w:r>
    </w:p>
    <w:p>
      <w:r>
        <w:rPr>
          <w:rFonts w:ascii="Times New Roman" w:hAnsi="Times New Roman"/>
          <w:b/>
          <w:color w:val="2E7D32"/>
          <w:sz w:val="24"/>
        </w:rPr>
        <w:t xml:space="preserve">Правильный ответ: </w:t>
      </w:r>
      <w:r>
        <w:rPr>
          <w:rFonts w:ascii="Times New Roman" w:hAnsi="Times New Roman"/>
          <w:b w:val="0"/>
          <w:i w:val="0"/>
          <w:sz w:val="24"/>
        </w:rPr>
        <w:t>A) 55</w:t>
      </w:r>
    </w:p>
    <w:p>
      <w:pPr>
        <w:keepNext/>
        <w:spacing w:before="20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05"/>
        <w:gridCol w:w="3105"/>
        <w:gridCol w:w="3105"/>
      </w:tblGrid>
      <w:tr>
        <w:tc>
          <w:tcPr>
            <w:tcW w:type="dxa" w:w="1584"/>
            <w:vAlign w:val="center"/>
            <w:shd w:val="clear" w:fill="FFE0B2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63986" cy="6858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986" cy="685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28"/>
            <w:vAlign w:val="center"/>
            <w:shd w:val="clear" w:fill="FFE0B2"/>
          </w:tcPr>
          <w:p>
            <w:r>
              <w:rPr>
                <w:rFonts w:ascii="Times New Roman" w:hAnsi="Times New Roman"/>
                <w:b/>
                <w:color w:val="1976D2"/>
                <w:sz w:val="24"/>
              </w:rPr>
              <w:t>Задания soffia.uz для закрепления темы - откройте ссылку на электронной доске: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https://soffia.uz/uz/games/quiz/play?slug=povtorenie-izuchennogo-1</w:t>
            </w:r>
          </w:p>
        </w:tc>
        <w:tc>
          <w:tcPr>
            <w:tcW w:type="dxa" w:w="2160"/>
            <w:vAlign w:val="center"/>
            <w:shd w:val="clear" w:fill="FFE0B2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51560" cy="105156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1560" cy="10515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spacing w:before="280"/>
      </w:pPr>
      <w:r>
        <w:rPr>
          <w:rFonts w:ascii="Times New Roman" w:hAnsi="Times New Roman"/>
          <w:b/>
          <w:i w:val="0"/>
          <w:color w:val="E65100"/>
          <w:sz w:val="26"/>
        </w:rPr>
        <w:t>V. Поощрение учащихся. Завершение урока.</w:t>
      </w: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>Активно участвовавшие учащиеся поощряются карточками поощрения. Урок завершается, оценки объявляются.</w:t>
      </w:r>
    </w:p>
    <w:p>
      <w:pPr>
        <w:keepNext/>
        <w:spacing w:before="280"/>
      </w:pPr>
      <w:r>
        <w:rPr>
          <w:rFonts w:ascii="Times New Roman" w:hAnsi="Times New Roman"/>
          <w:b/>
          <w:i w:val="0"/>
          <w:color w:val="00838F"/>
          <w:sz w:val="26"/>
        </w:rPr>
        <w:t>VI. Домашнее задание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11. </w:t>
      </w:r>
      <w:r>
        <w:rPr>
          <w:rFonts w:ascii="Times New Roman" w:hAnsi="Times New Roman"/>
          <w:b w:val="0"/>
          <w:i w:val="0"/>
          <w:sz w:val="24"/>
        </w:rPr>
        <w:t xml:space="preserve">У какого числа количество единиц на </w:t>
      </w:r>
      <w:r>
        <w:rPr>
          <w:rFonts w:ascii="Times New Roman" w:hAnsi="Times New Roman"/>
          <w:b/>
          <w:i w:val="0"/>
          <w:color w:val="C2185B"/>
          <w:sz w:val="24"/>
        </w:rPr>
        <w:t>2</w:t>
      </w:r>
      <w:r>
        <w:rPr>
          <w:rFonts w:ascii="Times New Roman" w:hAnsi="Times New Roman"/>
          <w:b w:val="0"/>
          <w:i w:val="0"/>
          <w:sz w:val="24"/>
        </w:rPr>
        <w:t xml:space="preserve"> больше, чем количество десятков?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 xml:space="preserve">Проверим числа: </w:t>
      </w:r>
      <w:r>
        <w:rPr>
          <w:rFonts w:ascii="Times New Roman" w:hAnsi="Times New Roman"/>
          <w:b/>
          <w:i w:val="0"/>
          <w:sz w:val="24"/>
        </w:rPr>
        <w:t>37</w:t>
      </w:r>
      <w:r>
        <w:rPr>
          <w:rFonts w:ascii="Times New Roman" w:hAnsi="Times New Roman"/>
          <w:b w:val="0"/>
          <w:i w:val="0"/>
          <w:sz w:val="24"/>
        </w:rPr>
        <w:t xml:space="preserve"> (7 &gt; 3), </w:t>
      </w:r>
      <w:r>
        <w:rPr>
          <w:rFonts w:ascii="Times New Roman" w:hAnsi="Times New Roman"/>
          <w:b/>
          <w:i w:val="0"/>
          <w:sz w:val="24"/>
        </w:rPr>
        <w:t>49</w:t>
      </w:r>
      <w:r>
        <w:rPr>
          <w:rFonts w:ascii="Times New Roman" w:hAnsi="Times New Roman"/>
          <w:b w:val="0"/>
          <w:i w:val="0"/>
          <w:sz w:val="24"/>
        </w:rPr>
        <w:t xml:space="preserve"> (9 &gt; 4), </w:t>
      </w:r>
      <w:r>
        <w:rPr>
          <w:rFonts w:ascii="Times New Roman" w:hAnsi="Times New Roman"/>
          <w:b/>
          <w:i w:val="0"/>
          <w:sz w:val="24"/>
        </w:rPr>
        <w:t>16</w:t>
      </w:r>
      <w:r>
        <w:rPr>
          <w:rFonts w:ascii="Times New Roman" w:hAnsi="Times New Roman"/>
          <w:b w:val="0"/>
          <w:i w:val="0"/>
          <w:sz w:val="24"/>
        </w:rPr>
        <w:t xml:space="preserve"> (6 &gt; 1), </w:t>
      </w:r>
      <w:r>
        <w:rPr>
          <w:rFonts w:ascii="Times New Roman" w:hAnsi="Times New Roman"/>
          <w:b/>
          <w:i w:val="0"/>
          <w:sz w:val="24"/>
        </w:rPr>
        <w:t>28</w:t>
      </w:r>
      <w:r>
        <w:rPr>
          <w:rFonts w:ascii="Times New Roman" w:hAnsi="Times New Roman"/>
          <w:b w:val="0"/>
          <w:i w:val="0"/>
          <w:sz w:val="24"/>
        </w:rPr>
        <w:t xml:space="preserve"> (8 &gt; 2), </w:t>
      </w:r>
      <w:r>
        <w:rPr>
          <w:rFonts w:ascii="Times New Roman" w:hAnsi="Times New Roman"/>
          <w:b/>
          <w:i w:val="0"/>
          <w:sz w:val="24"/>
        </w:rPr>
        <w:t>57</w:t>
      </w:r>
      <w:r>
        <w:rPr>
          <w:rFonts w:ascii="Times New Roman" w:hAnsi="Times New Roman"/>
          <w:b w:val="0"/>
          <w:i w:val="0"/>
          <w:sz w:val="24"/>
        </w:rPr>
        <w:t xml:space="preserve"> (7 &gt; 5), </w:t>
      </w:r>
      <w:r>
        <w:rPr>
          <w:rFonts w:ascii="Times New Roman" w:hAnsi="Times New Roman"/>
          <w:b/>
          <w:i w:val="0"/>
          <w:sz w:val="24"/>
        </w:rPr>
        <w:t>45</w:t>
      </w:r>
      <w:r>
        <w:rPr>
          <w:rFonts w:ascii="Times New Roman" w:hAnsi="Times New Roman"/>
          <w:b w:val="0"/>
          <w:i w:val="0"/>
          <w:sz w:val="24"/>
        </w:rPr>
        <w:t xml:space="preserve"> (5 &gt; 4). Во всех числах количество единиц больше количества десятков. Нужно найти число, где разница равна </w:t>
      </w:r>
      <w:r>
        <w:rPr>
          <w:rFonts w:ascii="Times New Roman" w:hAnsi="Times New Roman"/>
          <w:b/>
          <w:i w:val="0"/>
          <w:sz w:val="24"/>
        </w:rPr>
        <w:t>2</w:t>
      </w:r>
      <w:r>
        <w:rPr>
          <w:rFonts w:ascii="Times New Roman" w:hAnsi="Times New Roman"/>
          <w:b w:val="0"/>
          <w:i w:val="0"/>
          <w:sz w:val="24"/>
        </w:rPr>
        <w:t xml:space="preserve">. Для </w:t>
      </w:r>
      <w:r>
        <w:rPr>
          <w:rFonts w:ascii="Times New Roman" w:hAnsi="Times New Roman"/>
          <w:b/>
          <w:i w:val="0"/>
          <w:sz w:val="24"/>
        </w:rPr>
        <w:t>37</w:t>
      </w:r>
      <w:r>
        <w:rPr>
          <w:rFonts w:ascii="Times New Roman" w:hAnsi="Times New Roman"/>
          <w:b w:val="0"/>
          <w:i w:val="0"/>
          <w:sz w:val="24"/>
        </w:rPr>
        <w:t xml:space="preserve">: 7-3=4. Для </w:t>
      </w:r>
      <w:r>
        <w:rPr>
          <w:rFonts w:ascii="Times New Roman" w:hAnsi="Times New Roman"/>
          <w:b/>
          <w:i w:val="0"/>
          <w:sz w:val="24"/>
        </w:rPr>
        <w:t>49</w:t>
      </w:r>
      <w:r>
        <w:rPr>
          <w:rFonts w:ascii="Times New Roman" w:hAnsi="Times New Roman"/>
          <w:b w:val="0"/>
          <w:i w:val="0"/>
          <w:sz w:val="24"/>
        </w:rPr>
        <w:t xml:space="preserve">: 9-4=5. Для </w:t>
      </w:r>
      <w:r>
        <w:rPr>
          <w:rFonts w:ascii="Times New Roman" w:hAnsi="Times New Roman"/>
          <w:b/>
          <w:i w:val="0"/>
          <w:sz w:val="24"/>
        </w:rPr>
        <w:t>16</w:t>
      </w:r>
      <w:r>
        <w:rPr>
          <w:rFonts w:ascii="Times New Roman" w:hAnsi="Times New Roman"/>
          <w:b w:val="0"/>
          <w:i w:val="0"/>
          <w:sz w:val="24"/>
        </w:rPr>
        <w:t xml:space="preserve">: 6-1=5. Для </w:t>
      </w:r>
      <w:r>
        <w:rPr>
          <w:rFonts w:ascii="Times New Roman" w:hAnsi="Times New Roman"/>
          <w:b/>
          <w:i w:val="0"/>
          <w:sz w:val="24"/>
        </w:rPr>
        <w:t>28</w:t>
      </w:r>
      <w:r>
        <w:rPr>
          <w:rFonts w:ascii="Times New Roman" w:hAnsi="Times New Roman"/>
          <w:b w:val="0"/>
          <w:i w:val="0"/>
          <w:sz w:val="24"/>
        </w:rPr>
        <w:t xml:space="preserve">: 8-2=6. Для </w:t>
      </w:r>
      <w:r>
        <w:rPr>
          <w:rFonts w:ascii="Times New Roman" w:hAnsi="Times New Roman"/>
          <w:b/>
          <w:i w:val="0"/>
          <w:sz w:val="24"/>
        </w:rPr>
        <w:t>57</w:t>
      </w:r>
      <w:r>
        <w:rPr>
          <w:rFonts w:ascii="Times New Roman" w:hAnsi="Times New Roman"/>
          <w:b w:val="0"/>
          <w:i w:val="0"/>
          <w:sz w:val="24"/>
        </w:rPr>
        <w:t xml:space="preserve">: 7-5=2. Для </w:t>
      </w:r>
      <w:r>
        <w:rPr>
          <w:rFonts w:ascii="Times New Roman" w:hAnsi="Times New Roman"/>
          <w:b/>
          <w:i w:val="0"/>
          <w:sz w:val="24"/>
        </w:rPr>
        <w:t>45</w:t>
      </w:r>
      <w:r>
        <w:rPr>
          <w:rFonts w:ascii="Times New Roman" w:hAnsi="Times New Roman"/>
          <w:b w:val="0"/>
          <w:i w:val="0"/>
          <w:sz w:val="24"/>
        </w:rPr>
        <w:t xml:space="preserve">: 5-4=1. Ответ: </w:t>
      </w:r>
      <w:r>
        <w:rPr>
          <w:rFonts w:ascii="Times New Roman" w:hAnsi="Times New Roman"/>
          <w:b/>
          <w:i w:val="0"/>
          <w:sz w:val="24"/>
        </w:rPr>
        <w:t>57</w:t>
      </w:r>
      <w:r>
        <w:rPr>
          <w:rFonts w:ascii="Times New Roman" w:hAnsi="Times New Roman"/>
          <w:b w:val="0"/>
          <w:i w:val="0"/>
          <w:sz w:val="24"/>
        </w:rPr>
        <w:t>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12. </w:t>
      </w:r>
      <w:r>
        <w:rPr>
          <w:rFonts w:ascii="Times New Roman" w:hAnsi="Times New Roman"/>
          <w:b w:val="0"/>
          <w:i w:val="0"/>
          <w:sz w:val="24"/>
        </w:rPr>
        <w:t>Решите примеры по образцу.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Образец: 9+23=32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2+49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8+17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9+34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 xml:space="preserve">Образец: 9 + </w:t>
      </w:r>
      <w:r>
        <w:rPr>
          <w:rFonts w:ascii="Times New Roman" w:hAnsi="Times New Roman"/>
          <w:b/>
          <w:i w:val="0"/>
          <w:sz w:val="24"/>
        </w:rPr>
        <w:t>23</w:t>
      </w:r>
      <w:r>
        <w:rPr>
          <w:rFonts w:ascii="Times New Roman" w:hAnsi="Times New Roman"/>
          <w:b w:val="0"/>
          <w:i w:val="0"/>
          <w:sz w:val="24"/>
        </w:rPr>
        <w:t xml:space="preserve"> = 32. </w:t>
        <w:br/>
      </w:r>
      <w:r>
        <w:rPr>
          <w:rFonts w:ascii="Times New Roman" w:hAnsi="Times New Roman"/>
          <w:b/>
          <w:i w:val="0"/>
          <w:sz w:val="24"/>
        </w:rPr>
        <w:t>2</w:t>
      </w:r>
      <w:r>
        <w:rPr>
          <w:rFonts w:ascii="Times New Roman" w:hAnsi="Times New Roman"/>
          <w:b w:val="0"/>
          <w:i w:val="0"/>
          <w:sz w:val="24"/>
        </w:rPr>
        <w:t xml:space="preserve"> + </w:t>
      </w:r>
      <w:r>
        <w:rPr>
          <w:rFonts w:ascii="Times New Roman" w:hAnsi="Times New Roman"/>
          <w:b/>
          <w:i w:val="0"/>
          <w:sz w:val="24"/>
        </w:rPr>
        <w:t>49</w:t>
      </w:r>
      <w:r>
        <w:rPr>
          <w:rFonts w:ascii="Times New Roman" w:hAnsi="Times New Roman"/>
          <w:b w:val="0"/>
          <w:i w:val="0"/>
          <w:sz w:val="24"/>
        </w:rPr>
        <w:t xml:space="preserve"> = 51.</w:t>
        <w:br/>
      </w:r>
      <w:r>
        <w:rPr>
          <w:rFonts w:ascii="Times New Roman" w:hAnsi="Times New Roman"/>
          <w:b/>
          <w:i w:val="0"/>
          <w:sz w:val="24"/>
        </w:rPr>
        <w:t>8</w:t>
      </w:r>
      <w:r>
        <w:rPr>
          <w:rFonts w:ascii="Times New Roman" w:hAnsi="Times New Roman"/>
          <w:b w:val="0"/>
          <w:i w:val="0"/>
          <w:sz w:val="24"/>
        </w:rPr>
        <w:t xml:space="preserve"> + </w:t>
      </w:r>
      <w:r>
        <w:rPr>
          <w:rFonts w:ascii="Times New Roman" w:hAnsi="Times New Roman"/>
          <w:b/>
          <w:i w:val="0"/>
          <w:sz w:val="24"/>
        </w:rPr>
        <w:t>17</w:t>
      </w:r>
      <w:r>
        <w:rPr>
          <w:rFonts w:ascii="Times New Roman" w:hAnsi="Times New Roman"/>
          <w:b w:val="0"/>
          <w:i w:val="0"/>
          <w:sz w:val="24"/>
        </w:rPr>
        <w:t xml:space="preserve"> = 25.</w:t>
        <w:br/>
      </w:r>
      <w:r>
        <w:rPr>
          <w:rFonts w:ascii="Times New Roman" w:hAnsi="Times New Roman"/>
          <w:b/>
          <w:i w:val="0"/>
          <w:sz w:val="24"/>
        </w:rPr>
        <w:t>9</w:t>
      </w:r>
      <w:r>
        <w:rPr>
          <w:rFonts w:ascii="Times New Roman" w:hAnsi="Times New Roman"/>
          <w:b w:val="0"/>
          <w:i w:val="0"/>
          <w:sz w:val="24"/>
        </w:rPr>
        <w:t xml:space="preserve"> + </w:t>
      </w:r>
      <w:r>
        <w:rPr>
          <w:rFonts w:ascii="Times New Roman" w:hAnsi="Times New Roman"/>
          <w:b/>
          <w:i w:val="0"/>
          <w:sz w:val="24"/>
        </w:rPr>
        <w:t>34</w:t>
      </w:r>
      <w:r>
        <w:rPr>
          <w:rFonts w:ascii="Times New Roman" w:hAnsi="Times New Roman"/>
          <w:b w:val="0"/>
          <w:i w:val="0"/>
          <w:sz w:val="24"/>
        </w:rPr>
        <w:t xml:space="preserve"> = 43.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13. </w:t>
      </w:r>
      <w:r>
        <w:rPr>
          <w:rFonts w:ascii="Times New Roman" w:hAnsi="Times New Roman"/>
          <w:b w:val="0"/>
          <w:i w:val="0"/>
          <w:sz w:val="24"/>
        </w:rPr>
        <w:t>Решите задачу по таблице.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Продали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Было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Вчера — 22 шт.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Сегодня — 7 шт.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Осталось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? шт.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? шт.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 xml:space="preserve">Чтобы узнать, сколько осталось, нужно вычесть проданные из того, что было. Вчера продали </w:t>
      </w:r>
      <w:r>
        <w:rPr>
          <w:rFonts w:ascii="Times New Roman" w:hAnsi="Times New Roman"/>
          <w:b/>
          <w:i w:val="0"/>
          <w:sz w:val="24"/>
        </w:rPr>
        <w:t>22</w:t>
      </w:r>
      <w:r>
        <w:rPr>
          <w:rFonts w:ascii="Times New Roman" w:hAnsi="Times New Roman"/>
          <w:b w:val="0"/>
          <w:i w:val="0"/>
          <w:sz w:val="24"/>
        </w:rPr>
        <w:t xml:space="preserve"> шт. Сегодня продали </w:t>
      </w:r>
      <w:r>
        <w:rPr>
          <w:rFonts w:ascii="Times New Roman" w:hAnsi="Times New Roman"/>
          <w:b/>
          <w:i w:val="0"/>
          <w:sz w:val="24"/>
        </w:rPr>
        <w:t>7</w:t>
      </w:r>
      <w:r>
        <w:rPr>
          <w:rFonts w:ascii="Times New Roman" w:hAnsi="Times New Roman"/>
          <w:b w:val="0"/>
          <w:i w:val="0"/>
          <w:sz w:val="24"/>
        </w:rPr>
        <w:t xml:space="preserve"> шт. Всего продали: 22 + 7 = </w:t>
      </w:r>
      <w:r>
        <w:rPr>
          <w:rFonts w:ascii="Times New Roman" w:hAnsi="Times New Roman"/>
          <w:b/>
          <w:i w:val="0"/>
          <w:sz w:val="24"/>
        </w:rPr>
        <w:t>29</w:t>
      </w:r>
      <w:r>
        <w:rPr>
          <w:rFonts w:ascii="Times New Roman" w:hAnsi="Times New Roman"/>
          <w:b w:val="0"/>
          <w:i w:val="0"/>
          <w:sz w:val="24"/>
        </w:rPr>
        <w:t xml:space="preserve"> шт. Оставшееся количество не указано, так как неизвестно, сколько было изначально.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14. </w:t>
      </w:r>
      <w:r>
        <w:rPr>
          <w:rFonts w:ascii="Times New Roman" w:hAnsi="Times New Roman"/>
          <w:b w:val="0"/>
          <w:i w:val="0"/>
          <w:sz w:val="24"/>
        </w:rPr>
        <w:t>Вычислите. Устно придумайте задачу к одному из выражений.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28+6-14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40+(25+8)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80-(6+19)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/>
          <w:i w:val="0"/>
          <w:sz w:val="24"/>
        </w:rPr>
        <w:t>28</w:t>
      </w:r>
      <w:r>
        <w:rPr>
          <w:rFonts w:ascii="Times New Roman" w:hAnsi="Times New Roman"/>
          <w:b w:val="0"/>
          <w:i w:val="0"/>
          <w:sz w:val="24"/>
        </w:rPr>
        <w:t xml:space="preserve"> + </w:t>
      </w:r>
      <w:r>
        <w:rPr>
          <w:rFonts w:ascii="Times New Roman" w:hAnsi="Times New Roman"/>
          <w:b/>
          <w:i w:val="0"/>
          <w:sz w:val="24"/>
        </w:rPr>
        <w:t>6</w:t>
      </w:r>
      <w:r>
        <w:rPr>
          <w:rFonts w:ascii="Times New Roman" w:hAnsi="Times New Roman"/>
          <w:b w:val="0"/>
          <w:i w:val="0"/>
          <w:sz w:val="24"/>
        </w:rPr>
        <w:t xml:space="preserve"> - </w:t>
      </w:r>
      <w:r>
        <w:rPr>
          <w:rFonts w:ascii="Times New Roman" w:hAnsi="Times New Roman"/>
          <w:b/>
          <w:i w:val="0"/>
          <w:sz w:val="24"/>
        </w:rPr>
        <w:t>14</w:t>
      </w:r>
      <w:r>
        <w:rPr>
          <w:rFonts w:ascii="Times New Roman" w:hAnsi="Times New Roman"/>
          <w:b w:val="0"/>
          <w:i w:val="0"/>
          <w:sz w:val="24"/>
        </w:rPr>
        <w:t xml:space="preserve"> = 34 - 14 = </w:t>
      </w:r>
      <w:r>
        <w:rPr>
          <w:rFonts w:ascii="Times New Roman" w:hAnsi="Times New Roman"/>
          <w:b/>
          <w:i w:val="0"/>
          <w:sz w:val="24"/>
        </w:rPr>
        <w:t>20</w:t>
      </w:r>
      <w:r>
        <w:rPr>
          <w:rFonts w:ascii="Times New Roman" w:hAnsi="Times New Roman"/>
          <w:b w:val="0"/>
          <w:i w:val="0"/>
          <w:sz w:val="24"/>
        </w:rPr>
        <w:t>.</w:t>
        <w:br/>
      </w:r>
      <w:r>
        <w:rPr>
          <w:rFonts w:ascii="Times New Roman" w:hAnsi="Times New Roman"/>
          <w:b/>
          <w:i w:val="0"/>
          <w:sz w:val="24"/>
        </w:rPr>
        <w:t>40</w:t>
      </w:r>
      <w:r>
        <w:rPr>
          <w:rFonts w:ascii="Times New Roman" w:hAnsi="Times New Roman"/>
          <w:b w:val="0"/>
          <w:i w:val="0"/>
          <w:sz w:val="24"/>
        </w:rPr>
        <w:t xml:space="preserve"> + (</w:t>
      </w:r>
      <w:r>
        <w:rPr>
          <w:rFonts w:ascii="Times New Roman" w:hAnsi="Times New Roman"/>
          <w:b/>
          <w:i w:val="0"/>
          <w:sz w:val="24"/>
        </w:rPr>
        <w:t>25</w:t>
      </w:r>
      <w:r>
        <w:rPr>
          <w:rFonts w:ascii="Times New Roman" w:hAnsi="Times New Roman"/>
          <w:b w:val="0"/>
          <w:i w:val="0"/>
          <w:sz w:val="24"/>
        </w:rPr>
        <w:t xml:space="preserve"> + </w:t>
      </w:r>
      <w:r>
        <w:rPr>
          <w:rFonts w:ascii="Times New Roman" w:hAnsi="Times New Roman"/>
          <w:b/>
          <w:i w:val="0"/>
          <w:sz w:val="24"/>
        </w:rPr>
        <w:t>8</w:t>
      </w:r>
      <w:r>
        <w:rPr>
          <w:rFonts w:ascii="Times New Roman" w:hAnsi="Times New Roman"/>
          <w:b w:val="0"/>
          <w:i w:val="0"/>
          <w:sz w:val="24"/>
        </w:rPr>
        <w:t xml:space="preserve">) = 40 + 33 = </w:t>
      </w:r>
      <w:r>
        <w:rPr>
          <w:rFonts w:ascii="Times New Roman" w:hAnsi="Times New Roman"/>
          <w:b/>
          <w:i w:val="0"/>
          <w:sz w:val="24"/>
        </w:rPr>
        <w:t>73</w:t>
      </w:r>
      <w:r>
        <w:rPr>
          <w:rFonts w:ascii="Times New Roman" w:hAnsi="Times New Roman"/>
          <w:b w:val="0"/>
          <w:i w:val="0"/>
          <w:sz w:val="24"/>
        </w:rPr>
        <w:t>.</w:t>
        <w:br/>
      </w:r>
      <w:r>
        <w:rPr>
          <w:rFonts w:ascii="Times New Roman" w:hAnsi="Times New Roman"/>
          <w:b/>
          <w:i w:val="0"/>
          <w:sz w:val="24"/>
        </w:rPr>
        <w:t>80</w:t>
      </w:r>
      <w:r>
        <w:rPr>
          <w:rFonts w:ascii="Times New Roman" w:hAnsi="Times New Roman"/>
          <w:b w:val="0"/>
          <w:i w:val="0"/>
          <w:sz w:val="24"/>
        </w:rPr>
        <w:t xml:space="preserve"> - (</w:t>
      </w:r>
      <w:r>
        <w:rPr>
          <w:rFonts w:ascii="Times New Roman" w:hAnsi="Times New Roman"/>
          <w:b/>
          <w:i w:val="0"/>
          <w:sz w:val="24"/>
        </w:rPr>
        <w:t>6</w:t>
      </w:r>
      <w:r>
        <w:rPr>
          <w:rFonts w:ascii="Times New Roman" w:hAnsi="Times New Roman"/>
          <w:b w:val="0"/>
          <w:i w:val="0"/>
          <w:sz w:val="24"/>
        </w:rPr>
        <w:t xml:space="preserve"> + </w:t>
      </w:r>
      <w:r>
        <w:rPr>
          <w:rFonts w:ascii="Times New Roman" w:hAnsi="Times New Roman"/>
          <w:b/>
          <w:i w:val="0"/>
          <w:sz w:val="24"/>
        </w:rPr>
        <w:t>19</w:t>
      </w:r>
      <w:r>
        <w:rPr>
          <w:rFonts w:ascii="Times New Roman" w:hAnsi="Times New Roman"/>
          <w:b w:val="0"/>
          <w:i w:val="0"/>
          <w:sz w:val="24"/>
        </w:rPr>
        <w:t xml:space="preserve">) = 80 - 25 = </w:t>
      </w:r>
      <w:r>
        <w:rPr>
          <w:rFonts w:ascii="Times New Roman" w:hAnsi="Times New Roman"/>
          <w:b/>
          <w:i w:val="0"/>
          <w:sz w:val="24"/>
        </w:rPr>
        <w:t>55</w:t>
      </w:r>
      <w:r>
        <w:rPr>
          <w:rFonts w:ascii="Times New Roman" w:hAnsi="Times New Roman"/>
          <w:b w:val="0"/>
          <w:i w:val="0"/>
          <w:sz w:val="24"/>
        </w:rPr>
        <w:t>.</w:t>
        <w:br/>
        <w:t xml:space="preserve">Задача к выражению 80-(6+19): В магазине было </w:t>
      </w:r>
      <w:r>
        <w:rPr>
          <w:rFonts w:ascii="Times New Roman" w:hAnsi="Times New Roman"/>
          <w:b/>
          <w:i w:val="0"/>
          <w:sz w:val="24"/>
        </w:rPr>
        <w:t>80</w:t>
      </w:r>
      <w:r>
        <w:rPr>
          <w:rFonts w:ascii="Times New Roman" w:hAnsi="Times New Roman"/>
          <w:b w:val="0"/>
          <w:i w:val="0"/>
          <w:sz w:val="24"/>
        </w:rPr>
        <w:t xml:space="preserve"> кг сахара. Утром продали </w:t>
      </w:r>
      <w:r>
        <w:rPr>
          <w:rFonts w:ascii="Times New Roman" w:hAnsi="Times New Roman"/>
          <w:b/>
          <w:i w:val="0"/>
          <w:sz w:val="24"/>
        </w:rPr>
        <w:t>6</w:t>
      </w:r>
      <w:r>
        <w:rPr>
          <w:rFonts w:ascii="Times New Roman" w:hAnsi="Times New Roman"/>
          <w:b w:val="0"/>
          <w:i w:val="0"/>
          <w:sz w:val="24"/>
        </w:rPr>
        <w:t xml:space="preserve"> кг, а вечером </w:t>
      </w:r>
      <w:r>
        <w:rPr>
          <w:rFonts w:ascii="Times New Roman" w:hAnsi="Times New Roman"/>
          <w:b/>
          <w:i w:val="0"/>
          <w:sz w:val="24"/>
        </w:rPr>
        <w:t>19</w:t>
      </w:r>
      <w:r>
        <w:rPr>
          <w:rFonts w:ascii="Times New Roman" w:hAnsi="Times New Roman"/>
          <w:b w:val="0"/>
          <w:i w:val="0"/>
          <w:sz w:val="24"/>
        </w:rPr>
        <w:t xml:space="preserve"> кг. Сколько килограммов сахара осталось в магазине?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15. </w:t>
      </w:r>
      <w:r>
        <w:rPr>
          <w:rFonts w:ascii="Times New Roman" w:hAnsi="Times New Roman"/>
          <w:b w:val="0"/>
          <w:i w:val="0"/>
          <w:sz w:val="24"/>
        </w:rPr>
        <w:t>Вычислите.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73 кг + 8 кг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50 кг — 13 кг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68 см + 4 см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40 см — 26 см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171 + 51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701 — 421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/>
          <w:i w:val="0"/>
          <w:sz w:val="24"/>
        </w:rPr>
        <w:t>73</w:t>
      </w:r>
      <w:r>
        <w:rPr>
          <w:rFonts w:ascii="Times New Roman" w:hAnsi="Times New Roman"/>
          <w:b w:val="0"/>
          <w:i w:val="0"/>
          <w:sz w:val="24"/>
        </w:rPr>
        <w:t xml:space="preserve"> кг + </w:t>
      </w:r>
      <w:r>
        <w:rPr>
          <w:rFonts w:ascii="Times New Roman" w:hAnsi="Times New Roman"/>
          <w:b/>
          <w:i w:val="0"/>
          <w:sz w:val="24"/>
        </w:rPr>
        <w:t>8</w:t>
      </w:r>
      <w:r>
        <w:rPr>
          <w:rFonts w:ascii="Times New Roman" w:hAnsi="Times New Roman"/>
          <w:b w:val="0"/>
          <w:i w:val="0"/>
          <w:sz w:val="24"/>
        </w:rPr>
        <w:t xml:space="preserve"> кг = </w:t>
      </w:r>
      <w:r>
        <w:rPr>
          <w:rFonts w:ascii="Times New Roman" w:hAnsi="Times New Roman"/>
          <w:b/>
          <w:i w:val="0"/>
          <w:sz w:val="24"/>
        </w:rPr>
        <w:t>81</w:t>
      </w:r>
      <w:r>
        <w:rPr>
          <w:rFonts w:ascii="Times New Roman" w:hAnsi="Times New Roman"/>
          <w:b w:val="0"/>
          <w:i w:val="0"/>
          <w:sz w:val="24"/>
        </w:rPr>
        <w:t xml:space="preserve"> кг.</w:t>
        <w:br/>
      </w:r>
      <w:r>
        <w:rPr>
          <w:rFonts w:ascii="Times New Roman" w:hAnsi="Times New Roman"/>
          <w:b/>
          <w:i w:val="0"/>
          <w:sz w:val="24"/>
        </w:rPr>
        <w:t>50</w:t>
      </w:r>
      <w:r>
        <w:rPr>
          <w:rFonts w:ascii="Times New Roman" w:hAnsi="Times New Roman"/>
          <w:b w:val="0"/>
          <w:i w:val="0"/>
          <w:sz w:val="24"/>
        </w:rPr>
        <w:t xml:space="preserve"> кг — </w:t>
      </w:r>
      <w:r>
        <w:rPr>
          <w:rFonts w:ascii="Times New Roman" w:hAnsi="Times New Roman"/>
          <w:b/>
          <w:i w:val="0"/>
          <w:sz w:val="24"/>
        </w:rPr>
        <w:t>13</w:t>
      </w:r>
      <w:r>
        <w:rPr>
          <w:rFonts w:ascii="Times New Roman" w:hAnsi="Times New Roman"/>
          <w:b w:val="0"/>
          <w:i w:val="0"/>
          <w:sz w:val="24"/>
        </w:rPr>
        <w:t xml:space="preserve"> кг = </w:t>
      </w:r>
      <w:r>
        <w:rPr>
          <w:rFonts w:ascii="Times New Roman" w:hAnsi="Times New Roman"/>
          <w:b/>
          <w:i w:val="0"/>
          <w:sz w:val="24"/>
        </w:rPr>
        <w:t>37</w:t>
      </w:r>
      <w:r>
        <w:rPr>
          <w:rFonts w:ascii="Times New Roman" w:hAnsi="Times New Roman"/>
          <w:b w:val="0"/>
          <w:i w:val="0"/>
          <w:sz w:val="24"/>
        </w:rPr>
        <w:t xml:space="preserve"> кг.</w:t>
        <w:br/>
      </w:r>
      <w:r>
        <w:rPr>
          <w:rFonts w:ascii="Times New Roman" w:hAnsi="Times New Roman"/>
          <w:b/>
          <w:i w:val="0"/>
          <w:sz w:val="24"/>
        </w:rPr>
        <w:t>68</w:t>
      </w:r>
      <w:r>
        <w:rPr>
          <w:rFonts w:ascii="Times New Roman" w:hAnsi="Times New Roman"/>
          <w:b w:val="0"/>
          <w:i w:val="0"/>
          <w:sz w:val="24"/>
        </w:rPr>
        <w:t xml:space="preserve"> см + </w:t>
      </w:r>
      <w:r>
        <w:rPr>
          <w:rFonts w:ascii="Times New Roman" w:hAnsi="Times New Roman"/>
          <w:b/>
          <w:i w:val="0"/>
          <w:sz w:val="24"/>
        </w:rPr>
        <w:t>4</w:t>
      </w:r>
      <w:r>
        <w:rPr>
          <w:rFonts w:ascii="Times New Roman" w:hAnsi="Times New Roman"/>
          <w:b w:val="0"/>
          <w:i w:val="0"/>
          <w:sz w:val="24"/>
        </w:rPr>
        <w:t xml:space="preserve"> см = </w:t>
      </w:r>
      <w:r>
        <w:rPr>
          <w:rFonts w:ascii="Times New Roman" w:hAnsi="Times New Roman"/>
          <w:b/>
          <w:i w:val="0"/>
          <w:sz w:val="24"/>
        </w:rPr>
        <w:t>72</w:t>
      </w:r>
      <w:r>
        <w:rPr>
          <w:rFonts w:ascii="Times New Roman" w:hAnsi="Times New Roman"/>
          <w:b w:val="0"/>
          <w:i w:val="0"/>
          <w:sz w:val="24"/>
        </w:rPr>
        <w:t xml:space="preserve"> см.</w:t>
        <w:br/>
      </w:r>
      <w:r>
        <w:rPr>
          <w:rFonts w:ascii="Times New Roman" w:hAnsi="Times New Roman"/>
          <w:b/>
          <w:i w:val="0"/>
          <w:sz w:val="24"/>
        </w:rPr>
        <w:t>40</w:t>
      </w:r>
      <w:r>
        <w:rPr>
          <w:rFonts w:ascii="Times New Roman" w:hAnsi="Times New Roman"/>
          <w:b w:val="0"/>
          <w:i w:val="0"/>
          <w:sz w:val="24"/>
        </w:rPr>
        <w:t xml:space="preserve"> см — </w:t>
      </w:r>
      <w:r>
        <w:rPr>
          <w:rFonts w:ascii="Times New Roman" w:hAnsi="Times New Roman"/>
          <w:b/>
          <w:i w:val="0"/>
          <w:sz w:val="24"/>
        </w:rPr>
        <w:t>26</w:t>
      </w:r>
      <w:r>
        <w:rPr>
          <w:rFonts w:ascii="Times New Roman" w:hAnsi="Times New Roman"/>
          <w:b w:val="0"/>
          <w:i w:val="0"/>
          <w:sz w:val="24"/>
        </w:rPr>
        <w:t xml:space="preserve"> см = </w:t>
      </w:r>
      <w:r>
        <w:rPr>
          <w:rFonts w:ascii="Times New Roman" w:hAnsi="Times New Roman"/>
          <w:b/>
          <w:i w:val="0"/>
          <w:sz w:val="24"/>
        </w:rPr>
        <w:t>14</w:t>
      </w:r>
      <w:r>
        <w:rPr>
          <w:rFonts w:ascii="Times New Roman" w:hAnsi="Times New Roman"/>
          <w:b w:val="0"/>
          <w:i w:val="0"/>
          <w:sz w:val="24"/>
        </w:rPr>
        <w:t xml:space="preserve"> см.</w:t>
        <w:br/>
      </w:r>
      <w:r>
        <w:rPr>
          <w:rFonts w:ascii="Times New Roman" w:hAnsi="Times New Roman"/>
          <w:b/>
          <w:i w:val="0"/>
          <w:sz w:val="24"/>
        </w:rPr>
        <w:t>171</w:t>
      </w:r>
      <w:r>
        <w:rPr>
          <w:rFonts w:ascii="Times New Roman" w:hAnsi="Times New Roman"/>
          <w:b w:val="0"/>
          <w:i w:val="0"/>
          <w:sz w:val="24"/>
        </w:rPr>
        <w:t xml:space="preserve"> + </w:t>
      </w:r>
      <w:r>
        <w:rPr>
          <w:rFonts w:ascii="Times New Roman" w:hAnsi="Times New Roman"/>
          <w:b/>
          <w:i w:val="0"/>
          <w:sz w:val="24"/>
        </w:rPr>
        <w:t>51</w:t>
      </w:r>
      <w:r>
        <w:rPr>
          <w:rFonts w:ascii="Times New Roman" w:hAnsi="Times New Roman"/>
          <w:b w:val="0"/>
          <w:i w:val="0"/>
          <w:sz w:val="24"/>
        </w:rPr>
        <w:t xml:space="preserve"> = </w:t>
      </w:r>
      <w:r>
        <w:rPr>
          <w:rFonts w:ascii="Times New Roman" w:hAnsi="Times New Roman"/>
          <w:b/>
          <w:i w:val="0"/>
          <w:sz w:val="24"/>
        </w:rPr>
        <w:t>222</w:t>
      </w:r>
      <w:r>
        <w:rPr>
          <w:rFonts w:ascii="Times New Roman" w:hAnsi="Times New Roman"/>
          <w:b w:val="0"/>
          <w:i w:val="0"/>
          <w:sz w:val="24"/>
        </w:rPr>
        <w:t>.</w:t>
        <w:br/>
      </w:r>
      <w:r>
        <w:rPr>
          <w:rFonts w:ascii="Times New Roman" w:hAnsi="Times New Roman"/>
          <w:b/>
          <w:i w:val="0"/>
          <w:sz w:val="24"/>
        </w:rPr>
        <w:t>701</w:t>
      </w:r>
      <w:r>
        <w:rPr>
          <w:rFonts w:ascii="Times New Roman" w:hAnsi="Times New Roman"/>
          <w:b w:val="0"/>
          <w:i w:val="0"/>
          <w:sz w:val="24"/>
        </w:rPr>
        <w:t xml:space="preserve"> — </w:t>
      </w:r>
      <w:r>
        <w:rPr>
          <w:rFonts w:ascii="Times New Roman" w:hAnsi="Times New Roman"/>
          <w:b/>
          <w:i w:val="0"/>
          <w:sz w:val="24"/>
        </w:rPr>
        <w:t>421</w:t>
      </w:r>
      <w:r>
        <w:rPr>
          <w:rFonts w:ascii="Times New Roman" w:hAnsi="Times New Roman"/>
          <w:b w:val="0"/>
          <w:i w:val="0"/>
          <w:sz w:val="24"/>
        </w:rPr>
        <w:t xml:space="preserve"> = </w:t>
      </w:r>
      <w:r>
        <w:rPr>
          <w:rFonts w:ascii="Times New Roman" w:hAnsi="Times New Roman"/>
          <w:b/>
          <w:i w:val="0"/>
          <w:sz w:val="24"/>
        </w:rPr>
        <w:t>280</w:t>
      </w:r>
      <w:r>
        <w:rPr>
          <w:rFonts w:ascii="Times New Roman" w:hAnsi="Times New Roman"/>
          <w:b w:val="0"/>
          <w:i w:val="0"/>
          <w:sz w:val="24"/>
        </w:rPr>
        <w:t>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16. </w:t>
      </w:r>
      <w:r>
        <w:rPr>
          <w:rFonts w:ascii="Times New Roman" w:hAnsi="Times New Roman"/>
          <w:b w:val="0"/>
          <w:i w:val="0"/>
          <w:sz w:val="24"/>
        </w:rPr>
        <w:t>В таблице указано, сколько чайников разного вида продали в сентябре и октябре.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в сентябре | в октябре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19 | 16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8 | 7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a) Сколько электрических чайников продали за два месяца?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б) Сколько продали обычных чайников?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в) Сколько всего чайников продали?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Предположим, что первая строка (19 и 16) — это электрические чайники, а вторая (8 и 7) — обычные.</w:t>
        <w:br/>
        <w:t xml:space="preserve">a) Электрических: </w:t>
      </w:r>
      <w:r>
        <w:rPr>
          <w:rFonts w:ascii="Times New Roman" w:hAnsi="Times New Roman"/>
          <w:b/>
          <w:i w:val="0"/>
          <w:sz w:val="24"/>
        </w:rPr>
        <w:t>19</w:t>
      </w:r>
      <w:r>
        <w:rPr>
          <w:rFonts w:ascii="Times New Roman" w:hAnsi="Times New Roman"/>
          <w:b w:val="0"/>
          <w:i w:val="0"/>
          <w:sz w:val="24"/>
        </w:rPr>
        <w:t xml:space="preserve"> + </w:t>
      </w:r>
      <w:r>
        <w:rPr>
          <w:rFonts w:ascii="Times New Roman" w:hAnsi="Times New Roman"/>
          <w:b/>
          <w:i w:val="0"/>
          <w:sz w:val="24"/>
        </w:rPr>
        <w:t>16</w:t>
      </w:r>
      <w:r>
        <w:rPr>
          <w:rFonts w:ascii="Times New Roman" w:hAnsi="Times New Roman"/>
          <w:b w:val="0"/>
          <w:i w:val="0"/>
          <w:sz w:val="24"/>
        </w:rPr>
        <w:t xml:space="preserve"> = </w:t>
      </w:r>
      <w:r>
        <w:rPr>
          <w:rFonts w:ascii="Times New Roman" w:hAnsi="Times New Roman"/>
          <w:b/>
          <w:i w:val="0"/>
          <w:sz w:val="24"/>
        </w:rPr>
        <w:t>35</w:t>
      </w:r>
      <w:r>
        <w:rPr>
          <w:rFonts w:ascii="Times New Roman" w:hAnsi="Times New Roman"/>
          <w:b w:val="0"/>
          <w:i w:val="0"/>
          <w:sz w:val="24"/>
        </w:rPr>
        <w:t xml:space="preserve"> шт.</w:t>
        <w:br/>
        <w:t xml:space="preserve">б) Обычных: </w:t>
      </w:r>
      <w:r>
        <w:rPr>
          <w:rFonts w:ascii="Times New Roman" w:hAnsi="Times New Roman"/>
          <w:b/>
          <w:i w:val="0"/>
          <w:sz w:val="24"/>
        </w:rPr>
        <w:t>8</w:t>
      </w:r>
      <w:r>
        <w:rPr>
          <w:rFonts w:ascii="Times New Roman" w:hAnsi="Times New Roman"/>
          <w:b w:val="0"/>
          <w:i w:val="0"/>
          <w:sz w:val="24"/>
        </w:rPr>
        <w:t xml:space="preserve"> + </w:t>
      </w:r>
      <w:r>
        <w:rPr>
          <w:rFonts w:ascii="Times New Roman" w:hAnsi="Times New Roman"/>
          <w:b/>
          <w:i w:val="0"/>
          <w:sz w:val="24"/>
        </w:rPr>
        <w:t>7</w:t>
      </w:r>
      <w:r>
        <w:rPr>
          <w:rFonts w:ascii="Times New Roman" w:hAnsi="Times New Roman"/>
          <w:b w:val="0"/>
          <w:i w:val="0"/>
          <w:sz w:val="24"/>
        </w:rPr>
        <w:t xml:space="preserve"> = </w:t>
      </w:r>
      <w:r>
        <w:rPr>
          <w:rFonts w:ascii="Times New Roman" w:hAnsi="Times New Roman"/>
          <w:b/>
          <w:i w:val="0"/>
          <w:sz w:val="24"/>
        </w:rPr>
        <w:t>15</w:t>
      </w:r>
      <w:r>
        <w:rPr>
          <w:rFonts w:ascii="Times New Roman" w:hAnsi="Times New Roman"/>
          <w:b w:val="0"/>
          <w:i w:val="0"/>
          <w:sz w:val="24"/>
        </w:rPr>
        <w:t xml:space="preserve"> шт.</w:t>
        <w:br/>
        <w:t xml:space="preserve">в) Всего: 35 + 15 = </w:t>
      </w:r>
      <w:r>
        <w:rPr>
          <w:rFonts w:ascii="Times New Roman" w:hAnsi="Times New Roman"/>
          <w:b/>
          <w:i w:val="0"/>
          <w:sz w:val="24"/>
        </w:rPr>
        <w:t>50</w:t>
      </w:r>
      <w:r>
        <w:rPr>
          <w:rFonts w:ascii="Times New Roman" w:hAnsi="Times New Roman"/>
          <w:b w:val="0"/>
          <w:i w:val="0"/>
          <w:sz w:val="24"/>
        </w:rPr>
        <w:t xml:space="preserve"> шт. (или 19+16+8+7=50)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17. </w:t>
      </w:r>
      <w:r>
        <w:rPr>
          <w:rFonts w:ascii="Times New Roman" w:hAnsi="Times New Roman"/>
          <w:b w:val="0"/>
          <w:i w:val="0"/>
          <w:sz w:val="24"/>
        </w:rPr>
        <w:t xml:space="preserve">Длина первого отрезка </w:t>
      </w:r>
      <w:r>
        <w:rPr>
          <w:rFonts w:ascii="Times New Roman" w:hAnsi="Times New Roman"/>
          <w:b/>
          <w:i w:val="0"/>
          <w:color w:val="C2185B"/>
          <w:sz w:val="24"/>
        </w:rPr>
        <w:t>50</w:t>
      </w:r>
      <w:r>
        <w:rPr>
          <w:rFonts w:ascii="Times New Roman" w:hAnsi="Times New Roman"/>
          <w:b w:val="0"/>
          <w:i w:val="0"/>
          <w:sz w:val="24"/>
        </w:rPr>
        <w:t xml:space="preserve"> см. Второй отрезок на </w:t>
      </w:r>
      <w:r>
        <w:rPr>
          <w:rFonts w:ascii="Times New Roman" w:hAnsi="Times New Roman"/>
          <w:b/>
          <w:i w:val="0"/>
          <w:color w:val="C2185B"/>
          <w:sz w:val="24"/>
        </w:rPr>
        <w:t>43</w:t>
      </w:r>
      <w:r>
        <w:rPr>
          <w:rFonts w:ascii="Times New Roman" w:hAnsi="Times New Roman"/>
          <w:b w:val="0"/>
          <w:i w:val="0"/>
          <w:sz w:val="24"/>
        </w:rPr>
        <w:t xml:space="preserve"> см короче первого. Третий отрезок на </w:t>
      </w:r>
      <w:r>
        <w:rPr>
          <w:rFonts w:ascii="Times New Roman" w:hAnsi="Times New Roman"/>
          <w:b/>
          <w:i w:val="0"/>
          <w:color w:val="C2185B"/>
          <w:sz w:val="24"/>
        </w:rPr>
        <w:t>5</w:t>
      </w:r>
      <w:r>
        <w:rPr>
          <w:rFonts w:ascii="Times New Roman" w:hAnsi="Times New Roman"/>
          <w:b w:val="0"/>
          <w:i w:val="0"/>
          <w:sz w:val="24"/>
        </w:rPr>
        <w:t xml:space="preserve"> см длиннее второго. Начертите третий отрезок.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 xml:space="preserve">Длина первого отрезка = </w:t>
      </w:r>
      <w:r>
        <w:rPr>
          <w:rFonts w:ascii="Times New Roman" w:hAnsi="Times New Roman"/>
          <w:b/>
          <w:i w:val="0"/>
          <w:sz w:val="24"/>
        </w:rPr>
        <w:t>50</w:t>
      </w:r>
      <w:r>
        <w:rPr>
          <w:rFonts w:ascii="Times New Roman" w:hAnsi="Times New Roman"/>
          <w:b w:val="0"/>
          <w:i w:val="0"/>
          <w:sz w:val="24"/>
        </w:rPr>
        <w:t xml:space="preserve"> см. Второй отрезок короче первого на </w:t>
      </w:r>
      <w:r>
        <w:rPr>
          <w:rFonts w:ascii="Times New Roman" w:hAnsi="Times New Roman"/>
          <w:b/>
          <w:i w:val="0"/>
          <w:sz w:val="24"/>
        </w:rPr>
        <w:t>43</w:t>
      </w:r>
      <w:r>
        <w:rPr>
          <w:rFonts w:ascii="Times New Roman" w:hAnsi="Times New Roman"/>
          <w:b w:val="0"/>
          <w:i w:val="0"/>
          <w:sz w:val="24"/>
        </w:rPr>
        <w:t xml:space="preserve"> см: 50 - 43 = </w:t>
      </w:r>
      <w:r>
        <w:rPr>
          <w:rFonts w:ascii="Times New Roman" w:hAnsi="Times New Roman"/>
          <w:b/>
          <w:i w:val="0"/>
          <w:sz w:val="24"/>
        </w:rPr>
        <w:t>7</w:t>
      </w:r>
      <w:r>
        <w:rPr>
          <w:rFonts w:ascii="Times New Roman" w:hAnsi="Times New Roman"/>
          <w:b w:val="0"/>
          <w:i w:val="0"/>
          <w:sz w:val="24"/>
        </w:rPr>
        <w:t xml:space="preserve"> см. Третий отрезок длиннее второго на </w:t>
      </w:r>
      <w:r>
        <w:rPr>
          <w:rFonts w:ascii="Times New Roman" w:hAnsi="Times New Roman"/>
          <w:b/>
          <w:i w:val="0"/>
          <w:sz w:val="24"/>
        </w:rPr>
        <w:t>5</w:t>
      </w:r>
      <w:r>
        <w:rPr>
          <w:rFonts w:ascii="Times New Roman" w:hAnsi="Times New Roman"/>
          <w:b w:val="0"/>
          <w:i w:val="0"/>
          <w:sz w:val="24"/>
        </w:rPr>
        <w:t xml:space="preserve"> см: 7 + 5 = </w:t>
      </w:r>
      <w:r>
        <w:rPr>
          <w:rFonts w:ascii="Times New Roman" w:hAnsi="Times New Roman"/>
          <w:b/>
          <w:i w:val="0"/>
          <w:sz w:val="24"/>
        </w:rPr>
        <w:t>12</w:t>
      </w:r>
      <w:r>
        <w:rPr>
          <w:rFonts w:ascii="Times New Roman" w:hAnsi="Times New Roman"/>
          <w:b w:val="0"/>
          <w:i w:val="0"/>
          <w:sz w:val="24"/>
        </w:rPr>
        <w:t xml:space="preserve"> см. Третий отрезок имеет длину </w:t>
      </w:r>
      <w:r>
        <w:rPr>
          <w:rFonts w:ascii="Times New Roman" w:hAnsi="Times New Roman"/>
          <w:b/>
          <w:i w:val="0"/>
          <w:sz w:val="24"/>
        </w:rPr>
        <w:t>12</w:t>
      </w:r>
      <w:r>
        <w:rPr>
          <w:rFonts w:ascii="Times New Roman" w:hAnsi="Times New Roman"/>
          <w:b w:val="0"/>
          <w:i w:val="0"/>
          <w:sz w:val="24"/>
        </w:rPr>
        <w:t xml:space="preserve"> см. (Начертите отрезок длиной 12 см).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18. </w:t>
      </w:r>
      <w:r>
        <w:rPr>
          <w:rFonts w:ascii="Times New Roman" w:hAnsi="Times New Roman"/>
          <w:b w:val="0"/>
          <w:i w:val="0"/>
          <w:sz w:val="24"/>
        </w:rPr>
        <w:t>Догадайтесь, какое число прячется за чайником.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+ = 15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— = 3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 xml:space="preserve">Из первого уравнения: </w:t>
      </w:r>
      <w:r>
        <w:rPr>
          <w:rFonts w:ascii="Times New Roman" w:hAnsi="Times New Roman"/>
          <w:b/>
          <w:i w:val="0"/>
          <w:sz w:val="24"/>
        </w:rPr>
        <w:t>+</w:t>
      </w:r>
      <w:r>
        <w:rPr>
          <w:rFonts w:ascii="Times New Roman" w:hAnsi="Times New Roman"/>
          <w:b w:val="0"/>
          <w:i w:val="0"/>
          <w:sz w:val="24"/>
        </w:rPr>
        <w:t xml:space="preserve"> = </w:t>
      </w:r>
      <w:r>
        <w:rPr>
          <w:rFonts w:ascii="Times New Roman" w:hAnsi="Times New Roman"/>
          <w:b/>
          <w:i w:val="0"/>
          <w:sz w:val="24"/>
        </w:rPr>
        <w:t>15</w:t>
      </w:r>
      <w:r>
        <w:rPr>
          <w:rFonts w:ascii="Times New Roman" w:hAnsi="Times New Roman"/>
          <w:b w:val="0"/>
          <w:i w:val="0"/>
          <w:sz w:val="24"/>
        </w:rPr>
        <w:t xml:space="preserve">. Из второго уравнения: </w:t>
      </w:r>
      <w:r>
        <w:rPr>
          <w:rFonts w:ascii="Times New Roman" w:hAnsi="Times New Roman"/>
          <w:b/>
          <w:i w:val="0"/>
          <w:sz w:val="24"/>
        </w:rPr>
        <w:t>—</w:t>
      </w:r>
      <w:r>
        <w:rPr>
          <w:rFonts w:ascii="Times New Roman" w:hAnsi="Times New Roman"/>
          <w:b w:val="0"/>
          <w:i w:val="0"/>
          <w:sz w:val="24"/>
        </w:rPr>
        <w:t xml:space="preserve"> = </w:t>
      </w:r>
      <w:r>
        <w:rPr>
          <w:rFonts w:ascii="Times New Roman" w:hAnsi="Times New Roman"/>
          <w:b/>
          <w:i w:val="0"/>
          <w:sz w:val="24"/>
        </w:rPr>
        <w:t>3</w:t>
      </w:r>
      <w:r>
        <w:rPr>
          <w:rFonts w:ascii="Times New Roman" w:hAnsi="Times New Roman"/>
          <w:b w:val="0"/>
          <w:i w:val="0"/>
          <w:sz w:val="24"/>
        </w:rPr>
        <w:t xml:space="preserve">. За чайником прячется число </w:t>
      </w:r>
      <w:r>
        <w:rPr>
          <w:rFonts w:ascii="Times New Roman" w:hAnsi="Times New Roman"/>
          <w:b/>
          <w:i w:val="0"/>
          <w:sz w:val="24"/>
        </w:rPr>
        <w:t>3</w:t>
      </w:r>
      <w:r>
        <w:rPr>
          <w:rFonts w:ascii="Times New Roman" w:hAnsi="Times New Roman"/>
          <w:b w:val="0"/>
          <w:i w:val="0"/>
          <w:sz w:val="24"/>
        </w:rPr>
        <w:t>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19. </w:t>
      </w:r>
      <w:r>
        <w:rPr>
          <w:rFonts w:ascii="Times New Roman" w:hAnsi="Times New Roman"/>
          <w:b w:val="0"/>
          <w:i w:val="0"/>
          <w:sz w:val="24"/>
        </w:rPr>
        <w:t>Вычислите. Расставьте ответы в порядке возрастания и угадайте слово. Что оно обозначает?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А 58+5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Г 49+9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К 28+7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М 37+6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Н 66+8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У 29+9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 xml:space="preserve">А: </w:t>
      </w:r>
      <w:r>
        <w:rPr>
          <w:rFonts w:ascii="Times New Roman" w:hAnsi="Times New Roman"/>
          <w:b/>
          <w:i w:val="0"/>
          <w:sz w:val="24"/>
        </w:rPr>
        <w:t>58</w:t>
      </w:r>
      <w:r>
        <w:rPr>
          <w:rFonts w:ascii="Times New Roman" w:hAnsi="Times New Roman"/>
          <w:b w:val="0"/>
          <w:i w:val="0"/>
          <w:sz w:val="24"/>
        </w:rPr>
        <w:t xml:space="preserve"> + </w:t>
      </w:r>
      <w:r>
        <w:rPr>
          <w:rFonts w:ascii="Times New Roman" w:hAnsi="Times New Roman"/>
          <w:b/>
          <w:i w:val="0"/>
          <w:sz w:val="24"/>
        </w:rPr>
        <w:t>5</w:t>
      </w:r>
      <w:r>
        <w:rPr>
          <w:rFonts w:ascii="Times New Roman" w:hAnsi="Times New Roman"/>
          <w:b w:val="0"/>
          <w:i w:val="0"/>
          <w:sz w:val="24"/>
        </w:rPr>
        <w:t xml:space="preserve"> = </w:t>
      </w:r>
      <w:r>
        <w:rPr>
          <w:rFonts w:ascii="Times New Roman" w:hAnsi="Times New Roman"/>
          <w:b/>
          <w:i w:val="0"/>
          <w:sz w:val="24"/>
        </w:rPr>
        <w:t>63</w:t>
      </w:r>
      <w:r>
        <w:rPr>
          <w:rFonts w:ascii="Times New Roman" w:hAnsi="Times New Roman"/>
          <w:b w:val="0"/>
          <w:i w:val="0"/>
          <w:sz w:val="24"/>
        </w:rPr>
        <w:t xml:space="preserve">. </w:t>
        <w:br/>
        <w:t xml:space="preserve">Г: </w:t>
      </w:r>
      <w:r>
        <w:rPr>
          <w:rFonts w:ascii="Times New Roman" w:hAnsi="Times New Roman"/>
          <w:b/>
          <w:i w:val="0"/>
          <w:sz w:val="24"/>
        </w:rPr>
        <w:t>49</w:t>
      </w:r>
      <w:r>
        <w:rPr>
          <w:rFonts w:ascii="Times New Roman" w:hAnsi="Times New Roman"/>
          <w:b w:val="0"/>
          <w:i w:val="0"/>
          <w:sz w:val="24"/>
        </w:rPr>
        <w:t xml:space="preserve"> + </w:t>
      </w:r>
      <w:r>
        <w:rPr>
          <w:rFonts w:ascii="Times New Roman" w:hAnsi="Times New Roman"/>
          <w:b/>
          <w:i w:val="0"/>
          <w:sz w:val="24"/>
        </w:rPr>
        <w:t>9</w:t>
      </w:r>
      <w:r>
        <w:rPr>
          <w:rFonts w:ascii="Times New Roman" w:hAnsi="Times New Roman"/>
          <w:b w:val="0"/>
          <w:i w:val="0"/>
          <w:sz w:val="24"/>
        </w:rPr>
        <w:t xml:space="preserve"> = </w:t>
      </w:r>
      <w:r>
        <w:rPr>
          <w:rFonts w:ascii="Times New Roman" w:hAnsi="Times New Roman"/>
          <w:b/>
          <w:i w:val="0"/>
          <w:sz w:val="24"/>
        </w:rPr>
        <w:t>58</w:t>
      </w:r>
      <w:r>
        <w:rPr>
          <w:rFonts w:ascii="Times New Roman" w:hAnsi="Times New Roman"/>
          <w:b w:val="0"/>
          <w:i w:val="0"/>
          <w:sz w:val="24"/>
        </w:rPr>
        <w:t xml:space="preserve">. </w:t>
        <w:br/>
        <w:t xml:space="preserve">К: </w:t>
      </w:r>
      <w:r>
        <w:rPr>
          <w:rFonts w:ascii="Times New Roman" w:hAnsi="Times New Roman"/>
          <w:b/>
          <w:i w:val="0"/>
          <w:sz w:val="24"/>
        </w:rPr>
        <w:t>28</w:t>
      </w:r>
      <w:r>
        <w:rPr>
          <w:rFonts w:ascii="Times New Roman" w:hAnsi="Times New Roman"/>
          <w:b w:val="0"/>
          <w:i w:val="0"/>
          <w:sz w:val="24"/>
        </w:rPr>
        <w:t xml:space="preserve"> + </w:t>
      </w:r>
      <w:r>
        <w:rPr>
          <w:rFonts w:ascii="Times New Roman" w:hAnsi="Times New Roman"/>
          <w:b/>
          <w:i w:val="0"/>
          <w:sz w:val="24"/>
        </w:rPr>
        <w:t>7</w:t>
      </w:r>
      <w:r>
        <w:rPr>
          <w:rFonts w:ascii="Times New Roman" w:hAnsi="Times New Roman"/>
          <w:b w:val="0"/>
          <w:i w:val="0"/>
          <w:sz w:val="24"/>
        </w:rPr>
        <w:t xml:space="preserve"> = </w:t>
      </w:r>
      <w:r>
        <w:rPr>
          <w:rFonts w:ascii="Times New Roman" w:hAnsi="Times New Roman"/>
          <w:b/>
          <w:i w:val="0"/>
          <w:sz w:val="24"/>
        </w:rPr>
        <w:t>35</w:t>
      </w:r>
      <w:r>
        <w:rPr>
          <w:rFonts w:ascii="Times New Roman" w:hAnsi="Times New Roman"/>
          <w:b w:val="0"/>
          <w:i w:val="0"/>
          <w:sz w:val="24"/>
        </w:rPr>
        <w:t xml:space="preserve">. </w:t>
        <w:br/>
        <w:t xml:space="preserve">М: </w:t>
      </w:r>
      <w:r>
        <w:rPr>
          <w:rFonts w:ascii="Times New Roman" w:hAnsi="Times New Roman"/>
          <w:b/>
          <w:i w:val="0"/>
          <w:sz w:val="24"/>
        </w:rPr>
        <w:t>37</w:t>
      </w:r>
      <w:r>
        <w:rPr>
          <w:rFonts w:ascii="Times New Roman" w:hAnsi="Times New Roman"/>
          <w:b w:val="0"/>
          <w:i w:val="0"/>
          <w:sz w:val="24"/>
        </w:rPr>
        <w:t xml:space="preserve"> + </w:t>
      </w:r>
      <w:r>
        <w:rPr>
          <w:rFonts w:ascii="Times New Roman" w:hAnsi="Times New Roman"/>
          <w:b/>
          <w:i w:val="0"/>
          <w:sz w:val="24"/>
        </w:rPr>
        <w:t>6</w:t>
      </w:r>
      <w:r>
        <w:rPr>
          <w:rFonts w:ascii="Times New Roman" w:hAnsi="Times New Roman"/>
          <w:b w:val="0"/>
          <w:i w:val="0"/>
          <w:sz w:val="24"/>
        </w:rPr>
        <w:t xml:space="preserve"> = </w:t>
      </w:r>
      <w:r>
        <w:rPr>
          <w:rFonts w:ascii="Times New Roman" w:hAnsi="Times New Roman"/>
          <w:b/>
          <w:i w:val="0"/>
          <w:sz w:val="24"/>
        </w:rPr>
        <w:t>43</w:t>
      </w:r>
      <w:r>
        <w:rPr>
          <w:rFonts w:ascii="Times New Roman" w:hAnsi="Times New Roman"/>
          <w:b w:val="0"/>
          <w:i w:val="0"/>
          <w:sz w:val="24"/>
        </w:rPr>
        <w:t xml:space="preserve">. </w:t>
        <w:br/>
        <w:t xml:space="preserve">Н: </w:t>
      </w:r>
      <w:r>
        <w:rPr>
          <w:rFonts w:ascii="Times New Roman" w:hAnsi="Times New Roman"/>
          <w:b/>
          <w:i w:val="0"/>
          <w:sz w:val="24"/>
        </w:rPr>
        <w:t>66</w:t>
      </w:r>
      <w:r>
        <w:rPr>
          <w:rFonts w:ascii="Times New Roman" w:hAnsi="Times New Roman"/>
          <w:b w:val="0"/>
          <w:i w:val="0"/>
          <w:sz w:val="24"/>
        </w:rPr>
        <w:t xml:space="preserve"> + </w:t>
      </w:r>
      <w:r>
        <w:rPr>
          <w:rFonts w:ascii="Times New Roman" w:hAnsi="Times New Roman"/>
          <w:b/>
          <w:i w:val="0"/>
          <w:sz w:val="24"/>
        </w:rPr>
        <w:t>8</w:t>
      </w:r>
      <w:r>
        <w:rPr>
          <w:rFonts w:ascii="Times New Roman" w:hAnsi="Times New Roman"/>
          <w:b w:val="0"/>
          <w:i w:val="0"/>
          <w:sz w:val="24"/>
        </w:rPr>
        <w:t xml:space="preserve"> = </w:t>
      </w:r>
      <w:r>
        <w:rPr>
          <w:rFonts w:ascii="Times New Roman" w:hAnsi="Times New Roman"/>
          <w:b/>
          <w:i w:val="0"/>
          <w:sz w:val="24"/>
        </w:rPr>
        <w:t>74</w:t>
      </w:r>
      <w:r>
        <w:rPr>
          <w:rFonts w:ascii="Times New Roman" w:hAnsi="Times New Roman"/>
          <w:b w:val="0"/>
          <w:i w:val="0"/>
          <w:sz w:val="24"/>
        </w:rPr>
        <w:t xml:space="preserve">. </w:t>
        <w:br/>
        <w:t xml:space="preserve">У: </w:t>
      </w:r>
      <w:r>
        <w:rPr>
          <w:rFonts w:ascii="Times New Roman" w:hAnsi="Times New Roman"/>
          <w:b/>
          <w:i w:val="0"/>
          <w:sz w:val="24"/>
        </w:rPr>
        <w:t>29</w:t>
      </w:r>
      <w:r>
        <w:rPr>
          <w:rFonts w:ascii="Times New Roman" w:hAnsi="Times New Roman"/>
          <w:b w:val="0"/>
          <w:i w:val="0"/>
          <w:sz w:val="24"/>
        </w:rPr>
        <w:t xml:space="preserve"> + </w:t>
      </w:r>
      <w:r>
        <w:rPr>
          <w:rFonts w:ascii="Times New Roman" w:hAnsi="Times New Roman"/>
          <w:b/>
          <w:i w:val="0"/>
          <w:sz w:val="24"/>
        </w:rPr>
        <w:t>9</w:t>
      </w:r>
      <w:r>
        <w:rPr>
          <w:rFonts w:ascii="Times New Roman" w:hAnsi="Times New Roman"/>
          <w:b w:val="0"/>
          <w:i w:val="0"/>
          <w:sz w:val="24"/>
        </w:rPr>
        <w:t xml:space="preserve"> = </w:t>
      </w:r>
      <w:r>
        <w:rPr>
          <w:rFonts w:ascii="Times New Roman" w:hAnsi="Times New Roman"/>
          <w:b/>
          <w:i w:val="0"/>
          <w:sz w:val="24"/>
        </w:rPr>
        <w:t>38</w:t>
      </w:r>
      <w:r>
        <w:rPr>
          <w:rFonts w:ascii="Times New Roman" w:hAnsi="Times New Roman"/>
          <w:b w:val="0"/>
          <w:i w:val="0"/>
          <w:sz w:val="24"/>
        </w:rPr>
        <w:t xml:space="preserve">. </w:t>
        <w:br/>
        <w:t xml:space="preserve">Ответы в порядке возрастания: 35, 38, 43, 58, 63, 74. </w:t>
        <w:br/>
        <w:t>Слово: К, У, М, Г, А, Н. (Не получается осмысленное слово из данных букв. Возможно, ошибка в задании или буквах). Если предположить, что буквы даны в другом порядке: К(35), У(38), М(43), Г(58), А(63), Н(74). Слово: КУМГАН. Кумган — это глиняный сосуд для воды.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20. </w:t>
      </w:r>
      <w:r>
        <w:rPr>
          <w:rFonts w:ascii="Times New Roman" w:hAnsi="Times New Roman"/>
          <w:b w:val="0"/>
          <w:i w:val="0"/>
          <w:sz w:val="24"/>
        </w:rPr>
        <w:t xml:space="preserve">В магазин привезли </w:t>
      </w:r>
      <w:r>
        <w:rPr>
          <w:rFonts w:ascii="Times New Roman" w:hAnsi="Times New Roman"/>
          <w:b/>
          <w:i w:val="0"/>
          <w:color w:val="C2185B"/>
          <w:sz w:val="24"/>
        </w:rPr>
        <w:t>80</w:t>
      </w:r>
      <w:r>
        <w:rPr>
          <w:rFonts w:ascii="Times New Roman" w:hAnsi="Times New Roman"/>
          <w:b w:val="0"/>
          <w:i w:val="0"/>
          <w:sz w:val="24"/>
        </w:rPr>
        <w:t xml:space="preserve"> кувшинов. За день продали </w:t>
      </w:r>
      <w:r>
        <w:rPr>
          <w:rFonts w:ascii="Times New Roman" w:hAnsi="Times New Roman"/>
          <w:b/>
          <w:i w:val="0"/>
          <w:color w:val="C2185B"/>
          <w:sz w:val="24"/>
        </w:rPr>
        <w:t>17</w:t>
      </w:r>
      <w:r>
        <w:rPr>
          <w:rFonts w:ascii="Times New Roman" w:hAnsi="Times New Roman"/>
          <w:b w:val="0"/>
          <w:i w:val="0"/>
          <w:sz w:val="24"/>
        </w:rPr>
        <w:t xml:space="preserve"> глиняных и </w:t>
      </w:r>
      <w:r>
        <w:rPr>
          <w:rFonts w:ascii="Times New Roman" w:hAnsi="Times New Roman"/>
          <w:b/>
          <w:i w:val="0"/>
          <w:color w:val="C2185B"/>
          <w:sz w:val="24"/>
        </w:rPr>
        <w:t>8</w:t>
      </w:r>
      <w:r>
        <w:rPr>
          <w:rFonts w:ascii="Times New Roman" w:hAnsi="Times New Roman"/>
          <w:b w:val="0"/>
          <w:i w:val="0"/>
          <w:sz w:val="24"/>
        </w:rPr>
        <w:t xml:space="preserve"> стеклянных кувшинов. Сколько кувшинов осталось в магазине?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 xml:space="preserve">Всего продали: </w:t>
      </w:r>
      <w:r>
        <w:rPr>
          <w:rFonts w:ascii="Times New Roman" w:hAnsi="Times New Roman"/>
          <w:b/>
          <w:i w:val="0"/>
          <w:sz w:val="24"/>
        </w:rPr>
        <w:t>17</w:t>
      </w:r>
      <w:r>
        <w:rPr>
          <w:rFonts w:ascii="Times New Roman" w:hAnsi="Times New Roman"/>
          <w:b w:val="0"/>
          <w:i w:val="0"/>
          <w:sz w:val="24"/>
        </w:rPr>
        <w:t xml:space="preserve"> + </w:t>
      </w:r>
      <w:r>
        <w:rPr>
          <w:rFonts w:ascii="Times New Roman" w:hAnsi="Times New Roman"/>
          <w:b/>
          <w:i w:val="0"/>
          <w:sz w:val="24"/>
        </w:rPr>
        <w:t>8</w:t>
      </w:r>
      <w:r>
        <w:rPr>
          <w:rFonts w:ascii="Times New Roman" w:hAnsi="Times New Roman"/>
          <w:b w:val="0"/>
          <w:i w:val="0"/>
          <w:sz w:val="24"/>
        </w:rPr>
        <w:t xml:space="preserve"> = </w:t>
      </w:r>
      <w:r>
        <w:rPr>
          <w:rFonts w:ascii="Times New Roman" w:hAnsi="Times New Roman"/>
          <w:b/>
          <w:i w:val="0"/>
          <w:sz w:val="24"/>
        </w:rPr>
        <w:t>25</w:t>
      </w:r>
      <w:r>
        <w:rPr>
          <w:rFonts w:ascii="Times New Roman" w:hAnsi="Times New Roman"/>
          <w:b w:val="0"/>
          <w:i w:val="0"/>
          <w:sz w:val="24"/>
        </w:rPr>
        <w:t xml:space="preserve"> кувшинов. Осталось: </w:t>
      </w:r>
      <w:r>
        <w:rPr>
          <w:rFonts w:ascii="Times New Roman" w:hAnsi="Times New Roman"/>
          <w:b/>
          <w:i w:val="0"/>
          <w:sz w:val="24"/>
        </w:rPr>
        <w:t>80</w:t>
      </w:r>
      <w:r>
        <w:rPr>
          <w:rFonts w:ascii="Times New Roman" w:hAnsi="Times New Roman"/>
          <w:b w:val="0"/>
          <w:i w:val="0"/>
          <w:sz w:val="24"/>
        </w:rPr>
        <w:t xml:space="preserve"> - </w:t>
      </w:r>
      <w:r>
        <w:rPr>
          <w:rFonts w:ascii="Times New Roman" w:hAnsi="Times New Roman"/>
          <w:b/>
          <w:i w:val="0"/>
          <w:sz w:val="24"/>
        </w:rPr>
        <w:t>25</w:t>
      </w:r>
      <w:r>
        <w:rPr>
          <w:rFonts w:ascii="Times New Roman" w:hAnsi="Times New Roman"/>
          <w:b w:val="0"/>
          <w:i w:val="0"/>
          <w:sz w:val="24"/>
        </w:rPr>
        <w:t xml:space="preserve"> = </w:t>
      </w:r>
      <w:r>
        <w:rPr>
          <w:rFonts w:ascii="Times New Roman" w:hAnsi="Times New Roman"/>
          <w:b/>
          <w:i w:val="0"/>
          <w:sz w:val="24"/>
        </w:rPr>
        <w:t>55</w:t>
      </w:r>
      <w:r>
        <w:rPr>
          <w:rFonts w:ascii="Times New Roman" w:hAnsi="Times New Roman"/>
          <w:b w:val="0"/>
          <w:i w:val="0"/>
          <w:sz w:val="24"/>
        </w:rPr>
        <w:t xml:space="preserve"> кувшинов. Ответ: В магазине осталось </w:t>
      </w:r>
      <w:r>
        <w:rPr>
          <w:rFonts w:ascii="Times New Roman" w:hAnsi="Times New Roman"/>
          <w:b/>
          <w:i w:val="0"/>
          <w:sz w:val="24"/>
        </w:rPr>
        <w:t>55</w:t>
      </w:r>
      <w:r>
        <w:rPr>
          <w:rFonts w:ascii="Times New Roman" w:hAnsi="Times New Roman"/>
          <w:b w:val="0"/>
          <w:i w:val="0"/>
          <w:sz w:val="24"/>
        </w:rPr>
        <w:t xml:space="preserve"> кувшинов.</w:t>
      </w:r>
    </w:p>
    <w:sectPr w:rsidR="00FC693F" w:rsidRPr="0006063C" w:rsidSect="00034616">
      <w:headerReference w:type="default" r:id="rId9"/>
      <w:pgSz w:w="11906" w:h="16838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10692130"/>
          <wp:wrapNone/>
          <wp:docPr id="1000" name="page-frame"/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frame_kid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748000" cy="222758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png"/><Relationship Id="rId14" Type="http://schemas.openxmlformats.org/officeDocument/2006/relationships/image" Target="media/image6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