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ZAMONAVIY TEXNOLOGIYALARDAN FOYDALANGAN HOLDA YUKLARNI YETKAZIB BERISHNING MAQBUL YO‘NALISHLARINI ANIQLASHNING TASHKILIY-HUQUQIY TOMONLARI HOLATI</w:t>
      </w:r>
    </w:p>
    <w:p>
      <w:r/>
    </w:p>
    <w:p>
      <w:r/>
    </w:p>
    <w:p>
      <w:r/>
    </w:p>
    <w:p>
      <w:r/>
    </w:p>
    <w:p>
      <w:r/>
    </w:p>
    <w:p>
      <w:r>
        <w:rPr>
          <w:b/>
        </w:rPr>
        <w:br/>
        <w:t>ANNOTATSIYA</w:t>
      </w:r>
    </w:p>
    <w:p>
      <w:r>
        <w:br/>
        <w:t>Mazkur tezisda zamonaviy texnologiyalar asosida yuklarni yetkazib berishning maqbul yo‘nalishlarini aniqlashning tashkiliy va huquqiy asoslari o‘rganilgan. Transport-logistika tizimida zamonaviy GPS texnologiyalari, axborot tizimlari va raqamli platformalardan foydalanishning tashkiliy mexanizmlari hamda ularning huquqiy tartibga solinishi tahlil qilingan. Shuningdek, logistika faoliyatini tartibga soluvchi normativ-huquqiy hujjatlarning ahamiyati yoritilgan.</w:t>
        <w:br/>
      </w:r>
    </w:p>
    <w:p>
      <w:r>
        <w:rPr>
          <w:b/>
        </w:rPr>
        <w:t>KIRISH</w:t>
      </w:r>
    </w:p>
    <w:p>
      <w:r>
        <w:br/>
        <w:t>Bugungi kunda transport va logistika tizimini rivojlantirish O‘zbekiston Respublikasi iqtisodiy siyosatining ustuvor yo‘nalishlaridan biri hisoblanadi. Transport xizmatlari sifatini oshirish, yuklarni tez va xavfsiz yetkazib berishni ta’minlash maqsadida zamonaviy texnologiyalarni joriy etish muhim ahamiyat kasb etmoqda. Shu bilan birga, ushbu jarayonni samarali tashkil etish uchun mustahkam tashkiliy tizim va huquqiy asoslarning mavjud bo‘lishi talab etiladi.</w:t>
        <w:br/>
      </w:r>
    </w:p>
    <w:p>
      <w:r>
        <w:rPr>
          <w:b/>
        </w:rPr>
        <w:t>TADQIQOT MAQSADI</w:t>
      </w:r>
    </w:p>
    <w:p>
      <w:r>
        <w:br/>
        <w:t>Tadqiqotning asosiy maqsadi zamonaviy texnologiyalar yordamida yuklarni yetkazib berish marshrutlarini aniqlashning tashkiliy va huquqiy asoslarini o‘rganish hamda logistika tizimi samaradorligini oshirish bo‘yicha takliflar ishlab chiqishdan iborat.</w:t>
        <w:br/>
      </w:r>
    </w:p>
    <w:p>
      <w:r>
        <w:rPr>
          <w:b/>
        </w:rPr>
        <w:t>TADQIQOT OBYEKTI VA PREDMETI</w:t>
      </w:r>
    </w:p>
    <w:p>
      <w:r>
        <w:br/>
        <w:t>Tadqiqot obyekti transport-logistika tizimi hisoblanadi. Tadqiqot predmeti esa yuklarni yetkazib berish marshrutlarini aniqlashning tashkiliy va huquqiy jarayonlaridir.</w:t>
        <w:br/>
      </w:r>
    </w:p>
    <w:p>
      <w:r>
        <w:rPr>
          <w:b/>
        </w:rPr>
        <w:t>TADQIQOT USULLARI</w:t>
      </w:r>
    </w:p>
    <w:p>
      <w:r>
        <w:br/>
        <w:t>Tadqiqot davomida tahlil, taqqoslash, huquqiy hujjatlarni o‘rganish va tizimli yondashuv usullaridan foydalanildi. Transport-logistika sohasini tartibga soluvchi normativ-huquqiy hujjatlar tahlil qilindi.</w:t>
        <w:br/>
      </w:r>
    </w:p>
    <w:p>
      <w:r>
        <w:rPr>
          <w:b/>
        </w:rPr>
        <w:t>TADQIQOT NATIJALARI</w:t>
      </w:r>
    </w:p>
    <w:p>
      <w:r>
        <w:br/>
        <w:t>Tadqiqot natijalariga ko‘ra, zamonaviy texnologiyalardan foydalanish transport vositalarining harakatini samarali boshqarish va optimal marshrutlarni aniqlash imkonini beradi. Shu bilan birga, logistika faoliyatini tartibga soluvchi huquqiy hujjatlar ushbu jarayonni samarali tashkil etishda muhim ahamiyatga ega.</w:t>
        <w:br/>
      </w:r>
    </w:p>
    <w:p>
      <w:r>
        <w:rPr>
          <w:b/>
        </w:rPr>
        <w:t>XULOSA</w:t>
      </w:r>
    </w:p>
    <w:p>
      <w:r>
        <w:br/>
        <w:t>Zamonaviy texnologiyalar logistika tizimining samaradorligini oshirishda muhim omil hisoblanadi. Ushbu texnologiyalarni joriy etish bilan bir qatorda, tashkiliy va huquqiy asoslarni takomillashtirish logistika tizimi rivojlanishiga xizmat qiladi.</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