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Ingliz tilidagi noto‘g‘ri fe’llar (Irregular Verbs)</w:t>
      </w:r>
    </w:p>
    <w:p>
      <w:r>
        <w:t>Infinitive | Past Simple | Past Participle | O‘zbekchasi</w:t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Infinitive</w:t>
            </w:r>
          </w:p>
        </w:tc>
        <w:tc>
          <w:tcPr>
            <w:tcW w:type="dxa" w:w="2160"/>
          </w:tcPr>
          <w:p>
            <w:r>
              <w:t>Past Simple</w:t>
            </w:r>
          </w:p>
        </w:tc>
        <w:tc>
          <w:tcPr>
            <w:tcW w:type="dxa" w:w="2160"/>
          </w:tcPr>
          <w:p>
            <w:r>
              <w:t>Past Participle</w:t>
            </w:r>
          </w:p>
        </w:tc>
        <w:tc>
          <w:tcPr>
            <w:tcW w:type="dxa" w:w="2160"/>
          </w:tcPr>
          <w:p>
            <w:r>
              <w:t>O‘zbekchasi</w:t>
            </w:r>
          </w:p>
        </w:tc>
      </w:tr>
      <w:tr>
        <w:tc>
          <w:tcPr>
            <w:tcW w:type="dxa" w:w="2160"/>
          </w:tcPr>
          <w:p>
            <w:r>
              <w:t>be</w:t>
            </w:r>
          </w:p>
        </w:tc>
        <w:tc>
          <w:tcPr>
            <w:tcW w:type="dxa" w:w="2160"/>
          </w:tcPr>
          <w:p>
            <w:r>
              <w:t>was/were</w:t>
            </w:r>
          </w:p>
        </w:tc>
        <w:tc>
          <w:tcPr>
            <w:tcW w:type="dxa" w:w="2160"/>
          </w:tcPr>
          <w:p>
            <w:r>
              <w:t>been</w:t>
            </w:r>
          </w:p>
        </w:tc>
        <w:tc>
          <w:tcPr>
            <w:tcW w:type="dxa" w:w="2160"/>
          </w:tcPr>
          <w:p>
            <w:r>
              <w:t>bo‘lmoq</w:t>
            </w:r>
          </w:p>
        </w:tc>
      </w:tr>
      <w:tr>
        <w:tc>
          <w:tcPr>
            <w:tcW w:type="dxa" w:w="2160"/>
          </w:tcPr>
          <w:p>
            <w:r>
              <w:t xml:space="preserve"> become</w:t>
            </w:r>
          </w:p>
        </w:tc>
        <w:tc>
          <w:tcPr>
            <w:tcW w:type="dxa" w:w="2160"/>
          </w:tcPr>
          <w:p>
            <w:r>
              <w:t>became</w:t>
            </w:r>
          </w:p>
        </w:tc>
        <w:tc>
          <w:tcPr>
            <w:tcW w:type="dxa" w:w="2160"/>
          </w:tcPr>
          <w:p>
            <w:r>
              <w:t>become</w:t>
            </w:r>
          </w:p>
        </w:tc>
        <w:tc>
          <w:tcPr>
            <w:tcW w:type="dxa" w:w="2160"/>
          </w:tcPr>
          <w:p>
            <w:r>
              <w:t>aylanmoq</w:t>
            </w:r>
          </w:p>
        </w:tc>
      </w:tr>
      <w:tr>
        <w:tc>
          <w:tcPr>
            <w:tcW w:type="dxa" w:w="2160"/>
          </w:tcPr>
          <w:p>
            <w:r>
              <w:t>begin</w:t>
            </w:r>
          </w:p>
        </w:tc>
        <w:tc>
          <w:tcPr>
            <w:tcW w:type="dxa" w:w="2160"/>
          </w:tcPr>
          <w:p>
            <w:r>
              <w:t>began</w:t>
            </w:r>
          </w:p>
        </w:tc>
        <w:tc>
          <w:tcPr>
            <w:tcW w:type="dxa" w:w="2160"/>
          </w:tcPr>
          <w:p>
            <w:r>
              <w:t>begun</w:t>
            </w:r>
          </w:p>
        </w:tc>
        <w:tc>
          <w:tcPr>
            <w:tcW w:type="dxa" w:w="2160"/>
          </w:tcPr>
          <w:p>
            <w:r>
              <w:t>boshlamoq</w:t>
            </w:r>
          </w:p>
        </w:tc>
      </w:tr>
      <w:tr>
        <w:tc>
          <w:tcPr>
            <w:tcW w:type="dxa" w:w="2160"/>
          </w:tcPr>
          <w:p>
            <w:r>
              <w:t>break</w:t>
            </w:r>
          </w:p>
        </w:tc>
        <w:tc>
          <w:tcPr>
            <w:tcW w:type="dxa" w:w="2160"/>
          </w:tcPr>
          <w:p>
            <w:r>
              <w:t>broke</w:t>
            </w:r>
          </w:p>
        </w:tc>
        <w:tc>
          <w:tcPr>
            <w:tcW w:type="dxa" w:w="2160"/>
          </w:tcPr>
          <w:p>
            <w:r>
              <w:t>broken</w:t>
            </w:r>
          </w:p>
        </w:tc>
        <w:tc>
          <w:tcPr>
            <w:tcW w:type="dxa" w:w="2160"/>
          </w:tcPr>
          <w:p>
            <w:r>
              <w:t>sindirmoq</w:t>
            </w:r>
          </w:p>
        </w:tc>
      </w:tr>
      <w:tr>
        <w:tc>
          <w:tcPr>
            <w:tcW w:type="dxa" w:w="2160"/>
          </w:tcPr>
          <w:p>
            <w:r>
              <w:t>bring</w:t>
            </w:r>
          </w:p>
        </w:tc>
        <w:tc>
          <w:tcPr>
            <w:tcW w:type="dxa" w:w="2160"/>
          </w:tcPr>
          <w:p>
            <w:r>
              <w:t>brought</w:t>
            </w:r>
          </w:p>
        </w:tc>
        <w:tc>
          <w:tcPr>
            <w:tcW w:type="dxa" w:w="2160"/>
          </w:tcPr>
          <w:p>
            <w:r>
              <w:t>brought</w:t>
            </w:r>
          </w:p>
        </w:tc>
        <w:tc>
          <w:tcPr>
            <w:tcW w:type="dxa" w:w="2160"/>
          </w:tcPr>
          <w:p>
            <w:r>
              <w:t>olib kelmoq</w:t>
            </w:r>
          </w:p>
        </w:tc>
      </w:tr>
      <w:tr>
        <w:tc>
          <w:tcPr>
            <w:tcW w:type="dxa" w:w="2160"/>
          </w:tcPr>
          <w:p>
            <w:r>
              <w:t>build</w:t>
            </w:r>
          </w:p>
        </w:tc>
        <w:tc>
          <w:tcPr>
            <w:tcW w:type="dxa" w:w="2160"/>
          </w:tcPr>
          <w:p>
            <w:r>
              <w:t>built</w:t>
            </w:r>
          </w:p>
        </w:tc>
        <w:tc>
          <w:tcPr>
            <w:tcW w:type="dxa" w:w="2160"/>
          </w:tcPr>
          <w:p>
            <w:r>
              <w:t>built</w:t>
            </w:r>
          </w:p>
        </w:tc>
        <w:tc>
          <w:tcPr>
            <w:tcW w:type="dxa" w:w="2160"/>
          </w:tcPr>
          <w:p>
            <w:r>
              <w:t>qurmoq</w:t>
            </w:r>
          </w:p>
        </w:tc>
      </w:tr>
      <w:tr>
        <w:tc>
          <w:tcPr>
            <w:tcW w:type="dxa" w:w="2160"/>
          </w:tcPr>
          <w:p>
            <w:r>
              <w:t>buy</w:t>
            </w:r>
          </w:p>
        </w:tc>
        <w:tc>
          <w:tcPr>
            <w:tcW w:type="dxa" w:w="2160"/>
          </w:tcPr>
          <w:p>
            <w:r>
              <w:t>bought</w:t>
            </w:r>
          </w:p>
        </w:tc>
        <w:tc>
          <w:tcPr>
            <w:tcW w:type="dxa" w:w="2160"/>
          </w:tcPr>
          <w:p>
            <w:r>
              <w:t>bought</w:t>
            </w:r>
          </w:p>
        </w:tc>
        <w:tc>
          <w:tcPr>
            <w:tcW w:type="dxa" w:w="2160"/>
          </w:tcPr>
          <w:p>
            <w:r>
              <w:t>sotib olmoq</w:t>
            </w:r>
          </w:p>
        </w:tc>
      </w:tr>
      <w:tr>
        <w:tc>
          <w:tcPr>
            <w:tcW w:type="dxa" w:w="2160"/>
          </w:tcPr>
          <w:p>
            <w:r>
              <w:t>come</w:t>
            </w:r>
          </w:p>
        </w:tc>
        <w:tc>
          <w:tcPr>
            <w:tcW w:type="dxa" w:w="2160"/>
          </w:tcPr>
          <w:p>
            <w:r>
              <w:t>came</w:t>
            </w:r>
          </w:p>
        </w:tc>
        <w:tc>
          <w:tcPr>
            <w:tcW w:type="dxa" w:w="2160"/>
          </w:tcPr>
          <w:p>
            <w:r>
              <w:t>come</w:t>
            </w:r>
          </w:p>
        </w:tc>
        <w:tc>
          <w:tcPr>
            <w:tcW w:type="dxa" w:w="2160"/>
          </w:tcPr>
          <w:p>
            <w:r>
              <w:t>kelmoq</w:t>
            </w:r>
          </w:p>
        </w:tc>
      </w:tr>
      <w:tr>
        <w:tc>
          <w:tcPr>
            <w:tcW w:type="dxa" w:w="2160"/>
          </w:tcPr>
          <w:p>
            <w:r>
              <w:t>do</w:t>
            </w:r>
          </w:p>
        </w:tc>
        <w:tc>
          <w:tcPr>
            <w:tcW w:type="dxa" w:w="2160"/>
          </w:tcPr>
          <w:p>
            <w:r>
              <w:t>did</w:t>
            </w:r>
          </w:p>
        </w:tc>
        <w:tc>
          <w:tcPr>
            <w:tcW w:type="dxa" w:w="2160"/>
          </w:tcPr>
          <w:p>
            <w:r>
              <w:t>done</w:t>
            </w:r>
          </w:p>
        </w:tc>
        <w:tc>
          <w:tcPr>
            <w:tcW w:type="dxa" w:w="2160"/>
          </w:tcPr>
          <w:p>
            <w:r>
              <w:t>qilmoq</w:t>
            </w:r>
          </w:p>
        </w:tc>
      </w:tr>
      <w:tr>
        <w:tc>
          <w:tcPr>
            <w:tcW w:type="dxa" w:w="2160"/>
          </w:tcPr>
          <w:p>
            <w:r>
              <w:t>draw</w:t>
            </w:r>
          </w:p>
        </w:tc>
        <w:tc>
          <w:tcPr>
            <w:tcW w:type="dxa" w:w="2160"/>
          </w:tcPr>
          <w:p>
            <w:r>
              <w:t>drew</w:t>
            </w:r>
          </w:p>
        </w:tc>
        <w:tc>
          <w:tcPr>
            <w:tcW w:type="dxa" w:w="2160"/>
          </w:tcPr>
          <w:p>
            <w:r>
              <w:t>drawn</w:t>
            </w:r>
          </w:p>
        </w:tc>
        <w:tc>
          <w:tcPr>
            <w:tcW w:type="dxa" w:w="2160"/>
          </w:tcPr>
          <w:p>
            <w:r>
              <w:t>chizmoq</w:t>
            </w:r>
          </w:p>
        </w:tc>
      </w:tr>
      <w:tr>
        <w:tc>
          <w:tcPr>
            <w:tcW w:type="dxa" w:w="2160"/>
          </w:tcPr>
          <w:p>
            <w:r>
              <w:t>drink</w:t>
            </w:r>
          </w:p>
        </w:tc>
        <w:tc>
          <w:tcPr>
            <w:tcW w:type="dxa" w:w="2160"/>
          </w:tcPr>
          <w:p>
            <w:r>
              <w:t>drank</w:t>
            </w:r>
          </w:p>
        </w:tc>
        <w:tc>
          <w:tcPr>
            <w:tcW w:type="dxa" w:w="2160"/>
          </w:tcPr>
          <w:p>
            <w:r>
              <w:t>drunk</w:t>
            </w:r>
          </w:p>
        </w:tc>
        <w:tc>
          <w:tcPr>
            <w:tcW w:type="dxa" w:w="2160"/>
          </w:tcPr>
          <w:p>
            <w:r>
              <w:t>ichmoq</w:t>
            </w:r>
          </w:p>
        </w:tc>
      </w:tr>
      <w:tr>
        <w:tc>
          <w:tcPr>
            <w:tcW w:type="dxa" w:w="2160"/>
          </w:tcPr>
          <w:p>
            <w:r>
              <w:t>drive</w:t>
            </w:r>
          </w:p>
        </w:tc>
        <w:tc>
          <w:tcPr>
            <w:tcW w:type="dxa" w:w="2160"/>
          </w:tcPr>
          <w:p>
            <w:r>
              <w:t>drove</w:t>
            </w:r>
          </w:p>
        </w:tc>
        <w:tc>
          <w:tcPr>
            <w:tcW w:type="dxa" w:w="2160"/>
          </w:tcPr>
          <w:p>
            <w:r>
              <w:t>driven</w:t>
            </w:r>
          </w:p>
        </w:tc>
        <w:tc>
          <w:tcPr>
            <w:tcW w:type="dxa" w:w="2160"/>
          </w:tcPr>
          <w:p>
            <w:r>
              <w:t>haydamoq</w:t>
            </w:r>
          </w:p>
        </w:tc>
      </w:tr>
      <w:tr>
        <w:tc>
          <w:tcPr>
            <w:tcW w:type="dxa" w:w="2160"/>
          </w:tcPr>
          <w:p>
            <w:r>
              <w:t>eat</w:t>
            </w:r>
          </w:p>
        </w:tc>
        <w:tc>
          <w:tcPr>
            <w:tcW w:type="dxa" w:w="2160"/>
          </w:tcPr>
          <w:p>
            <w:r>
              <w:t>ate</w:t>
            </w:r>
          </w:p>
        </w:tc>
        <w:tc>
          <w:tcPr>
            <w:tcW w:type="dxa" w:w="2160"/>
          </w:tcPr>
          <w:p>
            <w:r>
              <w:t>eaten</w:t>
            </w:r>
          </w:p>
        </w:tc>
        <w:tc>
          <w:tcPr>
            <w:tcW w:type="dxa" w:w="2160"/>
          </w:tcPr>
          <w:p>
            <w:r>
              <w:t>yemoq</w:t>
            </w:r>
          </w:p>
        </w:tc>
      </w:tr>
      <w:tr>
        <w:tc>
          <w:tcPr>
            <w:tcW w:type="dxa" w:w="2160"/>
          </w:tcPr>
          <w:p>
            <w:r>
              <w:t>fall</w:t>
            </w:r>
          </w:p>
        </w:tc>
        <w:tc>
          <w:tcPr>
            <w:tcW w:type="dxa" w:w="2160"/>
          </w:tcPr>
          <w:p>
            <w:r>
              <w:t>fell</w:t>
            </w:r>
          </w:p>
        </w:tc>
        <w:tc>
          <w:tcPr>
            <w:tcW w:type="dxa" w:w="2160"/>
          </w:tcPr>
          <w:p>
            <w:r>
              <w:t>fallen</w:t>
            </w:r>
          </w:p>
        </w:tc>
        <w:tc>
          <w:tcPr>
            <w:tcW w:type="dxa" w:w="2160"/>
          </w:tcPr>
          <w:p>
            <w:r>
              <w:t>yiqilmoq</w:t>
            </w:r>
          </w:p>
        </w:tc>
      </w:tr>
      <w:tr>
        <w:tc>
          <w:tcPr>
            <w:tcW w:type="dxa" w:w="2160"/>
          </w:tcPr>
          <w:p>
            <w:r>
              <w:t>feel</w:t>
            </w:r>
          </w:p>
        </w:tc>
        <w:tc>
          <w:tcPr>
            <w:tcW w:type="dxa" w:w="2160"/>
          </w:tcPr>
          <w:p>
            <w:r>
              <w:t>felt</w:t>
            </w:r>
          </w:p>
        </w:tc>
        <w:tc>
          <w:tcPr>
            <w:tcW w:type="dxa" w:w="2160"/>
          </w:tcPr>
          <w:p>
            <w:r>
              <w:t>felt</w:t>
            </w:r>
          </w:p>
        </w:tc>
        <w:tc>
          <w:tcPr>
            <w:tcW w:type="dxa" w:w="2160"/>
          </w:tcPr>
          <w:p>
            <w:r>
              <w:t>his qilmoq</w:t>
            </w:r>
          </w:p>
        </w:tc>
      </w:tr>
      <w:tr>
        <w:tc>
          <w:tcPr>
            <w:tcW w:type="dxa" w:w="2160"/>
          </w:tcPr>
          <w:p>
            <w:r>
              <w:t>find</w:t>
            </w:r>
          </w:p>
        </w:tc>
        <w:tc>
          <w:tcPr>
            <w:tcW w:type="dxa" w:w="2160"/>
          </w:tcPr>
          <w:p>
            <w:r>
              <w:t>found</w:t>
            </w:r>
          </w:p>
        </w:tc>
        <w:tc>
          <w:tcPr>
            <w:tcW w:type="dxa" w:w="2160"/>
          </w:tcPr>
          <w:p>
            <w:r>
              <w:t>found</w:t>
            </w:r>
          </w:p>
        </w:tc>
        <w:tc>
          <w:tcPr>
            <w:tcW w:type="dxa" w:w="2160"/>
          </w:tcPr>
          <w:p>
            <w:r>
              <w:t>topmoq</w:t>
            </w:r>
          </w:p>
        </w:tc>
      </w:tr>
      <w:tr>
        <w:tc>
          <w:tcPr>
            <w:tcW w:type="dxa" w:w="2160"/>
          </w:tcPr>
          <w:p>
            <w:r>
              <w:t>forget</w:t>
            </w:r>
          </w:p>
        </w:tc>
        <w:tc>
          <w:tcPr>
            <w:tcW w:type="dxa" w:w="2160"/>
          </w:tcPr>
          <w:p>
            <w:r>
              <w:t>forgot</w:t>
            </w:r>
          </w:p>
        </w:tc>
        <w:tc>
          <w:tcPr>
            <w:tcW w:type="dxa" w:w="2160"/>
          </w:tcPr>
          <w:p>
            <w:r>
              <w:t>forgotten</w:t>
            </w:r>
          </w:p>
        </w:tc>
        <w:tc>
          <w:tcPr>
            <w:tcW w:type="dxa" w:w="2160"/>
          </w:tcPr>
          <w:p>
            <w:r>
              <w:t>unutmoq</w:t>
            </w:r>
          </w:p>
        </w:tc>
      </w:tr>
      <w:tr>
        <w:tc>
          <w:tcPr>
            <w:tcW w:type="dxa" w:w="2160"/>
          </w:tcPr>
          <w:p>
            <w:r>
              <w:t>get</w:t>
            </w:r>
          </w:p>
        </w:tc>
        <w:tc>
          <w:tcPr>
            <w:tcW w:type="dxa" w:w="2160"/>
          </w:tcPr>
          <w:p>
            <w:r>
              <w:t>got</w:t>
            </w:r>
          </w:p>
        </w:tc>
        <w:tc>
          <w:tcPr>
            <w:tcW w:type="dxa" w:w="2160"/>
          </w:tcPr>
          <w:p>
            <w:r>
              <w:t>got/gotten</w:t>
            </w:r>
          </w:p>
        </w:tc>
        <w:tc>
          <w:tcPr>
            <w:tcW w:type="dxa" w:w="2160"/>
          </w:tcPr>
          <w:p>
            <w:r>
              <w:t>olmoq</w:t>
            </w:r>
          </w:p>
        </w:tc>
      </w:tr>
      <w:tr>
        <w:tc>
          <w:tcPr>
            <w:tcW w:type="dxa" w:w="2160"/>
          </w:tcPr>
          <w:p>
            <w:r>
              <w:t>give</w:t>
            </w:r>
          </w:p>
        </w:tc>
        <w:tc>
          <w:tcPr>
            <w:tcW w:type="dxa" w:w="2160"/>
          </w:tcPr>
          <w:p>
            <w:r>
              <w:t>gave</w:t>
            </w:r>
          </w:p>
        </w:tc>
        <w:tc>
          <w:tcPr>
            <w:tcW w:type="dxa" w:w="2160"/>
          </w:tcPr>
          <w:p>
            <w:r>
              <w:t>given</w:t>
            </w:r>
          </w:p>
        </w:tc>
        <w:tc>
          <w:tcPr>
            <w:tcW w:type="dxa" w:w="2160"/>
          </w:tcPr>
          <w:p>
            <w:r>
              <w:t>bermoq</w:t>
            </w:r>
          </w:p>
        </w:tc>
      </w:tr>
      <w:tr>
        <w:tc>
          <w:tcPr>
            <w:tcW w:type="dxa" w:w="2160"/>
          </w:tcPr>
          <w:p>
            <w:r>
              <w:t>go</w:t>
            </w:r>
          </w:p>
        </w:tc>
        <w:tc>
          <w:tcPr>
            <w:tcW w:type="dxa" w:w="2160"/>
          </w:tcPr>
          <w:p>
            <w:r>
              <w:t>went</w:t>
            </w:r>
          </w:p>
        </w:tc>
        <w:tc>
          <w:tcPr>
            <w:tcW w:type="dxa" w:w="2160"/>
          </w:tcPr>
          <w:p>
            <w:r>
              <w:t>gone</w:t>
            </w:r>
          </w:p>
        </w:tc>
        <w:tc>
          <w:tcPr>
            <w:tcW w:type="dxa" w:w="2160"/>
          </w:tcPr>
          <w:p>
            <w:r>
              <w:t>bormoq</w:t>
            </w:r>
          </w:p>
        </w:tc>
      </w:tr>
      <w:tr>
        <w:tc>
          <w:tcPr>
            <w:tcW w:type="dxa" w:w="2160"/>
          </w:tcPr>
          <w:p>
            <w:r>
              <w:t>grow</w:t>
            </w:r>
          </w:p>
        </w:tc>
        <w:tc>
          <w:tcPr>
            <w:tcW w:type="dxa" w:w="2160"/>
          </w:tcPr>
          <w:p>
            <w:r>
              <w:t>grew</w:t>
            </w:r>
          </w:p>
        </w:tc>
        <w:tc>
          <w:tcPr>
            <w:tcW w:type="dxa" w:w="2160"/>
          </w:tcPr>
          <w:p>
            <w:r>
              <w:t>grown</w:t>
            </w:r>
          </w:p>
        </w:tc>
        <w:tc>
          <w:tcPr>
            <w:tcW w:type="dxa" w:w="2160"/>
          </w:tcPr>
          <w:p>
            <w:r>
              <w:t>o‘smoq</w:t>
            </w:r>
          </w:p>
        </w:tc>
      </w:tr>
      <w:tr>
        <w:tc>
          <w:tcPr>
            <w:tcW w:type="dxa" w:w="2160"/>
          </w:tcPr>
          <w:p>
            <w:r>
              <w:t>have</w:t>
            </w:r>
          </w:p>
        </w:tc>
        <w:tc>
          <w:tcPr>
            <w:tcW w:type="dxa" w:w="2160"/>
          </w:tcPr>
          <w:p>
            <w:r>
              <w:t>had</w:t>
            </w:r>
          </w:p>
        </w:tc>
        <w:tc>
          <w:tcPr>
            <w:tcW w:type="dxa" w:w="2160"/>
          </w:tcPr>
          <w:p>
            <w:r>
              <w:t>had</w:t>
            </w:r>
          </w:p>
        </w:tc>
        <w:tc>
          <w:tcPr>
            <w:tcW w:type="dxa" w:w="2160"/>
          </w:tcPr>
          <w:p>
            <w:r>
              <w:t>ega bo‘lmoq</w:t>
            </w:r>
          </w:p>
        </w:tc>
      </w:tr>
      <w:tr>
        <w:tc>
          <w:tcPr>
            <w:tcW w:type="dxa" w:w="2160"/>
          </w:tcPr>
          <w:p>
            <w:r>
              <w:t>hear</w:t>
            </w:r>
          </w:p>
        </w:tc>
        <w:tc>
          <w:tcPr>
            <w:tcW w:type="dxa" w:w="2160"/>
          </w:tcPr>
          <w:p>
            <w:r>
              <w:t>heard</w:t>
            </w:r>
          </w:p>
        </w:tc>
        <w:tc>
          <w:tcPr>
            <w:tcW w:type="dxa" w:w="2160"/>
          </w:tcPr>
          <w:p>
            <w:r>
              <w:t>heard</w:t>
            </w:r>
          </w:p>
        </w:tc>
        <w:tc>
          <w:tcPr>
            <w:tcW w:type="dxa" w:w="2160"/>
          </w:tcPr>
          <w:p>
            <w:r>
              <w:t>eshitmoq</w:t>
            </w:r>
          </w:p>
        </w:tc>
      </w:tr>
      <w:tr>
        <w:tc>
          <w:tcPr>
            <w:tcW w:type="dxa" w:w="2160"/>
          </w:tcPr>
          <w:p>
            <w:r>
              <w:t>keep</w:t>
            </w:r>
          </w:p>
        </w:tc>
        <w:tc>
          <w:tcPr>
            <w:tcW w:type="dxa" w:w="2160"/>
          </w:tcPr>
          <w:p>
            <w:r>
              <w:t>kept</w:t>
            </w:r>
          </w:p>
        </w:tc>
        <w:tc>
          <w:tcPr>
            <w:tcW w:type="dxa" w:w="2160"/>
          </w:tcPr>
          <w:p>
            <w:r>
              <w:t>kept</w:t>
            </w:r>
          </w:p>
        </w:tc>
        <w:tc>
          <w:tcPr>
            <w:tcW w:type="dxa" w:w="2160"/>
          </w:tcPr>
          <w:p>
            <w:r>
              <w:t>saqlamoq</w:t>
            </w:r>
          </w:p>
        </w:tc>
      </w:tr>
      <w:tr>
        <w:tc>
          <w:tcPr>
            <w:tcW w:type="dxa" w:w="2160"/>
          </w:tcPr>
          <w:p>
            <w:r>
              <w:t>know</w:t>
            </w:r>
          </w:p>
        </w:tc>
        <w:tc>
          <w:tcPr>
            <w:tcW w:type="dxa" w:w="2160"/>
          </w:tcPr>
          <w:p>
            <w:r>
              <w:t>knew</w:t>
            </w:r>
          </w:p>
        </w:tc>
        <w:tc>
          <w:tcPr>
            <w:tcW w:type="dxa" w:w="2160"/>
          </w:tcPr>
          <w:p>
            <w:r>
              <w:t>known</w:t>
            </w:r>
          </w:p>
        </w:tc>
        <w:tc>
          <w:tcPr>
            <w:tcW w:type="dxa" w:w="2160"/>
          </w:tcPr>
          <w:p>
            <w:r>
              <w:t>bilmoq</w:t>
            </w:r>
          </w:p>
        </w:tc>
      </w:tr>
      <w:tr>
        <w:tc>
          <w:tcPr>
            <w:tcW w:type="dxa" w:w="2160"/>
          </w:tcPr>
          <w:p>
            <w:r>
              <w:t>leave</w:t>
            </w:r>
          </w:p>
        </w:tc>
        <w:tc>
          <w:tcPr>
            <w:tcW w:type="dxa" w:w="2160"/>
          </w:tcPr>
          <w:p>
            <w:r>
              <w:t>left</w:t>
            </w:r>
          </w:p>
        </w:tc>
        <w:tc>
          <w:tcPr>
            <w:tcW w:type="dxa" w:w="2160"/>
          </w:tcPr>
          <w:p>
            <w:r>
              <w:t>left</w:t>
            </w:r>
          </w:p>
        </w:tc>
        <w:tc>
          <w:tcPr>
            <w:tcW w:type="dxa" w:w="2160"/>
          </w:tcPr>
          <w:p>
            <w:r>
              <w:t>tark etmoq</w:t>
            </w:r>
          </w:p>
        </w:tc>
      </w:tr>
      <w:tr>
        <w:tc>
          <w:tcPr>
            <w:tcW w:type="dxa" w:w="2160"/>
          </w:tcPr>
          <w:p>
            <w:r>
              <w:t>lose</w:t>
            </w:r>
          </w:p>
        </w:tc>
        <w:tc>
          <w:tcPr>
            <w:tcW w:type="dxa" w:w="2160"/>
          </w:tcPr>
          <w:p>
            <w:r>
              <w:t>lost</w:t>
            </w:r>
          </w:p>
        </w:tc>
        <w:tc>
          <w:tcPr>
            <w:tcW w:type="dxa" w:w="2160"/>
          </w:tcPr>
          <w:p>
            <w:r>
              <w:t>lost</w:t>
            </w:r>
          </w:p>
        </w:tc>
        <w:tc>
          <w:tcPr>
            <w:tcW w:type="dxa" w:w="2160"/>
          </w:tcPr>
          <w:p>
            <w:r>
              <w:t>yo‘qotmoq</w:t>
            </w:r>
          </w:p>
        </w:tc>
      </w:tr>
      <w:tr>
        <w:tc>
          <w:tcPr>
            <w:tcW w:type="dxa" w:w="2160"/>
          </w:tcPr>
          <w:p>
            <w:r>
              <w:t>make</w:t>
            </w:r>
          </w:p>
        </w:tc>
        <w:tc>
          <w:tcPr>
            <w:tcW w:type="dxa" w:w="2160"/>
          </w:tcPr>
          <w:p>
            <w:r>
              <w:t>made</w:t>
            </w:r>
          </w:p>
        </w:tc>
        <w:tc>
          <w:tcPr>
            <w:tcW w:type="dxa" w:w="2160"/>
          </w:tcPr>
          <w:p>
            <w:r>
              <w:t>made</w:t>
            </w:r>
          </w:p>
        </w:tc>
        <w:tc>
          <w:tcPr>
            <w:tcW w:type="dxa" w:w="2160"/>
          </w:tcPr>
          <w:p>
            <w:r>
              <w:t>yasamoq/qilmoq</w:t>
            </w:r>
          </w:p>
        </w:tc>
      </w:tr>
      <w:tr>
        <w:tc>
          <w:tcPr>
            <w:tcW w:type="dxa" w:w="2160"/>
          </w:tcPr>
          <w:p>
            <w:r>
              <w:t>meet</w:t>
            </w:r>
          </w:p>
        </w:tc>
        <w:tc>
          <w:tcPr>
            <w:tcW w:type="dxa" w:w="2160"/>
          </w:tcPr>
          <w:p>
            <w:r>
              <w:t>met</w:t>
            </w:r>
          </w:p>
        </w:tc>
        <w:tc>
          <w:tcPr>
            <w:tcW w:type="dxa" w:w="2160"/>
          </w:tcPr>
          <w:p>
            <w:r>
              <w:t>met</w:t>
            </w:r>
          </w:p>
        </w:tc>
        <w:tc>
          <w:tcPr>
            <w:tcW w:type="dxa" w:w="2160"/>
          </w:tcPr>
          <w:p>
            <w:r>
              <w:t>uchrashmoq</w:t>
            </w:r>
          </w:p>
        </w:tc>
      </w:tr>
      <w:tr>
        <w:tc>
          <w:tcPr>
            <w:tcW w:type="dxa" w:w="2160"/>
          </w:tcPr>
          <w:p>
            <w:r>
              <w:t>pay</w:t>
            </w:r>
          </w:p>
        </w:tc>
        <w:tc>
          <w:tcPr>
            <w:tcW w:type="dxa" w:w="2160"/>
          </w:tcPr>
          <w:p>
            <w:r>
              <w:t>paid</w:t>
            </w:r>
          </w:p>
        </w:tc>
        <w:tc>
          <w:tcPr>
            <w:tcW w:type="dxa" w:w="2160"/>
          </w:tcPr>
          <w:p>
            <w:r>
              <w:t>paid</w:t>
            </w:r>
          </w:p>
        </w:tc>
        <w:tc>
          <w:tcPr>
            <w:tcW w:type="dxa" w:w="2160"/>
          </w:tcPr>
          <w:p>
            <w:r>
              <w:t>to‘lamoq</w:t>
            </w:r>
          </w:p>
        </w:tc>
      </w:tr>
      <w:tr>
        <w:tc>
          <w:tcPr>
            <w:tcW w:type="dxa" w:w="2160"/>
          </w:tcPr>
          <w:p>
            <w:r>
              <w:t>put</w:t>
            </w:r>
          </w:p>
        </w:tc>
        <w:tc>
          <w:tcPr>
            <w:tcW w:type="dxa" w:w="2160"/>
          </w:tcPr>
          <w:p>
            <w:r>
              <w:t>put</w:t>
            </w:r>
          </w:p>
        </w:tc>
        <w:tc>
          <w:tcPr>
            <w:tcW w:type="dxa" w:w="2160"/>
          </w:tcPr>
          <w:p>
            <w:r>
              <w:t>put</w:t>
            </w:r>
          </w:p>
        </w:tc>
        <w:tc>
          <w:tcPr>
            <w:tcW w:type="dxa" w:w="2160"/>
          </w:tcPr>
          <w:p>
            <w:r>
              <w:t>qo‘ymoq</w:t>
            </w:r>
          </w:p>
        </w:tc>
      </w:tr>
      <w:tr>
        <w:tc>
          <w:tcPr>
            <w:tcW w:type="dxa" w:w="2160"/>
          </w:tcPr>
          <w:p>
            <w:r>
              <w:t>read</w:t>
            </w:r>
          </w:p>
        </w:tc>
        <w:tc>
          <w:tcPr>
            <w:tcW w:type="dxa" w:w="2160"/>
          </w:tcPr>
          <w:p>
            <w:r>
              <w:t>read</w:t>
            </w:r>
          </w:p>
        </w:tc>
        <w:tc>
          <w:tcPr>
            <w:tcW w:type="dxa" w:w="2160"/>
          </w:tcPr>
          <w:p>
            <w:r>
              <w:t>read</w:t>
            </w:r>
          </w:p>
        </w:tc>
        <w:tc>
          <w:tcPr>
            <w:tcW w:type="dxa" w:w="2160"/>
          </w:tcPr>
          <w:p>
            <w:r>
              <w:t>o‘qimoq</w:t>
            </w:r>
          </w:p>
        </w:tc>
      </w:tr>
      <w:tr>
        <w:tc>
          <w:tcPr>
            <w:tcW w:type="dxa" w:w="2160"/>
          </w:tcPr>
          <w:p>
            <w:r>
              <w:t>run</w:t>
            </w:r>
          </w:p>
        </w:tc>
        <w:tc>
          <w:tcPr>
            <w:tcW w:type="dxa" w:w="2160"/>
          </w:tcPr>
          <w:p>
            <w:r>
              <w:t>ran</w:t>
            </w:r>
          </w:p>
        </w:tc>
        <w:tc>
          <w:tcPr>
            <w:tcW w:type="dxa" w:w="2160"/>
          </w:tcPr>
          <w:p>
            <w:r>
              <w:t>run</w:t>
            </w:r>
          </w:p>
        </w:tc>
        <w:tc>
          <w:tcPr>
            <w:tcW w:type="dxa" w:w="2160"/>
          </w:tcPr>
          <w:p>
            <w:r>
              <w:t>yugurmoq</w:t>
            </w:r>
          </w:p>
        </w:tc>
      </w:tr>
      <w:tr>
        <w:tc>
          <w:tcPr>
            <w:tcW w:type="dxa" w:w="2160"/>
          </w:tcPr>
          <w:p>
            <w:r>
              <w:t>say</w:t>
            </w:r>
          </w:p>
        </w:tc>
        <w:tc>
          <w:tcPr>
            <w:tcW w:type="dxa" w:w="2160"/>
          </w:tcPr>
          <w:p>
            <w:r>
              <w:t>said</w:t>
            </w:r>
          </w:p>
        </w:tc>
        <w:tc>
          <w:tcPr>
            <w:tcW w:type="dxa" w:w="2160"/>
          </w:tcPr>
          <w:p>
            <w:r>
              <w:t>said</w:t>
            </w:r>
          </w:p>
        </w:tc>
        <w:tc>
          <w:tcPr>
            <w:tcW w:type="dxa" w:w="2160"/>
          </w:tcPr>
          <w:p>
            <w:r>
              <w:t>aytmoq</w:t>
            </w:r>
          </w:p>
        </w:tc>
      </w:tr>
      <w:tr>
        <w:tc>
          <w:tcPr>
            <w:tcW w:type="dxa" w:w="2160"/>
          </w:tcPr>
          <w:p>
            <w:r>
              <w:t>see</w:t>
            </w:r>
          </w:p>
        </w:tc>
        <w:tc>
          <w:tcPr>
            <w:tcW w:type="dxa" w:w="2160"/>
          </w:tcPr>
          <w:p>
            <w:r>
              <w:t>saw</w:t>
            </w:r>
          </w:p>
        </w:tc>
        <w:tc>
          <w:tcPr>
            <w:tcW w:type="dxa" w:w="2160"/>
          </w:tcPr>
          <w:p>
            <w:r>
              <w:t>seen</w:t>
            </w:r>
          </w:p>
        </w:tc>
        <w:tc>
          <w:tcPr>
            <w:tcW w:type="dxa" w:w="2160"/>
          </w:tcPr>
          <w:p>
            <w:r>
              <w:t>ko‘rmoq</w:t>
            </w:r>
          </w:p>
        </w:tc>
      </w:tr>
      <w:tr>
        <w:tc>
          <w:tcPr>
            <w:tcW w:type="dxa" w:w="2160"/>
          </w:tcPr>
          <w:p>
            <w:r>
              <w:t>sell</w:t>
            </w:r>
          </w:p>
        </w:tc>
        <w:tc>
          <w:tcPr>
            <w:tcW w:type="dxa" w:w="2160"/>
          </w:tcPr>
          <w:p>
            <w:r>
              <w:t>sold</w:t>
            </w:r>
          </w:p>
        </w:tc>
        <w:tc>
          <w:tcPr>
            <w:tcW w:type="dxa" w:w="2160"/>
          </w:tcPr>
          <w:p>
            <w:r>
              <w:t>sold</w:t>
            </w:r>
          </w:p>
        </w:tc>
        <w:tc>
          <w:tcPr>
            <w:tcW w:type="dxa" w:w="2160"/>
          </w:tcPr>
          <w:p>
            <w:r>
              <w:t>sotmoq</w:t>
            </w:r>
          </w:p>
        </w:tc>
      </w:tr>
      <w:tr>
        <w:tc>
          <w:tcPr>
            <w:tcW w:type="dxa" w:w="2160"/>
          </w:tcPr>
          <w:p>
            <w:r>
              <w:t>send</w:t>
            </w:r>
          </w:p>
        </w:tc>
        <w:tc>
          <w:tcPr>
            <w:tcW w:type="dxa" w:w="2160"/>
          </w:tcPr>
          <w:p>
            <w:r>
              <w:t>sent</w:t>
            </w:r>
          </w:p>
        </w:tc>
        <w:tc>
          <w:tcPr>
            <w:tcW w:type="dxa" w:w="2160"/>
          </w:tcPr>
          <w:p>
            <w:r>
              <w:t>sent</w:t>
            </w:r>
          </w:p>
        </w:tc>
        <w:tc>
          <w:tcPr>
            <w:tcW w:type="dxa" w:w="2160"/>
          </w:tcPr>
          <w:p>
            <w:r>
              <w:t>yubormoq</w:t>
            </w:r>
          </w:p>
        </w:tc>
      </w:tr>
      <w:tr>
        <w:tc>
          <w:tcPr>
            <w:tcW w:type="dxa" w:w="2160"/>
          </w:tcPr>
          <w:p>
            <w:r>
              <w:t>sit</w:t>
            </w:r>
          </w:p>
        </w:tc>
        <w:tc>
          <w:tcPr>
            <w:tcW w:type="dxa" w:w="2160"/>
          </w:tcPr>
          <w:p>
            <w:r>
              <w:t>sat</w:t>
            </w:r>
          </w:p>
        </w:tc>
        <w:tc>
          <w:tcPr>
            <w:tcW w:type="dxa" w:w="2160"/>
          </w:tcPr>
          <w:p>
            <w:r>
              <w:t>sat</w:t>
            </w:r>
          </w:p>
        </w:tc>
        <w:tc>
          <w:tcPr>
            <w:tcW w:type="dxa" w:w="2160"/>
          </w:tcPr>
          <w:p>
            <w:r>
              <w:t>o‘tirmoq</w:t>
            </w:r>
          </w:p>
        </w:tc>
      </w:tr>
      <w:tr>
        <w:tc>
          <w:tcPr>
            <w:tcW w:type="dxa" w:w="2160"/>
          </w:tcPr>
          <w:p>
            <w:r>
              <w:t>sleep</w:t>
            </w:r>
          </w:p>
        </w:tc>
        <w:tc>
          <w:tcPr>
            <w:tcW w:type="dxa" w:w="2160"/>
          </w:tcPr>
          <w:p>
            <w:r>
              <w:t>slept</w:t>
            </w:r>
          </w:p>
        </w:tc>
        <w:tc>
          <w:tcPr>
            <w:tcW w:type="dxa" w:w="2160"/>
          </w:tcPr>
          <w:p>
            <w:r>
              <w:t>slept</w:t>
            </w:r>
          </w:p>
        </w:tc>
        <w:tc>
          <w:tcPr>
            <w:tcW w:type="dxa" w:w="2160"/>
          </w:tcPr>
          <w:p>
            <w:r>
              <w:t>uxlamoq</w:t>
            </w:r>
          </w:p>
        </w:tc>
      </w:tr>
      <w:tr>
        <w:tc>
          <w:tcPr>
            <w:tcW w:type="dxa" w:w="2160"/>
          </w:tcPr>
          <w:p>
            <w:r>
              <w:t>speak</w:t>
            </w:r>
          </w:p>
        </w:tc>
        <w:tc>
          <w:tcPr>
            <w:tcW w:type="dxa" w:w="2160"/>
          </w:tcPr>
          <w:p>
            <w:r>
              <w:t>spoke</w:t>
            </w:r>
          </w:p>
        </w:tc>
        <w:tc>
          <w:tcPr>
            <w:tcW w:type="dxa" w:w="2160"/>
          </w:tcPr>
          <w:p>
            <w:r>
              <w:t>spoken</w:t>
            </w:r>
          </w:p>
        </w:tc>
        <w:tc>
          <w:tcPr>
            <w:tcW w:type="dxa" w:w="2160"/>
          </w:tcPr>
          <w:p>
            <w:r>
              <w:t>gapirmoq</w:t>
            </w:r>
          </w:p>
        </w:tc>
      </w:tr>
      <w:tr>
        <w:tc>
          <w:tcPr>
            <w:tcW w:type="dxa" w:w="2160"/>
          </w:tcPr>
          <w:p>
            <w:r>
              <w:t>spend</w:t>
            </w:r>
          </w:p>
        </w:tc>
        <w:tc>
          <w:tcPr>
            <w:tcW w:type="dxa" w:w="2160"/>
          </w:tcPr>
          <w:p>
            <w:r>
              <w:t>spent</w:t>
            </w:r>
          </w:p>
        </w:tc>
        <w:tc>
          <w:tcPr>
            <w:tcW w:type="dxa" w:w="2160"/>
          </w:tcPr>
          <w:p>
            <w:r>
              <w:t>spent</w:t>
            </w:r>
          </w:p>
        </w:tc>
        <w:tc>
          <w:tcPr>
            <w:tcW w:type="dxa" w:w="2160"/>
          </w:tcPr>
          <w:p>
            <w:r>
              <w:t>sarflamoq</w:t>
            </w:r>
          </w:p>
        </w:tc>
      </w:tr>
      <w:tr>
        <w:tc>
          <w:tcPr>
            <w:tcW w:type="dxa" w:w="2160"/>
          </w:tcPr>
          <w:p>
            <w:r>
              <w:t>stand</w:t>
            </w:r>
          </w:p>
        </w:tc>
        <w:tc>
          <w:tcPr>
            <w:tcW w:type="dxa" w:w="2160"/>
          </w:tcPr>
          <w:p>
            <w:r>
              <w:t>stood</w:t>
            </w:r>
          </w:p>
        </w:tc>
        <w:tc>
          <w:tcPr>
            <w:tcW w:type="dxa" w:w="2160"/>
          </w:tcPr>
          <w:p>
            <w:r>
              <w:t>stood</w:t>
            </w:r>
          </w:p>
        </w:tc>
        <w:tc>
          <w:tcPr>
            <w:tcW w:type="dxa" w:w="2160"/>
          </w:tcPr>
          <w:p>
            <w:r>
              <w:t>turmoq</w:t>
            </w:r>
          </w:p>
        </w:tc>
      </w:tr>
      <w:tr>
        <w:tc>
          <w:tcPr>
            <w:tcW w:type="dxa" w:w="2160"/>
          </w:tcPr>
          <w:p>
            <w:r>
              <w:t>swim</w:t>
            </w:r>
          </w:p>
        </w:tc>
        <w:tc>
          <w:tcPr>
            <w:tcW w:type="dxa" w:w="2160"/>
          </w:tcPr>
          <w:p>
            <w:r>
              <w:t>swam</w:t>
            </w:r>
          </w:p>
        </w:tc>
        <w:tc>
          <w:tcPr>
            <w:tcW w:type="dxa" w:w="2160"/>
          </w:tcPr>
          <w:p>
            <w:r>
              <w:t>swum</w:t>
            </w:r>
          </w:p>
        </w:tc>
        <w:tc>
          <w:tcPr>
            <w:tcW w:type="dxa" w:w="2160"/>
          </w:tcPr>
          <w:p>
            <w:r>
              <w:t>suzmoq</w:t>
            </w:r>
          </w:p>
        </w:tc>
      </w:tr>
      <w:tr>
        <w:tc>
          <w:tcPr>
            <w:tcW w:type="dxa" w:w="2160"/>
          </w:tcPr>
          <w:p>
            <w:r>
              <w:t>take</w:t>
            </w:r>
          </w:p>
        </w:tc>
        <w:tc>
          <w:tcPr>
            <w:tcW w:type="dxa" w:w="2160"/>
          </w:tcPr>
          <w:p>
            <w:r>
              <w:t>took</w:t>
            </w:r>
          </w:p>
        </w:tc>
        <w:tc>
          <w:tcPr>
            <w:tcW w:type="dxa" w:w="2160"/>
          </w:tcPr>
          <w:p>
            <w:r>
              <w:t>taken</w:t>
            </w:r>
          </w:p>
        </w:tc>
        <w:tc>
          <w:tcPr>
            <w:tcW w:type="dxa" w:w="2160"/>
          </w:tcPr>
          <w:p>
            <w:r>
              <w:t>olmoq</w:t>
            </w:r>
          </w:p>
        </w:tc>
      </w:tr>
      <w:tr>
        <w:tc>
          <w:tcPr>
            <w:tcW w:type="dxa" w:w="2160"/>
          </w:tcPr>
          <w:p>
            <w:r>
              <w:t>teach</w:t>
            </w:r>
          </w:p>
        </w:tc>
        <w:tc>
          <w:tcPr>
            <w:tcW w:type="dxa" w:w="2160"/>
          </w:tcPr>
          <w:p>
            <w:r>
              <w:t>taught</w:t>
            </w:r>
          </w:p>
        </w:tc>
        <w:tc>
          <w:tcPr>
            <w:tcW w:type="dxa" w:w="2160"/>
          </w:tcPr>
          <w:p>
            <w:r>
              <w:t>taught</w:t>
            </w:r>
          </w:p>
        </w:tc>
        <w:tc>
          <w:tcPr>
            <w:tcW w:type="dxa" w:w="2160"/>
          </w:tcPr>
          <w:p>
            <w:r>
              <w:t>o‘qitmoq</w:t>
            </w:r>
          </w:p>
        </w:tc>
      </w:tr>
      <w:tr>
        <w:tc>
          <w:tcPr>
            <w:tcW w:type="dxa" w:w="2160"/>
          </w:tcPr>
          <w:p>
            <w:r>
              <w:t>tell</w:t>
            </w:r>
          </w:p>
        </w:tc>
        <w:tc>
          <w:tcPr>
            <w:tcW w:type="dxa" w:w="2160"/>
          </w:tcPr>
          <w:p>
            <w:r>
              <w:t>told</w:t>
            </w:r>
          </w:p>
        </w:tc>
        <w:tc>
          <w:tcPr>
            <w:tcW w:type="dxa" w:w="2160"/>
          </w:tcPr>
          <w:p>
            <w:r>
              <w:t>told</w:t>
            </w:r>
          </w:p>
        </w:tc>
        <w:tc>
          <w:tcPr>
            <w:tcW w:type="dxa" w:w="2160"/>
          </w:tcPr>
          <w:p>
            <w:r>
              <w:t>aytib bermoq</w:t>
            </w:r>
          </w:p>
        </w:tc>
      </w:tr>
      <w:tr>
        <w:tc>
          <w:tcPr>
            <w:tcW w:type="dxa" w:w="2160"/>
          </w:tcPr>
          <w:p>
            <w:r>
              <w:t>think</w:t>
            </w:r>
          </w:p>
        </w:tc>
        <w:tc>
          <w:tcPr>
            <w:tcW w:type="dxa" w:w="2160"/>
          </w:tcPr>
          <w:p>
            <w:r>
              <w:t>thought</w:t>
            </w:r>
          </w:p>
        </w:tc>
        <w:tc>
          <w:tcPr>
            <w:tcW w:type="dxa" w:w="2160"/>
          </w:tcPr>
          <w:p>
            <w:r>
              <w:t>thought</w:t>
            </w:r>
          </w:p>
        </w:tc>
        <w:tc>
          <w:tcPr>
            <w:tcW w:type="dxa" w:w="2160"/>
          </w:tcPr>
          <w:p>
            <w:r>
              <w:t>o‘ylamoq</w:t>
            </w:r>
          </w:p>
        </w:tc>
      </w:tr>
      <w:tr>
        <w:tc>
          <w:tcPr>
            <w:tcW w:type="dxa" w:w="2160"/>
          </w:tcPr>
          <w:p>
            <w:r>
              <w:t>understand</w:t>
            </w:r>
          </w:p>
        </w:tc>
        <w:tc>
          <w:tcPr>
            <w:tcW w:type="dxa" w:w="2160"/>
          </w:tcPr>
          <w:p>
            <w:r>
              <w:t>understood</w:t>
            </w:r>
          </w:p>
        </w:tc>
        <w:tc>
          <w:tcPr>
            <w:tcW w:type="dxa" w:w="2160"/>
          </w:tcPr>
          <w:p>
            <w:r>
              <w:t>understood</w:t>
            </w:r>
          </w:p>
        </w:tc>
        <w:tc>
          <w:tcPr>
            <w:tcW w:type="dxa" w:w="2160"/>
          </w:tcPr>
          <w:p>
            <w:r>
              <w:t>tushunmoq</w:t>
            </w:r>
          </w:p>
        </w:tc>
      </w:tr>
      <w:tr>
        <w:tc>
          <w:tcPr>
            <w:tcW w:type="dxa" w:w="2160"/>
          </w:tcPr>
          <w:p>
            <w:r>
              <w:t>wear</w:t>
            </w:r>
          </w:p>
        </w:tc>
        <w:tc>
          <w:tcPr>
            <w:tcW w:type="dxa" w:w="2160"/>
          </w:tcPr>
          <w:p>
            <w:r>
              <w:t>wore</w:t>
            </w:r>
          </w:p>
        </w:tc>
        <w:tc>
          <w:tcPr>
            <w:tcW w:type="dxa" w:w="2160"/>
          </w:tcPr>
          <w:p>
            <w:r>
              <w:t>worn</w:t>
            </w:r>
          </w:p>
        </w:tc>
        <w:tc>
          <w:tcPr>
            <w:tcW w:type="dxa" w:w="2160"/>
          </w:tcPr>
          <w:p>
            <w:r>
              <w:t>kiymoq</w:t>
            </w:r>
          </w:p>
        </w:tc>
      </w:tr>
      <w:tr>
        <w:tc>
          <w:tcPr>
            <w:tcW w:type="dxa" w:w="2160"/>
          </w:tcPr>
          <w:p>
            <w:r>
              <w:t>win</w:t>
            </w:r>
          </w:p>
        </w:tc>
        <w:tc>
          <w:tcPr>
            <w:tcW w:type="dxa" w:w="2160"/>
          </w:tcPr>
          <w:p>
            <w:r>
              <w:t>won</w:t>
            </w:r>
          </w:p>
        </w:tc>
        <w:tc>
          <w:tcPr>
            <w:tcW w:type="dxa" w:w="2160"/>
          </w:tcPr>
          <w:p>
            <w:r>
              <w:t>won</w:t>
            </w:r>
          </w:p>
        </w:tc>
        <w:tc>
          <w:tcPr>
            <w:tcW w:type="dxa" w:w="2160"/>
          </w:tcPr>
          <w:p>
            <w:r>
              <w:t>yutmoq</w:t>
            </w:r>
          </w:p>
        </w:tc>
      </w:tr>
      <w:tr>
        <w:tc>
          <w:tcPr>
            <w:tcW w:type="dxa" w:w="2160"/>
          </w:tcPr>
          <w:p>
            <w:r>
              <w:t>write</w:t>
            </w:r>
          </w:p>
        </w:tc>
        <w:tc>
          <w:tcPr>
            <w:tcW w:type="dxa" w:w="2160"/>
          </w:tcPr>
          <w:p>
            <w:r>
              <w:t>wrote</w:t>
            </w:r>
          </w:p>
        </w:tc>
        <w:tc>
          <w:tcPr>
            <w:tcW w:type="dxa" w:w="2160"/>
          </w:tcPr>
          <w:p>
            <w:r>
              <w:t>written</w:t>
            </w:r>
          </w:p>
        </w:tc>
        <w:tc>
          <w:tcPr>
            <w:tcW w:type="dxa" w:w="2160"/>
          </w:tcPr>
          <w:p>
            <w:r>
              <w:t>yozmoq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