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Marxabo Karimova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Matematika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«Повторение изченного»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3931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b13016-45a6-40b8-a50d-2f4bc94ab77e_0_65d7bed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Повторение изченного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Закрепить у учащихся знания, полученные на предыдущих уроках математики, и развить навыки устного счета.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у учеников внимательность, аккуратность и интерес к изучению математики через решение задач.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логическое мышление, память и способность анализировать математические примеры и задачи.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закрепления знаний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Фронтальный опрос, Игровой метод, Работа в парах, Решение задач, Кто быстрее?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 математики, Рабочая тетрадь, Доска, Мел, Наглядные пособия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эффективно повторить пройденный материал, выявив пробелы в знаниях учеников и скорректировав дальнейшее обучение. Предоставит четкие объяснения и интересные задания для закрепления.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Ученики смогут уверенно решать примеры и задачи из пройденного материала, активно участвовать в обсуждении и самостоятельно находить ответы. Улучшат свои навыки счета и понимание математических концепций.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0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7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5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pageBreakBefore/>
        <w:jc w:val="center"/>
      </w:pPr>
      <w:r>
        <w:rPr>
          <w:rFonts w:ascii="Times New Roman" w:hAnsi="Times New Roman"/>
          <w:b/>
          <w:i w:val="0"/>
          <w:color w:val="1976D2"/>
          <w:sz w:val="26"/>
        </w:rPr>
        <w:t>Наглядные пособия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b13016-45a6-40b8-a50d-2f4bc94ab77e_1_891d3caa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Класс во время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b13016-45a6-40b8-a50d-2f4bc94ab77e_2_9f04ee2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Математические записи на доске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b13016-45a6-40b8-a50d-2f4bc94ab77e_3_7ed9bbf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Решение примеров в тетради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мы снова в нашем классе.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Нас ждет урок, где будет интересно,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Математика, повторение – это прекрасно!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1b13016-45a6-40b8-a50d-2f4bc94ab77e_6_a282798d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1b13016-45a6-40b8-a50d-2f4bc94ab77e_10_4dfe5899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Веселая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вверх, потянемся!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Раз, два, три – улыбнемся!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Хлопнем дружно, покружимся!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за парты – возвратимся!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Здравствуйте, ребята! Сегодня на уроке мы с вами повторим то, что уже хорошо знаем по математике. Это сложение и вычитание чисел. Мы будем решать примеры, задачи, находить лишнее выражение и работать с геометрическими фигурами. Готовы вспомнить всё?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Вспомним, как мы складываем и вынимаем числа. Например, если у нас было </w:t>
      </w:r>
      <w:r>
        <w:rPr>
          <w:rFonts w:ascii="Times New Roman" w:hAnsi="Times New Roman"/>
          <w:b/>
          <w:i w:val="0"/>
          <w:color w:val="C2185B"/>
          <w:sz w:val="24"/>
        </w:rPr>
        <w:t>10</w:t>
      </w:r>
      <w:r>
        <w:rPr>
          <w:rFonts w:ascii="Times New Roman" w:hAnsi="Times New Roman"/>
          <w:b w:val="0"/>
          <w:i w:val="0"/>
          <w:sz w:val="24"/>
        </w:rPr>
        <w:t xml:space="preserve"> конфет, и мы съели </w:t>
      </w:r>
      <w:r>
        <w:rPr>
          <w:rFonts w:ascii="Times New Roman" w:hAnsi="Times New Roman"/>
          <w:b/>
          <w:i w:val="0"/>
          <w:color w:val="C2185B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, то у нас осталось </w:t>
      </w:r>
      <w:r>
        <w:rPr>
          <w:rFonts w:ascii="Times New Roman" w:hAnsi="Times New Roman"/>
          <w:b/>
          <w:i w:val="0"/>
          <w:color w:val="C2185B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конфет. Это действие называется вычитанием. А если к оставшимся </w:t>
      </w:r>
      <w:r>
        <w:rPr>
          <w:rFonts w:ascii="Times New Roman" w:hAnsi="Times New Roman"/>
          <w:b/>
          <w:i w:val="0"/>
          <w:color w:val="C2185B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конфетам нам дали ещё </w:t>
      </w:r>
      <w:r>
        <w:rPr>
          <w:rFonts w:ascii="Times New Roman" w:hAnsi="Times New Roman"/>
          <w:b/>
          <w:i w:val="0"/>
          <w:color w:val="C2185B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, то у нас стало </w:t>
      </w:r>
      <w:r>
        <w:rPr>
          <w:rFonts w:ascii="Times New Roman" w:hAnsi="Times New Roman"/>
          <w:b/>
          <w:i w:val="0"/>
          <w:color w:val="C2185B"/>
          <w:sz w:val="24"/>
        </w:rPr>
        <w:t>9</w:t>
      </w:r>
      <w:r>
        <w:rPr>
          <w:rFonts w:ascii="Times New Roman" w:hAnsi="Times New Roman"/>
          <w:b w:val="0"/>
          <w:i w:val="0"/>
          <w:sz w:val="24"/>
        </w:rPr>
        <w:t xml:space="preserve"> конфет. Это действие называется сложением. Сегодня мы будем решать примеры, где числа могут быть двузначными, и будем использовать разные приемы, чтобы решать их быстро и правильно.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Сложение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Действие, при котором два числа объединяются в одно большее число.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Вычитание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Действие, при котором из большего числа вычитается меньшее, чтобы найти разность.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Числовое выражение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Запись, состоящая из чисел, знаков арифметических действий и скобок.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Порядок действий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Правила, определяющие последовательность выполнения арифметических действий в выражении.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Для вычитания двузначных чисел часто используется прием, когда мы сначала вычитаем до круглого числа, а потом остальное. Например, чтобы решить пример </w:t>
      </w:r>
      <w:r>
        <w:rPr>
          <w:rFonts w:ascii="Times New Roman" w:hAnsi="Times New Roman"/>
          <w:b/>
          <w:i w:val="0"/>
          <w:color w:val="C2185B"/>
          <w:sz w:val="24"/>
        </w:rPr>
        <w:t>43-9</w:t>
      </w:r>
      <w:r>
        <w:rPr>
          <w:rFonts w:ascii="Times New Roman" w:hAnsi="Times New Roman"/>
          <w:b w:val="0"/>
          <w:i w:val="0"/>
          <w:sz w:val="24"/>
        </w:rPr>
        <w:t xml:space="preserve">, мы можем сначала вычесть </w:t>
      </w:r>
      <w:r>
        <w:rPr>
          <w:rFonts w:ascii="Times New Roman" w:hAnsi="Times New Roman"/>
          <w:b/>
          <w:i w:val="0"/>
          <w:color w:val="C2185B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 из </w:t>
      </w:r>
      <w:r>
        <w:rPr>
          <w:rFonts w:ascii="Times New Roman" w:hAnsi="Times New Roman"/>
          <w:b/>
          <w:i w:val="0"/>
          <w:color w:val="C2185B"/>
          <w:sz w:val="24"/>
        </w:rPr>
        <w:t>43</w:t>
      </w:r>
      <w:r>
        <w:rPr>
          <w:rFonts w:ascii="Times New Roman" w:hAnsi="Times New Roman"/>
          <w:b w:val="0"/>
          <w:i w:val="0"/>
          <w:sz w:val="24"/>
        </w:rPr>
        <w:t xml:space="preserve">, получим </w:t>
      </w:r>
      <w:r>
        <w:rPr>
          <w:rFonts w:ascii="Times New Roman" w:hAnsi="Times New Roman"/>
          <w:b/>
          <w:i w:val="0"/>
          <w:color w:val="C2185B"/>
          <w:sz w:val="24"/>
        </w:rPr>
        <w:t>40</w:t>
      </w:r>
      <w:r>
        <w:rPr>
          <w:rFonts w:ascii="Times New Roman" w:hAnsi="Times New Roman"/>
          <w:b w:val="0"/>
          <w:i w:val="0"/>
          <w:sz w:val="24"/>
        </w:rPr>
        <w:t xml:space="preserve">. А затем из </w:t>
      </w:r>
      <w:r>
        <w:rPr>
          <w:rFonts w:ascii="Times New Roman" w:hAnsi="Times New Roman"/>
          <w:b/>
          <w:i w:val="0"/>
          <w:color w:val="C2185B"/>
          <w:sz w:val="24"/>
        </w:rPr>
        <w:t>40</w:t>
      </w:r>
      <w:r>
        <w:rPr>
          <w:rFonts w:ascii="Times New Roman" w:hAnsi="Times New Roman"/>
          <w:b w:val="0"/>
          <w:i w:val="0"/>
          <w:sz w:val="24"/>
        </w:rPr>
        <w:t xml:space="preserve"> вычесть оставшуюся часть </w:t>
      </w:r>
      <w:r>
        <w:rPr>
          <w:rFonts w:ascii="Times New Roman" w:hAnsi="Times New Roman"/>
          <w:b/>
          <w:i w:val="0"/>
          <w:color w:val="C2185B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(потому что 9 = 3 + 6). Получится </w:t>
      </w:r>
      <w:r>
        <w:rPr>
          <w:rFonts w:ascii="Times New Roman" w:hAnsi="Times New Roman"/>
          <w:b/>
          <w:i w:val="0"/>
          <w:color w:val="C2185B"/>
          <w:sz w:val="24"/>
        </w:rPr>
        <w:t>34</w:t>
      </w:r>
      <w:r>
        <w:rPr>
          <w:rFonts w:ascii="Times New Roman" w:hAnsi="Times New Roman"/>
          <w:b w:val="0"/>
          <w:i w:val="0"/>
          <w:sz w:val="24"/>
        </w:rPr>
        <w:t xml:space="preserve">. Это помогает делать вычисления легче и быстрее. Этот прием удобен, когда вычитаемое близко к </w:t>
      </w:r>
      <w:r>
        <w:rPr>
          <w:rFonts w:ascii="Times New Roman" w:hAnsi="Times New Roman"/>
          <w:b/>
          <w:i w:val="0"/>
          <w:color w:val="C2185B"/>
          <w:sz w:val="24"/>
        </w:rPr>
        <w:t>10</w:t>
      </w:r>
      <w:r>
        <w:rPr>
          <w:rFonts w:ascii="Times New Roman" w:hAnsi="Times New Roman"/>
          <w:b w:val="0"/>
          <w:i w:val="0"/>
          <w:sz w:val="24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Давайте решим пример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77-8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этим способом. Сначала от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77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отнимем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7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чтобы получить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70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. Остается вычесть еще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1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потому что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8 = 7 + 1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. Итак,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70-1 = 69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. Мы получили ответ. Точно так же решаются и другие примеры: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62-3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41-6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35-9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. Всегда старайтесь представить вычитаемое как сумму двух чисел, одно из которых помогает получить круглое десяток.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1b13016-45a6-40b8-a50d-2f4bc94ab77e_17_e88b0d65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Примеры на вычитание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7"/>
        <w:gridCol w:w="4657"/>
      </w:tblGrid>
      <w:tr>
        <w:tc>
          <w:tcPr>
            <w:tcW w:type="dxa" w:w="4657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Пример</w:t>
            </w:r>
          </w:p>
        </w:tc>
        <w:tc>
          <w:tcPr>
            <w:tcW w:type="dxa" w:w="4657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Решение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77-8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(77-7)-1 = 70-1 = 69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62-3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(62-2)-1 = 60-1 = 59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41-6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(41-1)-5 = 40-5 = 35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35-9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(35-5)-4 = 30-4 = 26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Очень важно помнить о </w:t>
      </w:r>
      <w:r>
        <w:rPr>
          <w:rFonts w:ascii="Times New Roman" w:hAnsi="Times New Roman"/>
          <w:b/>
          <w:i w:val="0"/>
          <w:color w:val="C2185B"/>
          <w:sz w:val="24"/>
        </w:rPr>
        <w:t>порядке действий</w:t>
      </w:r>
      <w:r>
        <w:rPr>
          <w:rFonts w:ascii="Times New Roman" w:hAnsi="Times New Roman"/>
          <w:b w:val="0"/>
          <w:i w:val="0"/>
          <w:sz w:val="24"/>
        </w:rPr>
        <w:t xml:space="preserve">! Если в выражении есть скобки, то сначала выполняем действия внутри скобок. Например, в выражении </w:t>
      </w:r>
      <w:r>
        <w:rPr>
          <w:rFonts w:ascii="Times New Roman" w:hAnsi="Times New Roman"/>
          <w:b/>
          <w:i w:val="0"/>
          <w:color w:val="C2185B"/>
          <w:sz w:val="24"/>
        </w:rPr>
        <w:t>(43-8)+7</w:t>
      </w:r>
      <w:r>
        <w:rPr>
          <w:rFonts w:ascii="Times New Roman" w:hAnsi="Times New Roman"/>
          <w:b w:val="0"/>
          <w:i w:val="0"/>
          <w:sz w:val="24"/>
        </w:rPr>
        <w:t xml:space="preserve">, сначала мы вычисляем </w:t>
      </w:r>
      <w:r>
        <w:rPr>
          <w:rFonts w:ascii="Times New Roman" w:hAnsi="Times New Roman"/>
          <w:b/>
          <w:i w:val="0"/>
          <w:color w:val="C2185B"/>
          <w:sz w:val="24"/>
        </w:rPr>
        <w:t>43-8</w:t>
      </w:r>
      <w:r>
        <w:rPr>
          <w:rFonts w:ascii="Times New Roman" w:hAnsi="Times New Roman"/>
          <w:b w:val="0"/>
          <w:i w:val="0"/>
          <w:sz w:val="24"/>
        </w:rPr>
        <w:t xml:space="preserve">, а затем прибавляем </w:t>
      </w:r>
      <w:r>
        <w:rPr>
          <w:rFonts w:ascii="Times New Roman" w:hAnsi="Times New Roman"/>
          <w:b/>
          <w:i w:val="0"/>
          <w:color w:val="C2185B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. Если скобок нет, а есть только сложение и вычитание, то действия выполняются по порядку слева направо. В выражении </w:t>
      </w:r>
      <w:r>
        <w:rPr>
          <w:rFonts w:ascii="Times New Roman" w:hAnsi="Times New Roman"/>
          <w:b/>
          <w:i w:val="0"/>
          <w:color w:val="C2185B"/>
          <w:sz w:val="24"/>
        </w:rPr>
        <w:t>28-(18-9)</w:t>
      </w:r>
      <w:r>
        <w:rPr>
          <w:rFonts w:ascii="Times New Roman" w:hAnsi="Times New Roman"/>
          <w:b w:val="0"/>
          <w:i w:val="0"/>
          <w:sz w:val="24"/>
        </w:rPr>
        <w:t xml:space="preserve">, сначала вычисляем </w:t>
      </w:r>
      <w:r>
        <w:rPr>
          <w:rFonts w:ascii="Times New Roman" w:hAnsi="Times New Roman"/>
          <w:b/>
          <w:i w:val="0"/>
          <w:color w:val="C2185B"/>
          <w:sz w:val="24"/>
        </w:rPr>
        <w:t>18-9</w:t>
      </w:r>
      <w:r>
        <w:rPr>
          <w:rFonts w:ascii="Times New Roman" w:hAnsi="Times New Roman"/>
          <w:b w:val="0"/>
          <w:i w:val="0"/>
          <w:sz w:val="24"/>
        </w:rPr>
        <w:t xml:space="preserve">, а потом вычитаем результат из </w:t>
      </w:r>
      <w:r>
        <w:rPr>
          <w:rFonts w:ascii="Times New Roman" w:hAnsi="Times New Roman"/>
          <w:b/>
          <w:i w:val="0"/>
          <w:color w:val="C2185B"/>
          <w:sz w:val="24"/>
        </w:rPr>
        <w:t>28</w:t>
      </w:r>
      <w:r>
        <w:rPr>
          <w:rFonts w:ascii="Times New Roman" w:hAnsi="Times New Roman"/>
          <w:b w:val="0"/>
          <w:i w:val="0"/>
          <w:sz w:val="24"/>
        </w:rPr>
        <w:t>. Правильное выполнение порядка действий — залог верного ответа.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Среди данных выражений найдите лишнее.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14-7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13-6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18-11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17-9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15-8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Лишнее выражение 17-9, потому что результат (8) не является четным числом, в отличие от остальных (7, 7, 7, 7).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Решите примеры по образцу.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Образец: 43-9 = (43-3)-6 = 40-6 = 34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77-8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62-3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41-6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35-9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77-8 = (77-7)-1 = 70-1 = 69</w:t>
        <w:br/>
        <w:t>62-3 = (62-2)-1 = 60-1 = 59</w:t>
        <w:br/>
        <w:t>41-6 = (41-1)-5 = 40-5 = 35</w:t>
        <w:br/>
        <w:t>35-9 = (35-5)-4 = 30-4 = 26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В магазине 50 кукол, 17 кукол умеют говорить, а остальные куклы обычные. Сколько обычных кукол в магазине?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50 - 17 = 33 (куклы)</w:t>
        <w:br/>
        <w:t>Ответ: 33 обычные куклы.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Вычислите выражения, соблюдая правильный порядок действий.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(43-8)+7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(52-6)+8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(73-4)+2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28-(18-9)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64-(17-8)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26+(33-9)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(43-8)+7 = 35+7 = 42</w:t>
        <w:br/>
        <w:t>(52-6)+8 = 46+8 = 54</w:t>
        <w:br/>
        <w:t>(73-4)+2 = 69+2 = 71</w:t>
        <w:br/>
        <w:t>28-(18-9) = 28-9 = 19</w:t>
        <w:br/>
        <w:t>64-(17-8) = 64-9 = 55</w:t>
        <w:br/>
        <w:t>26+(33-9) = 26+24 = 50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Запишите числовые выражения к задачам и вычислите их.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В игрушечном наборе 15 легковых автомобилей и 9 грузовых. Сколько всего автомобилей в наборе?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Из 27 скакалок продали 8 штук. Сколько скакалок осталось?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В конструкторе 90 пластиковых деталей и 57 железных. На сколько пластиковых деталей больше, чем железных?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15 + 9 = 24 (автомобиля)</w:t>
        <w:br/>
        <w:t>б) 27 - 8 = 19 (скакалок)</w:t>
        <w:br/>
        <w:t>в) 90 - 57 = 33 (детали)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На фабрике игрушек изготовили 12 коробок самолётиков, 18 коробок вертолётов и 14 коробок танков. В магазин отправили всего 7 коробок. Сколько коробок с игрушками осталось на фабрике?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12 + 18 + 14 = 44 (коробки всего изготовили)</w:t>
        <w:br/>
        <w:t>44 - 7 = 37 (коробок осталось)</w:t>
        <w:br/>
        <w:t>Ответ: 37 коробок.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Измерьте длины сторон этого прямоугольника. Начертите прямоугольник, у которого длина на 2 см больше. Чему равен периметр нового прямоугольника?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 (Необходимо измерить стороны начерченного в учебнике прямоугольника и выполнить построение и расчет периметра согласно инструкции).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Угадайте закономерность. Какой бантик пропущен?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(Ответ зависит от изображения бантиков в учебнике, которое отсутствует в предоставленном тексте.)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Вычислите.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63-7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72-9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61-6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45-8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12+9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75+8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38+8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63-7 = 56</w:t>
        <w:br/>
        <w:t>72-9 = 63</w:t>
        <w:br/>
        <w:t>61-6 = 55</w:t>
        <w:br/>
        <w:t>45-8 = 37</w:t>
        <w:br/>
        <w:t>12+9 = 21</w:t>
        <w:br/>
        <w:t>75+8 = 83</w:t>
        <w:br/>
        <w:t>38+8 = 46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Решите задачу по рисунку. (Рисунок отсутствует в тексте. Задача, вероятно, связана с вычитанием или сложением на основе данных рисунка.)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(Ответ зависит от рисунка, который отсутствует в предоставленном тексте.)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Кто быстрее? (7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Закрепить навыки сложения и вычитания чисел в пределах 100.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Учитель называет пример на сложение или вычитание (например, 50+20, 75-10).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2. Ученики должны быстро хлопнуть в ладоши и назвать ответ.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Кто первым даст правильный ответ, получает балл.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4. Игра продолжается до тех пор, пока не будут решены все примеры из учебника (или заданное количество).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ИНТЕРАКТИВНАЯ ИГРА: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Соедини пример с его ответом.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14-7 — 7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13-6 — 7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18-11 — 7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17-9 — 8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15-8 — 7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14-7=7, 13-6=7, 18-11=7, 17-9=8, 15-8=7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Найдите лишнее выражение в ряду: 14-7, 13-6, 18-11, 17-9, 15-8.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14-7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13-6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18-11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17-9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D) 17-9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Решите пример: 43-9 = 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34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44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36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52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34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Сколько всего автомобилей в наборе, если легковых 15, а грузовых 9?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24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15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9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24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Среди данных выражений найдите лишнее.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14-7 13-6 18-11 17-9 15-8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Лишнее выражение </w:t>
      </w:r>
      <w:r>
        <w:rPr>
          <w:rFonts w:ascii="Times New Roman" w:hAnsi="Times New Roman"/>
          <w:b/>
          <w:i w:val="0"/>
          <w:sz w:val="24"/>
        </w:rPr>
        <w:t>17-9</w:t>
      </w:r>
      <w:r>
        <w:rPr>
          <w:rFonts w:ascii="Times New Roman" w:hAnsi="Times New Roman"/>
          <w:b w:val="0"/>
          <w:i w:val="0"/>
          <w:sz w:val="24"/>
        </w:rPr>
        <w:t xml:space="preserve">, так как его результат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, а остальные выражения дают в результате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Решите примеры по образцу.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Образец: 43-9 = (43-3)-6 = 40-6 = 34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77-8 62-3 41-6 35-9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77-8 = (77-7)-1 = 70-1 = </w:t>
      </w:r>
      <w:r>
        <w:rPr>
          <w:rFonts w:ascii="Times New Roman" w:hAnsi="Times New Roman"/>
          <w:b/>
          <w:i w:val="0"/>
          <w:sz w:val="24"/>
        </w:rPr>
        <w:t>69</w:t>
      </w:r>
      <w:r>
        <w:rPr>
          <w:rFonts w:ascii="Times New Roman" w:hAnsi="Times New Roman"/>
          <w:b w:val="0"/>
          <w:i w:val="0"/>
          <w:sz w:val="24"/>
        </w:rPr>
        <w:br/>
        <w:t xml:space="preserve">62-3 = (62-2)-1 = 60-1 = </w:t>
      </w:r>
      <w:r>
        <w:rPr>
          <w:rFonts w:ascii="Times New Roman" w:hAnsi="Times New Roman"/>
          <w:b/>
          <w:i w:val="0"/>
          <w:sz w:val="24"/>
        </w:rPr>
        <w:t>59</w:t>
      </w:r>
      <w:r>
        <w:rPr>
          <w:rFonts w:ascii="Times New Roman" w:hAnsi="Times New Roman"/>
          <w:b w:val="0"/>
          <w:i w:val="0"/>
          <w:sz w:val="24"/>
        </w:rPr>
        <w:br/>
        <w:t xml:space="preserve">41-6 = (41-1)-5 = 40-5 = </w:t>
      </w:r>
      <w:r>
        <w:rPr>
          <w:rFonts w:ascii="Times New Roman" w:hAnsi="Times New Roman"/>
          <w:b/>
          <w:i w:val="0"/>
          <w:sz w:val="24"/>
        </w:rPr>
        <w:t>35</w:t>
      </w:r>
      <w:r>
        <w:rPr>
          <w:rFonts w:ascii="Times New Roman" w:hAnsi="Times New Roman"/>
          <w:b w:val="0"/>
          <w:i w:val="0"/>
          <w:sz w:val="24"/>
        </w:rPr>
        <w:br/>
        <w:t xml:space="preserve">35-9 = (35-5)-4 = 30-4 = </w:t>
      </w:r>
      <w:r>
        <w:rPr>
          <w:rFonts w:ascii="Times New Roman" w:hAnsi="Times New Roman"/>
          <w:b/>
          <w:i w:val="0"/>
          <w:sz w:val="24"/>
        </w:rPr>
        <w:t>26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В магазине 50 кукол, 17 кукол умеют говорить, а остальные куклы обычные. Сколько обычных кукол в магазине?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Чтобы найти количество обычных кукол, нужно из общего числа кукол вычесть количество говорящих кукол: 50 - 17 = </w:t>
      </w:r>
      <w:r>
        <w:rPr>
          <w:rFonts w:ascii="Times New Roman" w:hAnsi="Times New Roman"/>
          <w:b/>
          <w:i w:val="0"/>
          <w:sz w:val="24"/>
        </w:rPr>
        <w:t>33</w:t>
      </w:r>
      <w:r>
        <w:rPr>
          <w:rFonts w:ascii="Times New Roman" w:hAnsi="Times New Roman"/>
          <w:b w:val="0"/>
          <w:i w:val="0"/>
          <w:sz w:val="24"/>
        </w:rPr>
        <w:t xml:space="preserve"> куклы.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Вычислите выражения, соблюдая правильный порядок действий.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(43-8)+7 (52-6)+8 (73-4)+2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28-(18-9) 64-(17-8) 26+(33-9)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(43-8)+7 = 35+7 = </w:t>
      </w:r>
      <w:r>
        <w:rPr>
          <w:rFonts w:ascii="Times New Roman" w:hAnsi="Times New Roman"/>
          <w:b/>
          <w:i w:val="0"/>
          <w:sz w:val="24"/>
        </w:rPr>
        <w:t>42</w:t>
      </w:r>
      <w:r>
        <w:rPr>
          <w:rFonts w:ascii="Times New Roman" w:hAnsi="Times New Roman"/>
          <w:b w:val="0"/>
          <w:i w:val="0"/>
          <w:sz w:val="24"/>
        </w:rPr>
        <w:br/>
        <w:t xml:space="preserve">(52-6)+8 = 46+8 = </w:t>
      </w:r>
      <w:r>
        <w:rPr>
          <w:rFonts w:ascii="Times New Roman" w:hAnsi="Times New Roman"/>
          <w:b/>
          <w:i w:val="0"/>
          <w:sz w:val="24"/>
        </w:rPr>
        <w:t>54</w:t>
      </w:r>
      <w:r>
        <w:rPr>
          <w:rFonts w:ascii="Times New Roman" w:hAnsi="Times New Roman"/>
          <w:b w:val="0"/>
          <w:i w:val="0"/>
          <w:sz w:val="24"/>
        </w:rPr>
        <w:br/>
        <w:t xml:space="preserve">(73-4)+2 = 69+2 = </w:t>
      </w:r>
      <w:r>
        <w:rPr>
          <w:rFonts w:ascii="Times New Roman" w:hAnsi="Times New Roman"/>
          <w:b/>
          <w:i w:val="0"/>
          <w:sz w:val="24"/>
        </w:rPr>
        <w:t>71</w:t>
      </w:r>
      <w:r>
        <w:rPr>
          <w:rFonts w:ascii="Times New Roman" w:hAnsi="Times New Roman"/>
          <w:b w:val="0"/>
          <w:i w:val="0"/>
          <w:sz w:val="24"/>
        </w:rPr>
        <w:br/>
        <w:t xml:space="preserve">28-(18-9) = 28-9 = </w:t>
      </w:r>
      <w:r>
        <w:rPr>
          <w:rFonts w:ascii="Times New Roman" w:hAnsi="Times New Roman"/>
          <w:b/>
          <w:i w:val="0"/>
          <w:sz w:val="24"/>
        </w:rPr>
        <w:t>19</w:t>
      </w:r>
      <w:r>
        <w:rPr>
          <w:rFonts w:ascii="Times New Roman" w:hAnsi="Times New Roman"/>
          <w:b w:val="0"/>
          <w:i w:val="0"/>
          <w:sz w:val="24"/>
        </w:rPr>
        <w:br/>
        <w:t xml:space="preserve">64-(17-8) = 64-9 = </w:t>
      </w:r>
      <w:r>
        <w:rPr>
          <w:rFonts w:ascii="Times New Roman" w:hAnsi="Times New Roman"/>
          <w:b/>
          <w:i w:val="0"/>
          <w:sz w:val="24"/>
        </w:rPr>
        <w:t>55</w:t>
      </w:r>
      <w:r>
        <w:rPr>
          <w:rFonts w:ascii="Times New Roman" w:hAnsi="Times New Roman"/>
          <w:b w:val="0"/>
          <w:i w:val="0"/>
          <w:sz w:val="24"/>
        </w:rPr>
        <w:br/>
        <w:t xml:space="preserve">26+(33-9) = 26+24 = </w:t>
      </w:r>
      <w:r>
        <w:rPr>
          <w:rFonts w:ascii="Times New Roman" w:hAnsi="Times New Roman"/>
          <w:b/>
          <w:i w:val="0"/>
          <w:sz w:val="24"/>
        </w:rPr>
        <w:t>50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Запишите числовые выражения к задачам и вычислите их.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В игрушечном наборе 15 легковых автомобилей и 9 грузовых. Сколько всего автомобилей в наборе?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Из 27 скакалок продали 8 штук. Сколько скакалок осталось?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В конструкторе 90 пластиковых деталей и 57 железных. На сколько пластиковых деталей больше, чем железных?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а) </w:t>
      </w:r>
      <w:r>
        <w:rPr>
          <w:rFonts w:ascii="Times New Roman" w:hAnsi="Times New Roman"/>
          <w:b/>
          <w:i w:val="0"/>
          <w:sz w:val="24"/>
        </w:rPr>
        <w:t>15 + 9 = 24</w:t>
      </w:r>
      <w:r>
        <w:rPr>
          <w:rFonts w:ascii="Times New Roman" w:hAnsi="Times New Roman"/>
          <w:b w:val="0"/>
          <w:i w:val="0"/>
          <w:sz w:val="24"/>
        </w:rPr>
        <w:t xml:space="preserve"> автомобиля.</w:t>
        <w:br/>
        <w:t xml:space="preserve">б) </w:t>
      </w:r>
      <w:r>
        <w:rPr>
          <w:rFonts w:ascii="Times New Roman" w:hAnsi="Times New Roman"/>
          <w:b/>
          <w:i w:val="0"/>
          <w:sz w:val="24"/>
        </w:rPr>
        <w:t>27 - 8 = 19</w:t>
      </w:r>
      <w:r>
        <w:rPr>
          <w:rFonts w:ascii="Times New Roman" w:hAnsi="Times New Roman"/>
          <w:b w:val="0"/>
          <w:i w:val="0"/>
          <w:sz w:val="24"/>
        </w:rPr>
        <w:t xml:space="preserve"> скакалок.</w:t>
        <w:br/>
        <w:t xml:space="preserve">в) </w:t>
      </w:r>
      <w:r>
        <w:rPr>
          <w:rFonts w:ascii="Times New Roman" w:hAnsi="Times New Roman"/>
          <w:b/>
          <w:i w:val="0"/>
          <w:sz w:val="24"/>
        </w:rPr>
        <w:t>90 - 57 = 33</w:t>
      </w:r>
      <w:r>
        <w:rPr>
          <w:rFonts w:ascii="Times New Roman" w:hAnsi="Times New Roman"/>
          <w:b w:val="0"/>
          <w:i w:val="0"/>
          <w:sz w:val="24"/>
        </w:rPr>
        <w:t xml:space="preserve"> детали.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На фабрике игрушек изготовили 12 коробок самолётиков, 18 коробок вертолётов и 14 коробок танков. В магазин отправили всего 7 коробок. Сколько коробок с игрушками осталось на фабрике?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Сначала найдем общее количество изготовленных коробок: 12 + 18 + 14 = 44 коробки. Затем вычтем количество отправленных коробок: 44 - 7 =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t xml:space="preserve"> коробок осталось на фабрике.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Вычислите.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63-7 72-9 61-6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45-8 12+9 75+8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38+8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63-7 = </w:t>
      </w:r>
      <w:r>
        <w:rPr>
          <w:rFonts w:ascii="Times New Roman" w:hAnsi="Times New Roman"/>
          <w:b/>
          <w:i w:val="0"/>
          <w:sz w:val="24"/>
        </w:rPr>
        <w:t>56</w:t>
      </w:r>
      <w:r>
        <w:rPr>
          <w:rFonts w:ascii="Times New Roman" w:hAnsi="Times New Roman"/>
          <w:b w:val="0"/>
          <w:i w:val="0"/>
          <w:sz w:val="24"/>
        </w:rPr>
        <w:br/>
        <w:t xml:space="preserve">72-9 = </w:t>
      </w:r>
      <w:r>
        <w:rPr>
          <w:rFonts w:ascii="Times New Roman" w:hAnsi="Times New Roman"/>
          <w:b/>
          <w:i w:val="0"/>
          <w:sz w:val="24"/>
        </w:rPr>
        <w:t>63</w:t>
      </w:r>
      <w:r>
        <w:rPr>
          <w:rFonts w:ascii="Times New Roman" w:hAnsi="Times New Roman"/>
          <w:b w:val="0"/>
          <w:i w:val="0"/>
          <w:sz w:val="24"/>
        </w:rPr>
        <w:br/>
        <w:t xml:space="preserve">61-6 = </w:t>
      </w:r>
      <w:r>
        <w:rPr>
          <w:rFonts w:ascii="Times New Roman" w:hAnsi="Times New Roman"/>
          <w:b/>
          <w:i w:val="0"/>
          <w:sz w:val="24"/>
        </w:rPr>
        <w:t>55</w:t>
      </w:r>
      <w:r>
        <w:rPr>
          <w:rFonts w:ascii="Times New Roman" w:hAnsi="Times New Roman"/>
          <w:b w:val="0"/>
          <w:i w:val="0"/>
          <w:sz w:val="24"/>
        </w:rPr>
        <w:br/>
        <w:t xml:space="preserve">45-8 =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br/>
        <w:t xml:space="preserve">12+9 = </w:t>
      </w:r>
      <w:r>
        <w:rPr>
          <w:rFonts w:ascii="Times New Roman" w:hAnsi="Times New Roman"/>
          <w:b/>
          <w:i w:val="0"/>
          <w:sz w:val="24"/>
        </w:rPr>
        <w:t>21</w:t>
      </w:r>
      <w:r>
        <w:rPr>
          <w:rFonts w:ascii="Times New Roman" w:hAnsi="Times New Roman"/>
          <w:b w:val="0"/>
          <w:i w:val="0"/>
          <w:sz w:val="24"/>
        </w:rPr>
        <w:br/>
        <w:t xml:space="preserve">75+8 = </w:t>
      </w:r>
      <w:r>
        <w:rPr>
          <w:rFonts w:ascii="Times New Roman" w:hAnsi="Times New Roman"/>
          <w:b/>
          <w:i w:val="0"/>
          <w:sz w:val="24"/>
        </w:rPr>
        <w:t>83</w:t>
      </w:r>
      <w:r>
        <w:rPr>
          <w:rFonts w:ascii="Times New Roman" w:hAnsi="Times New Roman"/>
          <w:b w:val="0"/>
          <w:i w:val="0"/>
          <w:sz w:val="24"/>
        </w:rPr>
        <w:br/>
        <w:t xml:space="preserve">38+8 = </w:t>
      </w:r>
      <w:r>
        <w:rPr>
          <w:rFonts w:ascii="Times New Roman" w:hAnsi="Times New Roman"/>
          <w:b/>
          <w:i w:val="0"/>
          <w:sz w:val="24"/>
        </w:rPr>
        <w:t>46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Решите задачу по рисунку.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(Рисунок показывает 9 штук, 60 штук, 17 штук и знак вопроса)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Задача неполная, так как не указано, что нужно найти. Если требуется найти сумму всех предметов, то 9 + 60 + 17 + ? = Общее количество. Если нужно найти разницу между большими и меньшими числами, например, 60 - 17 = </w:t>
      </w:r>
      <w:r>
        <w:rPr>
          <w:rFonts w:ascii="Times New Roman" w:hAnsi="Times New Roman"/>
          <w:b/>
          <w:i w:val="0"/>
          <w:sz w:val="24"/>
        </w:rPr>
        <w:t>43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Интерактивная игра soffia.uz для закрепления темы - откройте ссылку на электронной доске или отсканируйте QR-код: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https://soffia.uz/uz/games/quiz/play?slug=povtorenie-izchennogo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>Среди данных выражений найдите лишнее.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14-7 13-6 18-11 17-9 15-8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Чтобы найти лишнее выражение, вычислим каждое:</w:t>
        <w:br/>
        <w:t xml:space="preserve">14-7 =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br/>
        <w:t xml:space="preserve">13-6 =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br/>
        <w:t xml:space="preserve">18-11 =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br/>
        <w:t xml:space="preserve">17-9 =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br/>
        <w:t xml:space="preserve">15-8 =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br/>
        <w:t xml:space="preserve">Лишнее выражение </w:t>
      </w:r>
      <w:r>
        <w:rPr>
          <w:rFonts w:ascii="Times New Roman" w:hAnsi="Times New Roman"/>
          <w:b/>
          <w:i w:val="0"/>
          <w:sz w:val="24"/>
        </w:rPr>
        <w:t>17-9</w:t>
      </w:r>
      <w:r>
        <w:rPr>
          <w:rFonts w:ascii="Times New Roman" w:hAnsi="Times New Roman"/>
          <w:b w:val="0"/>
          <w:i w:val="0"/>
          <w:sz w:val="24"/>
        </w:rPr>
        <w:t xml:space="preserve">, так как его результат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, а у остальных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>Решите примеры по образцу.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Образец: 43-9 = (43-3)-6 = 40-6 = 34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77-8 62-3 41-6 35-9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Решаем примеры, используя образец:</w:t>
        <w:br/>
        <w:t xml:space="preserve">77-8 = (77-7)-1 = 70-1 = </w:t>
      </w:r>
      <w:r>
        <w:rPr>
          <w:rFonts w:ascii="Times New Roman" w:hAnsi="Times New Roman"/>
          <w:b/>
          <w:i w:val="0"/>
          <w:sz w:val="24"/>
        </w:rPr>
        <w:t>69</w:t>
      </w:r>
      <w:r>
        <w:rPr>
          <w:rFonts w:ascii="Times New Roman" w:hAnsi="Times New Roman"/>
          <w:b w:val="0"/>
          <w:i w:val="0"/>
          <w:sz w:val="24"/>
        </w:rPr>
        <w:br/>
        <w:t xml:space="preserve">62-3 = (62-2)-1 = 60-1 = </w:t>
      </w:r>
      <w:r>
        <w:rPr>
          <w:rFonts w:ascii="Times New Roman" w:hAnsi="Times New Roman"/>
          <w:b/>
          <w:i w:val="0"/>
          <w:sz w:val="24"/>
        </w:rPr>
        <w:t>59</w:t>
      </w:r>
      <w:r>
        <w:rPr>
          <w:rFonts w:ascii="Times New Roman" w:hAnsi="Times New Roman"/>
          <w:b w:val="0"/>
          <w:i w:val="0"/>
          <w:sz w:val="24"/>
        </w:rPr>
        <w:br/>
        <w:t xml:space="preserve">41-6 = (41-1)-5 = 40-5 = </w:t>
      </w:r>
      <w:r>
        <w:rPr>
          <w:rFonts w:ascii="Times New Roman" w:hAnsi="Times New Roman"/>
          <w:b/>
          <w:i w:val="0"/>
          <w:sz w:val="24"/>
        </w:rPr>
        <w:t>35</w:t>
      </w:r>
      <w:r>
        <w:rPr>
          <w:rFonts w:ascii="Times New Roman" w:hAnsi="Times New Roman"/>
          <w:b w:val="0"/>
          <w:i w:val="0"/>
          <w:sz w:val="24"/>
        </w:rPr>
        <w:br/>
        <w:t xml:space="preserve">35-9 = (35-5)-4 = 30-4 = </w:t>
      </w:r>
      <w:r>
        <w:rPr>
          <w:rFonts w:ascii="Times New Roman" w:hAnsi="Times New Roman"/>
          <w:b/>
          <w:i w:val="0"/>
          <w:sz w:val="24"/>
        </w:rPr>
        <w:t>26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>В магазине 50 кукол, 17 кукол умеют говорить, а остальные куклы обычные. Сколько обычных кукол в магазине?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Чтобы найти количество обычных кукол, нужно из общего числа кукол вычесть количество говорящих кукол.</w:t>
        <w:br/>
      </w:r>
      <w:r>
        <w:rPr>
          <w:rFonts w:ascii="Times New Roman" w:hAnsi="Times New Roman"/>
          <w:b/>
          <w:i w:val="0"/>
          <w:sz w:val="24"/>
        </w:rPr>
        <w:t>50</w:t>
      </w:r>
      <w:r>
        <w:rPr>
          <w:rFonts w:ascii="Times New Roman" w:hAnsi="Times New Roman"/>
          <w:b w:val="0"/>
          <w:i w:val="0"/>
          <w:sz w:val="24"/>
        </w:rPr>
        <w:t xml:space="preserve"> - </w:t>
      </w:r>
      <w:r>
        <w:rPr>
          <w:rFonts w:ascii="Times New Roman" w:hAnsi="Times New Roman"/>
          <w:b/>
          <w:i w:val="0"/>
          <w:sz w:val="24"/>
        </w:rPr>
        <w:t>17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33</w:t>
      </w:r>
      <w:r>
        <w:rPr>
          <w:rFonts w:ascii="Times New Roman" w:hAnsi="Times New Roman"/>
          <w:b w:val="0"/>
          <w:i w:val="0"/>
          <w:sz w:val="24"/>
        </w:rPr>
        <w:t xml:space="preserve"> (куклы)</w:t>
        <w:br/>
        <w:t xml:space="preserve">Ответ: В магазине </w:t>
      </w:r>
      <w:r>
        <w:rPr>
          <w:rFonts w:ascii="Times New Roman" w:hAnsi="Times New Roman"/>
          <w:b/>
          <w:i w:val="0"/>
          <w:sz w:val="24"/>
        </w:rPr>
        <w:t>33</w:t>
      </w:r>
      <w:r>
        <w:rPr>
          <w:rFonts w:ascii="Times New Roman" w:hAnsi="Times New Roman"/>
          <w:b w:val="0"/>
          <w:i w:val="0"/>
          <w:sz w:val="24"/>
        </w:rPr>
        <w:t xml:space="preserve"> обычные куклы.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14. </w:t>
      </w:r>
      <w:r>
        <w:rPr>
          <w:rFonts w:ascii="Times New Roman" w:hAnsi="Times New Roman"/>
          <w:b w:val="0"/>
          <w:i w:val="0"/>
          <w:sz w:val="24"/>
        </w:rPr>
        <w:t>Вычислите выражения, соблюдая правильный порядок действий.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(43-8)+7 (52-6)+8 (73-4)+2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28-(18-9) 64-(17-8) 26+(33-9)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Выполняем действия в скобках первыми, затем сложение или вычитание.</w:t>
        <w:br/>
        <w:t xml:space="preserve">(43-8)+7 = 35+7 = </w:t>
      </w:r>
      <w:r>
        <w:rPr>
          <w:rFonts w:ascii="Times New Roman" w:hAnsi="Times New Roman"/>
          <w:b/>
          <w:i w:val="0"/>
          <w:sz w:val="24"/>
        </w:rPr>
        <w:t>42</w:t>
      </w:r>
      <w:r>
        <w:rPr>
          <w:rFonts w:ascii="Times New Roman" w:hAnsi="Times New Roman"/>
          <w:b w:val="0"/>
          <w:i w:val="0"/>
          <w:sz w:val="24"/>
        </w:rPr>
        <w:br/>
        <w:t xml:space="preserve">(52-6)+8 = 46+8 = </w:t>
      </w:r>
      <w:r>
        <w:rPr>
          <w:rFonts w:ascii="Times New Roman" w:hAnsi="Times New Roman"/>
          <w:b/>
          <w:i w:val="0"/>
          <w:sz w:val="24"/>
        </w:rPr>
        <w:t>54</w:t>
      </w:r>
      <w:r>
        <w:rPr>
          <w:rFonts w:ascii="Times New Roman" w:hAnsi="Times New Roman"/>
          <w:b w:val="0"/>
          <w:i w:val="0"/>
          <w:sz w:val="24"/>
        </w:rPr>
        <w:br/>
        <w:t xml:space="preserve">(73-4)+2 = 69+2 = </w:t>
      </w:r>
      <w:r>
        <w:rPr>
          <w:rFonts w:ascii="Times New Roman" w:hAnsi="Times New Roman"/>
          <w:b/>
          <w:i w:val="0"/>
          <w:sz w:val="24"/>
        </w:rPr>
        <w:t>71</w:t>
      </w:r>
      <w:r>
        <w:rPr>
          <w:rFonts w:ascii="Times New Roman" w:hAnsi="Times New Roman"/>
          <w:b w:val="0"/>
          <w:i w:val="0"/>
          <w:sz w:val="24"/>
        </w:rPr>
        <w:br/>
        <w:t xml:space="preserve">28-(18-9) = 28-9 = </w:t>
      </w:r>
      <w:r>
        <w:rPr>
          <w:rFonts w:ascii="Times New Roman" w:hAnsi="Times New Roman"/>
          <w:b/>
          <w:i w:val="0"/>
          <w:sz w:val="24"/>
        </w:rPr>
        <w:t>19</w:t>
      </w:r>
      <w:r>
        <w:rPr>
          <w:rFonts w:ascii="Times New Roman" w:hAnsi="Times New Roman"/>
          <w:b w:val="0"/>
          <w:i w:val="0"/>
          <w:sz w:val="24"/>
        </w:rPr>
        <w:br/>
        <w:t xml:space="preserve">64-(17-8) = 64-9 = </w:t>
      </w:r>
      <w:r>
        <w:rPr>
          <w:rFonts w:ascii="Times New Roman" w:hAnsi="Times New Roman"/>
          <w:b/>
          <w:i w:val="0"/>
          <w:sz w:val="24"/>
        </w:rPr>
        <w:t>55</w:t>
      </w:r>
      <w:r>
        <w:rPr>
          <w:rFonts w:ascii="Times New Roman" w:hAnsi="Times New Roman"/>
          <w:b w:val="0"/>
          <w:i w:val="0"/>
          <w:sz w:val="24"/>
        </w:rPr>
        <w:br/>
        <w:t xml:space="preserve">26+(33-9) = 26+24 = </w:t>
      </w:r>
      <w:r>
        <w:rPr>
          <w:rFonts w:ascii="Times New Roman" w:hAnsi="Times New Roman"/>
          <w:b/>
          <w:i w:val="0"/>
          <w:sz w:val="24"/>
        </w:rPr>
        <w:t>50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15. </w:t>
      </w:r>
      <w:r>
        <w:rPr>
          <w:rFonts w:ascii="Times New Roman" w:hAnsi="Times New Roman"/>
          <w:b w:val="0"/>
          <w:i w:val="0"/>
          <w:sz w:val="24"/>
        </w:rPr>
        <w:t>Запишите числовые выражения к задачам и вычислите их.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В игрушечном наборе 15 легковых автомобилей и 9 грузовых. Сколько всего автомобилей в наборе?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Из 27 скакалок продали 8 штук. Сколько скакалок осталось?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В конструкторе 90 пластиковых деталей и 57 железных. На сколько пластиковых деталей больше, чем железных?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а) Чтобы найти общее количество автомобилей, сложим легковые и грузовые: </w:t>
      </w:r>
      <w:r>
        <w:rPr>
          <w:rFonts w:ascii="Times New Roman" w:hAnsi="Times New Roman"/>
          <w:b/>
          <w:i w:val="0"/>
          <w:sz w:val="24"/>
        </w:rPr>
        <w:t>15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9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24</w:t>
      </w:r>
      <w:r>
        <w:rPr>
          <w:rFonts w:ascii="Times New Roman" w:hAnsi="Times New Roman"/>
          <w:b w:val="0"/>
          <w:i w:val="0"/>
          <w:sz w:val="24"/>
        </w:rPr>
        <w:t xml:space="preserve"> (автомобиля).</w:t>
        <w:br/>
        <w:t xml:space="preserve">б) Чтобы найти, сколько скакалок осталось, вычтем проданные из общего числа: </w:t>
      </w:r>
      <w:r>
        <w:rPr>
          <w:rFonts w:ascii="Times New Roman" w:hAnsi="Times New Roman"/>
          <w:b/>
          <w:i w:val="0"/>
          <w:sz w:val="24"/>
        </w:rPr>
        <w:t>27</w:t>
      </w:r>
      <w:r>
        <w:rPr>
          <w:rFonts w:ascii="Times New Roman" w:hAnsi="Times New Roman"/>
          <w:b w:val="0"/>
          <w:i w:val="0"/>
          <w:sz w:val="24"/>
        </w:rPr>
        <w:t xml:space="preserve"> -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19</w:t>
      </w:r>
      <w:r>
        <w:rPr>
          <w:rFonts w:ascii="Times New Roman" w:hAnsi="Times New Roman"/>
          <w:b w:val="0"/>
          <w:i w:val="0"/>
          <w:sz w:val="24"/>
        </w:rPr>
        <w:t xml:space="preserve"> (скакалок).</w:t>
        <w:br/>
        <w:t xml:space="preserve">в) Чтобы узнать, на сколько пластиковых деталей больше, вычтем количество железных из количества пластиковых: </w:t>
      </w:r>
      <w:r>
        <w:rPr>
          <w:rFonts w:ascii="Times New Roman" w:hAnsi="Times New Roman"/>
          <w:b/>
          <w:i w:val="0"/>
          <w:sz w:val="24"/>
        </w:rPr>
        <w:t>90</w:t>
      </w:r>
      <w:r>
        <w:rPr>
          <w:rFonts w:ascii="Times New Roman" w:hAnsi="Times New Roman"/>
          <w:b w:val="0"/>
          <w:i w:val="0"/>
          <w:sz w:val="24"/>
        </w:rPr>
        <w:t xml:space="preserve"> - </w:t>
      </w:r>
      <w:r>
        <w:rPr>
          <w:rFonts w:ascii="Times New Roman" w:hAnsi="Times New Roman"/>
          <w:b/>
          <w:i w:val="0"/>
          <w:sz w:val="24"/>
        </w:rPr>
        <w:t>57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33</w:t>
      </w:r>
      <w:r>
        <w:rPr>
          <w:rFonts w:ascii="Times New Roman" w:hAnsi="Times New Roman"/>
          <w:b w:val="0"/>
          <w:i w:val="0"/>
          <w:sz w:val="24"/>
        </w:rPr>
        <w:t xml:space="preserve"> (детали).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16. </w:t>
      </w:r>
      <w:r>
        <w:rPr>
          <w:rFonts w:ascii="Times New Roman" w:hAnsi="Times New Roman"/>
          <w:b w:val="0"/>
          <w:i w:val="0"/>
          <w:sz w:val="24"/>
        </w:rPr>
        <w:t>На фабрике игрушек изготовили 12 коробок самолётиков, 18 коробок вертолётов и 14 коробок танков. В магазин отправили всего 7 коробок. Сколько коробок с игрушками осталось на фабрике?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Сначала найдем общее количество изготовленных коробок: </w:t>
      </w:r>
      <w:r>
        <w:rPr>
          <w:rFonts w:ascii="Times New Roman" w:hAnsi="Times New Roman"/>
          <w:b/>
          <w:i w:val="0"/>
          <w:sz w:val="24"/>
        </w:rPr>
        <w:t>12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18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14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44</w:t>
      </w:r>
      <w:r>
        <w:rPr>
          <w:rFonts w:ascii="Times New Roman" w:hAnsi="Times New Roman"/>
          <w:b w:val="0"/>
          <w:i w:val="0"/>
          <w:sz w:val="24"/>
        </w:rPr>
        <w:t xml:space="preserve"> (коробки).</w:t>
        <w:br/>
        <w:t xml:space="preserve">Затем вычтем количество отправленных коробок из общего количества: </w:t>
      </w:r>
      <w:r>
        <w:rPr>
          <w:rFonts w:ascii="Times New Roman" w:hAnsi="Times New Roman"/>
          <w:b/>
          <w:i w:val="0"/>
          <w:sz w:val="24"/>
        </w:rPr>
        <w:t>44</w:t>
      </w:r>
      <w:r>
        <w:rPr>
          <w:rFonts w:ascii="Times New Roman" w:hAnsi="Times New Roman"/>
          <w:b w:val="0"/>
          <w:i w:val="0"/>
          <w:sz w:val="24"/>
        </w:rPr>
        <w:t xml:space="preserve"> -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t xml:space="preserve"> (коробок).</w:t>
        <w:br/>
        <w:t xml:space="preserve">Ответ: На фабрике осталось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t xml:space="preserve"> коробок.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17. </w:t>
      </w:r>
      <w:r>
        <w:rPr>
          <w:rFonts w:ascii="Times New Roman" w:hAnsi="Times New Roman"/>
          <w:b w:val="0"/>
          <w:i w:val="0"/>
          <w:sz w:val="24"/>
        </w:rPr>
        <w:t>Измерьте длины сторон этого прямоугольника. Начертите прямоугольник, у которого длина на 2 см больше. Чему равен периметр нового прямоугольника?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Этот пример требует измерения на чертеже, который отсутствует. Предположим, что стороны исходного прямоугольника равны </w:t>
      </w:r>
      <w:r>
        <w:rPr>
          <w:rFonts w:ascii="Times New Roman" w:hAnsi="Times New Roman"/>
          <w:b/>
          <w:i w:val="0"/>
          <w:sz w:val="24"/>
        </w:rPr>
        <w:t>4</w:t>
      </w:r>
      <w:r>
        <w:rPr>
          <w:rFonts w:ascii="Times New Roman" w:hAnsi="Times New Roman"/>
          <w:b w:val="0"/>
          <w:i w:val="0"/>
          <w:sz w:val="24"/>
        </w:rPr>
        <w:t xml:space="preserve"> см и </w:t>
      </w:r>
      <w:r>
        <w:rPr>
          <w:rFonts w:ascii="Times New Roman" w:hAnsi="Times New Roman"/>
          <w:b/>
          <w:i w:val="0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 см. Тогда новый прямоугольник будет иметь стороны </w:t>
      </w:r>
      <w:r>
        <w:rPr>
          <w:rFonts w:ascii="Times New Roman" w:hAnsi="Times New Roman"/>
          <w:b/>
          <w:i w:val="0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см (4+2) и </w:t>
      </w:r>
      <w:r>
        <w:rPr>
          <w:rFonts w:ascii="Times New Roman" w:hAnsi="Times New Roman"/>
          <w:b/>
          <w:i w:val="0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 см. Периметр нового прямоугольника: (</w:t>
      </w:r>
      <w:r>
        <w:rPr>
          <w:rFonts w:ascii="Times New Roman" w:hAnsi="Times New Roman"/>
          <w:b/>
          <w:i w:val="0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) * </w:t>
      </w:r>
      <w:r>
        <w:rPr>
          <w:rFonts w:ascii="Times New Roman" w:hAnsi="Times New Roman"/>
          <w:b/>
          <w:i w:val="0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9</w:t>
      </w:r>
      <w:r>
        <w:rPr>
          <w:rFonts w:ascii="Times New Roman" w:hAnsi="Times New Roman"/>
          <w:b w:val="0"/>
          <w:i w:val="0"/>
          <w:sz w:val="24"/>
        </w:rPr>
        <w:t xml:space="preserve"> * </w:t>
      </w:r>
      <w:r>
        <w:rPr>
          <w:rFonts w:ascii="Times New Roman" w:hAnsi="Times New Roman"/>
          <w:b/>
          <w:i w:val="0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18</w:t>
      </w:r>
      <w:r>
        <w:rPr>
          <w:rFonts w:ascii="Times New Roman" w:hAnsi="Times New Roman"/>
          <w:b w:val="0"/>
          <w:i w:val="0"/>
          <w:sz w:val="24"/>
        </w:rPr>
        <w:t xml:space="preserve"> (см).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18. </w:t>
      </w:r>
      <w:r>
        <w:rPr>
          <w:rFonts w:ascii="Times New Roman" w:hAnsi="Times New Roman"/>
          <w:b w:val="0"/>
          <w:i w:val="0"/>
          <w:sz w:val="24"/>
        </w:rPr>
        <w:t>Угадайте закономерность. Какой бантик пропущен?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Этот пример требует изображения, которое отсутствует. Без изображения невозможно определить закономерность и пропущенный бантик.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19. </w:t>
      </w:r>
      <w:r>
        <w:rPr>
          <w:rFonts w:ascii="Times New Roman" w:hAnsi="Times New Roman"/>
          <w:b w:val="0"/>
          <w:i w:val="0"/>
          <w:sz w:val="24"/>
        </w:rPr>
        <w:t>Вычислите.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63-7 72-9 61-6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45-8 12+9 75+8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38+8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Выполняем вычисления:</w:t>
        <w:br/>
        <w:t xml:space="preserve">63-7 = </w:t>
      </w:r>
      <w:r>
        <w:rPr>
          <w:rFonts w:ascii="Times New Roman" w:hAnsi="Times New Roman"/>
          <w:b/>
          <w:i w:val="0"/>
          <w:sz w:val="24"/>
        </w:rPr>
        <w:t>56</w:t>
      </w:r>
      <w:r>
        <w:rPr>
          <w:rFonts w:ascii="Times New Roman" w:hAnsi="Times New Roman"/>
          <w:b w:val="0"/>
          <w:i w:val="0"/>
          <w:sz w:val="24"/>
        </w:rPr>
        <w:br/>
        <w:t xml:space="preserve">72-9 = </w:t>
      </w:r>
      <w:r>
        <w:rPr>
          <w:rFonts w:ascii="Times New Roman" w:hAnsi="Times New Roman"/>
          <w:b/>
          <w:i w:val="0"/>
          <w:sz w:val="24"/>
        </w:rPr>
        <w:t>63</w:t>
      </w:r>
      <w:r>
        <w:rPr>
          <w:rFonts w:ascii="Times New Roman" w:hAnsi="Times New Roman"/>
          <w:b w:val="0"/>
          <w:i w:val="0"/>
          <w:sz w:val="24"/>
        </w:rPr>
        <w:br/>
        <w:t xml:space="preserve">61-6 = </w:t>
      </w:r>
      <w:r>
        <w:rPr>
          <w:rFonts w:ascii="Times New Roman" w:hAnsi="Times New Roman"/>
          <w:b/>
          <w:i w:val="0"/>
          <w:sz w:val="24"/>
        </w:rPr>
        <w:t>55</w:t>
      </w:r>
      <w:r>
        <w:rPr>
          <w:rFonts w:ascii="Times New Roman" w:hAnsi="Times New Roman"/>
          <w:b w:val="0"/>
          <w:i w:val="0"/>
          <w:sz w:val="24"/>
        </w:rPr>
        <w:br/>
        <w:t xml:space="preserve">45-8 =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br/>
        <w:t xml:space="preserve">12+9 = </w:t>
      </w:r>
      <w:r>
        <w:rPr>
          <w:rFonts w:ascii="Times New Roman" w:hAnsi="Times New Roman"/>
          <w:b/>
          <w:i w:val="0"/>
          <w:sz w:val="24"/>
        </w:rPr>
        <w:t>21</w:t>
      </w:r>
      <w:r>
        <w:rPr>
          <w:rFonts w:ascii="Times New Roman" w:hAnsi="Times New Roman"/>
          <w:b w:val="0"/>
          <w:i w:val="0"/>
          <w:sz w:val="24"/>
        </w:rPr>
        <w:br/>
        <w:t xml:space="preserve">75+8 = </w:t>
      </w:r>
      <w:r>
        <w:rPr>
          <w:rFonts w:ascii="Times New Roman" w:hAnsi="Times New Roman"/>
          <w:b/>
          <w:i w:val="0"/>
          <w:sz w:val="24"/>
        </w:rPr>
        <w:t>83</w:t>
      </w:r>
      <w:r>
        <w:rPr>
          <w:rFonts w:ascii="Times New Roman" w:hAnsi="Times New Roman"/>
          <w:b w:val="0"/>
          <w:i w:val="0"/>
          <w:sz w:val="24"/>
        </w:rPr>
        <w:br/>
        <w:t xml:space="preserve">38+8 = </w:t>
      </w:r>
      <w:r>
        <w:rPr>
          <w:rFonts w:ascii="Times New Roman" w:hAnsi="Times New Roman"/>
          <w:b/>
          <w:i w:val="0"/>
          <w:sz w:val="24"/>
        </w:rPr>
        <w:t>46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20. </w:t>
      </w:r>
      <w:r>
        <w:rPr>
          <w:rFonts w:ascii="Times New Roman" w:hAnsi="Times New Roman"/>
          <w:b w:val="0"/>
          <w:i w:val="0"/>
          <w:sz w:val="24"/>
        </w:rPr>
        <w:t>Решите задачу по рисунку.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Этот пример требует рисунка, который отсутствует. Без рисунка невозможно решить задачу.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