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Каримовой Мархабо Абдихашимовны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русский язык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«Основа слова»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a0aa6c-7fd8-4cc0-877f-fb9d4780dfd4_0_7ff3d1d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Основа слова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Сформировать у учащихся представление об основе слова как главной значимой части слова, научить находить основу слова в однокоренных словах.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интерес к изучению русского языка и бережное отношение к словам родного языка.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умение анализировать, сравнивать слова, обогащать словарный запас учащихся и развивать связную речь.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Изучение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объяснительно-иллюстративный, частично-поисковый, игра "Найди основу", работа в парах, Найди основу!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русского языка, рабочая тетрадь, доска, мел,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понятно объяснить детям, что такое основа слова, и продемонстрировать способы ее нахождения. Учитель организует работу так, чтобы каждый ученик активно участвовал в процессе познания.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научатся выделять основу слова и понимать ее значение. Они смогут находить основу в предложенных словах и объяснять свой выбор.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a0aa6c-7fd8-4cc0-877f-fb9d4780dfd4_1_faa31f8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Фундамент дома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a0aa6c-7fd8-4cc0-877f-fb9d4780dfd4_2_682fefe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Корни дерева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a0aa6c-7fd8-4cc0-877f-fb9d4780dfd4_3_7a6df8e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Ножки стола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урок мы начнём, как всегда.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Тема наша – очень важная, ноги!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Мы будем изучать основу слова!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Пусть урок будет быстрым и лёгким,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знания к нам придут потоком!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a0aa6c-7fd8-4cc0-877f-fb9d4780dfd4_6_4d55aafd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a0aa6c-7fd8-4cc0-877f-fb9d4780dfd4_10_58623b0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Потянитесь!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два, три –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Поклонитесь!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Хлоп-хлоп-хлоп,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опять топ-топ-топ!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Сели все!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Отдохнули!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с вами отправимся в увлекательное путешествие в мир слов. Мы уже знаем, что слова состоят из частей: приставки, корня, суффикса и окончания. Но знаете ли вы, что у слова есть самая главная часть, которая несет основной смысл? Эта часть называется </w:t>
      </w:r>
      <w:r>
        <w:rPr>
          <w:rFonts w:ascii="Times New Roman" w:hAnsi="Times New Roman"/>
          <w:b/>
          <w:i w:val="0"/>
          <w:color w:val="C2185B"/>
          <w:sz w:val="24"/>
        </w:rPr>
        <w:t>основой слова</w:t>
      </w:r>
      <w:r>
        <w:rPr>
          <w:rFonts w:ascii="Times New Roman" w:hAnsi="Times New Roman"/>
          <w:b w:val="0"/>
          <w:i w:val="0"/>
          <w:sz w:val="24"/>
        </w:rPr>
        <w:t>. Давайте представим, что слово – это дом. Окна, двери, крыша – это разные части дома, а вот фундамент, на котором стоит весь дом, – это и есть основа слова. Без фундамента дом не будет стоять, так же и слово без основы теряет свой главный смысл.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запомним правило: </w:t>
      </w:r>
      <w:r>
        <w:rPr>
          <w:rFonts w:ascii="Times New Roman" w:hAnsi="Times New Roman"/>
          <w:b/>
          <w:i w:val="0"/>
          <w:color w:val="C2185B"/>
          <w:sz w:val="24"/>
        </w:rPr>
        <w:t>основа слова – это часть слова без окончания</w:t>
      </w:r>
      <w:r>
        <w:rPr>
          <w:rFonts w:ascii="Times New Roman" w:hAnsi="Times New Roman"/>
          <w:b w:val="0"/>
          <w:i w:val="0"/>
          <w:sz w:val="24"/>
        </w:rPr>
        <w:t>. Чтобы найти основу, нужно сначала найти окончание. Окончание – это изменяемая часть слова, которая служит для связи слов в предложении. Например, в слове "домик" окончание – "-ик", а основа – "дом". В слове "домика" окончание – "-а", а основа – "домик". А вот в слове "красивые" окончание – "-ые", а основа – "красив". Основа слова заключает в себе лексическое значение. Она состоит из корня, а иногда и из приставки и суффикса.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Основа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Часть слова без окончания, несущая основное лексическое значение.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Изменяемая часть слова, служащая для связи слов в предложении.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Корень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Главная значимая часть слова, содержащая основное лексическое значение.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Приставка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Часть слова, стоящая перед корнем и служащая для образования новых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Суффикс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Часть слова, стоящая после корня и служащая для образования новых слов.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Давайте разберем слово "домик". Чтобы найти основу, сначала найдем окончание. Слово "домик" можно изменить: "нет домика", "радуюсь домику". Изменяемая часть "-а", "-у" – это окончания. Значит, в слове "домик" окончание нулевое (мы его не видим, но оно есть). А вот в слове "домика" окончание "-а". Если мы уберем окончание "-а", останется "домик" – это и есть основа слова. Она состоит из корня "дом" и суффикса "-ик-." Корень "дом" обозначает жилище, а суффикс "-ик-" уменьшает его размер, делая его маленьким.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Основа слова встречается нам повсюду! Когда мы говорим "школа", "школьный", "школьник", мы понимаем, что речь идет об одном и том же месте или людях, связанных с ним. "Школь-" – это основа, которая несет главный смысл. Часто дети путают основу слова с самим словом или только с корнем. Важно помнить, что основа – это всё слово без окончания. Например, в слове "бежал" окончание "-л", а основа "бежа-". А в слове "бежала" окончание "-а", основа "бежал-." Окончание помогает нам понять, кто бежал и куда.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a0aa6c-7fd8-4cc0-877f-fb9d4780dfd4_17_ec7945dc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Разбор слов по составу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</w:tblGrid>
      <w:tr>
        <w:tc>
          <w:tcPr>
            <w:tcW w:type="dxa" w:w="1863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Слово</w:t>
            </w:r>
          </w:p>
        </w:tc>
        <w:tc>
          <w:tcPr>
            <w:tcW w:type="dxa" w:w="1863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Основа</w:t>
            </w:r>
          </w:p>
        </w:tc>
        <w:tc>
          <w:tcPr>
            <w:tcW w:type="dxa" w:w="1863"/>
            <w:shd w:val="clear" w:fill="64B5F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Корень</w:t>
            </w:r>
          </w:p>
        </w:tc>
        <w:tc>
          <w:tcPr>
            <w:tcW w:type="dxa" w:w="1863"/>
            <w:shd w:val="clear" w:fill="F06292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Суффикс</w:t>
            </w:r>
          </w:p>
        </w:tc>
        <w:tc>
          <w:tcPr>
            <w:tcW w:type="dxa" w:w="1863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Окончание</w:t>
            </w:r>
          </w:p>
        </w:tc>
      </w:tr>
      <w:tr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домик</w:t>
            </w:r>
          </w:p>
        </w:tc>
        <w:tc>
          <w:tcPr>
            <w:tcW w:type="dxa" w:w="1863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домик-</w:t>
            </w:r>
          </w:p>
        </w:tc>
        <w:tc>
          <w:tcPr>
            <w:tcW w:type="dxa" w:w="1863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дом-</w:t>
            </w:r>
          </w:p>
        </w:tc>
        <w:tc>
          <w:tcPr>
            <w:tcW w:type="dxa" w:w="1863"/>
            <w:shd w:val="clear" w:fill="FCE4EC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-ик-</w:t>
            </w:r>
          </w:p>
        </w:tc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нулевое</w:t>
            </w:r>
          </w:p>
        </w:tc>
      </w:tr>
      <w:tr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ручка</w:t>
            </w:r>
          </w:p>
        </w:tc>
        <w:tc>
          <w:tcPr>
            <w:tcW w:type="dxa" w:w="1863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ручк-</w:t>
            </w:r>
          </w:p>
        </w:tc>
        <w:tc>
          <w:tcPr>
            <w:tcW w:type="dxa" w:w="1863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руч-</w:t>
            </w:r>
          </w:p>
        </w:tc>
        <w:tc>
          <w:tcPr>
            <w:tcW w:type="dxa" w:w="1863"/>
            <w:shd w:val="clear" w:fill="FCE4EC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-к-</w:t>
            </w:r>
          </w:p>
        </w:tc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-а</w:t>
            </w:r>
          </w:p>
        </w:tc>
      </w:tr>
      <w:tr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красивые</w:t>
            </w:r>
          </w:p>
        </w:tc>
        <w:tc>
          <w:tcPr>
            <w:tcW w:type="dxa" w:w="1863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красив-</w:t>
            </w:r>
          </w:p>
        </w:tc>
        <w:tc>
          <w:tcPr>
            <w:tcW w:type="dxa" w:w="1863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красив-</w:t>
            </w:r>
          </w:p>
        </w:tc>
        <w:tc>
          <w:tcPr>
            <w:tcW w:type="dxa" w:w="1863"/>
            <w:shd w:val="clear" w:fill="FCE4EC"/>
          </w:tcPr>
          <w:p>
            <w:pPr>
              <w:jc w:val="center"/>
            </w:pPr>
          </w:p>
        </w:tc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-ые</w:t>
            </w:r>
          </w:p>
        </w:tc>
      </w:tr>
      <w:tr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светит</w:t>
            </w:r>
          </w:p>
        </w:tc>
        <w:tc>
          <w:tcPr>
            <w:tcW w:type="dxa" w:w="1863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светит-</w:t>
            </w:r>
          </w:p>
        </w:tc>
        <w:tc>
          <w:tcPr>
            <w:tcW w:type="dxa" w:w="1863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свет-</w:t>
            </w:r>
          </w:p>
        </w:tc>
        <w:tc>
          <w:tcPr>
            <w:tcW w:type="dxa" w:w="1863"/>
            <w:shd w:val="clear" w:fill="FCE4EC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-ит-</w:t>
            </w:r>
          </w:p>
        </w:tc>
        <w:tc>
          <w:tcPr>
            <w:tcW w:type="dxa" w:w="1863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нулевое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 xml:space="preserve">Прочитайте стихотворение. Найдите слова с одинаковым корнем, выделите их основы.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всего основа есть.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Сразу и не перечесть: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Есть основа у домов,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деревьев, плодов.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Слова с одинаковым корнем: "основа", "основ". Основы: "основ", "основ". (В слове "основа" окончание -а, основа - основ-. В слове "основ" - нулевое окончание, основа - основ-).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Запишите слова в алфавитном порядке и разберите их по составу: ягода, ручка, акт, кружки, мука.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акт - акт (корень), нулевое окончание. кружки - кружк- (основа), круж- (корень), -к- (суффикс), -и (окончание). мука - мук- (основа), мук- (корень), -а (окончание). ручка - ручк- (основа), руч- (корень), -к- (суффикс), -а (окончание). ягода - ягод- (основа), ягод- (корень), -а (окончание).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Прочитайте. Спишите. Выделите корень и суффикс в словах. В каких случаях корень имеет все значение, а в каких - нет? Сделайте вывод.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a) Зелень, зелёный, зеленеет.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b) Скопи, скрипичный, скрипка.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c) Лётчик, полёт, полётает, летающие.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d) Золотой, позолота, золотистый, золото.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e) Свет, светлый, светит, рассвет.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Зелень: корень "зелен-", суффикс "-ь". Зелёный: корень "зелен-", окончание "-ый". Зеленеет: корень "зелен-", суффикс "-е-", окончание "-ет". Во всех случаях корень "зелен-" имеет основное значение цвета.</w:t>
        <w:br/>
        <w:t>б) Скопи: корень "скоп-", окончание "-и". Скрипичный: корень "скрип-", суффикс "-ичн-", окончание "-ый". Скрипка: корень "скрип-", суффикс "-к-", окончание "-а". Корень "скрип-" имеет основное значение.</w:t>
        <w:br/>
        <w:t>в) Лётчик: корень "лёт-", суффикс "-чик-". Полёт: корень "лёт-". Полетает: приставка "по-", корень "лёт-", суффикс "-а-", окончание "-ет". Летающие: корень "лет-", суффикс "-а-", окончание "-ющие". Корень "лёт-/лет-" имеет значение движения.</w:t>
        <w:br/>
        <w:t>г) Золотой: корень "золот-", окончание "-ой". Позолота: приставка "по-", корень "золот-", суффикс "-а-". Золотистый: корень "золот-", суффикс "-ист-", окончание "-ый". Золото: корень "золот-", окончание "-о". Корень "золот-" имеет значение драгоценного металла.</w:t>
        <w:br/>
        <w:t>д) Свет: корень "свет-", нулевое окончание. Светлый: корень "свет-", суффикс "-л-", окончание "-ый". Светит: корень "свет-", суффикс "-ит-", окончание нулевое. Рассвет: приставка "рас-", корень "свет-". Корень "свет-" имеет значение освещения.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Прочитайте. Озаглавьте текст. (Текст из учебника, предполагается, что ученики его прочитали и озаглавили ранее).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Заголовок может быть "Основа слова" или "Части слова".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Прочитайте. Озаглавьте. Спишите. Выделенные слова разберите по составу.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 школе прозвенел звонок.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Школьники вышли на переменку.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 школьном коридоре слышны детские голоса. Учителя спешат в школьную столовую. Для них приготовили горячий обед и вкусные булочки.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Наша школа - лучшая!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Предполагаемые выделенные слова: школе, школьники, школьном, школьную. </w:t>
        <w:br/>
        <w:t>школе: школ- (основа), школ- (корень), -е (окончание).</w:t>
        <w:br/>
        <w:t>школьники: школьник- (основа), школ- (корень), -ник- (суффикс), -и (окончание).</w:t>
        <w:br/>
        <w:t>школьном: школьн- (основа), школ- (корень), -н- (суффикс), -ом (окончание).</w:t>
        <w:br/>
        <w:t>школьную: школьн- (основа), школ- (корень), -н- (суффикс), -ую (окончание).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Как найти основу слова? Прочитайте слова. Выделите слово, найдите окончание. Выделите окончание и основу. Пример: добрыми (окончание -и, основа добр-).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Чтобы найти основу слова, нужно сначала найти и выделить окончание (изменяемую часть слова). Все, что останется после выделения окончания, является основой слова. Пример: "добрыми" - окончание "-и", основа "добр-".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Определите основу в следующих словах: ягодка, ручка, акт, кружки, мука.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ягодка - "ягодк-" (окончание -а), ручка - "ручк-" (окончание -а), акт - "акт" (нулевое окончание), кружки - "кружк-" (окончание -и), мука - "мук-" (окончание -а).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В паре: найдите основу в словах: лес, леса, лесной. Объясните, почему основы разные.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лес - "лес" (нулевое окончание), основа "лес". леса - "лес" (окончание -а), основа "лес". лесной - "лесн-" (окончание -ой), основа "лесн-". Основы разные, потому что в слове "лесной" есть суффикс "-н-", который входит в основу.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Составьте 2-3 предложения о весне, используя слова с разными основами. Подчеркните основы в этих словах.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Пришла весна. Солнце светит ярко. Птицы поют весело. (Основы: "весн-", "солн-", "свет-", "лет-", "пе-").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Игра "Найди основу": учитель называет слово, ученики показывают основу на карточках или записывают.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Цель игры: закрепить умение находить основу слова. Учитель называет слова (например, "дом", "домик", "домашний"), ученики выделяют и называют основу.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 русском языке есть слова, которые состоят только из корня, и этот корень одновременно является и основой слова. Например, в слове "дом" корень "дом-" и есть основа "дом-."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Найди основу! (5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Закрепить умение находить основу слова.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называет слово (например, "домик").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Один ученик выходит к доске и выделяет окончание (например, "-ик").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Затем ученик выделяет основу слова (например, "дом").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4. Ученики в классе хлопают, если ответ правильный, и топают, если неправильный.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5. Продолжаем игру со словами: "лесной", "грибок", "красивая", "бежал".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Ученик должен отметить слова, у которых выделена основа.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дом_ик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лес_ной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красивый_ая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гриб_ок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бежал_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дом, лес, красив, гриб, бежал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Что такое основа слова?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Часть слова без окончания.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Главная часть слова, где заключено основное значение.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Часть слова, которая стоит перед корнем.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Изменяемая часть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Часть слова без окончания.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В каком слове правильно выделена основа?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л_есной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лесн_ой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лес_ной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л_есн_ой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лес_ной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Найди слово, у которого основа "дом"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домик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домовой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домашний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домишко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домик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https://soffia.uz/uz/games/quiz/play?slug=osnova-slova-2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Прочитайте. Выучите.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всего основа есть.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Сразу и не перечесть: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Есть основа у домов,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деревьев, плодов.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Без окончания часть слова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Называется мы основой.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Это стихотворение объясняет, что у всего в мире есть основа. Также говорится, что </w:t>
      </w:r>
      <w:r>
        <w:rPr>
          <w:rFonts w:ascii="Times New Roman" w:hAnsi="Times New Roman"/>
          <w:b/>
          <w:i w:val="0"/>
          <w:sz w:val="24"/>
        </w:rPr>
        <w:t>основа слова</w:t>
      </w:r>
      <w:r>
        <w:rPr>
          <w:rFonts w:ascii="Times New Roman" w:hAnsi="Times New Roman"/>
          <w:b w:val="0"/>
          <w:i w:val="0"/>
          <w:sz w:val="24"/>
        </w:rPr>
        <w:t xml:space="preserve"> – это его часть без окончания.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Запишите слова в алфавитном порядке и разберите их по составу.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1. </w:t>
      </w:r>
      <w:r>
        <w:rPr>
          <w:rFonts w:ascii="Times New Roman" w:hAnsi="Times New Roman"/>
          <w:b/>
          <w:i w:val="0"/>
          <w:sz w:val="24"/>
        </w:rPr>
        <w:t>Акт</w:t>
      </w:r>
      <w:r>
        <w:rPr>
          <w:rFonts w:ascii="Times New Roman" w:hAnsi="Times New Roman"/>
          <w:b w:val="0"/>
          <w:i w:val="0"/>
          <w:sz w:val="24"/>
        </w:rPr>
        <w:t xml:space="preserve"> (основа: акт, нулевое окончание). 2. </w:t>
      </w:r>
      <w:r>
        <w:rPr>
          <w:rFonts w:ascii="Times New Roman" w:hAnsi="Times New Roman"/>
          <w:b/>
          <w:i w:val="0"/>
          <w:sz w:val="24"/>
        </w:rPr>
        <w:t>Кружки</w:t>
      </w:r>
      <w:r>
        <w:rPr>
          <w:rFonts w:ascii="Times New Roman" w:hAnsi="Times New Roman"/>
          <w:b w:val="0"/>
          <w:i w:val="0"/>
          <w:sz w:val="24"/>
        </w:rPr>
        <w:t xml:space="preserve"> (основа: кружк, окончание: и). 3. </w:t>
      </w:r>
      <w:r>
        <w:rPr>
          <w:rFonts w:ascii="Times New Roman" w:hAnsi="Times New Roman"/>
          <w:b/>
          <w:i w:val="0"/>
          <w:sz w:val="24"/>
        </w:rPr>
        <w:t>Мука</w:t>
      </w:r>
      <w:r>
        <w:rPr>
          <w:rFonts w:ascii="Times New Roman" w:hAnsi="Times New Roman"/>
          <w:b w:val="0"/>
          <w:i w:val="0"/>
          <w:sz w:val="24"/>
        </w:rPr>
        <w:t xml:space="preserve"> (основа: мук, окончание: а). 4. </w:t>
      </w:r>
      <w:r>
        <w:rPr>
          <w:rFonts w:ascii="Times New Roman" w:hAnsi="Times New Roman"/>
          <w:b/>
          <w:i w:val="0"/>
          <w:sz w:val="24"/>
        </w:rPr>
        <w:t>Ручка</w:t>
      </w:r>
      <w:r>
        <w:rPr>
          <w:rFonts w:ascii="Times New Roman" w:hAnsi="Times New Roman"/>
          <w:b w:val="0"/>
          <w:i w:val="0"/>
          <w:sz w:val="24"/>
        </w:rPr>
        <w:t xml:space="preserve"> (основа: ручк, окончание: а). 5. </w:t>
      </w:r>
      <w:r>
        <w:rPr>
          <w:rFonts w:ascii="Times New Roman" w:hAnsi="Times New Roman"/>
          <w:b/>
          <w:i w:val="0"/>
          <w:sz w:val="24"/>
        </w:rPr>
        <w:t>Ягодка</w:t>
      </w:r>
      <w:r>
        <w:rPr>
          <w:rFonts w:ascii="Times New Roman" w:hAnsi="Times New Roman"/>
          <w:b w:val="0"/>
          <w:i w:val="0"/>
          <w:sz w:val="24"/>
        </w:rPr>
        <w:t xml:space="preserve"> (основа: ягодк, окончание: а).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Прочитайте. Спишите. Выделите корень и суффикс в словах. В каких случаях корень имеет все значение, а в каких - нет? Сделайте вывод.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1. Зелень (корень: зел-, суффикс: -ень), зелёный (корень: зел-, суффикс: -ён-) , зеленеет (корень: зел-, суффикс: -ен-, окончание: -ет). 2. Скопи (корень: скоп-, окончание: -и), скрипичный (корень: скрип-, суффикс: -ичн-, окончание: -ый), скрипка (корень: скрип-, суффикс: -к-, окончание: -а). 3. Лётчик (корень: лёт-, суффикс: -чик-), полёт (корень: полёт-, нулевое окончание), полётает (корень: полёт-, окончание: -ает), летающие (корень: лет-, суффикс: -а-, окончание: -ющие). 4. Золотой (корень: золот-, суффикс: -ой-, окончание: нулевое), позолота (корень: золот-, приставка: по-, суффикс: -а-), золотистый (корень: золот-, суффикс: -ист-, окончание: -ый), золото (корень: золот-, нулевое окончание). 5. Свет (корень: свет-, нулевое окончание), светлый (корень: свет-, суффикс: -л-, окончание: -ый), светит (корень: свет-, окончание: -ит), рассвет (корень: свет-, приставка: рас-). </w:t>
      </w:r>
      <w:r>
        <w:rPr>
          <w:rFonts w:ascii="Times New Roman" w:hAnsi="Times New Roman"/>
          <w:b/>
          <w:i w:val="0"/>
          <w:sz w:val="24"/>
        </w:rPr>
        <w:t>Вывод:</w:t>
      </w:r>
      <w:r>
        <w:rPr>
          <w:rFonts w:ascii="Times New Roman" w:hAnsi="Times New Roman"/>
          <w:b w:val="0"/>
          <w:i w:val="0"/>
          <w:sz w:val="24"/>
        </w:rPr>
        <w:t xml:space="preserve"> В некоторых случаях корень содержит основное значение слова (например, зел- в словах о зелени), а в других случаях значение корня уточняется приставками и суффиксами (например, лет- и полёт-).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