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область _______________ район</w:t>
      </w:r>
    </w:p>
    <w:p>
      <w:pPr>
        <w:keepNext w:val="0"/>
        <w:jc w:val="center"/>
      </w:pPr>
      <w:r>
        <w:rPr>
          <w:rFonts w:ascii="Times New Roman" w:hAnsi="Times New Roman"/>
          <w:b w:val="0"/>
          <w:i w:val="0"/>
          <w:color w:val="C2185B"/>
          <w:sz w:val="24"/>
        </w:rPr>
        <w:t>В ведении отдела дошкольного и школьного образования</w:t>
      </w:r>
    </w:p>
    <w:p>
      <w:pPr>
        <w:keepNext w:val="0"/>
        <w:jc w:val="center"/>
      </w:pPr>
      <w:r>
        <w:rPr>
          <w:rFonts w:ascii="Times New Roman" w:hAnsi="Times New Roman"/>
          <w:b w:val="0"/>
          <w:i w:val="0"/>
          <w:color w:val="C2185B"/>
          <w:sz w:val="24"/>
        </w:rPr>
        <w:t>___ - общеобразовательная школа</w:t>
      </w:r>
    </w:p>
    <w:p>
      <w:pPr>
        <w:keepNext w:val="0"/>
        <w:jc w:val="center"/>
      </w:pPr>
      <w:r>
        <w:rPr>
          <w:rFonts w:ascii="Times New Roman" w:hAnsi="Times New Roman"/>
          <w:b w:val="0"/>
          <w:i w:val="0"/>
          <w:color w:val="C2185B"/>
          <w:sz w:val="24"/>
        </w:rPr>
        <w:t>учителя 2 класса</w:t>
      </w:r>
    </w:p>
    <w:p>
      <w:pPr>
        <w:keepNext w:val="0"/>
        <w:jc w:val="center"/>
      </w:pPr>
      <w:r>
        <w:rPr>
          <w:rFonts w:ascii="Times New Roman" w:hAnsi="Times New Roman"/>
          <w:b w:val="0"/>
          <w:i w:val="0"/>
          <w:sz w:val="24"/>
        </w:rPr>
        <w:t>Файзуллаевна.</w:t>
      </w:r>
    </w:p>
    <w:p>
      <w:pPr>
        <w:keepNext w:val="0"/>
        <w:spacing w:before="280"/>
        <w:jc w:val="center"/>
      </w:pPr>
      <w:r>
        <w:rPr>
          <w:rFonts w:ascii="Times New Roman" w:hAnsi="Times New Roman"/>
          <w:b/>
          <w:i w:val="0"/>
          <w:color w:val="2E7D32"/>
          <w:sz w:val="24"/>
        </w:rPr>
        <w:t>по предмету Русский язык для 2 класса</w:t>
      </w:r>
    </w:p>
    <w:p>
      <w:pPr>
        <w:keepNext w:val="0"/>
        <w:spacing w:before="200"/>
        <w:jc w:val="center"/>
      </w:pPr>
      <w:r>
        <w:rPr>
          <w:rFonts w:ascii="Comic Sans MS" w:hAnsi="Comic Sans MS"/>
          <w:b/>
          <w:i w:val="0"/>
          <w:color w:val="C62828"/>
          <w:sz w:val="32"/>
        </w:rPr>
        <w:t>«Приставка»</w:t>
      </w:r>
    </w:p>
    <w:p>
      <w:pPr>
        <w:keepNext w:val="0"/>
        <w:spacing w:before="240"/>
        <w:jc w:val="center"/>
      </w:pPr>
      <w:r>
        <w:rPr>
          <w:rFonts w:ascii="Comic Sans MS" w:hAnsi="Comic Sans MS"/>
          <w:b/>
          <w:i w:val="0"/>
          <w:color w:val="E65100"/>
          <w:sz w:val="60"/>
        </w:rPr>
        <w:t>ПЛАН УРОКА</w:t>
      </w:r>
    </w:p>
    <w:p>
      <w:pPr>
        <w:jc w:val="center"/>
      </w:pPr>
      <w:r>
        <w:drawing>
          <wp:inline xmlns:a="http://schemas.openxmlformats.org/drawingml/2006/main" xmlns:pic="http://schemas.openxmlformats.org/drawingml/2006/picture">
            <wp:extent cx="3931920" cy="2144684"/>
            <wp:docPr id="1" name="Picture 1"/>
            <wp:cNvGraphicFramePr>
              <a:graphicFrameLocks noChangeAspect="1"/>
            </wp:cNvGraphicFramePr>
            <a:graphic>
              <a:graphicData uri="http://schemas.openxmlformats.org/drawingml/2006/picture">
                <pic:pic>
                  <pic:nvPicPr>
                    <pic:cNvPr id="0" name="468e25c8-ba7a-4d82-99b2-f534763d3c22_0_187635a6.jpg"/>
                    <pic:cNvPicPr/>
                  </pic:nvPicPr>
                  <pic:blipFill>
                    <a:blip r:embed="rId10"/>
                    <a:stretch>
                      <a:fillRect/>
                    </a:stretch>
                  </pic:blipFill>
                  <pic:spPr>
                    <a:xfrm>
                      <a:off x="0" y="0"/>
                      <a:ext cx="3931920" cy="2144684"/>
                    </a:xfrm>
                    <a:prstGeom prst="rect"/>
                  </pic:spPr>
                </pic:pic>
              </a:graphicData>
            </a:graphic>
          </wp:inline>
        </w:drawing>
      </w:r>
    </w:p>
    <w:p>
      <w:pPr>
        <w:keepNext w:val="0"/>
        <w:pageBreakBefore/>
      </w:pPr>
      <w:r>
        <w:rPr>
          <w:rFonts w:ascii="Times New Roman" w:hAnsi="Times New Roman"/>
          <w:b w:val="0"/>
          <w:i w:val="0"/>
          <w:sz w:val="24"/>
        </w:rPr>
        <w:t>Дата:________________________________</w:t>
      </w:r>
    </w:p>
    <w:p>
      <w:r>
        <w:rPr>
          <w:rFonts w:ascii="Times New Roman" w:hAnsi="Times New Roman"/>
          <w:b/>
          <w:sz w:val="24"/>
        </w:rPr>
        <w:t xml:space="preserve">Тема: </w:t>
      </w:r>
      <w:r>
        <w:rPr>
          <w:rFonts w:ascii="Times New Roman" w:hAnsi="Times New Roman"/>
          <w:b w:val="0"/>
          <w:i w:val="0"/>
          <w:sz w:val="24"/>
        </w:rPr>
        <w:t>Приставка</w:t>
      </w:r>
    </w:p>
    <w:p>
      <w:pPr>
        <w:keepNext/>
        <w:spacing w:before="120"/>
      </w:pPr>
      <w:r>
        <w:rPr>
          <w:rFonts w:ascii="Times New Roman" w:hAnsi="Times New Roman"/>
          <w:b/>
          <w:i w:val="0"/>
          <w:color w:val="1976D2"/>
          <w:sz w:val="24"/>
        </w:rPr>
        <w:t>Цель урока:</w:t>
      </w:r>
    </w:p>
    <w:p>
      <w:r>
        <w:rPr>
          <w:rFonts w:ascii="Times New Roman" w:hAnsi="Times New Roman"/>
          <w:b/>
          <w:sz w:val="24"/>
        </w:rPr>
        <w:t xml:space="preserve">Образовательная: </w:t>
      </w:r>
      <w:r>
        <w:rPr>
          <w:rFonts w:ascii="Times New Roman" w:hAnsi="Times New Roman"/>
          <w:b w:val="0"/>
          <w:i w:val="0"/>
          <w:sz w:val="24"/>
        </w:rPr>
        <w:t>Сформировать у учащихся представление о приставке как значимой части слова, научить находить приставки в словах и отличать их от других частей слова.</w:t>
      </w:r>
    </w:p>
    <w:p>
      <w:r>
        <w:rPr>
          <w:rFonts w:ascii="Times New Roman" w:hAnsi="Times New Roman"/>
          <w:b/>
          <w:sz w:val="24"/>
        </w:rPr>
        <w:t xml:space="preserve">Воспитательная: </w:t>
      </w:r>
      <w:r>
        <w:rPr>
          <w:rFonts w:ascii="Times New Roman" w:hAnsi="Times New Roman"/>
          <w:b w:val="0"/>
          <w:i w:val="0"/>
          <w:sz w:val="24"/>
        </w:rPr>
        <w:t>Воспитывать интерес к изучению русского языка, внимательное отношение к слову и его структуре, чувство гордости за богатство родного языка.</w:t>
      </w:r>
    </w:p>
    <w:p>
      <w:r>
        <w:rPr>
          <w:rFonts w:ascii="Times New Roman" w:hAnsi="Times New Roman"/>
          <w:b/>
          <w:sz w:val="24"/>
        </w:rPr>
        <w:t xml:space="preserve">Развивающая: </w:t>
      </w:r>
      <w:r>
        <w:rPr>
          <w:rFonts w:ascii="Times New Roman" w:hAnsi="Times New Roman"/>
          <w:b w:val="0"/>
          <w:i w:val="0"/>
          <w:sz w:val="24"/>
        </w:rPr>
        <w:t>Развивать умение анализировать, сравнивать, обобщать языковые явления, обогащать словарный запас учащихся, развивать связную устную речь.</w:t>
      </w:r>
    </w:p>
    <w:p>
      <w:pPr>
        <w:spacing w:before="120"/>
      </w:pPr>
      <w:r>
        <w:rPr>
          <w:rFonts w:ascii="Times New Roman" w:hAnsi="Times New Roman"/>
          <w:b/>
          <w:sz w:val="24"/>
        </w:rPr>
        <w:t xml:space="preserve">Тип урока: </w:t>
      </w:r>
      <w:r>
        <w:rPr>
          <w:rFonts w:ascii="Times New Roman" w:hAnsi="Times New Roman"/>
          <w:b w:val="0"/>
          <w:i w:val="0"/>
          <w:sz w:val="24"/>
        </w:rPr>
        <w:t>Изучение нового материала</w:t>
      </w:r>
    </w:p>
    <w:p>
      <w:r>
        <w:rPr>
          <w:rFonts w:ascii="Times New Roman" w:hAnsi="Times New Roman"/>
          <w:b/>
          <w:sz w:val="24"/>
        </w:rPr>
        <w:t xml:space="preserve">Методы: </w:t>
      </w:r>
      <w:r>
        <w:rPr>
          <w:rFonts w:ascii="Times New Roman" w:hAnsi="Times New Roman"/>
          <w:b w:val="0"/>
          <w:i w:val="0"/>
          <w:sz w:val="24"/>
        </w:rPr>
        <w:t>Объяснительно-иллюстративный, Частично-поисковый, Практический</w:t>
      </w:r>
    </w:p>
    <w:p>
      <w:r>
        <w:rPr>
          <w:rFonts w:ascii="Times New Roman" w:hAnsi="Times New Roman"/>
          <w:b/>
          <w:sz w:val="24"/>
        </w:rPr>
        <w:t xml:space="preserve">Оборудование: </w:t>
      </w:r>
      <w:r>
        <w:rPr>
          <w:rFonts w:ascii="Times New Roman" w:hAnsi="Times New Roman"/>
          <w:b w:val="0"/>
          <w:i w:val="0"/>
          <w:sz w:val="24"/>
        </w:rPr>
        <w:t>Учебник русского языка, Рабочая тетрадь, Карточки со словами, Презентация, Доска</w:t>
      </w:r>
    </w:p>
    <w:p>
      <w:pPr>
        <w:keepNext/>
        <w:spacing w:before="120"/>
      </w:pPr>
      <w:r>
        <w:rPr>
          <w:rFonts w:ascii="Times New Roman" w:hAnsi="Times New Roman"/>
          <w:b/>
          <w:i w:val="0"/>
          <w:color w:val="1976D2"/>
          <w:sz w:val="24"/>
        </w:rPr>
        <w:t>Ожидаемые результаты:</w:t>
      </w:r>
    </w:p>
    <w:p>
      <w:r>
        <w:rPr>
          <w:rFonts w:ascii="Times New Roman" w:hAnsi="Times New Roman"/>
          <w:b/>
          <w:sz w:val="24"/>
        </w:rPr>
        <w:t xml:space="preserve">Учитель: </w:t>
      </w:r>
      <w:r>
        <w:rPr>
          <w:rFonts w:ascii="Times New Roman" w:hAnsi="Times New Roman"/>
          <w:b w:val="0"/>
          <w:i w:val="0"/>
          <w:sz w:val="24"/>
        </w:rPr>
        <w:t>Учитель сможет провести урок, используя разнообразные формы и методы работы, направленные на достижение поставленных целей. Педагог будет стимулировать познавательную активность учащихся и создавать условия для успешного освоения темы.</w:t>
      </w:r>
    </w:p>
    <w:p>
      <w:r>
        <w:rPr>
          <w:rFonts w:ascii="Times New Roman" w:hAnsi="Times New Roman"/>
          <w:b/>
          <w:sz w:val="24"/>
        </w:rPr>
        <w:t xml:space="preserve">Ученик: </w:t>
      </w:r>
      <w:r>
        <w:rPr>
          <w:rFonts w:ascii="Times New Roman" w:hAnsi="Times New Roman"/>
          <w:b w:val="0"/>
          <w:i w:val="0"/>
          <w:sz w:val="24"/>
        </w:rPr>
        <w:t>Учащиеся научатся определять приставку в слове, понимать её роль в образовании новых слов. Они смогут применять полученные знания на практике, выполняя различные задания.</w:t>
      </w:r>
    </w:p>
    <w:p>
      <w:pPr>
        <w:keepNext/>
        <w:spacing w:before="200"/>
      </w:pPr>
      <w:r>
        <w:rPr>
          <w:rFonts w:ascii="Times New Roman" w:hAnsi="Times New Roman"/>
          <w:b/>
          <w:i w:val="0"/>
          <w:color w:val="1976D2"/>
          <w:sz w:val="24"/>
        </w:rPr>
        <w:t>Ход урока:</w:t>
      </w:r>
    </w:p>
    <w:tbl>
      <w:tblPr>
        <w:tblStyle w:val="TableGrid"/>
        <w:tblW w:type="auto" w:w="0"/>
        <w:tblLook w:firstColumn="1" w:firstRow="1" w:lastColumn="0" w:lastRow="0" w:noHBand="0" w:noVBand="1" w:val="04A0"/>
      </w:tblPr>
      <w:tblGrid>
        <w:gridCol w:w="3105"/>
        <w:gridCol w:w="3105"/>
        <w:gridCol w:w="3105"/>
      </w:tblGrid>
      <w:tr>
        <w:tc>
          <w:tcPr>
            <w:tcW w:type="dxa" w:w="3105"/>
            <w:shd w:val="clear" w:fill="FFE0B2"/>
          </w:tcPr>
          <w:p>
            <w:r>
              <w:rPr>
                <w:b/>
                <w:color w:val="1976D2"/>
              </w:rPr>
              <w:t>№</w:t>
            </w:r>
          </w:p>
        </w:tc>
        <w:tc>
          <w:tcPr>
            <w:tcW w:type="dxa" w:w="3105"/>
            <w:shd w:val="clear" w:fill="FFE0B2"/>
          </w:tcPr>
          <w:p>
            <w:r>
              <w:rPr>
                <w:b/>
                <w:color w:val="1976D2"/>
              </w:rPr>
              <w:t>Этап</w:t>
            </w:r>
          </w:p>
        </w:tc>
        <w:tc>
          <w:tcPr>
            <w:tcW w:type="dxa" w:w="3105"/>
            <w:shd w:val="clear" w:fill="FFE0B2"/>
          </w:tcPr>
          <w:p>
            <w:r>
              <w:rPr>
                <w:b/>
                <w:color w:val="1976D2"/>
              </w:rPr>
              <w:t>Время</w:t>
            </w:r>
          </w:p>
        </w:tc>
      </w:tr>
      <w:tr>
        <w:tc>
          <w:tcPr>
            <w:tcW w:type="dxa" w:w="3105"/>
            <w:shd w:val="clear" w:fill="FFF8E1"/>
          </w:tcPr>
          <w:p>
            <w:r>
              <w:t>1</w:t>
            </w:r>
          </w:p>
        </w:tc>
        <w:tc>
          <w:tcPr>
            <w:tcW w:type="dxa" w:w="3105"/>
            <w:shd w:val="clear" w:fill="FFF8E1"/>
          </w:tcPr>
          <w:p>
            <w:r>
              <w:rPr>
                <w:rFonts w:ascii="Times New Roman" w:hAnsi="Times New Roman"/>
                <w:b w:val="0"/>
                <w:i w:val="0"/>
                <w:sz w:val="24"/>
              </w:rPr>
              <w:t>Организационная часть</w:t>
            </w:r>
          </w:p>
        </w:tc>
        <w:tc>
          <w:tcPr>
            <w:tcW w:type="dxa" w:w="3105"/>
            <w:shd w:val="clear" w:fill="FFF8E1"/>
          </w:tcPr>
          <w:p>
            <w:r>
              <w:t>3 минут</w:t>
            </w:r>
          </w:p>
        </w:tc>
      </w:tr>
      <w:tr>
        <w:tc>
          <w:tcPr>
            <w:tcW w:type="dxa" w:w="3105"/>
          </w:tcPr>
          <w:p>
            <w:r>
              <w:t>2</w:t>
            </w:r>
          </w:p>
        </w:tc>
        <w:tc>
          <w:tcPr>
            <w:tcW w:type="dxa" w:w="3105"/>
          </w:tcPr>
          <w:p>
            <w:r>
              <w:rPr>
                <w:rFonts w:ascii="Times New Roman" w:hAnsi="Times New Roman"/>
                <w:b w:val="0"/>
                <w:i w:val="0"/>
                <w:sz w:val="24"/>
              </w:rPr>
              <w:t>Закрепление пройденной темы</w:t>
            </w:r>
          </w:p>
        </w:tc>
        <w:tc>
          <w:tcPr>
            <w:tcW w:type="dxa" w:w="3105"/>
          </w:tcPr>
          <w:p>
            <w:r>
              <w:t>7 минут</w:t>
            </w:r>
          </w:p>
        </w:tc>
      </w:tr>
      <w:tr>
        <w:tc>
          <w:tcPr>
            <w:tcW w:type="dxa" w:w="3105"/>
            <w:shd w:val="clear" w:fill="FFF8E1"/>
          </w:tcPr>
          <w:p>
            <w:r>
              <w:t>3</w:t>
            </w:r>
          </w:p>
        </w:tc>
        <w:tc>
          <w:tcPr>
            <w:tcW w:type="dxa" w:w="3105"/>
            <w:shd w:val="clear" w:fill="FFF8E1"/>
          </w:tcPr>
          <w:p>
            <w:r>
              <w:rPr>
                <w:rFonts w:ascii="Times New Roman" w:hAnsi="Times New Roman"/>
                <w:b w:val="0"/>
                <w:i w:val="0"/>
                <w:sz w:val="24"/>
              </w:rPr>
              <w:t>Изложение новой темы</w:t>
            </w:r>
          </w:p>
        </w:tc>
        <w:tc>
          <w:tcPr>
            <w:tcW w:type="dxa" w:w="3105"/>
            <w:shd w:val="clear" w:fill="FFF8E1"/>
          </w:tcPr>
          <w:p>
            <w:r>
              <w:t>15 минут</w:t>
            </w:r>
          </w:p>
        </w:tc>
      </w:tr>
      <w:tr>
        <w:tc>
          <w:tcPr>
            <w:tcW w:type="dxa" w:w="3105"/>
          </w:tcPr>
          <w:p>
            <w:r>
              <w:t>4</w:t>
            </w:r>
          </w:p>
        </w:tc>
        <w:tc>
          <w:tcPr>
            <w:tcW w:type="dxa" w:w="3105"/>
          </w:tcPr>
          <w:p>
            <w:r>
              <w:rPr>
                <w:rFonts w:ascii="Times New Roman" w:hAnsi="Times New Roman"/>
                <w:b w:val="0"/>
                <w:i w:val="0"/>
                <w:sz w:val="24"/>
              </w:rPr>
              <w:t>Закрепление новой темы</w:t>
            </w:r>
          </w:p>
        </w:tc>
        <w:tc>
          <w:tcPr>
            <w:tcW w:type="dxa" w:w="3105"/>
          </w:tcPr>
          <w:p>
            <w:r>
              <w:t>15 минут</w:t>
            </w:r>
          </w:p>
        </w:tc>
      </w:tr>
      <w:tr>
        <w:tc>
          <w:tcPr>
            <w:tcW w:type="dxa" w:w="3105"/>
            <w:shd w:val="clear" w:fill="FFF8E1"/>
          </w:tcPr>
          <w:p>
            <w:r>
              <w:t>5</w:t>
            </w:r>
          </w:p>
        </w:tc>
        <w:tc>
          <w:tcPr>
            <w:tcW w:type="dxa" w:w="3105"/>
            <w:shd w:val="clear" w:fill="FFF8E1"/>
          </w:tcPr>
          <w:p>
            <w:r>
              <w:rPr>
                <w:rFonts w:ascii="Times New Roman" w:hAnsi="Times New Roman"/>
                <w:b w:val="0"/>
                <w:i w:val="0"/>
                <w:sz w:val="24"/>
              </w:rPr>
              <w:t>Поощрение учащихся. Завершение урока.</w:t>
            </w:r>
          </w:p>
        </w:tc>
        <w:tc>
          <w:tcPr>
            <w:tcW w:type="dxa" w:w="3105"/>
            <w:shd w:val="clear" w:fill="FFF8E1"/>
          </w:tcPr>
          <w:p>
            <w:r>
              <w:t>2 минут</w:t>
            </w:r>
          </w:p>
        </w:tc>
      </w:tr>
      <w:tr>
        <w:tc>
          <w:tcPr>
            <w:tcW w:type="dxa" w:w="3105"/>
          </w:tcPr>
          <w:p>
            <w:r>
              <w:t>6</w:t>
            </w:r>
          </w:p>
        </w:tc>
        <w:tc>
          <w:tcPr>
            <w:tcW w:type="dxa" w:w="3105"/>
          </w:tcPr>
          <w:p>
            <w:r>
              <w:rPr>
                <w:rFonts w:ascii="Times New Roman" w:hAnsi="Times New Roman"/>
                <w:b w:val="0"/>
                <w:i w:val="0"/>
                <w:sz w:val="24"/>
              </w:rPr>
              <w:t>Домашнее задание</w:t>
            </w:r>
          </w:p>
        </w:tc>
        <w:tc>
          <w:tcPr>
            <w:tcW w:type="dxa" w:w="3105"/>
          </w:tcPr>
          <w:p>
            <w:r>
              <w:t>3 минут</w:t>
            </w:r>
          </w:p>
        </w:tc>
      </w:tr>
      <w:tr>
        <w:tc>
          <w:tcPr>
            <w:tcW w:type="dxa" w:w="3105"/>
          </w:tcPr>
          <w:p/>
        </w:tc>
        <w:tc>
          <w:tcPr>
            <w:tcW w:type="dxa" w:w="3105"/>
          </w:tcPr>
          <w:p>
            <w:r>
              <w:rPr>
                <w:b/>
              </w:rPr>
              <w:t>Всего</w:t>
            </w:r>
          </w:p>
        </w:tc>
        <w:tc>
          <w:tcPr>
            <w:tcW w:type="dxa" w:w="3105"/>
          </w:tcPr>
          <w:p>
            <w:r>
              <w:rPr>
                <w:b/>
              </w:rPr>
              <w:t>45 минут</w:t>
            </w:r>
          </w:p>
        </w:tc>
      </w:tr>
    </w:tbl>
    <w:p>
      <w:pPr>
        <w:keepNext/>
        <w:spacing w:before="280"/>
      </w:pPr>
      <w:r>
        <w:rPr>
          <w:rFonts w:ascii="Times New Roman" w:hAnsi="Times New Roman"/>
          <w:b/>
          <w:i w:val="0"/>
          <w:color w:val="C62828"/>
          <w:sz w:val="26"/>
        </w:rPr>
        <w:t>I. Организационная часть</w:t>
      </w:r>
    </w:p>
    <w:p>
      <w:pPr>
        <w:keepNext w:val="0"/>
      </w:pPr>
      <w:r>
        <w:rPr>
          <w:rFonts w:ascii="Times New Roman" w:hAnsi="Times New Roman"/>
          <w:b w:val="0"/>
          <w:i w:val="0"/>
          <w:sz w:val="24"/>
        </w:rPr>
        <w:t>Приветствие, проверка посещаемости, подготовка учащихся к уроку.</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spacing w:after="0"/>
              <w:jc w:val="center"/>
            </w:pPr>
            <w:r>
              <w:rPr>
                <w:rFonts w:ascii="Times New Roman" w:hAnsi="Times New Roman"/>
                <w:b/>
                <w:i w:val="0"/>
                <w:color w:val="1565C0"/>
                <w:sz w:val="24"/>
              </w:rPr>
              <w:t>Здравствуйте, ребята!</w:t>
            </w:r>
          </w:p>
          <w:p>
            <w:pPr>
              <w:keepNext w:val="0"/>
              <w:spacing w:after="0"/>
              <w:jc w:val="center"/>
            </w:pPr>
            <w:r>
              <w:rPr>
                <w:rFonts w:ascii="Times New Roman" w:hAnsi="Times New Roman"/>
                <w:b/>
                <w:i w:val="0"/>
                <w:color w:val="1565C0"/>
                <w:sz w:val="24"/>
              </w:rPr>
              <w:t>Добро пожаловать на урок!</w:t>
            </w:r>
          </w:p>
          <w:p>
            <w:pPr>
              <w:keepNext w:val="0"/>
              <w:spacing w:after="0"/>
              <w:jc w:val="center"/>
            </w:pPr>
            <w:r>
              <w:rPr>
                <w:rFonts w:ascii="Times New Roman" w:hAnsi="Times New Roman"/>
                <w:b/>
                <w:i w:val="0"/>
                <w:color w:val="1565C0"/>
                <w:sz w:val="24"/>
              </w:rPr>
              <w:t>Сегодня мы узнаем</w:t>
            </w:r>
          </w:p>
          <w:p>
            <w:pPr>
              <w:keepNext w:val="0"/>
              <w:spacing w:after="0"/>
              <w:jc w:val="center"/>
            </w:pPr>
            <w:r>
              <w:rPr>
                <w:rFonts w:ascii="Times New Roman" w:hAnsi="Times New Roman"/>
                <w:b/>
                <w:i w:val="0"/>
                <w:color w:val="1565C0"/>
                <w:sz w:val="24"/>
              </w:rPr>
              <w:t>Про слово новый слог.</w:t>
            </w:r>
          </w:p>
          <w:p>
            <w:pPr>
              <w:keepNext w:val="0"/>
              <w:spacing w:after="0"/>
              <w:jc w:val="center"/>
            </w:pPr>
            <w:r>
              <w:rPr>
                <w:rFonts w:ascii="Times New Roman" w:hAnsi="Times New Roman"/>
                <w:b/>
                <w:i w:val="0"/>
                <w:color w:val="1565C0"/>
                <w:sz w:val="24"/>
              </w:rPr>
              <w:t>Он часть слова, очень важный,</w:t>
            </w:r>
          </w:p>
          <w:p>
            <w:pPr>
              <w:keepNext w:val="0"/>
              <w:spacing w:after="0"/>
              <w:jc w:val="center"/>
            </w:pPr>
            <w:r>
              <w:rPr>
                <w:rFonts w:ascii="Times New Roman" w:hAnsi="Times New Roman"/>
                <w:b/>
                <w:i w:val="0"/>
                <w:color w:val="1565C0"/>
                <w:sz w:val="24"/>
              </w:rPr>
              <w:t>Зовётся он – приставка!</w:t>
            </w:r>
          </w:p>
        </w:tc>
        <w:tc>
          <w:tcPr>
            <w:tcW w:type="dxa" w:w="3744"/>
            <w:vAlign w:val="center"/>
          </w:tcPr>
          <w:p>
            <w:pPr>
              <w:jc w:val="center"/>
            </w:pPr>
            <w:r>
              <w:drawing>
                <wp:inline xmlns:a="http://schemas.openxmlformats.org/drawingml/2006/main" xmlns:pic="http://schemas.openxmlformats.org/drawingml/2006/picture">
                  <wp:extent cx="2194560" cy="1197033"/>
                  <wp:docPr id="2" name="Picture 2"/>
                  <wp:cNvGraphicFramePr>
                    <a:graphicFrameLocks noChangeAspect="1"/>
                  </wp:cNvGraphicFramePr>
                  <a:graphic>
                    <a:graphicData uri="http://schemas.openxmlformats.org/drawingml/2006/picture">
                      <pic:pic>
                        <pic:nvPicPr>
                          <pic:cNvPr id="0" name="468e25c8-ba7a-4d82-99b2-f534763d3c22_3_d15b9689.jpg"/>
                          <pic:cNvPicPr/>
                        </pic:nvPicPr>
                        <pic:blipFill>
                          <a:blip r:embed="rId11"/>
                          <a:stretch>
                            <a:fillRect/>
                          </a:stretch>
                        </pic:blipFill>
                        <pic:spPr>
                          <a:xfrm>
                            <a:off x="0" y="0"/>
                            <a:ext cx="2194560" cy="1197033"/>
                          </a:xfrm>
                          <a:prstGeom prst="rect"/>
                        </pic:spPr>
                      </pic:pic>
                    </a:graphicData>
                  </a:graphic>
                </wp:inline>
              </w:drawing>
            </w:r>
          </w:p>
        </w:tc>
      </w:tr>
    </w:tbl>
    <w:p>
      <w:pPr>
        <w:spacing w:before="0" w:after="80"/>
      </w:pPr>
    </w:p>
    <w:p>
      <w:pPr>
        <w:keepNext/>
        <w:spacing w:before="280"/>
      </w:pPr>
      <w:r>
        <w:rPr>
          <w:rFonts w:ascii="Times New Roman" w:hAnsi="Times New Roman"/>
          <w:b/>
          <w:i w:val="0"/>
          <w:color w:val="1565C0"/>
          <w:sz w:val="26"/>
        </w:rPr>
        <w:t>II. Закрепление пройденной темы</w:t>
      </w:r>
    </w:p>
    <w:p>
      <w:pPr>
        <w:keepNext w:val="0"/>
      </w:pPr>
      <w:r>
        <w:rPr>
          <w:rFonts w:ascii="Times New Roman" w:hAnsi="Times New Roman"/>
          <w:b w:val="0"/>
          <w:i w:val="0"/>
          <w:sz w:val="24"/>
        </w:rPr>
        <w:t>Знания и навыки учащихся проверяются вопросами, спрашивается домашнее задание, учащиеся оцениваются.</w:t>
      </w:r>
    </w:p>
    <w:tbl>
      <w:tblPr>
        <w:tblW w:type="auto" w:w="0"/>
        <w:tblLayout w:type="fixed"/>
        <w:tblLook w:firstColumn="1" w:firstRow="1" w:lastColumn="0" w:lastRow="0" w:noHBand="0" w:noVBand="1" w:val="04A0"/>
      </w:tblPr>
      <w:tblGrid>
        <w:gridCol w:w="3744"/>
        <w:gridCol w:w="5570"/>
      </w:tblGrid>
      <w:tr>
        <w:tc>
          <w:tcPr>
            <w:tcW w:type="dxa" w:w="3744"/>
            <w:vAlign w:val="center"/>
          </w:tcPr>
          <w:p>
            <w:pPr>
              <w:jc w:val="center"/>
            </w:pPr>
            <w:r>
              <w:drawing>
                <wp:inline xmlns:a="http://schemas.openxmlformats.org/drawingml/2006/main" xmlns:pic="http://schemas.openxmlformats.org/drawingml/2006/picture">
                  <wp:extent cx="2194560" cy="1197033"/>
                  <wp:docPr id="3" name="Picture 3"/>
                  <wp:cNvGraphicFramePr>
                    <a:graphicFrameLocks noChangeAspect="1"/>
                  </wp:cNvGraphicFramePr>
                  <a:graphic>
                    <a:graphicData uri="http://schemas.openxmlformats.org/drawingml/2006/picture">
                      <pic:pic>
                        <pic:nvPicPr>
                          <pic:cNvPr id="0" name="468e25c8-ba7a-4d82-99b2-f534763d3c22_7_220fea85.jpg"/>
                          <pic:cNvPicPr/>
                        </pic:nvPicPr>
                        <pic:blipFill>
                          <a:blip r:embed="rId12"/>
                          <a:stretch>
                            <a:fillRect/>
                          </a:stretch>
                        </pic:blipFill>
                        <pic:spPr>
                          <a:xfrm>
                            <a:off x="0" y="0"/>
                            <a:ext cx="2194560" cy="1197033"/>
                          </a:xfrm>
                          <a:prstGeom prst="rect"/>
                        </pic:spPr>
                      </pic:pic>
                    </a:graphicData>
                  </a:graphic>
                </wp:inline>
              </w:drawing>
            </w:r>
          </w:p>
        </w:tc>
        <w:tc>
          <w:tcPr>
            <w:tcW w:type="dxa" w:w="5570"/>
            <w:vAlign w:val="center"/>
          </w:tcPr>
          <w:p>
            <w:pPr>
              <w:keepNext/>
              <w:jc w:val="center"/>
            </w:pPr>
            <w:r>
              <w:rPr>
                <w:rFonts w:ascii="Times New Roman" w:hAnsi="Times New Roman"/>
                <w:b/>
                <w:i/>
                <w:color w:val="C62828"/>
                <w:sz w:val="24"/>
              </w:rPr>
              <w:t>Весёлая зарядка</w:t>
            </w:r>
          </w:p>
          <w:p>
            <w:pPr>
              <w:keepNext w:val="0"/>
              <w:spacing w:after="0"/>
              <w:jc w:val="center"/>
            </w:pPr>
            <w:r>
              <w:rPr>
                <w:rFonts w:ascii="Times New Roman" w:hAnsi="Times New Roman"/>
                <w:b/>
                <w:i w:val="0"/>
                <w:color w:val="1565C0"/>
                <w:sz w:val="24"/>
              </w:rPr>
              <w:t>Раз, два – потянулись!</w:t>
            </w:r>
          </w:p>
          <w:p>
            <w:pPr>
              <w:keepNext w:val="0"/>
              <w:spacing w:after="0"/>
              <w:jc w:val="center"/>
            </w:pPr>
            <w:r>
              <w:rPr>
                <w:rFonts w:ascii="Times New Roman" w:hAnsi="Times New Roman"/>
                <w:b/>
                <w:i w:val="0"/>
                <w:color w:val="1565C0"/>
                <w:sz w:val="24"/>
              </w:rPr>
              <w:t>Три, четыре – наклонились.</w:t>
            </w:r>
          </w:p>
          <w:p>
            <w:pPr>
              <w:keepNext w:val="0"/>
              <w:spacing w:after="0"/>
              <w:jc w:val="center"/>
            </w:pPr>
            <w:r>
              <w:rPr>
                <w:rFonts w:ascii="Times New Roman" w:hAnsi="Times New Roman"/>
                <w:b/>
                <w:i w:val="0"/>
                <w:color w:val="1565C0"/>
                <w:sz w:val="24"/>
              </w:rPr>
              <w:t>Пять, шесть – улыбнулись!</w:t>
            </w:r>
          </w:p>
          <w:p>
            <w:pPr>
              <w:keepNext w:val="0"/>
              <w:spacing w:after="0"/>
              <w:jc w:val="center"/>
            </w:pPr>
            <w:r>
              <w:rPr>
                <w:rFonts w:ascii="Times New Roman" w:hAnsi="Times New Roman"/>
                <w:b/>
                <w:i w:val="0"/>
                <w:color w:val="1565C0"/>
                <w:sz w:val="24"/>
              </w:rPr>
              <w:t>Семь, восемь – руки вверх!</w:t>
            </w:r>
          </w:p>
          <w:p>
            <w:pPr>
              <w:keepNext w:val="0"/>
              <w:spacing w:after="0"/>
              <w:jc w:val="center"/>
            </w:pPr>
            <w:r>
              <w:rPr>
                <w:rFonts w:ascii="Times New Roman" w:hAnsi="Times New Roman"/>
                <w:b/>
                <w:i w:val="0"/>
                <w:color w:val="1565C0"/>
                <w:sz w:val="24"/>
              </w:rPr>
              <w:t>Девять, десять – все присели,</w:t>
            </w:r>
          </w:p>
          <w:p>
            <w:pPr>
              <w:keepNext w:val="0"/>
              <w:spacing w:after="0"/>
              <w:jc w:val="center"/>
            </w:pPr>
            <w:r>
              <w:rPr>
                <w:rFonts w:ascii="Times New Roman" w:hAnsi="Times New Roman"/>
                <w:b/>
                <w:i w:val="0"/>
                <w:color w:val="1565C0"/>
                <w:sz w:val="24"/>
              </w:rPr>
              <w:t>И на место сели!</w:t>
            </w:r>
          </w:p>
        </w:tc>
      </w:tr>
    </w:tbl>
    <w:p>
      <w:pPr>
        <w:spacing w:before="0" w:after="80"/>
      </w:pPr>
    </w:p>
    <w:p>
      <w:pPr>
        <w:keepNext/>
        <w:spacing w:before="280"/>
      </w:pPr>
      <w:r>
        <w:rPr>
          <w:rFonts w:ascii="Times New Roman" w:hAnsi="Times New Roman"/>
          <w:b/>
          <w:i w:val="0"/>
          <w:color w:val="2E7D32"/>
          <w:sz w:val="26"/>
        </w:rPr>
        <w:t>III. Изложение новой темы</w:t>
      </w:r>
    </w:p>
    <w:p>
      <w:pPr>
        <w:keepNext w:val="0"/>
      </w:pPr>
      <w:r>
        <w:rPr>
          <w:rFonts w:ascii="Times New Roman" w:hAnsi="Times New Roman"/>
          <w:b w:val="0"/>
          <w:i w:val="0"/>
          <w:sz w:val="24"/>
        </w:rPr>
        <w:t xml:space="preserve">Здравствуйте, ребята! Сегодня мы отправимся в увлекательное путешествие в мир слов. Вы уже знаете, что слова помогают нам называть предметы, например, 'дом', 'дерево', 'цветок'. А еще слова помогают нам описывать эти предметы, говорить, какие они. Например, 'большой дом', 'зеленое дерево', 'красивый цветок'. Слово, которое описывает предмет, очень важно. Но есть ещё одна часть слова, которая тоже очень важна и помогает нам менять значение слова или образовывать новые слова. Эта часть называется </w:t>
      </w:r>
      <w:r>
        <w:rPr>
          <w:rFonts w:ascii="Times New Roman" w:hAnsi="Times New Roman"/>
          <w:b/>
          <w:i w:val="0"/>
          <w:color w:val="C2185B"/>
          <w:sz w:val="24"/>
        </w:rPr>
        <w:t>приставка</w:t>
      </w:r>
      <w:r>
        <w:rPr>
          <w:rFonts w:ascii="Times New Roman" w:hAnsi="Times New Roman"/>
          <w:b w:val="0"/>
          <w:i w:val="0"/>
          <w:sz w:val="24"/>
        </w:rPr>
        <w:t>. Она стоит перед корнем слова.</w:t>
      </w:r>
    </w:p>
    <w:p>
      <w:pPr>
        <w:keepNext w:val="0"/>
      </w:pPr>
      <w:r>
        <w:rPr>
          <w:rFonts w:ascii="Times New Roman" w:hAnsi="Times New Roman"/>
          <w:b w:val="0"/>
          <w:i w:val="0"/>
          <w:sz w:val="24"/>
        </w:rPr>
        <w:t xml:space="preserve">Приставка – это значимая часть слова, которая стоит перед корнем и служит для образования новых слов или изменения их значения. Давайте запомним правило: </w:t>
      </w:r>
      <w:r>
        <w:rPr>
          <w:rFonts w:ascii="Times New Roman" w:hAnsi="Times New Roman"/>
          <w:b/>
          <w:i w:val="0"/>
          <w:color w:val="C2185B"/>
          <w:sz w:val="24"/>
        </w:rPr>
        <w:t>Приставка – это часть слова перед корнем</w:t>
      </w:r>
      <w:r>
        <w:rPr>
          <w:rFonts w:ascii="Times New Roman" w:hAnsi="Times New Roman"/>
          <w:b w:val="0"/>
          <w:i w:val="0"/>
          <w:sz w:val="24"/>
        </w:rPr>
        <w:t>. Она помогает нам, например, сказать, что действие произошло раньше или закончилось. Например, слово 'шел' – это просто движение. А если мы добавим приставку 'при-', получится 'пришел' – действие совершилось. Если добавим 'у-', получится 'ушел' – действие закончилось. Если добавим 'пере-', получится 'перешел' – действие через что-то. Видите, как приставка меняет смысл слова!</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Ключевые термины</w:t>
            </w:r>
          </w:p>
          <w:p>
            <w:pPr>
              <w:keepNext w:val="0"/>
            </w:pPr>
            <w:r>
              <w:rPr>
                <w:rFonts w:ascii="Times New Roman" w:hAnsi="Times New Roman"/>
                <w:b/>
                <w:i w:val="0"/>
                <w:color w:val="C2185B"/>
                <w:sz w:val="24"/>
              </w:rPr>
              <w:t>Приставка</w:t>
            </w:r>
            <w:r>
              <w:rPr>
                <w:rFonts w:ascii="Times New Roman" w:hAnsi="Times New Roman"/>
                <w:b w:val="0"/>
                <w:i w:val="0"/>
                <w:sz w:val="24"/>
              </w:rPr>
              <w:t xml:space="preserve"> — Часть слова, которая стоит перед корнем и служит для образования новых слов или изменения их значения.</w:t>
            </w:r>
          </w:p>
          <w:p>
            <w:pPr>
              <w:keepNext w:val="0"/>
            </w:pPr>
            <w:r>
              <w:rPr>
                <w:rFonts w:ascii="Times New Roman" w:hAnsi="Times New Roman"/>
                <w:b/>
                <w:i w:val="0"/>
                <w:color w:val="C2185B"/>
                <w:sz w:val="24"/>
              </w:rPr>
              <w:t>Корень</w:t>
            </w:r>
            <w:r>
              <w:rPr>
                <w:rFonts w:ascii="Times New Roman" w:hAnsi="Times New Roman"/>
                <w:b w:val="0"/>
                <w:i w:val="0"/>
                <w:sz w:val="24"/>
              </w:rPr>
              <w:t xml:space="preserve"> — Главная значимая часть слова, в которой заключено основное лексическое значение.</w:t>
            </w:r>
          </w:p>
          <w:p>
            <w:pPr>
              <w:keepNext w:val="0"/>
            </w:pPr>
            <w:r>
              <w:rPr>
                <w:rFonts w:ascii="Times New Roman" w:hAnsi="Times New Roman"/>
                <w:b/>
                <w:i w:val="0"/>
                <w:color w:val="C2185B"/>
                <w:sz w:val="24"/>
              </w:rPr>
              <w:t>Образование новых слов</w:t>
            </w:r>
            <w:r>
              <w:rPr>
                <w:rFonts w:ascii="Times New Roman" w:hAnsi="Times New Roman"/>
                <w:b w:val="0"/>
                <w:i w:val="0"/>
                <w:sz w:val="24"/>
              </w:rPr>
              <w:t xml:space="preserve"> — Процесс создания новых слов с помощью приставок, суффиксов и других частей слова.</w:t>
            </w:r>
          </w:p>
          <w:p>
            <w:pPr>
              <w:keepNext w:val="0"/>
            </w:pPr>
            <w:r>
              <w:rPr>
                <w:rFonts w:ascii="Times New Roman" w:hAnsi="Times New Roman"/>
                <w:b/>
                <w:i w:val="0"/>
                <w:color w:val="C2185B"/>
                <w:sz w:val="24"/>
              </w:rPr>
              <w:t>Изменение значения слова</w:t>
            </w:r>
            <w:r>
              <w:rPr>
                <w:rFonts w:ascii="Times New Roman" w:hAnsi="Times New Roman"/>
                <w:b w:val="0"/>
                <w:i w:val="0"/>
                <w:sz w:val="24"/>
              </w:rPr>
              <w:t xml:space="preserve"> — Процесс, при котором приставка меняет смысл основного слова.</w:t>
            </w:r>
          </w:p>
        </w:tc>
      </w:tr>
    </w:tbl>
    <w:p>
      <w:pPr>
        <w:spacing w:before="0" w:after="80"/>
      </w:pPr>
    </w:p>
    <w:p>
      <w:pPr>
        <w:keepNext w:val="0"/>
      </w:pPr>
      <w:r>
        <w:rPr>
          <w:rFonts w:ascii="Times New Roman" w:hAnsi="Times New Roman"/>
          <w:b w:val="0"/>
          <w:i w:val="0"/>
          <w:sz w:val="24"/>
        </w:rPr>
        <w:t xml:space="preserve">Давайте разберем слово 'подъезд'. Здесь есть приставка </w:t>
      </w:r>
      <w:r>
        <w:rPr>
          <w:rFonts w:ascii="Times New Roman" w:hAnsi="Times New Roman"/>
          <w:b/>
          <w:i w:val="0"/>
          <w:color w:val="C2185B"/>
          <w:sz w:val="24"/>
        </w:rPr>
        <w:t>'под-'</w:t>
      </w:r>
      <w:r>
        <w:rPr>
          <w:rFonts w:ascii="Times New Roman" w:hAnsi="Times New Roman"/>
          <w:b w:val="0"/>
          <w:i w:val="0"/>
          <w:sz w:val="24"/>
        </w:rPr>
        <w:t xml:space="preserve">, которая стоит перед корнем </w:t>
      </w:r>
      <w:r>
        <w:rPr>
          <w:rFonts w:ascii="Times New Roman" w:hAnsi="Times New Roman"/>
          <w:b/>
          <w:i w:val="0"/>
          <w:color w:val="C2185B"/>
          <w:sz w:val="24"/>
        </w:rPr>
        <w:t>'-езд-'</w:t>
      </w:r>
      <w:r>
        <w:rPr>
          <w:rFonts w:ascii="Times New Roman" w:hAnsi="Times New Roman"/>
          <w:b w:val="0"/>
          <w:i w:val="0"/>
          <w:sz w:val="24"/>
        </w:rPr>
        <w:t>. Вместе они образуют новое слово, которое обозначает место, куда мы входим в дом. А теперь посмотрим на пример: 'рисовал'. Если добавить приставку 'на-', получится 'нарисовал'. Это значит, что действие рисования было выполнено. Если добавить приставку 'пере-', получится 'перерисовал'. Это значит, что рисовали снова, возможно, исправив что-то. Приставка помогает нам уточнить действие.</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pPr>
            <w:r>
              <w:rPr>
                <w:rFonts w:ascii="Times New Roman" w:hAnsi="Times New Roman"/>
                <w:b w:val="0"/>
                <w:i w:val="0"/>
                <w:sz w:val="24"/>
              </w:rPr>
              <w:t>Приставки очень часто встречаются в нашей речи, и мы используем их, даже не задумываясь. Когда мы говорим 'прибежал', 'убежал', 'перебежал', мы используем разные приставки, чтобы показать, как именно произошло движение. Но иногда ребята путают приставку с началом слова или даже с отдельным маленьким словом. Важно помнить, что приставка – это часть слова, которая всегда пишется слитно с корнем. Например, в слове 'прилетел' – 'при-' это приставка, а 'летел' – это корень с суффиксом. Они пишутся вместе!</w:t>
            </w:r>
          </w:p>
        </w:tc>
        <w:tc>
          <w:tcPr>
            <w:tcW w:type="dxa" w:w="3744"/>
            <w:vAlign w:val="center"/>
          </w:tcPr>
          <w:p>
            <w:pPr>
              <w:jc w:val="center"/>
            </w:pPr>
            <w:r>
              <w:drawing>
                <wp:inline xmlns:a="http://schemas.openxmlformats.org/drawingml/2006/main" xmlns:pic="http://schemas.openxmlformats.org/drawingml/2006/picture">
                  <wp:extent cx="2194560" cy="1197033"/>
                  <wp:docPr id="4" name="Picture 4"/>
                  <wp:cNvGraphicFramePr>
                    <a:graphicFrameLocks noChangeAspect="1"/>
                  </wp:cNvGraphicFramePr>
                  <a:graphic>
                    <a:graphicData uri="http://schemas.openxmlformats.org/drawingml/2006/picture">
                      <pic:pic>
                        <pic:nvPicPr>
                          <pic:cNvPr id="0" name="468e25c8-ba7a-4d82-99b2-f534763d3c22_14_d0d4302a.jpg"/>
                          <pic:cNvPicPr/>
                        </pic:nvPicPr>
                        <pic:blipFill>
                          <a:blip r:embed="rId13"/>
                          <a:stretch>
                            <a:fillRect/>
                          </a:stretch>
                        </pic:blipFill>
                        <pic:spPr>
                          <a:xfrm>
                            <a:off x="0" y="0"/>
                            <a:ext cx="2194560" cy="1197033"/>
                          </a:xfrm>
                          <a:prstGeom prst="rect"/>
                        </pic:spPr>
                      </pic:pic>
                    </a:graphicData>
                  </a:graphic>
                </wp:inline>
              </w:drawing>
            </w:r>
          </w:p>
        </w:tc>
      </w:tr>
    </w:tbl>
    <w:p>
      <w:pPr>
        <w:spacing w:before="0" w:after="80"/>
      </w:pPr>
    </w:p>
    <w:p>
      <w:pPr>
        <w:keepNext/>
        <w:spacing w:before="160"/>
      </w:pPr>
      <w:r>
        <w:rPr>
          <w:rFonts w:ascii="Times New Roman" w:hAnsi="Times New Roman"/>
          <w:b/>
          <w:i w:val="0"/>
          <w:color w:val="C2185B"/>
          <w:sz w:val="24"/>
        </w:rPr>
        <w:t>Приставки и их значение</w:t>
      </w:r>
    </w:p>
    <w:tbl>
      <w:tblPr>
        <w:tblStyle w:val="TableGrid"/>
        <w:tblW w:type="auto" w:w="0"/>
        <w:jc w:val="center"/>
        <w:tblLook w:firstColumn="1" w:firstRow="1" w:lastColumn="0" w:lastRow="0" w:noHBand="0" w:noVBand="1" w:val="04A0"/>
      </w:tblPr>
      <w:tblGrid>
        <w:gridCol w:w="4657"/>
        <w:gridCol w:w="4657"/>
      </w:tblGrid>
      <w:tr>
        <w:tc>
          <w:tcPr>
            <w:tcW w:type="dxa" w:w="4657"/>
            <w:shd w:val="clear" w:fill="FFB74D"/>
          </w:tcPr>
          <w:p>
            <w:pPr>
              <w:jc w:val="center"/>
            </w:pPr>
            <w:r>
              <w:rPr>
                <w:rFonts w:ascii="Times New Roman" w:hAnsi="Times New Roman"/>
                <w:b/>
                <w:i w:val="0"/>
                <w:sz w:val="24"/>
              </w:rPr>
              <w:t>Приставка</w:t>
            </w:r>
          </w:p>
        </w:tc>
        <w:tc>
          <w:tcPr>
            <w:tcW w:type="dxa" w:w="4657"/>
            <w:shd w:val="clear" w:fill="81C784"/>
          </w:tcPr>
          <w:p>
            <w:pPr>
              <w:jc w:val="center"/>
            </w:pPr>
            <w:r>
              <w:rPr>
                <w:rFonts w:ascii="Times New Roman" w:hAnsi="Times New Roman"/>
                <w:b/>
                <w:i w:val="0"/>
                <w:sz w:val="24"/>
              </w:rPr>
              <w:t>Значение</w:t>
            </w:r>
          </w:p>
        </w:tc>
      </w:tr>
      <w:tr>
        <w:tc>
          <w:tcPr>
            <w:tcW w:type="dxa" w:w="4657"/>
            <w:shd w:val="clear" w:fill="FFF3E0"/>
          </w:tcPr>
          <w:p>
            <w:pPr>
              <w:jc w:val="center"/>
            </w:pPr>
            <w:r>
              <w:rPr>
                <w:rFonts w:ascii="Times New Roman" w:hAnsi="Times New Roman"/>
                <w:b w:val="0"/>
                <w:i w:val="0"/>
                <w:sz w:val="24"/>
              </w:rPr>
              <w:t>при-</w:t>
            </w:r>
          </w:p>
        </w:tc>
        <w:tc>
          <w:tcPr>
            <w:tcW w:type="dxa" w:w="4657"/>
            <w:shd w:val="clear" w:fill="E8F5E9"/>
          </w:tcPr>
          <w:p>
            <w:pPr>
              <w:jc w:val="center"/>
            </w:pPr>
            <w:r>
              <w:rPr>
                <w:rFonts w:ascii="Times New Roman" w:hAnsi="Times New Roman"/>
                <w:b w:val="0"/>
                <w:i w:val="0"/>
                <w:sz w:val="24"/>
              </w:rPr>
              <w:t>Приближение, присоединение</w:t>
            </w:r>
          </w:p>
        </w:tc>
      </w:tr>
      <w:tr>
        <w:tc>
          <w:tcPr>
            <w:tcW w:type="dxa" w:w="4657"/>
            <w:shd w:val="clear" w:fill="FFF3E0"/>
          </w:tcPr>
          <w:p>
            <w:pPr>
              <w:jc w:val="center"/>
            </w:pPr>
            <w:r>
              <w:rPr>
                <w:rFonts w:ascii="Times New Roman" w:hAnsi="Times New Roman"/>
                <w:b w:val="0"/>
                <w:i w:val="0"/>
                <w:sz w:val="24"/>
              </w:rPr>
              <w:t>у-</w:t>
            </w:r>
          </w:p>
        </w:tc>
        <w:tc>
          <w:tcPr>
            <w:tcW w:type="dxa" w:w="4657"/>
            <w:shd w:val="clear" w:fill="E8F5E9"/>
          </w:tcPr>
          <w:p>
            <w:pPr>
              <w:jc w:val="center"/>
            </w:pPr>
            <w:r>
              <w:rPr>
                <w:rFonts w:ascii="Times New Roman" w:hAnsi="Times New Roman"/>
                <w:b w:val="0"/>
                <w:i w:val="0"/>
                <w:sz w:val="24"/>
              </w:rPr>
              <w:t>Удаление, завершение действия</w:t>
            </w:r>
          </w:p>
        </w:tc>
      </w:tr>
      <w:tr>
        <w:tc>
          <w:tcPr>
            <w:tcW w:type="dxa" w:w="4657"/>
            <w:shd w:val="clear" w:fill="FFF3E0"/>
          </w:tcPr>
          <w:p>
            <w:pPr>
              <w:jc w:val="center"/>
            </w:pPr>
            <w:r>
              <w:rPr>
                <w:rFonts w:ascii="Times New Roman" w:hAnsi="Times New Roman"/>
                <w:b w:val="0"/>
                <w:i w:val="0"/>
                <w:sz w:val="24"/>
              </w:rPr>
              <w:t>пере-</w:t>
            </w:r>
          </w:p>
        </w:tc>
        <w:tc>
          <w:tcPr>
            <w:tcW w:type="dxa" w:w="4657"/>
            <w:shd w:val="clear" w:fill="E8F5E9"/>
          </w:tcPr>
          <w:p>
            <w:pPr>
              <w:jc w:val="center"/>
            </w:pPr>
            <w:r>
              <w:rPr>
                <w:rFonts w:ascii="Times New Roman" w:hAnsi="Times New Roman"/>
                <w:b w:val="0"/>
                <w:i w:val="0"/>
                <w:sz w:val="24"/>
              </w:rPr>
              <w:t>Движение через что-то, повторное действие</w:t>
            </w:r>
          </w:p>
        </w:tc>
      </w:tr>
      <w:tr>
        <w:tc>
          <w:tcPr>
            <w:tcW w:type="dxa" w:w="4657"/>
            <w:shd w:val="clear" w:fill="FFF3E0"/>
          </w:tcPr>
          <w:p>
            <w:pPr>
              <w:jc w:val="center"/>
            </w:pPr>
            <w:r>
              <w:rPr>
                <w:rFonts w:ascii="Times New Roman" w:hAnsi="Times New Roman"/>
                <w:b w:val="0"/>
                <w:i w:val="0"/>
                <w:sz w:val="24"/>
              </w:rPr>
              <w:t>вз-</w:t>
            </w:r>
          </w:p>
        </w:tc>
        <w:tc>
          <w:tcPr>
            <w:tcW w:type="dxa" w:w="4657"/>
            <w:shd w:val="clear" w:fill="E8F5E9"/>
          </w:tcPr>
          <w:p>
            <w:pPr>
              <w:jc w:val="center"/>
            </w:pPr>
            <w:r>
              <w:rPr>
                <w:rFonts w:ascii="Times New Roman" w:hAnsi="Times New Roman"/>
                <w:b w:val="0"/>
                <w:i w:val="0"/>
                <w:sz w:val="24"/>
              </w:rPr>
              <w:t>Движение вверх</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А знаете ли вы?</w:t>
            </w:r>
          </w:p>
          <w:p>
            <w:pPr>
              <w:keepNext w:val="0"/>
            </w:pPr>
            <w:r>
              <w:rPr>
                <w:rFonts w:ascii="Times New Roman" w:hAnsi="Times New Roman"/>
                <w:b w:val="0"/>
                <w:i w:val="0"/>
                <w:sz w:val="24"/>
              </w:rPr>
              <w:t>Знаете ли вы, что некоторые приставки в русском языке пришли к нам из других языков, например, из греческого или латыни? Это произошло очень давно, когда люди общались между собой и заимствовали слова и их части.</w:t>
            </w:r>
          </w:p>
        </w:tc>
      </w:tr>
    </w:tbl>
    <w:p>
      <w:pPr>
        <w:spacing w:before="0" w:after="80"/>
      </w:pPr>
    </w:p>
    <w:p>
      <w:pPr>
        <w:keepNext/>
        <w:spacing w:before="120"/>
      </w:pPr>
      <w:r>
        <w:rPr>
          <w:rFonts w:ascii="Times New Roman" w:hAnsi="Times New Roman"/>
          <w:b/>
          <w:i w:val="0"/>
          <w:color w:val="C62828"/>
          <w:sz w:val="24"/>
        </w:rPr>
        <w:t xml:space="preserve">1. </w:t>
      </w:r>
      <w:r>
        <w:rPr>
          <w:rFonts w:ascii="Times New Roman" w:hAnsi="Times New Roman"/>
          <w:b w:val="0"/>
          <w:i w:val="0"/>
          <w:sz w:val="24"/>
        </w:rPr>
        <w:t>Прочитайте слова. Найдите и выделите приставки:</w:t>
      </w:r>
    </w:p>
    <w:p>
      <w:pPr>
        <w:keepNext/>
      </w:pPr>
      <w:r>
        <w:rPr>
          <w:rFonts w:ascii="Times New Roman" w:hAnsi="Times New Roman"/>
          <w:b w:val="0"/>
          <w:i w:val="0"/>
          <w:sz w:val="24"/>
        </w:rPr>
        <w:t>а) приехал</w:t>
      </w:r>
    </w:p>
    <w:p>
      <w:pPr>
        <w:keepNext/>
      </w:pPr>
      <w:r>
        <w:rPr>
          <w:rFonts w:ascii="Times New Roman" w:hAnsi="Times New Roman"/>
          <w:b w:val="0"/>
          <w:i w:val="0"/>
          <w:sz w:val="24"/>
        </w:rPr>
        <w:t>б) улетел</w:t>
      </w:r>
    </w:p>
    <w:p>
      <w:pPr>
        <w:keepNext/>
      </w:pPr>
      <w:r>
        <w:rPr>
          <w:rFonts w:ascii="Times New Roman" w:hAnsi="Times New Roman"/>
          <w:b w:val="0"/>
          <w:i w:val="0"/>
          <w:sz w:val="24"/>
        </w:rPr>
        <w:t>в) перешёл</w:t>
      </w:r>
    </w:p>
    <w:p>
      <w:pPr>
        <w:keepNext/>
      </w:pPr>
      <w:r>
        <w:rPr>
          <w:rFonts w:ascii="Times New Roman" w:hAnsi="Times New Roman"/>
          <w:b w:val="0"/>
          <w:i w:val="0"/>
          <w:sz w:val="24"/>
        </w:rPr>
        <w:t>г) взлетел</w:t>
      </w:r>
    </w:p>
    <w:p>
      <w:r>
        <w:rPr>
          <w:rFonts w:ascii="Times New Roman" w:hAnsi="Times New Roman"/>
          <w:b/>
          <w:color w:val="2E7D32"/>
          <w:sz w:val="24"/>
        </w:rPr>
        <w:t xml:space="preserve">Ответ: </w:t>
      </w:r>
      <w:r>
        <w:rPr>
          <w:rFonts w:ascii="Times New Roman" w:hAnsi="Times New Roman"/>
          <w:b w:val="0"/>
          <w:i w:val="0"/>
          <w:sz w:val="24"/>
        </w:rPr>
        <w:t xml:space="preserve">Ученик выделяет приставки, объясняя, что они стоят перед корнем и меняют значение слова: а) </w:t>
      </w:r>
      <w:r>
        <w:rPr>
          <w:rFonts w:ascii="Times New Roman" w:hAnsi="Times New Roman"/>
          <w:b/>
          <w:i w:val="0"/>
          <w:sz w:val="24"/>
        </w:rPr>
        <w:t>при</w:t>
      </w:r>
      <w:r>
        <w:rPr>
          <w:rFonts w:ascii="Times New Roman" w:hAnsi="Times New Roman"/>
          <w:b w:val="0"/>
          <w:i w:val="0"/>
          <w:sz w:val="24"/>
        </w:rPr>
        <w:t xml:space="preserve">ехал, б) </w:t>
      </w:r>
      <w:r>
        <w:rPr>
          <w:rFonts w:ascii="Times New Roman" w:hAnsi="Times New Roman"/>
          <w:b/>
          <w:i w:val="0"/>
          <w:sz w:val="24"/>
        </w:rPr>
        <w:t>у</w:t>
      </w:r>
      <w:r>
        <w:rPr>
          <w:rFonts w:ascii="Times New Roman" w:hAnsi="Times New Roman"/>
          <w:b w:val="0"/>
          <w:i w:val="0"/>
          <w:sz w:val="24"/>
        </w:rPr>
        <w:t xml:space="preserve">летел, в) </w:t>
      </w:r>
      <w:r>
        <w:rPr>
          <w:rFonts w:ascii="Times New Roman" w:hAnsi="Times New Roman"/>
          <w:b/>
          <w:i w:val="0"/>
          <w:sz w:val="24"/>
        </w:rPr>
        <w:t>пере</w:t>
      </w:r>
      <w:r>
        <w:rPr>
          <w:rFonts w:ascii="Times New Roman" w:hAnsi="Times New Roman"/>
          <w:b w:val="0"/>
          <w:i w:val="0"/>
          <w:sz w:val="24"/>
        </w:rPr>
        <w:t xml:space="preserve">шёл, г) </w:t>
      </w:r>
      <w:r>
        <w:rPr>
          <w:rFonts w:ascii="Times New Roman" w:hAnsi="Times New Roman"/>
          <w:b/>
          <w:i w:val="0"/>
          <w:sz w:val="24"/>
        </w:rPr>
        <w:t>вз</w:t>
      </w:r>
      <w:r>
        <w:rPr>
          <w:rFonts w:ascii="Times New Roman" w:hAnsi="Times New Roman"/>
          <w:b w:val="0"/>
          <w:i w:val="0"/>
          <w:sz w:val="24"/>
        </w:rPr>
        <w:t>летел.</w:t>
      </w:r>
    </w:p>
    <w:p>
      <w:pPr>
        <w:keepNext/>
        <w:spacing w:before="120"/>
      </w:pPr>
      <w:r>
        <w:rPr>
          <w:rFonts w:ascii="Times New Roman" w:hAnsi="Times New Roman"/>
          <w:b/>
          <w:i w:val="0"/>
          <w:color w:val="C62828"/>
          <w:sz w:val="24"/>
        </w:rPr>
        <w:t xml:space="preserve">2. </w:t>
      </w:r>
      <w:r>
        <w:rPr>
          <w:rFonts w:ascii="Times New Roman" w:hAnsi="Times New Roman"/>
          <w:b w:val="0"/>
          <w:i w:val="0"/>
          <w:sz w:val="24"/>
        </w:rPr>
        <w:t>Составьте новые слова, добавляя приставки к данным словам:</w:t>
      </w:r>
    </w:p>
    <w:p>
      <w:pPr>
        <w:keepNext/>
      </w:pPr>
      <w:r>
        <w:rPr>
          <w:rFonts w:ascii="Times New Roman" w:hAnsi="Times New Roman"/>
          <w:b w:val="0"/>
          <w:i w:val="0"/>
          <w:sz w:val="24"/>
        </w:rPr>
        <w:t>а) бежал (при-, у-, пере-)</w:t>
      </w:r>
    </w:p>
    <w:p>
      <w:pPr>
        <w:keepNext/>
      </w:pPr>
      <w:r>
        <w:rPr>
          <w:rFonts w:ascii="Times New Roman" w:hAnsi="Times New Roman"/>
          <w:b w:val="0"/>
          <w:i w:val="0"/>
          <w:sz w:val="24"/>
        </w:rPr>
        <w:t>б) летел (вз-, при-, у-)</w:t>
      </w:r>
    </w:p>
    <w:p>
      <w:r>
        <w:rPr>
          <w:rFonts w:ascii="Times New Roman" w:hAnsi="Times New Roman"/>
          <w:b/>
          <w:color w:val="2E7D32"/>
          <w:sz w:val="24"/>
        </w:rPr>
        <w:t xml:space="preserve">Ответ: </w:t>
      </w:r>
      <w:r>
        <w:rPr>
          <w:rFonts w:ascii="Times New Roman" w:hAnsi="Times New Roman"/>
          <w:b w:val="0"/>
          <w:i w:val="0"/>
          <w:sz w:val="24"/>
        </w:rPr>
        <w:t>Ученик образует новые слова: а) прибежал, убежал, перебежал. б) взлетел, прилетел, улетел.</w:t>
      </w:r>
    </w:p>
    <w:p>
      <w:pPr>
        <w:keepNext/>
        <w:spacing w:before="120"/>
      </w:pPr>
      <w:r>
        <w:rPr>
          <w:rFonts w:ascii="Times New Roman" w:hAnsi="Times New Roman"/>
          <w:b/>
          <w:i w:val="0"/>
          <w:color w:val="C62828"/>
          <w:sz w:val="24"/>
        </w:rPr>
        <w:t xml:space="preserve">3. </w:t>
      </w:r>
      <w:r>
        <w:rPr>
          <w:rFonts w:ascii="Times New Roman" w:hAnsi="Times New Roman"/>
          <w:b w:val="0"/>
          <w:i w:val="0"/>
          <w:sz w:val="24"/>
        </w:rPr>
        <w:t>Определите, есть ли приставка в словах:</w:t>
      </w:r>
    </w:p>
    <w:p>
      <w:pPr>
        <w:keepNext/>
      </w:pPr>
      <w:r>
        <w:rPr>
          <w:rFonts w:ascii="Times New Roman" w:hAnsi="Times New Roman"/>
          <w:b w:val="0"/>
          <w:i w:val="0"/>
          <w:sz w:val="24"/>
        </w:rPr>
        <w:t>а) дом</w:t>
      </w:r>
    </w:p>
    <w:p>
      <w:pPr>
        <w:keepNext/>
      </w:pPr>
      <w:r>
        <w:rPr>
          <w:rFonts w:ascii="Times New Roman" w:hAnsi="Times New Roman"/>
          <w:b w:val="0"/>
          <w:i w:val="0"/>
          <w:sz w:val="24"/>
        </w:rPr>
        <w:t>б) приём</w:t>
      </w:r>
    </w:p>
    <w:p>
      <w:pPr>
        <w:keepNext/>
      </w:pPr>
      <w:r>
        <w:rPr>
          <w:rFonts w:ascii="Times New Roman" w:hAnsi="Times New Roman"/>
          <w:b w:val="0"/>
          <w:i w:val="0"/>
          <w:sz w:val="24"/>
        </w:rPr>
        <w:t>в) лес</w:t>
      </w:r>
    </w:p>
    <w:p>
      <w:pPr>
        <w:keepNext/>
      </w:pPr>
      <w:r>
        <w:rPr>
          <w:rFonts w:ascii="Times New Roman" w:hAnsi="Times New Roman"/>
          <w:b w:val="0"/>
          <w:i w:val="0"/>
          <w:sz w:val="24"/>
        </w:rPr>
        <w:t>г) подвал</w:t>
      </w:r>
    </w:p>
    <w:p>
      <w:r>
        <w:rPr>
          <w:rFonts w:ascii="Times New Roman" w:hAnsi="Times New Roman"/>
          <w:b/>
          <w:color w:val="2E7D32"/>
          <w:sz w:val="24"/>
        </w:rPr>
        <w:t xml:space="preserve">Ответ: </w:t>
      </w:r>
      <w:r>
        <w:rPr>
          <w:rFonts w:ascii="Times New Roman" w:hAnsi="Times New Roman"/>
          <w:b w:val="0"/>
          <w:i w:val="0"/>
          <w:sz w:val="24"/>
        </w:rPr>
        <w:t xml:space="preserve">Ученик определяет слова с приставками: б) </w:t>
      </w:r>
      <w:r>
        <w:rPr>
          <w:rFonts w:ascii="Times New Roman" w:hAnsi="Times New Roman"/>
          <w:b/>
          <w:i w:val="0"/>
          <w:sz w:val="24"/>
        </w:rPr>
        <w:t>при</w:t>
      </w:r>
      <w:r>
        <w:rPr>
          <w:rFonts w:ascii="Times New Roman" w:hAnsi="Times New Roman"/>
          <w:b w:val="0"/>
          <w:i w:val="0"/>
          <w:sz w:val="24"/>
        </w:rPr>
        <w:t xml:space="preserve">ём, г) </w:t>
      </w:r>
      <w:r>
        <w:rPr>
          <w:rFonts w:ascii="Times New Roman" w:hAnsi="Times New Roman"/>
          <w:b/>
          <w:i w:val="0"/>
          <w:sz w:val="24"/>
        </w:rPr>
        <w:t>под</w:t>
      </w:r>
      <w:r>
        <w:rPr>
          <w:rFonts w:ascii="Times New Roman" w:hAnsi="Times New Roman"/>
          <w:b w:val="0"/>
          <w:i w:val="0"/>
          <w:sz w:val="24"/>
        </w:rPr>
        <w:t>вал. В словах 'дом' и 'лес' приставок нет.</w:t>
      </w:r>
    </w:p>
    <w:p>
      <w:pPr>
        <w:keepNext/>
        <w:spacing w:before="120"/>
      </w:pPr>
      <w:r>
        <w:rPr>
          <w:rFonts w:ascii="Times New Roman" w:hAnsi="Times New Roman"/>
          <w:b/>
          <w:i w:val="0"/>
          <w:color w:val="C62828"/>
          <w:sz w:val="24"/>
        </w:rPr>
        <w:t xml:space="preserve">4. </w:t>
      </w:r>
      <w:r>
        <w:rPr>
          <w:rFonts w:ascii="Times New Roman" w:hAnsi="Times New Roman"/>
          <w:b w:val="0"/>
          <w:i w:val="0"/>
          <w:sz w:val="24"/>
        </w:rPr>
        <w:t>Найдите лишнее слово в каждой строке:</w:t>
      </w:r>
    </w:p>
    <w:p>
      <w:pPr>
        <w:keepNext/>
      </w:pPr>
      <w:r>
        <w:rPr>
          <w:rFonts w:ascii="Times New Roman" w:hAnsi="Times New Roman"/>
          <w:b w:val="0"/>
          <w:i w:val="0"/>
          <w:sz w:val="24"/>
        </w:rPr>
        <w:t>а) пришёл, ушёл, принёс, унёс</w:t>
      </w:r>
    </w:p>
    <w:p>
      <w:pPr>
        <w:keepNext/>
      </w:pPr>
      <w:r>
        <w:rPr>
          <w:rFonts w:ascii="Times New Roman" w:hAnsi="Times New Roman"/>
          <w:b w:val="0"/>
          <w:i w:val="0"/>
          <w:sz w:val="24"/>
        </w:rPr>
        <w:t>б) перешёл, перенёс, переехал, пешком</w:t>
      </w:r>
    </w:p>
    <w:p>
      <w:r>
        <w:rPr>
          <w:rFonts w:ascii="Times New Roman" w:hAnsi="Times New Roman"/>
          <w:b/>
          <w:color w:val="2E7D32"/>
          <w:sz w:val="24"/>
        </w:rPr>
        <w:t xml:space="preserve">Ответ: </w:t>
      </w:r>
      <w:r>
        <w:rPr>
          <w:rFonts w:ascii="Times New Roman" w:hAnsi="Times New Roman"/>
          <w:b w:val="0"/>
          <w:i w:val="0"/>
          <w:sz w:val="24"/>
        </w:rPr>
        <w:t>Лишние слова: а) принёс (здесь 'при-' часть корня, а не приставка, хотя похоже). б) пешком (здесь нет приставки, это наречие).</w:t>
      </w:r>
    </w:p>
    <w:p>
      <w:pPr>
        <w:jc w:val="center"/>
      </w:pPr>
      <w:r>
        <w:drawing>
          <wp:inline xmlns:a="http://schemas.openxmlformats.org/drawingml/2006/main" xmlns:pic="http://schemas.openxmlformats.org/drawingml/2006/picture">
            <wp:extent cx="4114800" cy="2244436"/>
            <wp:docPr id="5" name="Picture 5"/>
            <wp:cNvGraphicFramePr>
              <a:graphicFrameLocks noChangeAspect="1"/>
            </wp:cNvGraphicFramePr>
            <a:graphic>
              <a:graphicData uri="http://schemas.openxmlformats.org/drawingml/2006/picture">
                <pic:pic>
                  <pic:nvPicPr>
                    <pic:cNvPr id="0" name="468e25c8-ba7a-4d82-99b2-f534763d3c22_22_fcdbd670.jpg"/>
                    <pic:cNvPicPr/>
                  </pic:nvPicPr>
                  <pic:blipFill>
                    <a:blip r:embed="rId14"/>
                    <a:stretch>
                      <a:fillRect/>
                    </a:stretch>
                  </pic:blipFill>
                  <pic:spPr>
                    <a:xfrm>
                      <a:off x="0" y="0"/>
                      <a:ext cx="4114800" cy="2244436"/>
                    </a:xfrm>
                    <a:prstGeom prst="rect"/>
                  </pic:spPr>
                </pic:pic>
              </a:graphicData>
            </a:graphic>
          </wp:inline>
        </w:drawing>
      </w:r>
    </w:p>
    <w:p>
      <w:pPr>
        <w:keepNext w:val="0"/>
        <w:jc w:val="center"/>
      </w:pPr>
      <w:r>
        <w:rPr>
          <w:rFonts w:ascii="Times New Roman" w:hAnsi="Times New Roman"/>
          <w:b w:val="0"/>
          <w:i/>
          <w:sz w:val="18"/>
        </w:rPr>
        <w:t>Девочка указывает на знак 'СТОП'.</w:t>
      </w:r>
    </w:p>
    <w:p>
      <w:pPr>
        <w:keepNext/>
        <w:spacing w:before="120"/>
      </w:pPr>
      <w:r>
        <w:rPr>
          <w:rFonts w:ascii="Times New Roman" w:hAnsi="Times New Roman"/>
          <w:b/>
          <w:i w:val="0"/>
          <w:color w:val="C62828"/>
          <w:sz w:val="24"/>
        </w:rPr>
        <w:t xml:space="preserve">5. </w:t>
      </w:r>
      <w:r>
        <w:rPr>
          <w:rFonts w:ascii="Times New Roman" w:hAnsi="Times New Roman"/>
          <w:b w:val="0"/>
          <w:i w:val="0"/>
          <w:sz w:val="24"/>
        </w:rPr>
        <w:t>Разберите по составу слова:</w:t>
      </w:r>
    </w:p>
    <w:p>
      <w:pPr>
        <w:keepNext/>
      </w:pPr>
      <w:r>
        <w:rPr>
          <w:rFonts w:ascii="Times New Roman" w:hAnsi="Times New Roman"/>
          <w:b w:val="0"/>
          <w:i w:val="0"/>
          <w:sz w:val="24"/>
        </w:rPr>
        <w:t>а) принёс</w:t>
      </w:r>
    </w:p>
    <w:p>
      <w:pPr>
        <w:keepNext/>
      </w:pPr>
      <w:r>
        <w:rPr>
          <w:rFonts w:ascii="Times New Roman" w:hAnsi="Times New Roman"/>
          <w:b w:val="0"/>
          <w:i w:val="0"/>
          <w:sz w:val="24"/>
        </w:rPr>
        <w:t>б) уехал</w:t>
      </w:r>
    </w:p>
    <w:p>
      <w:r>
        <w:rPr>
          <w:rFonts w:ascii="Times New Roman" w:hAnsi="Times New Roman"/>
          <w:b/>
          <w:color w:val="2E7D32"/>
          <w:sz w:val="24"/>
        </w:rPr>
        <w:t xml:space="preserve">Ответ: </w:t>
      </w:r>
      <w:r>
        <w:rPr>
          <w:rFonts w:ascii="Times New Roman" w:hAnsi="Times New Roman"/>
          <w:b w:val="0"/>
          <w:i w:val="0"/>
          <w:sz w:val="24"/>
        </w:rPr>
        <w:t xml:space="preserve">Разбор слов: а) </w:t>
      </w:r>
      <w:r>
        <w:rPr>
          <w:rFonts w:ascii="Times New Roman" w:hAnsi="Times New Roman"/>
          <w:b/>
          <w:i w:val="0"/>
          <w:sz w:val="24"/>
        </w:rPr>
        <w:t>при</w:t>
      </w:r>
      <w:r>
        <w:rPr>
          <w:rFonts w:ascii="Times New Roman" w:hAnsi="Times New Roman"/>
          <w:b w:val="0"/>
          <w:i w:val="0"/>
          <w:sz w:val="24"/>
        </w:rPr>
        <w:t xml:space="preserve">- - приставка, </w:t>
      </w:r>
      <w:r>
        <w:rPr>
          <w:rFonts w:ascii="Times New Roman" w:hAnsi="Times New Roman"/>
          <w:b/>
          <w:i w:val="0"/>
          <w:sz w:val="24"/>
        </w:rPr>
        <w:t>-нёс-</w:t>
      </w:r>
      <w:r>
        <w:rPr>
          <w:rFonts w:ascii="Times New Roman" w:hAnsi="Times New Roman"/>
          <w:b w:val="0"/>
          <w:i w:val="0"/>
          <w:sz w:val="24"/>
        </w:rPr>
        <w:t xml:space="preserve"> - корень. б) </w:t>
      </w:r>
      <w:r>
        <w:rPr>
          <w:rFonts w:ascii="Times New Roman" w:hAnsi="Times New Roman"/>
          <w:b/>
          <w:i w:val="0"/>
          <w:sz w:val="24"/>
        </w:rPr>
        <w:t>у</w:t>
      </w:r>
      <w:r>
        <w:rPr>
          <w:rFonts w:ascii="Times New Roman" w:hAnsi="Times New Roman"/>
          <w:b w:val="0"/>
          <w:i w:val="0"/>
          <w:sz w:val="24"/>
        </w:rPr>
        <w:t xml:space="preserve">- - приставка, </w:t>
      </w:r>
      <w:r>
        <w:rPr>
          <w:rFonts w:ascii="Times New Roman" w:hAnsi="Times New Roman"/>
          <w:b/>
          <w:i w:val="0"/>
          <w:sz w:val="24"/>
        </w:rPr>
        <w:t>-ехал-</w:t>
      </w:r>
      <w:r>
        <w:rPr>
          <w:rFonts w:ascii="Times New Roman" w:hAnsi="Times New Roman"/>
          <w:b w:val="0"/>
          <w:i w:val="0"/>
          <w:sz w:val="24"/>
        </w:rPr>
        <w:t xml:space="preserve"> - корень.</w:t>
      </w:r>
    </w:p>
    <w:p>
      <w:pPr>
        <w:keepNext/>
        <w:spacing w:before="120"/>
      </w:pPr>
      <w:r>
        <w:rPr>
          <w:rFonts w:ascii="Times New Roman" w:hAnsi="Times New Roman"/>
          <w:b/>
          <w:i w:val="0"/>
          <w:color w:val="C62828"/>
          <w:sz w:val="24"/>
        </w:rPr>
        <w:t xml:space="preserve">6. </w:t>
      </w:r>
      <w:r>
        <w:rPr>
          <w:rFonts w:ascii="Times New Roman" w:hAnsi="Times New Roman"/>
          <w:b w:val="0"/>
          <w:i w:val="0"/>
          <w:sz w:val="24"/>
        </w:rPr>
        <w:t>Вставьте подходящие приставки, чтобы получились новые слова:</w:t>
      </w:r>
    </w:p>
    <w:p>
      <w:pPr>
        <w:keepNext/>
      </w:pPr>
      <w:r>
        <w:rPr>
          <w:rFonts w:ascii="Times New Roman" w:hAnsi="Times New Roman"/>
          <w:b w:val="0"/>
          <w:i w:val="0"/>
          <w:sz w:val="24"/>
        </w:rPr>
        <w:t>а) ___ехал (при-, у-, пере-)</w:t>
      </w:r>
    </w:p>
    <w:p>
      <w:pPr>
        <w:keepNext/>
      </w:pPr>
      <w:r>
        <w:rPr>
          <w:rFonts w:ascii="Times New Roman" w:hAnsi="Times New Roman"/>
          <w:b w:val="0"/>
          <w:i w:val="0"/>
          <w:sz w:val="24"/>
        </w:rPr>
        <w:t>б) ___нёс (при-, у-, пере-)</w:t>
      </w:r>
    </w:p>
    <w:p>
      <w:r>
        <w:rPr>
          <w:rFonts w:ascii="Times New Roman" w:hAnsi="Times New Roman"/>
          <w:b/>
          <w:color w:val="2E7D32"/>
          <w:sz w:val="24"/>
        </w:rPr>
        <w:t xml:space="preserve">Ответ: </w:t>
      </w:r>
      <w:r>
        <w:rPr>
          <w:rFonts w:ascii="Times New Roman" w:hAnsi="Times New Roman"/>
          <w:b w:val="0"/>
          <w:i w:val="0"/>
          <w:sz w:val="24"/>
        </w:rPr>
        <w:t>Ученик вставляет приставки: а) приехал, уехал, переехал. б) принёс, унёс, перенёс.</w:t>
      </w:r>
    </w:p>
    <w:p>
      <w:pPr>
        <w:keepNext/>
        <w:spacing w:before="120"/>
      </w:pPr>
      <w:r>
        <w:rPr>
          <w:rFonts w:ascii="Times New Roman" w:hAnsi="Times New Roman"/>
          <w:b/>
          <w:i w:val="0"/>
          <w:color w:val="C62828"/>
          <w:sz w:val="24"/>
        </w:rPr>
        <w:t xml:space="preserve">7. </w:t>
      </w:r>
      <w:r>
        <w:rPr>
          <w:rFonts w:ascii="Times New Roman" w:hAnsi="Times New Roman"/>
          <w:b w:val="0"/>
          <w:i w:val="0"/>
          <w:sz w:val="24"/>
        </w:rPr>
        <w:t>Прочитайте предложения. Найдите слова с приставками и выделите их:</w:t>
      </w:r>
    </w:p>
    <w:p>
      <w:pPr>
        <w:keepNext/>
      </w:pPr>
      <w:r>
        <w:rPr>
          <w:rFonts w:ascii="Times New Roman" w:hAnsi="Times New Roman"/>
          <w:b w:val="0"/>
          <w:i w:val="0"/>
          <w:sz w:val="24"/>
        </w:rPr>
        <w:t>а) Мальчик быстро побежал домой.</w:t>
      </w:r>
    </w:p>
    <w:p>
      <w:pPr>
        <w:keepNext/>
      </w:pPr>
      <w:r>
        <w:rPr>
          <w:rFonts w:ascii="Times New Roman" w:hAnsi="Times New Roman"/>
          <w:b w:val="0"/>
          <w:i w:val="0"/>
          <w:sz w:val="24"/>
        </w:rPr>
        <w:t>б) Самолёт взлетел в небо.</w:t>
      </w:r>
    </w:p>
    <w:p>
      <w:pPr>
        <w:keepNext/>
      </w:pPr>
      <w:r>
        <w:rPr>
          <w:rFonts w:ascii="Times New Roman" w:hAnsi="Times New Roman"/>
          <w:b w:val="0"/>
          <w:i w:val="0"/>
          <w:sz w:val="24"/>
        </w:rPr>
        <w:t>в) Мы приехали в гости.</w:t>
      </w:r>
    </w:p>
    <w:p>
      <w:r>
        <w:rPr>
          <w:rFonts w:ascii="Times New Roman" w:hAnsi="Times New Roman"/>
          <w:b/>
          <w:color w:val="2E7D32"/>
          <w:sz w:val="24"/>
        </w:rPr>
        <w:t xml:space="preserve">Ответ: </w:t>
      </w:r>
      <w:r>
        <w:rPr>
          <w:rFonts w:ascii="Times New Roman" w:hAnsi="Times New Roman"/>
          <w:b w:val="0"/>
          <w:i w:val="0"/>
          <w:sz w:val="24"/>
        </w:rPr>
        <w:t xml:space="preserve">Ученик выделяет слова с приставками: а) </w:t>
      </w:r>
      <w:r>
        <w:rPr>
          <w:rFonts w:ascii="Times New Roman" w:hAnsi="Times New Roman"/>
          <w:b/>
          <w:i w:val="0"/>
          <w:sz w:val="24"/>
        </w:rPr>
        <w:t>по</w:t>
      </w:r>
      <w:r>
        <w:rPr>
          <w:rFonts w:ascii="Times New Roman" w:hAnsi="Times New Roman"/>
          <w:b w:val="0"/>
          <w:i w:val="0"/>
          <w:sz w:val="24"/>
        </w:rPr>
        <w:t xml:space="preserve">бежал, </w:t>
      </w:r>
      <w:r>
        <w:rPr>
          <w:rFonts w:ascii="Times New Roman" w:hAnsi="Times New Roman"/>
          <w:b/>
          <w:i w:val="0"/>
          <w:sz w:val="24"/>
        </w:rPr>
        <w:t>до</w:t>
      </w:r>
      <w:r>
        <w:rPr>
          <w:rFonts w:ascii="Times New Roman" w:hAnsi="Times New Roman"/>
          <w:b w:val="0"/>
          <w:i w:val="0"/>
          <w:sz w:val="24"/>
        </w:rPr>
        <w:t xml:space="preserve">мой. б) </w:t>
      </w:r>
      <w:r>
        <w:rPr>
          <w:rFonts w:ascii="Times New Roman" w:hAnsi="Times New Roman"/>
          <w:b/>
          <w:i w:val="0"/>
          <w:sz w:val="24"/>
        </w:rPr>
        <w:t>вз</w:t>
      </w:r>
      <w:r>
        <w:rPr>
          <w:rFonts w:ascii="Times New Roman" w:hAnsi="Times New Roman"/>
          <w:b w:val="0"/>
          <w:i w:val="0"/>
          <w:sz w:val="24"/>
        </w:rPr>
        <w:t xml:space="preserve">летел. в) </w:t>
      </w:r>
      <w:r>
        <w:rPr>
          <w:rFonts w:ascii="Times New Roman" w:hAnsi="Times New Roman"/>
          <w:b/>
          <w:i w:val="0"/>
          <w:sz w:val="24"/>
        </w:rPr>
        <w:t>при</w:t>
      </w:r>
      <w:r>
        <w:rPr>
          <w:rFonts w:ascii="Times New Roman" w:hAnsi="Times New Roman"/>
          <w:b w:val="0"/>
          <w:i w:val="0"/>
          <w:sz w:val="24"/>
        </w:rPr>
        <w:t>ехали.</w:t>
      </w:r>
    </w:p>
    <w:p>
      <w:pPr>
        <w:keepNext/>
        <w:spacing w:before="120"/>
      </w:pPr>
      <w:r>
        <w:rPr>
          <w:rFonts w:ascii="Times New Roman" w:hAnsi="Times New Roman"/>
          <w:b/>
          <w:i w:val="0"/>
          <w:color w:val="C62828"/>
          <w:sz w:val="24"/>
        </w:rPr>
        <w:t xml:space="preserve">8. </w:t>
      </w:r>
      <w:r>
        <w:rPr>
          <w:rFonts w:ascii="Times New Roman" w:hAnsi="Times New Roman"/>
          <w:b w:val="0"/>
          <w:i w:val="0"/>
          <w:sz w:val="24"/>
        </w:rPr>
        <w:t>Объясните значение слов, изменив приставку:</w:t>
      </w:r>
    </w:p>
    <w:p>
      <w:pPr>
        <w:keepNext/>
      </w:pPr>
      <w:r>
        <w:rPr>
          <w:rFonts w:ascii="Times New Roman" w:hAnsi="Times New Roman"/>
          <w:b w:val="0"/>
          <w:i w:val="0"/>
          <w:sz w:val="24"/>
        </w:rPr>
        <w:t>а) принёс (у-, пере-)</w:t>
      </w:r>
    </w:p>
    <w:p>
      <w:pPr>
        <w:keepNext/>
      </w:pPr>
      <w:r>
        <w:rPr>
          <w:rFonts w:ascii="Times New Roman" w:hAnsi="Times New Roman"/>
          <w:b w:val="0"/>
          <w:i w:val="0"/>
          <w:sz w:val="24"/>
        </w:rPr>
        <w:t>б) улетел (при-, вз-)</w:t>
      </w:r>
    </w:p>
    <w:p>
      <w:r>
        <w:rPr>
          <w:rFonts w:ascii="Times New Roman" w:hAnsi="Times New Roman"/>
          <w:b/>
          <w:color w:val="2E7D32"/>
          <w:sz w:val="24"/>
        </w:rPr>
        <w:t xml:space="preserve">Ответ: </w:t>
      </w:r>
      <w:r>
        <w:rPr>
          <w:rFonts w:ascii="Times New Roman" w:hAnsi="Times New Roman"/>
          <w:b w:val="0"/>
          <w:i w:val="0"/>
          <w:sz w:val="24"/>
        </w:rPr>
        <w:t>Объяснение значения: а) Унёс – унёс далеко. Перенёс – перенёс на другое место или повторно. б) Прилетел – приближение. Взлетел – поднялся вверх.</w:t>
      </w:r>
    </w:p>
    <w:p>
      <w:pPr>
        <w:keepNext/>
        <w:spacing w:before="120"/>
      </w:pPr>
      <w:r>
        <w:rPr>
          <w:rFonts w:ascii="Times New Roman" w:hAnsi="Times New Roman"/>
          <w:b/>
          <w:i w:val="0"/>
          <w:color w:val="C62828"/>
          <w:sz w:val="24"/>
        </w:rPr>
        <w:t xml:space="preserve">9. </w:t>
      </w:r>
      <w:r>
        <w:rPr>
          <w:rFonts w:ascii="Times New Roman" w:hAnsi="Times New Roman"/>
          <w:b w:val="0"/>
          <w:i w:val="0"/>
          <w:sz w:val="24"/>
        </w:rPr>
        <w:t>Составьте небольшой рассказ (2-3 предложения), используя слова с приставками: пришёл, увидел, сказал.</w:t>
      </w:r>
    </w:p>
    <w:p>
      <w:r>
        <w:rPr>
          <w:rFonts w:ascii="Times New Roman" w:hAnsi="Times New Roman"/>
          <w:b/>
          <w:color w:val="2E7D32"/>
          <w:sz w:val="24"/>
        </w:rPr>
        <w:t xml:space="preserve">Ответ: </w:t>
      </w:r>
      <w:r>
        <w:rPr>
          <w:rFonts w:ascii="Times New Roman" w:hAnsi="Times New Roman"/>
          <w:b w:val="0"/>
          <w:i w:val="0"/>
          <w:sz w:val="24"/>
        </w:rPr>
        <w:t xml:space="preserve">Пример рассказа: Мальчик </w:t>
      </w:r>
      <w:r>
        <w:rPr>
          <w:rFonts w:ascii="Times New Roman" w:hAnsi="Times New Roman"/>
          <w:b/>
          <w:i w:val="0"/>
          <w:sz w:val="24"/>
        </w:rPr>
        <w:t>пришёл</w:t>
      </w:r>
      <w:r>
        <w:rPr>
          <w:rFonts w:ascii="Times New Roman" w:hAnsi="Times New Roman"/>
          <w:b w:val="0"/>
          <w:i w:val="0"/>
          <w:sz w:val="24"/>
        </w:rPr>
        <w:t xml:space="preserve"> в парк. Он </w:t>
      </w:r>
      <w:r>
        <w:rPr>
          <w:rFonts w:ascii="Times New Roman" w:hAnsi="Times New Roman"/>
          <w:b/>
          <w:i w:val="0"/>
          <w:sz w:val="24"/>
        </w:rPr>
        <w:t>увидел</w:t>
      </w:r>
      <w:r>
        <w:rPr>
          <w:rFonts w:ascii="Times New Roman" w:hAnsi="Times New Roman"/>
          <w:b w:val="0"/>
          <w:i w:val="0"/>
          <w:sz w:val="24"/>
        </w:rPr>
        <w:t xml:space="preserve"> много детей. Он </w:t>
      </w:r>
      <w:r>
        <w:rPr>
          <w:rFonts w:ascii="Times New Roman" w:hAnsi="Times New Roman"/>
          <w:b/>
          <w:i w:val="0"/>
          <w:sz w:val="24"/>
        </w:rPr>
        <w:t>сказал</w:t>
      </w:r>
      <w:r>
        <w:rPr>
          <w:rFonts w:ascii="Times New Roman" w:hAnsi="Times New Roman"/>
          <w:b w:val="0"/>
          <w:i w:val="0"/>
          <w:sz w:val="24"/>
        </w:rPr>
        <w:t xml:space="preserve"> им: 'Привет!'</w:t>
      </w:r>
    </w:p>
    <w:p>
      <w:pPr>
        <w:keepNext/>
        <w:spacing w:before="120"/>
      </w:pPr>
      <w:r>
        <w:rPr>
          <w:rFonts w:ascii="Times New Roman" w:hAnsi="Times New Roman"/>
          <w:b/>
          <w:i w:val="0"/>
          <w:color w:val="C62828"/>
          <w:sz w:val="24"/>
        </w:rPr>
        <w:t xml:space="preserve">10. </w:t>
      </w:r>
      <w:r>
        <w:rPr>
          <w:rFonts w:ascii="Times New Roman" w:hAnsi="Times New Roman"/>
          <w:b w:val="0"/>
          <w:i w:val="0"/>
          <w:sz w:val="24"/>
        </w:rPr>
        <w:t>Найдите слова, в которых есть приставка, и обведите их:</w:t>
      </w:r>
    </w:p>
    <w:p>
      <w:pPr>
        <w:keepNext/>
      </w:pPr>
      <w:r>
        <w:rPr>
          <w:rFonts w:ascii="Times New Roman" w:hAnsi="Times New Roman"/>
          <w:b w:val="0"/>
          <w:i w:val="0"/>
          <w:sz w:val="24"/>
        </w:rPr>
        <w:t>прыгал, умылся, пел, перенёс, дом, принёс, взлетел, лес, уехал.</w:t>
      </w:r>
    </w:p>
    <w:p>
      <w:r>
        <w:rPr>
          <w:rFonts w:ascii="Times New Roman" w:hAnsi="Times New Roman"/>
          <w:b/>
          <w:color w:val="2E7D32"/>
          <w:sz w:val="24"/>
        </w:rPr>
        <w:t xml:space="preserve">Ответ: </w:t>
      </w:r>
      <w:r>
        <w:rPr>
          <w:rFonts w:ascii="Times New Roman" w:hAnsi="Times New Roman"/>
          <w:b w:val="0"/>
          <w:i w:val="0"/>
          <w:sz w:val="24"/>
        </w:rPr>
        <w:t xml:space="preserve">Обведены слова с приставками: </w:t>
      </w:r>
      <w:r>
        <w:rPr>
          <w:rFonts w:ascii="Times New Roman" w:hAnsi="Times New Roman"/>
          <w:b/>
          <w:i w:val="0"/>
          <w:sz w:val="24"/>
        </w:rPr>
        <w:t>умылся</w:t>
      </w:r>
      <w:r>
        <w:rPr>
          <w:rFonts w:ascii="Times New Roman" w:hAnsi="Times New Roman"/>
          <w:b w:val="0"/>
          <w:i w:val="0"/>
          <w:sz w:val="24"/>
        </w:rPr>
        <w:t xml:space="preserve">, </w:t>
      </w:r>
      <w:r>
        <w:rPr>
          <w:rFonts w:ascii="Times New Roman" w:hAnsi="Times New Roman"/>
          <w:b/>
          <w:i w:val="0"/>
          <w:sz w:val="24"/>
        </w:rPr>
        <w:t>перенёс</w:t>
      </w:r>
      <w:r>
        <w:rPr>
          <w:rFonts w:ascii="Times New Roman" w:hAnsi="Times New Roman"/>
          <w:b w:val="0"/>
          <w:i w:val="0"/>
          <w:sz w:val="24"/>
        </w:rPr>
        <w:t xml:space="preserve">, </w:t>
      </w:r>
      <w:r>
        <w:rPr>
          <w:rFonts w:ascii="Times New Roman" w:hAnsi="Times New Roman"/>
          <w:b/>
          <w:i w:val="0"/>
          <w:sz w:val="24"/>
        </w:rPr>
        <w:t>принёс</w:t>
      </w:r>
      <w:r>
        <w:rPr>
          <w:rFonts w:ascii="Times New Roman" w:hAnsi="Times New Roman"/>
          <w:b w:val="0"/>
          <w:i w:val="0"/>
          <w:sz w:val="24"/>
        </w:rPr>
        <w:t xml:space="preserve">, </w:t>
      </w:r>
      <w:r>
        <w:rPr>
          <w:rFonts w:ascii="Times New Roman" w:hAnsi="Times New Roman"/>
          <w:b/>
          <w:i w:val="0"/>
          <w:sz w:val="24"/>
        </w:rPr>
        <w:t>взлетел</w:t>
      </w:r>
      <w:r>
        <w:rPr>
          <w:rFonts w:ascii="Times New Roman" w:hAnsi="Times New Roman"/>
          <w:b w:val="0"/>
          <w:i w:val="0"/>
          <w:sz w:val="24"/>
        </w:rPr>
        <w:t xml:space="preserve">, </w:t>
      </w:r>
      <w:r>
        <w:rPr>
          <w:rFonts w:ascii="Times New Roman" w:hAnsi="Times New Roman"/>
          <w:b/>
          <w:i w:val="0"/>
          <w:sz w:val="24"/>
        </w:rPr>
        <w:t>уехал</w:t>
      </w:r>
      <w:r>
        <w:rPr>
          <w:rFonts w:ascii="Times New Roman" w:hAnsi="Times New Roman"/>
          <w:b w:val="0"/>
          <w:i w:val="0"/>
          <w:sz w:val="24"/>
        </w:rPr>
        <w:t>.</w:t>
      </w:r>
    </w:p>
    <w:p>
      <w:pPr>
        <w:keepNext/>
        <w:spacing w:before="280"/>
      </w:pPr>
      <w:r>
        <w:rPr>
          <w:rFonts w:ascii="Times New Roman" w:hAnsi="Times New Roman"/>
          <w:b/>
          <w:i w:val="0"/>
          <w:color w:val="6A1B9A"/>
          <w:sz w:val="26"/>
        </w:rPr>
        <w:t>IV. Закрепление новой темы</w:t>
      </w: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C2185B"/>
                <w:sz w:val="24"/>
              </w:rPr>
              <w:t>🖥 НА ЭЛЕКТРОННОЙ ДОСКЕ</w:t>
            </w:r>
          </w:p>
          <w:p>
            <w:pPr>
              <w:keepNext w:val="0"/>
            </w:pPr>
            <w:r>
              <w:rPr>
                <w:rFonts w:ascii="Times New Roman" w:hAnsi="Times New Roman"/>
                <w:b w:val="0"/>
                <w:i w:val="0"/>
                <w:sz w:val="24"/>
              </w:rPr>
              <w:t>Перетащи слова в нужные группы: слова с приставкой и слова без приставки.</w:t>
            </w:r>
          </w:p>
          <w:p>
            <w:pPr>
              <w:keepNext w:val="0"/>
            </w:pPr>
            <w:r>
              <w:rPr>
                <w:rFonts w:ascii="Times New Roman" w:hAnsi="Times New Roman"/>
                <w:b w:val="0"/>
                <w:i w:val="0"/>
                <w:sz w:val="24"/>
              </w:rPr>
              <w:t>1) подбежал</w:t>
            </w:r>
          </w:p>
          <w:p>
            <w:pPr>
              <w:keepNext w:val="0"/>
            </w:pPr>
            <w:r>
              <w:rPr>
                <w:rFonts w:ascii="Times New Roman" w:hAnsi="Times New Roman"/>
                <w:b w:val="0"/>
                <w:i w:val="0"/>
                <w:sz w:val="24"/>
              </w:rPr>
              <w:t>2) дом</w:t>
            </w:r>
          </w:p>
          <w:p>
            <w:pPr>
              <w:keepNext w:val="0"/>
            </w:pPr>
            <w:r>
              <w:rPr>
                <w:rFonts w:ascii="Times New Roman" w:hAnsi="Times New Roman"/>
                <w:b w:val="0"/>
                <w:i w:val="0"/>
                <w:sz w:val="24"/>
              </w:rPr>
              <w:t>3) забежал</w:t>
            </w:r>
          </w:p>
          <w:p>
            <w:pPr>
              <w:keepNext w:val="0"/>
            </w:pPr>
            <w:r>
              <w:rPr>
                <w:rFonts w:ascii="Times New Roman" w:hAnsi="Times New Roman"/>
                <w:b w:val="0"/>
                <w:i w:val="0"/>
                <w:sz w:val="24"/>
              </w:rPr>
              <w:t>4) лес</w:t>
            </w:r>
          </w:p>
          <w:p>
            <w:pPr>
              <w:keepNext w:val="0"/>
            </w:pPr>
            <w:r>
              <w:rPr>
                <w:rFonts w:ascii="Times New Roman" w:hAnsi="Times New Roman"/>
                <w:b w:val="0"/>
                <w:i w:val="0"/>
                <w:sz w:val="24"/>
              </w:rPr>
              <w:t>5) прибежал</w:t>
            </w:r>
          </w:p>
          <w:p>
            <w:pPr>
              <w:keepNext w:val="0"/>
            </w:pPr>
            <w:r>
              <w:rPr>
                <w:rFonts w:ascii="Times New Roman" w:hAnsi="Times New Roman"/>
                <w:b w:val="0"/>
                <w:i w:val="0"/>
                <w:sz w:val="24"/>
              </w:rPr>
              <w:t>6) сад</w:t>
            </w:r>
          </w:p>
          <w:p>
            <w:pPr>
              <w:keepNext w:val="0"/>
            </w:pPr>
            <w:r>
              <w:rPr>
                <w:rFonts w:ascii="Times New Roman" w:hAnsi="Times New Roman"/>
                <w:b w:val="0"/>
                <w:i w:val="0"/>
                <w:sz w:val="24"/>
              </w:rPr>
              <w:t>7) убежал</w:t>
            </w:r>
          </w:p>
          <w:p>
            <w:r>
              <w:rPr>
                <w:rFonts w:ascii="Times New Roman" w:hAnsi="Times New Roman"/>
                <w:b/>
                <w:sz w:val="24"/>
              </w:rPr>
              <w:t xml:space="preserve">Ответ (для учителя): </w:t>
            </w:r>
            <w:r>
              <w:rPr>
                <w:rFonts w:ascii="Times New Roman" w:hAnsi="Times New Roman"/>
                <w:b w:val="0"/>
                <w:i w:val="0"/>
                <w:sz w:val="24"/>
              </w:rPr>
              <w:t>Со словом: подбежал, забежал, прибежал, убежал. Без приставки: дом, лес, сад.</w:t>
            </w:r>
          </w:p>
        </w:tc>
      </w:tr>
    </w:tbl>
    <w:p>
      <w:pPr>
        <w:keepNext/>
        <w:spacing w:before="120"/>
      </w:pPr>
      <w:r>
        <w:rPr>
          <w:rFonts w:ascii="Times New Roman" w:hAnsi="Times New Roman"/>
          <w:b w:val="0"/>
          <w:i w:val="0"/>
          <w:sz w:val="24"/>
        </w:rPr>
        <w:t>1. Какое слово имеет приставку?</w:t>
      </w:r>
    </w:p>
    <w:p>
      <w:pPr>
        <w:keepNext/>
        <w:ind w:left="360"/>
      </w:pPr>
      <w:r>
        <w:rPr>
          <w:rFonts w:ascii="Times New Roman" w:hAnsi="Times New Roman"/>
          <w:b w:val="0"/>
          <w:i w:val="0"/>
          <w:sz w:val="24"/>
        </w:rPr>
        <w:t>A) бежал</w:t>
      </w:r>
    </w:p>
    <w:p>
      <w:pPr>
        <w:keepNext/>
        <w:ind w:left="360"/>
      </w:pPr>
      <w:r>
        <w:rPr>
          <w:rFonts w:ascii="Times New Roman" w:hAnsi="Times New Roman"/>
          <w:b w:val="0"/>
          <w:i w:val="0"/>
          <w:sz w:val="24"/>
        </w:rPr>
        <w:t>B) прибежал</w:t>
      </w:r>
    </w:p>
    <w:p>
      <w:pPr>
        <w:keepNext/>
        <w:ind w:left="360"/>
      </w:pPr>
      <w:r>
        <w:rPr>
          <w:rFonts w:ascii="Times New Roman" w:hAnsi="Times New Roman"/>
          <w:b w:val="0"/>
          <w:i w:val="0"/>
          <w:sz w:val="24"/>
        </w:rPr>
        <w:t>C) лежал</w:t>
      </w:r>
    </w:p>
    <w:p>
      <w:pPr>
        <w:keepNext/>
        <w:ind w:left="360"/>
      </w:pPr>
      <w:r>
        <w:rPr>
          <w:rFonts w:ascii="Times New Roman" w:hAnsi="Times New Roman"/>
          <w:b w:val="0"/>
          <w:i w:val="0"/>
          <w:sz w:val="24"/>
        </w:rPr>
        <w:t>D) бежал</w:t>
      </w:r>
    </w:p>
    <w:p>
      <w:r>
        <w:rPr>
          <w:rFonts w:ascii="Times New Roman" w:hAnsi="Times New Roman"/>
          <w:b/>
          <w:color w:val="2E7D32"/>
          <w:sz w:val="24"/>
        </w:rPr>
        <w:t xml:space="preserve">Правильный ответ: </w:t>
      </w:r>
      <w:r>
        <w:rPr>
          <w:rFonts w:ascii="Times New Roman" w:hAnsi="Times New Roman"/>
          <w:b w:val="0"/>
          <w:i w:val="0"/>
          <w:sz w:val="24"/>
        </w:rPr>
        <w:t>B) прибежал</w:t>
      </w:r>
    </w:p>
    <w:p>
      <w:pPr>
        <w:keepNext/>
        <w:spacing w:before="120"/>
      </w:pPr>
      <w:r>
        <w:rPr>
          <w:rFonts w:ascii="Times New Roman" w:hAnsi="Times New Roman"/>
          <w:b w:val="0"/>
          <w:i w:val="0"/>
          <w:sz w:val="24"/>
        </w:rPr>
        <w:t>2. Найди слово с приставкой 'за-'</w:t>
      </w:r>
    </w:p>
    <w:p>
      <w:pPr>
        <w:keepNext/>
        <w:ind w:left="360"/>
      </w:pPr>
      <w:r>
        <w:rPr>
          <w:rFonts w:ascii="Times New Roman" w:hAnsi="Times New Roman"/>
          <w:b w:val="0"/>
          <w:i w:val="0"/>
          <w:sz w:val="24"/>
        </w:rPr>
        <w:t>A) сад</w:t>
      </w:r>
    </w:p>
    <w:p>
      <w:pPr>
        <w:keepNext/>
        <w:ind w:left="360"/>
      </w:pPr>
      <w:r>
        <w:rPr>
          <w:rFonts w:ascii="Times New Roman" w:hAnsi="Times New Roman"/>
          <w:b w:val="0"/>
          <w:i w:val="0"/>
          <w:sz w:val="24"/>
        </w:rPr>
        <w:t>B) забыл</w:t>
      </w:r>
    </w:p>
    <w:p>
      <w:pPr>
        <w:keepNext/>
        <w:ind w:left="360"/>
      </w:pPr>
      <w:r>
        <w:rPr>
          <w:rFonts w:ascii="Times New Roman" w:hAnsi="Times New Roman"/>
          <w:b w:val="0"/>
          <w:i w:val="0"/>
          <w:sz w:val="24"/>
        </w:rPr>
        <w:t xml:space="preserve">C) </w:t>
      </w:r>
    </w:p>
    <w:p>
      <w:pPr>
        <w:keepNext/>
        <w:ind w:left="360"/>
      </w:pPr>
      <w:r>
        <w:rPr>
          <w:rFonts w:ascii="Times New Roman" w:hAnsi="Times New Roman"/>
          <w:b w:val="0"/>
          <w:i w:val="0"/>
          <w:sz w:val="24"/>
        </w:rPr>
        <w:t>D) завтра</w:t>
      </w:r>
    </w:p>
    <w:p>
      <w:r>
        <w:rPr>
          <w:rFonts w:ascii="Times New Roman" w:hAnsi="Times New Roman"/>
          <w:b/>
          <w:color w:val="2E7D32"/>
          <w:sz w:val="24"/>
        </w:rPr>
        <w:t xml:space="preserve">Правильный ответ: </w:t>
      </w:r>
      <w:r>
        <w:rPr>
          <w:rFonts w:ascii="Times New Roman" w:hAnsi="Times New Roman"/>
          <w:b w:val="0"/>
          <w:i w:val="0"/>
          <w:sz w:val="24"/>
        </w:rPr>
        <w:t>B) забыл</w:t>
      </w:r>
    </w:p>
    <w:p>
      <w:pPr>
        <w:keepNext/>
        <w:spacing w:before="120"/>
      </w:pPr>
      <w:r>
        <w:rPr>
          <w:rFonts w:ascii="Times New Roman" w:hAnsi="Times New Roman"/>
          <w:b w:val="0"/>
          <w:i w:val="0"/>
          <w:sz w:val="24"/>
        </w:rPr>
        <w:t>3. Какое слово НЕ имеет приставки?</w:t>
      </w:r>
    </w:p>
    <w:p>
      <w:pPr>
        <w:keepNext/>
        <w:ind w:left="360"/>
      </w:pPr>
      <w:r>
        <w:rPr>
          <w:rFonts w:ascii="Times New Roman" w:hAnsi="Times New Roman"/>
          <w:b w:val="0"/>
          <w:i w:val="0"/>
          <w:sz w:val="24"/>
        </w:rPr>
        <w:t>A) ушёл</w:t>
      </w:r>
    </w:p>
    <w:p>
      <w:pPr>
        <w:keepNext/>
        <w:ind w:left="360"/>
      </w:pPr>
      <w:r>
        <w:rPr>
          <w:rFonts w:ascii="Times New Roman" w:hAnsi="Times New Roman"/>
          <w:b w:val="0"/>
          <w:i w:val="0"/>
          <w:sz w:val="24"/>
        </w:rPr>
        <w:t>B) пришёл</w:t>
      </w:r>
    </w:p>
    <w:p>
      <w:pPr>
        <w:keepNext/>
        <w:ind w:left="360"/>
      </w:pPr>
      <w:r>
        <w:rPr>
          <w:rFonts w:ascii="Times New Roman" w:hAnsi="Times New Roman"/>
          <w:b w:val="0"/>
          <w:i w:val="0"/>
          <w:sz w:val="24"/>
        </w:rPr>
        <w:t>C) шёл</w:t>
      </w:r>
    </w:p>
    <w:p>
      <w:pPr>
        <w:keepNext/>
        <w:ind w:left="360"/>
      </w:pPr>
      <w:r>
        <w:rPr>
          <w:rFonts w:ascii="Times New Roman" w:hAnsi="Times New Roman"/>
          <w:b w:val="0"/>
          <w:i w:val="0"/>
          <w:sz w:val="24"/>
        </w:rPr>
        <w:t>D) зашёл</w:t>
      </w:r>
    </w:p>
    <w:p>
      <w:r>
        <w:rPr>
          <w:rFonts w:ascii="Times New Roman" w:hAnsi="Times New Roman"/>
          <w:b/>
          <w:color w:val="2E7D32"/>
          <w:sz w:val="24"/>
        </w:rPr>
        <w:t xml:space="preserve">Правильный ответ: </w:t>
      </w:r>
      <w:r>
        <w:rPr>
          <w:rFonts w:ascii="Times New Roman" w:hAnsi="Times New Roman"/>
          <w:b w:val="0"/>
          <w:i w:val="0"/>
          <w:sz w:val="24"/>
        </w:rPr>
        <w:t>C) шёл</w:t>
      </w:r>
    </w:p>
    <w:p>
      <w:pPr>
        <w:keepNext/>
        <w:spacing w:before="120"/>
      </w:pPr>
      <w:r>
        <w:rPr>
          <w:rFonts w:ascii="Times New Roman" w:hAnsi="Times New Roman"/>
          <w:b w:val="0"/>
          <w:i w:val="0"/>
          <w:sz w:val="24"/>
        </w:rPr>
        <w:t>4. Выбери слово, где приставка 'под-'</w:t>
      </w:r>
    </w:p>
    <w:p>
      <w:pPr>
        <w:keepNext/>
        <w:ind w:left="360"/>
      </w:pPr>
      <w:r>
        <w:rPr>
          <w:rFonts w:ascii="Times New Roman" w:hAnsi="Times New Roman"/>
          <w:b w:val="0"/>
          <w:i w:val="0"/>
          <w:sz w:val="24"/>
        </w:rPr>
        <w:t>A) дом</w:t>
      </w:r>
    </w:p>
    <w:p>
      <w:pPr>
        <w:keepNext/>
        <w:ind w:left="360"/>
      </w:pPr>
      <w:r>
        <w:rPr>
          <w:rFonts w:ascii="Times New Roman" w:hAnsi="Times New Roman"/>
          <w:b w:val="0"/>
          <w:i w:val="0"/>
          <w:sz w:val="24"/>
        </w:rPr>
        <w:t>B) подруга</w:t>
      </w:r>
    </w:p>
    <w:p>
      <w:pPr>
        <w:keepNext/>
        <w:ind w:left="360"/>
      </w:pPr>
      <w:r>
        <w:rPr>
          <w:rFonts w:ascii="Times New Roman" w:hAnsi="Times New Roman"/>
          <w:b w:val="0"/>
          <w:i w:val="0"/>
          <w:sz w:val="24"/>
        </w:rPr>
        <w:t>C) подарок</w:t>
      </w:r>
    </w:p>
    <w:p>
      <w:pPr>
        <w:keepNext/>
        <w:ind w:left="360"/>
      </w:pPr>
      <w:r>
        <w:rPr>
          <w:rFonts w:ascii="Times New Roman" w:hAnsi="Times New Roman"/>
          <w:b w:val="0"/>
          <w:i w:val="0"/>
          <w:sz w:val="24"/>
        </w:rPr>
        <w:t>D) подушка</w:t>
      </w:r>
    </w:p>
    <w:p>
      <w:r>
        <w:rPr>
          <w:rFonts w:ascii="Times New Roman" w:hAnsi="Times New Roman"/>
          <w:b/>
          <w:color w:val="2E7D32"/>
          <w:sz w:val="24"/>
        </w:rPr>
        <w:t xml:space="preserve">Правильный ответ: </w:t>
      </w:r>
      <w:r>
        <w:rPr>
          <w:rFonts w:ascii="Times New Roman" w:hAnsi="Times New Roman"/>
          <w:b w:val="0"/>
          <w:i w:val="0"/>
          <w:sz w:val="24"/>
        </w:rPr>
        <w:t>B) подруга</w:t>
      </w:r>
    </w:p>
    <w:p>
      <w:pPr>
        <w:keepNext/>
        <w:spacing w:before="120"/>
      </w:pPr>
      <w:r>
        <w:rPr>
          <w:rFonts w:ascii="Times New Roman" w:hAnsi="Times New Roman"/>
          <w:b w:val="0"/>
          <w:i w:val="0"/>
          <w:sz w:val="24"/>
        </w:rPr>
        <w:t>5. Какая часть слова стоит ПЕРЕД корнем и меняет его значение?</w:t>
      </w:r>
    </w:p>
    <w:p>
      <w:pPr>
        <w:keepNext/>
        <w:ind w:left="360"/>
      </w:pPr>
      <w:r>
        <w:rPr>
          <w:rFonts w:ascii="Times New Roman" w:hAnsi="Times New Roman"/>
          <w:b w:val="0"/>
          <w:i w:val="0"/>
          <w:sz w:val="24"/>
        </w:rPr>
        <w:t>A) Суффикс</w:t>
      </w:r>
    </w:p>
    <w:p>
      <w:pPr>
        <w:keepNext/>
        <w:ind w:left="360"/>
      </w:pPr>
      <w:r>
        <w:rPr>
          <w:rFonts w:ascii="Times New Roman" w:hAnsi="Times New Roman"/>
          <w:b w:val="0"/>
          <w:i w:val="0"/>
          <w:sz w:val="24"/>
        </w:rPr>
        <w:t>B) Окончание</w:t>
      </w:r>
    </w:p>
    <w:p>
      <w:pPr>
        <w:keepNext/>
        <w:ind w:left="360"/>
      </w:pPr>
      <w:r>
        <w:rPr>
          <w:rFonts w:ascii="Times New Roman" w:hAnsi="Times New Roman"/>
          <w:b w:val="0"/>
          <w:i w:val="0"/>
          <w:sz w:val="24"/>
        </w:rPr>
        <w:t>C) Приставка</w:t>
      </w:r>
    </w:p>
    <w:p>
      <w:pPr>
        <w:keepNext/>
        <w:ind w:left="360"/>
      </w:pPr>
      <w:r>
        <w:rPr>
          <w:rFonts w:ascii="Times New Roman" w:hAnsi="Times New Roman"/>
          <w:b w:val="0"/>
          <w:i w:val="0"/>
          <w:sz w:val="24"/>
        </w:rPr>
        <w:t>D) Корень</w:t>
      </w:r>
    </w:p>
    <w:p>
      <w:r>
        <w:rPr>
          <w:rFonts w:ascii="Times New Roman" w:hAnsi="Times New Roman"/>
          <w:b/>
          <w:color w:val="2E7D32"/>
          <w:sz w:val="24"/>
        </w:rPr>
        <w:t xml:space="preserve">Правильный ответ: </w:t>
      </w:r>
      <w:r>
        <w:rPr>
          <w:rFonts w:ascii="Times New Roman" w:hAnsi="Times New Roman"/>
          <w:b w:val="0"/>
          <w:i w:val="0"/>
          <w:sz w:val="24"/>
        </w:rPr>
        <w:t>C) Приставка</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FFE0B2"/>
          </w:tcPr>
          <w:p>
            <w:pPr>
              <w:jc w:val="center"/>
            </w:pPr>
            <w:r>
              <w:drawing>
                <wp:inline xmlns:a="http://schemas.openxmlformats.org/drawingml/2006/main" xmlns:pic="http://schemas.openxmlformats.org/drawingml/2006/picture">
                  <wp:extent cx="763986" cy="685800"/>
                  <wp:docPr id="6" name="Picture 6"/>
                  <wp:cNvGraphicFramePr>
                    <a:graphicFrameLocks noChangeAspect="1"/>
                  </wp:cNvGraphicFramePr>
                  <a:graphic>
                    <a:graphicData uri="http://schemas.openxmlformats.org/drawingml/2006/picture">
                      <pic:pic>
                        <pic:nvPicPr>
                          <pic:cNvPr id="0" name="logo.png"/>
                          <pic:cNvPicPr/>
                        </pic:nvPicPr>
                        <pic:blipFill>
                          <a:blip r:embed="rId15"/>
                          <a:stretch>
                            <a:fillRect/>
                          </a:stretch>
                        </pic:blipFill>
                        <pic:spPr>
                          <a:xfrm>
                            <a:off x="0" y="0"/>
                            <a:ext cx="763986" cy="685800"/>
                          </a:xfrm>
                          <a:prstGeom prst="rect"/>
                        </pic:spPr>
                      </pic:pic>
                    </a:graphicData>
                  </a:graphic>
                </wp:inline>
              </w:drawing>
            </w:r>
          </w:p>
        </w:tc>
        <w:tc>
          <w:tcPr>
            <w:tcW w:type="dxa" w:w="5328"/>
            <w:vAlign w:val="center"/>
            <w:shd w:val="clear" w:fill="FFE0B2"/>
          </w:tcPr>
          <w:p>
            <w:r>
              <w:rPr>
                <w:rFonts w:ascii="Times New Roman" w:hAnsi="Times New Roman"/>
                <w:b/>
                <w:color w:val="1976D2"/>
                <w:sz w:val="24"/>
              </w:rPr>
              <w:t>Задания soffia.uz для закрепления темы - откройте ссылку на электронной доске:</w:t>
            </w:r>
          </w:p>
          <w:p>
            <w:pPr>
              <w:keepNext w:val="0"/>
            </w:pPr>
            <w:r>
              <w:rPr>
                <w:rFonts w:ascii="Times New Roman" w:hAnsi="Times New Roman"/>
                <w:b w:val="0"/>
                <w:i w:val="0"/>
                <w:sz w:val="20"/>
              </w:rPr>
              <w:t>https://soffia.uz/uz/games/quiz/play?slug=pristavka</w:t>
            </w:r>
          </w:p>
        </w:tc>
        <w:tc>
          <w:tcPr>
            <w:tcW w:type="dxa" w:w="2160"/>
            <w:vAlign w:val="center"/>
            <w:shd w:val="clear" w:fill="FFE0B2"/>
          </w:tcPr>
          <w:p>
            <w:pPr>
              <w:jc w:val="center"/>
            </w:pPr>
            <w:r>
              <w:drawing>
                <wp:inline xmlns:a="http://schemas.openxmlformats.org/drawingml/2006/main" xmlns:pic="http://schemas.openxmlformats.org/drawingml/2006/picture">
                  <wp:extent cx="1051560" cy="1051560"/>
                  <wp:docPr id="7" name="Picture 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E65100"/>
          <w:sz w:val="26"/>
        </w:rPr>
        <w:t>V. Поощрение учащихся. Завершение урока.</w:t>
      </w:r>
    </w:p>
    <w:p>
      <w:pPr>
        <w:keepNext w:val="0"/>
      </w:pPr>
      <w:r>
        <w:rPr>
          <w:rFonts w:ascii="Times New Roman" w:hAnsi="Times New Roman"/>
          <w:b w:val="0"/>
          <w:i w:val="0"/>
          <w:sz w:val="24"/>
        </w:rPr>
        <w:t>Активно участвовавшие учащиеся поощряются карточками поощрения. Урок завершается, оценки объявляются.</w:t>
      </w:r>
    </w:p>
    <w:p>
      <w:pPr>
        <w:keepNext/>
        <w:spacing w:before="280"/>
      </w:pPr>
      <w:r>
        <w:rPr>
          <w:rFonts w:ascii="Times New Roman" w:hAnsi="Times New Roman"/>
          <w:b/>
          <w:i w:val="0"/>
          <w:color w:val="00838F"/>
          <w:sz w:val="26"/>
        </w:rPr>
        <w:t>VI. Домашнее задание</w:t>
      </w:r>
    </w:p>
    <w:p>
      <w:pPr>
        <w:keepNext/>
        <w:spacing w:before="120"/>
      </w:pPr>
      <w:r>
        <w:rPr>
          <w:rFonts w:ascii="Times New Roman" w:hAnsi="Times New Roman"/>
          <w:b/>
          <w:i w:val="0"/>
          <w:color w:val="C62828"/>
          <w:sz w:val="24"/>
        </w:rPr>
        <w:t xml:space="preserve">11. </w:t>
      </w:r>
      <w:r>
        <w:rPr>
          <w:rFonts w:ascii="Times New Roman" w:hAnsi="Times New Roman"/>
          <w:b w:val="0"/>
          <w:i w:val="0"/>
          <w:sz w:val="24"/>
        </w:rPr>
        <w:t xml:space="preserve">Вставьте пропущенные приставки в словах. Запишите слова с приставками. </w:t>
      </w:r>
    </w:p>
    <w:p>
      <w:pPr>
        <w:keepNext/>
      </w:pPr>
      <w:r>
        <w:rPr>
          <w:rFonts w:ascii="Times New Roman" w:hAnsi="Times New Roman"/>
          <w:b w:val="0"/>
          <w:i w:val="0"/>
          <w:sz w:val="24"/>
        </w:rPr>
        <w:t xml:space="preserve">а) дом а) дом </w:t>
      </w:r>
    </w:p>
    <w:p>
      <w:pPr>
        <w:keepNext/>
      </w:pPr>
      <w:r>
        <w:rPr>
          <w:rFonts w:ascii="Times New Roman" w:hAnsi="Times New Roman"/>
          <w:b w:val="0"/>
          <w:i w:val="0"/>
          <w:sz w:val="24"/>
        </w:rPr>
        <w:t xml:space="preserve">б) бежать б) бежать </w:t>
      </w:r>
    </w:p>
    <w:p>
      <w:pPr>
        <w:keepNext/>
      </w:pPr>
      <w:r>
        <w:rPr>
          <w:rFonts w:ascii="Times New Roman" w:hAnsi="Times New Roman"/>
          <w:b w:val="0"/>
          <w:i w:val="0"/>
          <w:sz w:val="24"/>
        </w:rPr>
        <w:t xml:space="preserve">в) летать в) летать </w:t>
      </w:r>
    </w:p>
    <w:p>
      <w:pPr>
        <w:keepNext/>
      </w:pPr>
      <w:r>
        <w:rPr>
          <w:rFonts w:ascii="Times New Roman" w:hAnsi="Times New Roman"/>
          <w:b w:val="0"/>
          <w:i w:val="0"/>
          <w:sz w:val="24"/>
        </w:rPr>
        <w:t>г) писать г) писать</w:t>
      </w:r>
    </w:p>
    <w:p>
      <w:r>
        <w:rPr>
          <w:rFonts w:ascii="Times New Roman" w:hAnsi="Times New Roman"/>
          <w:b/>
          <w:color w:val="2E7D32"/>
          <w:sz w:val="24"/>
        </w:rPr>
        <w:t xml:space="preserve">Ответ: </w:t>
      </w:r>
      <w:r>
        <w:rPr>
          <w:rFonts w:ascii="Times New Roman" w:hAnsi="Times New Roman"/>
          <w:b w:val="0"/>
          <w:i w:val="0"/>
          <w:sz w:val="24"/>
        </w:rPr>
        <w:t xml:space="preserve">а) </w:t>
      </w:r>
      <w:r>
        <w:rPr>
          <w:rFonts w:ascii="Times New Roman" w:hAnsi="Times New Roman"/>
          <w:b/>
          <w:i w:val="0"/>
          <w:sz w:val="24"/>
        </w:rPr>
        <w:t>при</w:t>
      </w:r>
      <w:r>
        <w:rPr>
          <w:rFonts w:ascii="Times New Roman" w:hAnsi="Times New Roman"/>
          <w:b w:val="0"/>
          <w:i w:val="0"/>
          <w:sz w:val="24"/>
        </w:rPr>
        <w:t>дом</w:t>
        <w:br/>
        <w:t xml:space="preserve">б) </w:t>
      </w:r>
      <w:r>
        <w:rPr>
          <w:rFonts w:ascii="Times New Roman" w:hAnsi="Times New Roman"/>
          <w:b/>
          <w:i w:val="0"/>
          <w:sz w:val="24"/>
        </w:rPr>
        <w:t>при</w:t>
      </w:r>
      <w:r>
        <w:rPr>
          <w:rFonts w:ascii="Times New Roman" w:hAnsi="Times New Roman"/>
          <w:b w:val="0"/>
          <w:i w:val="0"/>
          <w:sz w:val="24"/>
        </w:rPr>
        <w:t>бежать</w:t>
        <w:br/>
        <w:t xml:space="preserve">в) </w:t>
      </w:r>
      <w:r>
        <w:rPr>
          <w:rFonts w:ascii="Times New Roman" w:hAnsi="Times New Roman"/>
          <w:b/>
          <w:i w:val="0"/>
          <w:sz w:val="24"/>
        </w:rPr>
        <w:t>у</w:t>
      </w:r>
      <w:r>
        <w:rPr>
          <w:rFonts w:ascii="Times New Roman" w:hAnsi="Times New Roman"/>
          <w:b w:val="0"/>
          <w:i w:val="0"/>
          <w:sz w:val="24"/>
        </w:rPr>
        <w:t>летать</w:t>
        <w:br/>
        <w:t xml:space="preserve">г) </w:t>
      </w:r>
      <w:r>
        <w:rPr>
          <w:rFonts w:ascii="Times New Roman" w:hAnsi="Times New Roman"/>
          <w:b/>
          <w:i w:val="0"/>
          <w:sz w:val="24"/>
        </w:rPr>
        <w:t>на</w:t>
      </w:r>
      <w:r>
        <w:rPr>
          <w:rFonts w:ascii="Times New Roman" w:hAnsi="Times New Roman"/>
          <w:b w:val="0"/>
          <w:i w:val="0"/>
          <w:sz w:val="24"/>
        </w:rPr>
        <w:t>писать</w:t>
      </w:r>
    </w:p>
    <w:p>
      <w:pPr>
        <w:keepNext/>
        <w:spacing w:before="120"/>
      </w:pPr>
      <w:r>
        <w:rPr>
          <w:rFonts w:ascii="Times New Roman" w:hAnsi="Times New Roman"/>
          <w:b/>
          <w:i w:val="0"/>
          <w:color w:val="C62828"/>
          <w:sz w:val="24"/>
        </w:rPr>
        <w:t xml:space="preserve">12. </w:t>
      </w:r>
      <w:r>
        <w:rPr>
          <w:rFonts w:ascii="Times New Roman" w:hAnsi="Times New Roman"/>
          <w:b w:val="0"/>
          <w:i w:val="0"/>
          <w:sz w:val="24"/>
        </w:rPr>
        <w:t xml:space="preserve">Разберите слова по составу. Подчеркните приставку. </w:t>
      </w:r>
    </w:p>
    <w:p>
      <w:pPr>
        <w:keepNext/>
      </w:pPr>
      <w:r>
        <w:rPr>
          <w:rFonts w:ascii="Times New Roman" w:hAnsi="Times New Roman"/>
          <w:b w:val="0"/>
          <w:i w:val="0"/>
          <w:sz w:val="24"/>
        </w:rPr>
        <w:t xml:space="preserve">а) подошёл а) подошёл </w:t>
      </w:r>
    </w:p>
    <w:p>
      <w:pPr>
        <w:keepNext/>
      </w:pPr>
      <w:r>
        <w:rPr>
          <w:rFonts w:ascii="Times New Roman" w:hAnsi="Times New Roman"/>
          <w:b w:val="0"/>
          <w:i w:val="0"/>
          <w:sz w:val="24"/>
        </w:rPr>
        <w:t xml:space="preserve">б) забежал б) забежал </w:t>
      </w:r>
    </w:p>
    <w:p>
      <w:pPr>
        <w:keepNext/>
      </w:pPr>
      <w:r>
        <w:rPr>
          <w:rFonts w:ascii="Times New Roman" w:hAnsi="Times New Roman"/>
          <w:b w:val="0"/>
          <w:i w:val="0"/>
          <w:sz w:val="24"/>
        </w:rPr>
        <w:t xml:space="preserve">в) привез в) привез </w:t>
      </w:r>
    </w:p>
    <w:p>
      <w:pPr>
        <w:keepNext/>
      </w:pPr>
      <w:r>
        <w:rPr>
          <w:rFonts w:ascii="Times New Roman" w:hAnsi="Times New Roman"/>
          <w:b w:val="0"/>
          <w:i w:val="0"/>
          <w:sz w:val="24"/>
        </w:rPr>
        <w:t>г) ответ г) ответ</w:t>
      </w:r>
    </w:p>
    <w:p>
      <w:r>
        <w:rPr>
          <w:rFonts w:ascii="Times New Roman" w:hAnsi="Times New Roman"/>
          <w:b/>
          <w:color w:val="2E7D32"/>
          <w:sz w:val="24"/>
        </w:rPr>
        <w:t xml:space="preserve">Ответ: </w:t>
      </w:r>
      <w:r>
        <w:rPr>
          <w:rFonts w:ascii="Times New Roman" w:hAnsi="Times New Roman"/>
          <w:b w:val="0"/>
          <w:i w:val="0"/>
          <w:sz w:val="24"/>
        </w:rPr>
        <w:t xml:space="preserve">а) </w:t>
      </w:r>
      <w:r>
        <w:rPr>
          <w:rFonts w:ascii="Times New Roman" w:hAnsi="Times New Roman"/>
          <w:b/>
          <w:i w:val="0"/>
          <w:sz w:val="24"/>
        </w:rPr>
        <w:t>под</w:t>
      </w:r>
      <w:r>
        <w:rPr>
          <w:rFonts w:ascii="Times New Roman" w:hAnsi="Times New Roman"/>
          <w:b w:val="0"/>
          <w:i w:val="0"/>
          <w:sz w:val="24"/>
        </w:rPr>
        <w:t>ошёл</w:t>
        <w:br/>
        <w:t xml:space="preserve">б) </w:t>
      </w:r>
      <w:r>
        <w:rPr>
          <w:rFonts w:ascii="Times New Roman" w:hAnsi="Times New Roman"/>
          <w:b/>
          <w:i w:val="0"/>
          <w:sz w:val="24"/>
        </w:rPr>
        <w:t>за</w:t>
      </w:r>
      <w:r>
        <w:rPr>
          <w:rFonts w:ascii="Times New Roman" w:hAnsi="Times New Roman"/>
          <w:b w:val="0"/>
          <w:i w:val="0"/>
          <w:sz w:val="24"/>
        </w:rPr>
        <w:t>бежал</w:t>
        <w:br/>
        <w:t xml:space="preserve">в) </w:t>
      </w:r>
      <w:r>
        <w:rPr>
          <w:rFonts w:ascii="Times New Roman" w:hAnsi="Times New Roman"/>
          <w:b/>
          <w:i w:val="0"/>
          <w:sz w:val="24"/>
        </w:rPr>
        <w:t>при</w:t>
      </w:r>
      <w:r>
        <w:rPr>
          <w:rFonts w:ascii="Times New Roman" w:hAnsi="Times New Roman"/>
          <w:b w:val="0"/>
          <w:i w:val="0"/>
          <w:sz w:val="24"/>
        </w:rPr>
        <w:t>вез</w:t>
        <w:br/>
        <w:t xml:space="preserve">г) </w:t>
      </w:r>
      <w:r>
        <w:rPr>
          <w:rFonts w:ascii="Times New Roman" w:hAnsi="Times New Roman"/>
          <w:b/>
          <w:i w:val="0"/>
          <w:sz w:val="24"/>
        </w:rPr>
        <w:t>от</w:t>
      </w:r>
      <w:r>
        <w:rPr>
          <w:rFonts w:ascii="Times New Roman" w:hAnsi="Times New Roman"/>
          <w:b w:val="0"/>
          <w:i w:val="0"/>
          <w:sz w:val="24"/>
        </w:rPr>
        <w:t>вет</w:t>
      </w:r>
    </w:p>
    <w:p>
      <w:pPr>
        <w:keepNext/>
        <w:spacing w:before="120"/>
      </w:pPr>
      <w:r>
        <w:rPr>
          <w:rFonts w:ascii="Times New Roman" w:hAnsi="Times New Roman"/>
          <w:b/>
          <w:i w:val="0"/>
          <w:color w:val="C62828"/>
          <w:sz w:val="24"/>
        </w:rPr>
        <w:t xml:space="preserve">13. </w:t>
      </w:r>
      <w:r>
        <w:rPr>
          <w:rFonts w:ascii="Times New Roman" w:hAnsi="Times New Roman"/>
          <w:b w:val="0"/>
          <w:i w:val="0"/>
          <w:sz w:val="24"/>
        </w:rPr>
        <w:t xml:space="preserve">Составьте слова с данными приставками. </w:t>
      </w:r>
    </w:p>
    <w:p>
      <w:pPr>
        <w:keepNext/>
      </w:pPr>
      <w:r>
        <w:rPr>
          <w:rFonts w:ascii="Times New Roman" w:hAnsi="Times New Roman"/>
          <w:b w:val="0"/>
          <w:i w:val="0"/>
          <w:sz w:val="24"/>
        </w:rPr>
        <w:t xml:space="preserve">Приставки: </w:t>
      </w:r>
      <w:r>
        <w:rPr>
          <w:rFonts w:ascii="Times New Roman" w:hAnsi="Times New Roman"/>
          <w:b/>
          <w:i w:val="0"/>
          <w:color w:val="C2185B"/>
          <w:sz w:val="24"/>
        </w:rPr>
        <w:t>в-, за-, вы-, по-</w:t>
      </w:r>
      <w:r>
        <w:rPr>
          <w:rFonts w:ascii="Times New Roman" w:hAnsi="Times New Roman"/>
          <w:b w:val="0"/>
          <w:i w:val="0"/>
          <w:sz w:val="24"/>
        </w:rPr>
        <w:t xml:space="preserve"> </w:t>
      </w:r>
    </w:p>
    <w:p>
      <w:pPr>
        <w:keepNext/>
      </w:pPr>
      <w:r>
        <w:rPr>
          <w:rFonts w:ascii="Times New Roman" w:hAnsi="Times New Roman"/>
          <w:b w:val="0"/>
          <w:i w:val="0"/>
          <w:sz w:val="24"/>
        </w:rPr>
        <w:t xml:space="preserve">Слова: </w:t>
      </w:r>
      <w:r>
        <w:rPr>
          <w:rFonts w:ascii="Times New Roman" w:hAnsi="Times New Roman"/>
          <w:b/>
          <w:i w:val="0"/>
          <w:color w:val="C2185B"/>
          <w:sz w:val="24"/>
        </w:rPr>
        <w:t>бежать, ехать, лететь, носить</w:t>
      </w:r>
    </w:p>
    <w:p>
      <w:r>
        <w:rPr>
          <w:rFonts w:ascii="Times New Roman" w:hAnsi="Times New Roman"/>
          <w:b/>
          <w:color w:val="2E7D32"/>
          <w:sz w:val="24"/>
        </w:rPr>
        <w:t xml:space="preserve">Ответ: </w:t>
      </w:r>
      <w:r>
        <w:rPr>
          <w:rFonts w:ascii="Times New Roman" w:hAnsi="Times New Roman"/>
          <w:b w:val="0"/>
          <w:i w:val="0"/>
          <w:sz w:val="24"/>
        </w:rPr>
        <w:t xml:space="preserve">а) </w:t>
      </w:r>
      <w:r>
        <w:rPr>
          <w:rFonts w:ascii="Times New Roman" w:hAnsi="Times New Roman"/>
          <w:b/>
          <w:i w:val="0"/>
          <w:sz w:val="24"/>
        </w:rPr>
        <w:t>в</w:t>
      </w:r>
      <w:r>
        <w:rPr>
          <w:rFonts w:ascii="Times New Roman" w:hAnsi="Times New Roman"/>
          <w:b w:val="0"/>
          <w:i w:val="0"/>
          <w:sz w:val="24"/>
        </w:rPr>
        <w:t xml:space="preserve">бежать, </w:t>
      </w:r>
      <w:r>
        <w:rPr>
          <w:rFonts w:ascii="Times New Roman" w:hAnsi="Times New Roman"/>
          <w:b/>
          <w:i w:val="0"/>
          <w:sz w:val="24"/>
        </w:rPr>
        <w:t>за</w:t>
      </w:r>
      <w:r>
        <w:rPr>
          <w:rFonts w:ascii="Times New Roman" w:hAnsi="Times New Roman"/>
          <w:b w:val="0"/>
          <w:i w:val="0"/>
          <w:sz w:val="24"/>
        </w:rPr>
        <w:t xml:space="preserve">бежать, </w:t>
      </w:r>
      <w:r>
        <w:rPr>
          <w:rFonts w:ascii="Times New Roman" w:hAnsi="Times New Roman"/>
          <w:b/>
          <w:i w:val="0"/>
          <w:sz w:val="24"/>
        </w:rPr>
        <w:t>вы</w:t>
      </w:r>
      <w:r>
        <w:rPr>
          <w:rFonts w:ascii="Times New Roman" w:hAnsi="Times New Roman"/>
          <w:b w:val="0"/>
          <w:i w:val="0"/>
          <w:sz w:val="24"/>
        </w:rPr>
        <w:t xml:space="preserve">бежать, </w:t>
      </w:r>
      <w:r>
        <w:rPr>
          <w:rFonts w:ascii="Times New Roman" w:hAnsi="Times New Roman"/>
          <w:b/>
          <w:i w:val="0"/>
          <w:sz w:val="24"/>
        </w:rPr>
        <w:t>по</w:t>
      </w:r>
      <w:r>
        <w:rPr>
          <w:rFonts w:ascii="Times New Roman" w:hAnsi="Times New Roman"/>
          <w:b w:val="0"/>
          <w:i w:val="0"/>
          <w:sz w:val="24"/>
        </w:rPr>
        <w:t>бежать</w:t>
        <w:br/>
        <w:t xml:space="preserve">б) </w:t>
      </w:r>
      <w:r>
        <w:rPr>
          <w:rFonts w:ascii="Times New Roman" w:hAnsi="Times New Roman"/>
          <w:b/>
          <w:i w:val="0"/>
          <w:sz w:val="24"/>
        </w:rPr>
        <w:t>в</w:t>
      </w:r>
      <w:r>
        <w:rPr>
          <w:rFonts w:ascii="Times New Roman" w:hAnsi="Times New Roman"/>
          <w:b w:val="0"/>
          <w:i w:val="0"/>
          <w:sz w:val="24"/>
        </w:rPr>
        <w:t xml:space="preserve">ехать, </w:t>
      </w:r>
      <w:r>
        <w:rPr>
          <w:rFonts w:ascii="Times New Roman" w:hAnsi="Times New Roman"/>
          <w:b/>
          <w:i w:val="0"/>
          <w:sz w:val="24"/>
        </w:rPr>
        <w:t>за</w:t>
      </w:r>
      <w:r>
        <w:rPr>
          <w:rFonts w:ascii="Times New Roman" w:hAnsi="Times New Roman"/>
          <w:b w:val="0"/>
          <w:i w:val="0"/>
          <w:sz w:val="24"/>
        </w:rPr>
        <w:t xml:space="preserve">ехать, </w:t>
      </w:r>
      <w:r>
        <w:rPr>
          <w:rFonts w:ascii="Times New Roman" w:hAnsi="Times New Roman"/>
          <w:b/>
          <w:i w:val="0"/>
          <w:sz w:val="24"/>
        </w:rPr>
        <w:t>вы</w:t>
      </w:r>
      <w:r>
        <w:rPr>
          <w:rFonts w:ascii="Times New Roman" w:hAnsi="Times New Roman"/>
          <w:b w:val="0"/>
          <w:i w:val="0"/>
          <w:sz w:val="24"/>
        </w:rPr>
        <w:t xml:space="preserve">ехать, </w:t>
      </w:r>
      <w:r>
        <w:rPr>
          <w:rFonts w:ascii="Times New Roman" w:hAnsi="Times New Roman"/>
          <w:b/>
          <w:i w:val="0"/>
          <w:sz w:val="24"/>
        </w:rPr>
        <w:t>по</w:t>
      </w:r>
      <w:r>
        <w:rPr>
          <w:rFonts w:ascii="Times New Roman" w:hAnsi="Times New Roman"/>
          <w:b w:val="0"/>
          <w:i w:val="0"/>
          <w:sz w:val="24"/>
        </w:rPr>
        <w:t>ехать</w:t>
        <w:br/>
        <w:t xml:space="preserve">в) </w:t>
      </w:r>
      <w:r>
        <w:rPr>
          <w:rFonts w:ascii="Times New Roman" w:hAnsi="Times New Roman"/>
          <w:b/>
          <w:i w:val="0"/>
          <w:sz w:val="24"/>
        </w:rPr>
        <w:t>в</w:t>
      </w:r>
      <w:r>
        <w:rPr>
          <w:rFonts w:ascii="Times New Roman" w:hAnsi="Times New Roman"/>
          <w:b w:val="0"/>
          <w:i w:val="0"/>
          <w:sz w:val="24"/>
        </w:rPr>
        <w:t xml:space="preserve">лететь, </w:t>
      </w:r>
      <w:r>
        <w:rPr>
          <w:rFonts w:ascii="Times New Roman" w:hAnsi="Times New Roman"/>
          <w:b/>
          <w:i w:val="0"/>
          <w:sz w:val="24"/>
        </w:rPr>
        <w:t>за</w:t>
      </w:r>
      <w:r>
        <w:rPr>
          <w:rFonts w:ascii="Times New Roman" w:hAnsi="Times New Roman"/>
          <w:b w:val="0"/>
          <w:i w:val="0"/>
          <w:sz w:val="24"/>
        </w:rPr>
        <w:t xml:space="preserve">лететь, </w:t>
      </w:r>
      <w:r>
        <w:rPr>
          <w:rFonts w:ascii="Times New Roman" w:hAnsi="Times New Roman"/>
          <w:b/>
          <w:i w:val="0"/>
          <w:sz w:val="24"/>
        </w:rPr>
        <w:t>вы</w:t>
      </w:r>
      <w:r>
        <w:rPr>
          <w:rFonts w:ascii="Times New Roman" w:hAnsi="Times New Roman"/>
          <w:b w:val="0"/>
          <w:i w:val="0"/>
          <w:sz w:val="24"/>
        </w:rPr>
        <w:t xml:space="preserve">лететь, </w:t>
      </w:r>
      <w:r>
        <w:rPr>
          <w:rFonts w:ascii="Times New Roman" w:hAnsi="Times New Roman"/>
          <w:b/>
          <w:i w:val="0"/>
          <w:sz w:val="24"/>
        </w:rPr>
        <w:t>по</w:t>
      </w:r>
      <w:r>
        <w:rPr>
          <w:rFonts w:ascii="Times New Roman" w:hAnsi="Times New Roman"/>
          <w:b w:val="0"/>
          <w:i w:val="0"/>
          <w:sz w:val="24"/>
        </w:rPr>
        <w:t>лететь</w:t>
        <w:br/>
        <w:t xml:space="preserve">г) </w:t>
      </w:r>
      <w:r>
        <w:rPr>
          <w:rFonts w:ascii="Times New Roman" w:hAnsi="Times New Roman"/>
          <w:b/>
          <w:i w:val="0"/>
          <w:sz w:val="24"/>
        </w:rPr>
        <w:t>в</w:t>
      </w:r>
      <w:r>
        <w:rPr>
          <w:rFonts w:ascii="Times New Roman" w:hAnsi="Times New Roman"/>
          <w:b w:val="0"/>
          <w:i w:val="0"/>
          <w:sz w:val="24"/>
        </w:rPr>
        <w:t xml:space="preserve">носить, </w:t>
      </w:r>
      <w:r>
        <w:rPr>
          <w:rFonts w:ascii="Times New Roman" w:hAnsi="Times New Roman"/>
          <w:b/>
          <w:i w:val="0"/>
          <w:sz w:val="24"/>
        </w:rPr>
        <w:t>за</w:t>
      </w:r>
      <w:r>
        <w:rPr>
          <w:rFonts w:ascii="Times New Roman" w:hAnsi="Times New Roman"/>
          <w:b w:val="0"/>
          <w:i w:val="0"/>
          <w:sz w:val="24"/>
        </w:rPr>
        <w:t xml:space="preserve">носить, </w:t>
      </w:r>
      <w:r>
        <w:rPr>
          <w:rFonts w:ascii="Times New Roman" w:hAnsi="Times New Roman"/>
          <w:b/>
          <w:i w:val="0"/>
          <w:sz w:val="24"/>
        </w:rPr>
        <w:t>вы</w:t>
      </w:r>
      <w:r>
        <w:rPr>
          <w:rFonts w:ascii="Times New Roman" w:hAnsi="Times New Roman"/>
          <w:b w:val="0"/>
          <w:i w:val="0"/>
          <w:sz w:val="24"/>
        </w:rPr>
        <w:t xml:space="preserve">носить, </w:t>
      </w:r>
      <w:r>
        <w:rPr>
          <w:rFonts w:ascii="Times New Roman" w:hAnsi="Times New Roman"/>
          <w:b/>
          <w:i w:val="0"/>
          <w:sz w:val="24"/>
        </w:rPr>
        <w:t>по</w:t>
      </w:r>
      <w:r>
        <w:rPr>
          <w:rFonts w:ascii="Times New Roman" w:hAnsi="Times New Roman"/>
          <w:b w:val="0"/>
          <w:i w:val="0"/>
          <w:sz w:val="24"/>
        </w:rPr>
        <w:t>носить</w:t>
      </w:r>
    </w:p>
    <w:sectPr w:rsidR="00FC693F" w:rsidRPr="0006063C" w:rsidSect="00034616">
      <w:headerReference w:type="default" r:id="rId9"/>
      <w:pgSz w:w="11906" w:h="16838"/>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310" cy="10692130"/>
          <wp:wrapNone/>
          <wp:docPr id="1000" name="page-frame"/>
          <a:graphic xmlns:a="http://schemas.openxmlformats.org/drawingml/2006/main" xmlns:pic="http://schemas.openxmlformats.org/drawingml/2006/picture">
            <a:graphicData uri="http://schemas.openxmlformats.org/drawingml/2006/picture">
              <pic:pic>
                <pic:nvPicPr>
                  <pic:cNvPr id="0" name="frame_kids.png"/>
                  <pic:cNvPicPr/>
                </pic:nvPicPr>
                <pic:blipFill>
                  <a:blip r:embed="rId1"/>
                  <a:stretch>
                    <a:fillRect/>
                  </a:stretch>
                </pic:blipFill>
                <pic:spPr>
                  <a:xfrm>
                    <a:off x="0" y="0"/>
                    <a:ext cx="15748000" cy="222758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