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07" w:rsidRDefault="00286BAE" w:rsidP="00814B3B">
      <w:pPr>
        <w:spacing w:after="0"/>
        <w:jc w:val="center"/>
        <w:rPr>
          <w:b/>
        </w:rPr>
      </w:pPr>
      <w:r>
        <w:rPr>
          <w:b/>
        </w:rPr>
        <w:t>YER RESURSLARINI BOSHQARISHDA SUN’IY INTELLEKT ALGORITMLARINI QO‘LLAS</w:t>
      </w:r>
      <w:r w:rsidR="00814B3B">
        <w:rPr>
          <w:b/>
        </w:rPr>
        <w:t>H OR</w:t>
      </w:r>
      <w:r w:rsidR="00DB6EEC">
        <w:rPr>
          <w:b/>
        </w:rPr>
        <w:t>QALI HOSILDORLIKNI NAZORAT</w:t>
      </w:r>
      <w:r w:rsidR="00814B3B">
        <w:rPr>
          <w:b/>
        </w:rPr>
        <w:t xml:space="preserve"> </w:t>
      </w:r>
      <w:r>
        <w:rPr>
          <w:b/>
        </w:rPr>
        <w:t>QILISH</w:t>
      </w:r>
    </w:p>
    <w:p w:rsidR="00961038" w:rsidRPr="00814B3B" w:rsidRDefault="00961038" w:rsidP="00814B3B">
      <w:pPr>
        <w:spacing w:after="0"/>
        <w:jc w:val="center"/>
        <w:rPr>
          <w:b/>
        </w:rPr>
      </w:pPr>
      <w:bookmarkStart w:id="0" w:name="_GoBack"/>
      <w:bookmarkEnd w:id="0"/>
    </w:p>
    <w:p w:rsidR="00667607" w:rsidRDefault="00286BAE">
      <w:pPr>
        <w:spacing w:after="0"/>
      </w:pPr>
      <w:r>
        <w:rPr>
          <w:b/>
        </w:rPr>
        <w:br/>
        <w:t>Annotatsiya:</w:t>
      </w:r>
    </w:p>
    <w:p w:rsidR="00667607" w:rsidRDefault="00286BAE">
      <w:pPr>
        <w:spacing w:after="0"/>
      </w:pPr>
      <w:r>
        <w:t xml:space="preserve">Mazkur ilmiy tezisda yer resurslarini samarali boshqarishda sun’iy intellekt (AI) algoritmlaridan </w:t>
      </w:r>
      <w:proofErr w:type="spellStart"/>
      <w:r>
        <w:t>foydalanish</w:t>
      </w:r>
      <w:proofErr w:type="spellEnd"/>
      <w:r>
        <w:t xml:space="preserve"> </w:t>
      </w:r>
      <w:proofErr w:type="spellStart"/>
      <w:r>
        <w:t>asosida</w:t>
      </w:r>
      <w:proofErr w:type="spellEnd"/>
      <w:r>
        <w:t xml:space="preserve"> </w:t>
      </w:r>
      <w:proofErr w:type="spellStart"/>
      <w:r>
        <w:t>qishloq</w:t>
      </w:r>
      <w:proofErr w:type="spellEnd"/>
      <w:r>
        <w:t xml:space="preserve"> </w:t>
      </w:r>
      <w:proofErr w:type="spellStart"/>
      <w:r>
        <w:t>xo‘jaligi</w:t>
      </w:r>
      <w:proofErr w:type="spellEnd"/>
      <w:r>
        <w:t xml:space="preserve"> </w:t>
      </w:r>
      <w:proofErr w:type="spellStart"/>
      <w:r w:rsidR="0018752F">
        <w:t>ekinlari</w:t>
      </w:r>
      <w:proofErr w:type="spellEnd"/>
      <w:r w:rsidR="0018752F">
        <w:t xml:space="preserve"> </w:t>
      </w:r>
      <w:proofErr w:type="spellStart"/>
      <w:r w:rsidR="0018752F">
        <w:t>hosildorligini</w:t>
      </w:r>
      <w:proofErr w:type="spellEnd"/>
      <w:r w:rsidR="0018752F">
        <w:t xml:space="preserve"> </w:t>
      </w:r>
      <w:proofErr w:type="spellStart"/>
      <w:r w:rsidR="0018752F">
        <w:t>nazorat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masalalari</w:t>
      </w:r>
      <w:proofErr w:type="spellEnd"/>
      <w:r>
        <w:t xml:space="preserve"> </w:t>
      </w:r>
      <w:proofErr w:type="spellStart"/>
      <w:r>
        <w:t>yoritilgan</w:t>
      </w:r>
      <w:proofErr w:type="spellEnd"/>
      <w:r>
        <w:t xml:space="preserve">. Tadqiqotda mashinaviy o‘rganish algoritmlarining yer unumdorligi, iqlim omillari va agrotexnik ko‘rsatkichlar bilan bog‘liqligi </w:t>
      </w:r>
      <w:proofErr w:type="spellStart"/>
      <w:r>
        <w:t>tahlil</w:t>
      </w:r>
      <w:proofErr w:type="spellEnd"/>
      <w:r>
        <w:t xml:space="preserve"> </w:t>
      </w:r>
      <w:proofErr w:type="spellStart"/>
      <w:r>
        <w:t>qilinib</w:t>
      </w:r>
      <w:proofErr w:type="spellEnd"/>
      <w:r>
        <w:t xml:space="preserve">, </w:t>
      </w:r>
      <w:proofErr w:type="spellStart"/>
      <w:r>
        <w:t>muallifning</w:t>
      </w:r>
      <w:proofErr w:type="spellEnd"/>
      <w:r>
        <w:t xml:space="preserve">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muammoga</w:t>
      </w:r>
      <w:proofErr w:type="spellEnd"/>
      <w:r>
        <w:t xml:space="preserve"> </w:t>
      </w:r>
      <w:proofErr w:type="spellStart"/>
      <w:r>
        <w:t>nisbatan</w:t>
      </w:r>
      <w:proofErr w:type="spellEnd"/>
      <w:r>
        <w:t xml:space="preserve"> </w:t>
      </w:r>
      <w:proofErr w:type="spellStart"/>
      <w:r>
        <w:t>ilmiy</w:t>
      </w:r>
      <w:proofErr w:type="spellEnd"/>
      <w:r>
        <w:t xml:space="preserve"> </w:t>
      </w:r>
      <w:proofErr w:type="spellStart"/>
      <w:r>
        <w:t>qarashlari</w:t>
      </w:r>
      <w:proofErr w:type="spellEnd"/>
      <w:r>
        <w:t xml:space="preserve"> </w:t>
      </w:r>
      <w:proofErr w:type="spellStart"/>
      <w:r>
        <w:t>bayon</w:t>
      </w:r>
      <w:proofErr w:type="spellEnd"/>
      <w:r>
        <w:t xml:space="preserve"> </w:t>
      </w:r>
      <w:proofErr w:type="spellStart"/>
      <w:r>
        <w:t>etilgan</w:t>
      </w:r>
      <w:proofErr w:type="spellEnd"/>
      <w:r>
        <w:t>.</w:t>
      </w:r>
      <w:r>
        <w:rPr>
          <w:b/>
        </w:rPr>
        <w:br/>
        <w:t>Kalit so‘zlar:</w:t>
      </w:r>
    </w:p>
    <w:p w:rsidR="008F078B" w:rsidRDefault="00286BAE" w:rsidP="008F078B">
      <w:pPr>
        <w:spacing w:after="0"/>
      </w:pPr>
      <w:proofErr w:type="spellStart"/>
      <w:proofErr w:type="gramStart"/>
      <w:r>
        <w:t>sun’iy</w:t>
      </w:r>
      <w:proofErr w:type="spellEnd"/>
      <w:proofErr w:type="gramEnd"/>
      <w:r>
        <w:t xml:space="preserve"> </w:t>
      </w:r>
      <w:proofErr w:type="spellStart"/>
      <w:r>
        <w:t>intellekt</w:t>
      </w:r>
      <w:proofErr w:type="spellEnd"/>
      <w:r>
        <w:t xml:space="preserve">, </w:t>
      </w:r>
      <w:proofErr w:type="spellStart"/>
      <w:r>
        <w:t>yer</w:t>
      </w:r>
      <w:proofErr w:type="spellEnd"/>
      <w:r>
        <w:t xml:space="preserve"> </w:t>
      </w:r>
      <w:proofErr w:type="spellStart"/>
      <w:r>
        <w:t>re</w:t>
      </w:r>
      <w:r w:rsidR="00814B3B">
        <w:t>surslari</w:t>
      </w:r>
      <w:proofErr w:type="spellEnd"/>
      <w:r w:rsidR="00814B3B">
        <w:t xml:space="preserve">, </w:t>
      </w:r>
      <w:proofErr w:type="spellStart"/>
      <w:r w:rsidR="00814B3B">
        <w:t>hosildorlikni</w:t>
      </w:r>
      <w:proofErr w:type="spellEnd"/>
      <w:r w:rsidR="00814B3B">
        <w:t xml:space="preserve"> </w:t>
      </w:r>
      <w:proofErr w:type="spellStart"/>
      <w:r w:rsidR="00814B3B">
        <w:t>oshirish</w:t>
      </w:r>
      <w:proofErr w:type="spellEnd"/>
      <w:r w:rsidR="00814B3B">
        <w:t xml:space="preserve"> </w:t>
      </w:r>
      <w:proofErr w:type="spellStart"/>
      <w:r w:rsidR="00814B3B">
        <w:t>qilish</w:t>
      </w:r>
      <w:proofErr w:type="spellEnd"/>
      <w:r w:rsidR="00814B3B">
        <w:t xml:space="preserve">, </w:t>
      </w:r>
      <w:proofErr w:type="spellStart"/>
      <w:r w:rsidR="00814B3B">
        <w:t>qurilmalar</w:t>
      </w:r>
      <w:proofErr w:type="spellEnd"/>
      <w:r w:rsidR="00814B3B">
        <w:t xml:space="preserve"> </w:t>
      </w:r>
      <w:proofErr w:type="spellStart"/>
      <w:r w:rsidR="00814B3B">
        <w:t>orqali</w:t>
      </w:r>
      <w:proofErr w:type="spellEnd"/>
      <w:r w:rsidR="00814B3B">
        <w:t xml:space="preserve"> </w:t>
      </w:r>
      <w:r>
        <w:t xml:space="preserve"> </w:t>
      </w:r>
      <w:proofErr w:type="spellStart"/>
      <w:r>
        <w:t>o‘rganish</w:t>
      </w:r>
      <w:proofErr w:type="spellEnd"/>
      <w:r>
        <w:t xml:space="preserve">, </w:t>
      </w:r>
      <w:proofErr w:type="spellStart"/>
      <w:r>
        <w:t>agrotexnologiya</w:t>
      </w:r>
      <w:proofErr w:type="spellEnd"/>
      <w:r>
        <w:t>.</w:t>
      </w:r>
    </w:p>
    <w:p w:rsidR="008F078B" w:rsidRDefault="008F078B" w:rsidP="008F078B">
      <w:pPr>
        <w:spacing w:after="0"/>
      </w:pPr>
      <w:proofErr w:type="spellStart"/>
      <w:r>
        <w:t>Kirish</w:t>
      </w:r>
      <w:proofErr w:type="spellEnd"/>
      <w:r>
        <w:t xml:space="preserve">.  </w:t>
      </w:r>
      <w:r w:rsidRPr="008F078B">
        <w:t xml:space="preserve">Global </w:t>
      </w:r>
      <w:proofErr w:type="spellStart"/>
      <w:r w:rsidRPr="008F078B">
        <w:t>iqlim</w:t>
      </w:r>
      <w:proofErr w:type="spellEnd"/>
      <w:r w:rsidRPr="008F078B">
        <w:t xml:space="preserve"> </w:t>
      </w:r>
      <w:proofErr w:type="spellStart"/>
      <w:r w:rsidRPr="008F078B">
        <w:t>o‘zgarishi</w:t>
      </w:r>
      <w:proofErr w:type="spellEnd"/>
      <w:r w:rsidRPr="008F078B">
        <w:t xml:space="preserve"> </w:t>
      </w:r>
      <w:proofErr w:type="spellStart"/>
      <w:proofErr w:type="gramStart"/>
      <w:r w:rsidRPr="008F078B">
        <w:t>va</w:t>
      </w:r>
      <w:proofErr w:type="spellEnd"/>
      <w:proofErr w:type="gramEnd"/>
      <w:r w:rsidRPr="008F078B">
        <w:t xml:space="preserve"> </w:t>
      </w:r>
      <w:proofErr w:type="spellStart"/>
      <w:r w:rsidRPr="008F078B">
        <w:t>yer</w:t>
      </w:r>
      <w:proofErr w:type="spellEnd"/>
      <w:r w:rsidRPr="008F078B">
        <w:t xml:space="preserve"> </w:t>
      </w:r>
      <w:proofErr w:type="spellStart"/>
      <w:r w:rsidRPr="008F078B">
        <w:t>resurslarining</w:t>
      </w:r>
      <w:proofErr w:type="spellEnd"/>
      <w:r w:rsidRPr="008F078B">
        <w:t xml:space="preserve"> </w:t>
      </w:r>
      <w:proofErr w:type="spellStart"/>
      <w:r w:rsidRPr="008F078B">
        <w:t>degradatsiyasi</w:t>
      </w:r>
      <w:proofErr w:type="spellEnd"/>
      <w:r w:rsidRPr="008F078B">
        <w:t xml:space="preserve"> </w:t>
      </w:r>
      <w:proofErr w:type="spellStart"/>
      <w:r w:rsidRPr="008F078B">
        <w:t>sharoitida</w:t>
      </w:r>
      <w:proofErr w:type="spellEnd"/>
      <w:r w:rsidRPr="008F078B">
        <w:t xml:space="preserve"> </w:t>
      </w:r>
      <w:proofErr w:type="spellStart"/>
      <w:r w:rsidRPr="008F078B">
        <w:t>qishloq</w:t>
      </w:r>
      <w:proofErr w:type="spellEnd"/>
      <w:r w:rsidRPr="008F078B">
        <w:t xml:space="preserve"> </w:t>
      </w:r>
      <w:proofErr w:type="spellStart"/>
      <w:r w:rsidRPr="008F078B">
        <w:t>xo‘jaligida</w:t>
      </w:r>
      <w:proofErr w:type="spellEnd"/>
      <w:r w:rsidRPr="008F078B">
        <w:t xml:space="preserve"> </w:t>
      </w:r>
      <w:proofErr w:type="spellStart"/>
      <w:r w:rsidRPr="008F078B">
        <w:t>an’anaviy</w:t>
      </w:r>
      <w:proofErr w:type="spellEnd"/>
      <w:r w:rsidRPr="008F078B">
        <w:t xml:space="preserve"> </w:t>
      </w:r>
      <w:proofErr w:type="spellStart"/>
      <w:r w:rsidRPr="008F078B">
        <w:t>boshqaruv</w:t>
      </w:r>
      <w:proofErr w:type="spellEnd"/>
      <w:r w:rsidRPr="008F078B">
        <w:t xml:space="preserve"> </w:t>
      </w:r>
      <w:proofErr w:type="spellStart"/>
      <w:r w:rsidRPr="008F078B">
        <w:t>usullari</w:t>
      </w:r>
      <w:proofErr w:type="spellEnd"/>
      <w:r w:rsidRPr="008F078B">
        <w:t xml:space="preserve"> </w:t>
      </w:r>
      <w:proofErr w:type="spellStart"/>
      <w:r w:rsidRPr="008F078B">
        <w:t>o‘z</w:t>
      </w:r>
      <w:proofErr w:type="spellEnd"/>
      <w:r w:rsidRPr="008F078B">
        <w:t xml:space="preserve"> </w:t>
      </w:r>
      <w:proofErr w:type="spellStart"/>
      <w:r w:rsidRPr="008F078B">
        <w:t>samaradorligini</w:t>
      </w:r>
      <w:proofErr w:type="spellEnd"/>
      <w:r w:rsidRPr="008F078B">
        <w:t xml:space="preserve"> </w:t>
      </w:r>
      <w:proofErr w:type="spellStart"/>
      <w:r w:rsidRPr="008F078B">
        <w:t>yo‘qotmoqda</w:t>
      </w:r>
      <w:proofErr w:type="spellEnd"/>
      <w:r w:rsidRPr="008F078B">
        <w:t xml:space="preserve">. </w:t>
      </w:r>
      <w:proofErr w:type="spellStart"/>
      <w:r w:rsidRPr="008F078B">
        <w:t>Yer</w:t>
      </w:r>
      <w:proofErr w:type="spellEnd"/>
      <w:r w:rsidRPr="008F078B">
        <w:t xml:space="preserve"> </w:t>
      </w:r>
      <w:proofErr w:type="spellStart"/>
      <w:r w:rsidRPr="008F078B">
        <w:t>resurslarini</w:t>
      </w:r>
      <w:proofErr w:type="spellEnd"/>
      <w:r w:rsidRPr="008F078B">
        <w:t xml:space="preserve"> </w:t>
      </w:r>
      <w:proofErr w:type="spellStart"/>
      <w:r w:rsidRPr="008F078B">
        <w:t>oqilona</w:t>
      </w:r>
      <w:proofErr w:type="spellEnd"/>
      <w:r w:rsidRPr="008F078B">
        <w:t xml:space="preserve"> </w:t>
      </w:r>
      <w:proofErr w:type="spellStart"/>
      <w:r w:rsidRPr="008F078B">
        <w:t>boshqarish</w:t>
      </w:r>
      <w:proofErr w:type="spellEnd"/>
      <w:r w:rsidRPr="008F078B">
        <w:t xml:space="preserve"> </w:t>
      </w:r>
      <w:proofErr w:type="spellStart"/>
      <w:r w:rsidRPr="008F078B">
        <w:t>va</w:t>
      </w:r>
      <w:proofErr w:type="spellEnd"/>
      <w:r w:rsidRPr="008F078B">
        <w:t xml:space="preserve"> </w:t>
      </w:r>
      <w:proofErr w:type="spellStart"/>
      <w:r w:rsidRPr="008F078B">
        <w:t>kutilayotgan</w:t>
      </w:r>
      <w:proofErr w:type="spellEnd"/>
      <w:r w:rsidRPr="008F078B">
        <w:t xml:space="preserve"> </w:t>
      </w:r>
      <w:proofErr w:type="spellStart"/>
      <w:r w:rsidRPr="008F078B">
        <w:t>hosilni</w:t>
      </w:r>
      <w:proofErr w:type="spellEnd"/>
      <w:r w:rsidRPr="008F078B">
        <w:t xml:space="preserve"> </w:t>
      </w:r>
      <w:proofErr w:type="spellStart"/>
      <w:proofErr w:type="gramStart"/>
      <w:r w:rsidRPr="008F078B">
        <w:t>oldinda</w:t>
      </w:r>
      <w:r w:rsidR="0018752F">
        <w:t>n</w:t>
      </w:r>
      <w:proofErr w:type="spellEnd"/>
      <w:r w:rsidR="0018752F">
        <w:t xml:space="preserve">  </w:t>
      </w:r>
      <w:proofErr w:type="spellStart"/>
      <w:r w:rsidR="0018752F">
        <w:t>nazorat</w:t>
      </w:r>
      <w:proofErr w:type="spellEnd"/>
      <w:proofErr w:type="gramEnd"/>
      <w:r w:rsidRPr="008F078B">
        <w:t xml:space="preserve"> </w:t>
      </w:r>
      <w:proofErr w:type="spellStart"/>
      <w:r w:rsidRPr="008F078B">
        <w:t>qilish</w:t>
      </w:r>
      <w:proofErr w:type="spellEnd"/>
      <w:r w:rsidRPr="008F078B">
        <w:t xml:space="preserve"> </w:t>
      </w:r>
      <w:proofErr w:type="spellStart"/>
      <w:r w:rsidRPr="008F078B">
        <w:t>oziq-ovqat</w:t>
      </w:r>
      <w:proofErr w:type="spellEnd"/>
      <w:r w:rsidRPr="008F078B">
        <w:t xml:space="preserve"> </w:t>
      </w:r>
      <w:proofErr w:type="spellStart"/>
      <w:r w:rsidRPr="008F078B">
        <w:t>xavfsizligini</w:t>
      </w:r>
      <w:proofErr w:type="spellEnd"/>
      <w:r w:rsidRPr="008F078B">
        <w:t xml:space="preserve"> </w:t>
      </w:r>
      <w:proofErr w:type="spellStart"/>
      <w:r w:rsidRPr="008F078B">
        <w:t>ta'minlashning</w:t>
      </w:r>
      <w:proofErr w:type="spellEnd"/>
      <w:r w:rsidRPr="008F078B">
        <w:t xml:space="preserve"> </w:t>
      </w:r>
      <w:proofErr w:type="spellStart"/>
      <w:r w:rsidRPr="008F078B">
        <w:t>ustuvor</w:t>
      </w:r>
      <w:proofErr w:type="spellEnd"/>
      <w:r w:rsidRPr="008F078B">
        <w:t xml:space="preserve"> </w:t>
      </w:r>
      <w:proofErr w:type="spellStart"/>
      <w:r w:rsidRPr="008F078B">
        <w:t>yo‘nalishidir</w:t>
      </w:r>
      <w:proofErr w:type="spellEnd"/>
      <w:r w:rsidRPr="008F078B">
        <w:t xml:space="preserve">. </w:t>
      </w:r>
      <w:proofErr w:type="spellStart"/>
      <w:r w:rsidRPr="008F078B">
        <w:t>Sun’iy</w:t>
      </w:r>
      <w:proofErr w:type="spellEnd"/>
      <w:r w:rsidRPr="008F078B">
        <w:t xml:space="preserve"> </w:t>
      </w:r>
      <w:proofErr w:type="spellStart"/>
      <w:r w:rsidRPr="008F078B">
        <w:t>intellekt</w:t>
      </w:r>
      <w:proofErr w:type="spellEnd"/>
      <w:r w:rsidRPr="008F078B">
        <w:t xml:space="preserve"> (SI) </w:t>
      </w:r>
      <w:proofErr w:type="spellStart"/>
      <w:r w:rsidRPr="008F078B">
        <w:t>algoritmlari</w:t>
      </w:r>
      <w:proofErr w:type="spellEnd"/>
      <w:r w:rsidRPr="008F078B">
        <w:t xml:space="preserve"> </w:t>
      </w:r>
      <w:proofErr w:type="spellStart"/>
      <w:r w:rsidRPr="008F078B">
        <w:t>katta</w:t>
      </w:r>
      <w:proofErr w:type="spellEnd"/>
      <w:r w:rsidRPr="008F078B">
        <w:t xml:space="preserve"> </w:t>
      </w:r>
      <w:proofErr w:type="spellStart"/>
      <w:r w:rsidRPr="008F078B">
        <w:t>hajmdagi</w:t>
      </w:r>
      <w:proofErr w:type="spellEnd"/>
      <w:r w:rsidRPr="008F078B">
        <w:t xml:space="preserve"> </w:t>
      </w:r>
      <w:proofErr w:type="spellStart"/>
      <w:r w:rsidRPr="008F078B">
        <w:t>ma’lumotlarni</w:t>
      </w:r>
      <w:proofErr w:type="spellEnd"/>
      <w:r w:rsidRPr="008F078B">
        <w:t xml:space="preserve"> </w:t>
      </w:r>
      <w:proofErr w:type="spellStart"/>
      <w:r w:rsidRPr="008F078B">
        <w:t>tahlil</w:t>
      </w:r>
      <w:proofErr w:type="spellEnd"/>
      <w:r w:rsidRPr="008F078B">
        <w:t xml:space="preserve"> </w:t>
      </w:r>
      <w:proofErr w:type="spellStart"/>
      <w:r w:rsidRPr="008F078B">
        <w:t>qilish</w:t>
      </w:r>
      <w:proofErr w:type="spellEnd"/>
      <w:r w:rsidRPr="008F078B">
        <w:t xml:space="preserve"> </w:t>
      </w:r>
      <w:proofErr w:type="spellStart"/>
      <w:r w:rsidRPr="008F078B">
        <w:t>orqali</w:t>
      </w:r>
      <w:proofErr w:type="spellEnd"/>
      <w:r w:rsidRPr="008F078B">
        <w:t xml:space="preserve"> </w:t>
      </w:r>
      <w:proofErr w:type="spellStart"/>
      <w:r w:rsidRPr="008F078B">
        <w:t>inson</w:t>
      </w:r>
      <w:proofErr w:type="spellEnd"/>
      <w:r w:rsidRPr="008F078B">
        <w:t xml:space="preserve"> </w:t>
      </w:r>
      <w:proofErr w:type="spellStart"/>
      <w:proofErr w:type="gramStart"/>
      <w:r w:rsidRPr="008F078B">
        <w:t>ko‘zi</w:t>
      </w:r>
      <w:proofErr w:type="spellEnd"/>
      <w:proofErr w:type="gramEnd"/>
      <w:r w:rsidRPr="008F078B">
        <w:t xml:space="preserve"> </w:t>
      </w:r>
      <w:proofErr w:type="spellStart"/>
      <w:r w:rsidRPr="008F078B">
        <w:t>ilg‘amaydigan</w:t>
      </w:r>
      <w:proofErr w:type="spellEnd"/>
      <w:r w:rsidRPr="008F078B">
        <w:t xml:space="preserve"> </w:t>
      </w:r>
      <w:proofErr w:type="spellStart"/>
      <w:r w:rsidRPr="008F078B">
        <w:t>qonuniyatlarni</w:t>
      </w:r>
      <w:proofErr w:type="spellEnd"/>
      <w:r w:rsidRPr="008F078B">
        <w:t xml:space="preserve"> </w:t>
      </w:r>
      <w:proofErr w:type="spellStart"/>
      <w:r w:rsidRPr="008F078B">
        <w:t>aniqlash</w:t>
      </w:r>
      <w:proofErr w:type="spellEnd"/>
      <w:r w:rsidRPr="008F078B">
        <w:t xml:space="preserve"> </w:t>
      </w:r>
      <w:proofErr w:type="spellStart"/>
      <w:r w:rsidRPr="008F078B">
        <w:t>imkonini</w:t>
      </w:r>
      <w:proofErr w:type="spellEnd"/>
      <w:r w:rsidRPr="008F078B">
        <w:t xml:space="preserve"> </w:t>
      </w:r>
      <w:proofErr w:type="spellStart"/>
      <w:r w:rsidRPr="008F078B">
        <w:t>beradi</w:t>
      </w:r>
      <w:proofErr w:type="spellEnd"/>
      <w:r w:rsidRPr="008F078B">
        <w:t>.</w:t>
      </w:r>
      <w:r>
        <w:t xml:space="preserve">  </w:t>
      </w:r>
    </w:p>
    <w:p w:rsidR="008F078B" w:rsidRDefault="008F078B" w:rsidP="008F078B">
      <w:pPr>
        <w:spacing w:after="0"/>
      </w:pPr>
      <w:proofErr w:type="spellStart"/>
      <w:r>
        <w:t>Tadqiqot</w:t>
      </w:r>
      <w:proofErr w:type="spellEnd"/>
      <w:r>
        <w:t xml:space="preserve"> </w:t>
      </w:r>
      <w:proofErr w:type="spellStart"/>
      <w:r>
        <w:t>obyekti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usullari</w:t>
      </w:r>
      <w:proofErr w:type="spellEnd"/>
      <w:r>
        <w:t xml:space="preserve"> </w:t>
      </w:r>
    </w:p>
    <w:p w:rsidR="008F078B" w:rsidRDefault="008F078B" w:rsidP="008F078B">
      <w:pPr>
        <w:spacing w:after="0"/>
      </w:pPr>
      <w:proofErr w:type="spellStart"/>
      <w:r w:rsidRPr="008F078B">
        <w:t>Tadqiqotda</w:t>
      </w:r>
      <w:proofErr w:type="spellEnd"/>
      <w:r w:rsidRPr="008F078B">
        <w:t xml:space="preserve"> </w:t>
      </w:r>
      <w:proofErr w:type="spellStart"/>
      <w:r w:rsidRPr="008F078B">
        <w:t>yer</w:t>
      </w:r>
      <w:proofErr w:type="spellEnd"/>
      <w:r w:rsidRPr="008F078B">
        <w:t xml:space="preserve"> </w:t>
      </w:r>
      <w:proofErr w:type="spellStart"/>
      <w:r w:rsidRPr="008F078B">
        <w:t>resurslarining</w:t>
      </w:r>
      <w:proofErr w:type="spellEnd"/>
      <w:r w:rsidRPr="008F078B">
        <w:t xml:space="preserve"> </w:t>
      </w:r>
      <w:proofErr w:type="spellStart"/>
      <w:r w:rsidRPr="008F078B">
        <w:t>holatini</w:t>
      </w:r>
      <w:proofErr w:type="spellEnd"/>
      <w:r w:rsidRPr="008F078B">
        <w:t xml:space="preserve"> </w:t>
      </w:r>
      <w:proofErr w:type="spellStart"/>
      <w:r w:rsidRPr="008F078B">
        <w:t>baholash</w:t>
      </w:r>
      <w:proofErr w:type="spellEnd"/>
      <w:r w:rsidRPr="008F078B">
        <w:t xml:space="preserve"> </w:t>
      </w:r>
      <w:proofErr w:type="spellStart"/>
      <w:r w:rsidRPr="008F078B">
        <w:t>uchun</w:t>
      </w:r>
      <w:proofErr w:type="spellEnd"/>
      <w:r w:rsidRPr="008F078B">
        <w:t xml:space="preserve"> </w:t>
      </w:r>
      <w:proofErr w:type="spellStart"/>
      <w:r w:rsidRPr="008F078B">
        <w:t>quyidagi</w:t>
      </w:r>
      <w:proofErr w:type="spellEnd"/>
      <w:r w:rsidRPr="008F078B">
        <w:t xml:space="preserve"> </w:t>
      </w:r>
      <w:proofErr w:type="spellStart"/>
      <w:r w:rsidRPr="008F078B">
        <w:t>ma’lumotlar</w:t>
      </w:r>
      <w:proofErr w:type="spellEnd"/>
      <w:r w:rsidRPr="008F078B">
        <w:t xml:space="preserve"> </w:t>
      </w:r>
      <w:proofErr w:type="spellStart"/>
      <w:r w:rsidRPr="008F078B">
        <w:t>oqimi</w:t>
      </w:r>
      <w:proofErr w:type="spellEnd"/>
      <w:r w:rsidRPr="008F078B">
        <w:t xml:space="preserve"> </w:t>
      </w:r>
      <w:proofErr w:type="spellStart"/>
      <w:r w:rsidRPr="008F078B">
        <w:t>tahlil</w:t>
      </w:r>
      <w:proofErr w:type="spellEnd"/>
      <w:r w:rsidRPr="008F078B">
        <w:t xml:space="preserve"> </w:t>
      </w:r>
      <w:proofErr w:type="spellStart"/>
      <w:r w:rsidRPr="008F078B">
        <w:t>qilinadi</w:t>
      </w:r>
      <w:proofErr w:type="spellEnd"/>
      <w:r w:rsidRPr="008F078B">
        <w:t>:</w:t>
      </w:r>
    </w:p>
    <w:p w:rsidR="008F078B" w:rsidRDefault="008F078B" w:rsidP="008F078B">
      <w:pPr>
        <w:spacing w:after="0"/>
      </w:pPr>
      <w:proofErr w:type="spellStart"/>
      <w:r w:rsidRPr="008F078B">
        <w:rPr>
          <w:b/>
          <w:bCs/>
        </w:rPr>
        <w:t>Gidrometeorologik</w:t>
      </w:r>
      <w:proofErr w:type="spellEnd"/>
      <w:r w:rsidRPr="008F078B">
        <w:rPr>
          <w:b/>
          <w:bCs/>
        </w:rPr>
        <w:t xml:space="preserve"> </w:t>
      </w:r>
      <w:proofErr w:type="spellStart"/>
      <w:r w:rsidRPr="008F078B">
        <w:rPr>
          <w:b/>
          <w:bCs/>
        </w:rPr>
        <w:t>ma’lumotlar</w:t>
      </w:r>
      <w:proofErr w:type="spellEnd"/>
      <w:r w:rsidRPr="008F078B">
        <w:rPr>
          <w:b/>
          <w:bCs/>
        </w:rPr>
        <w:t>:</w:t>
      </w:r>
      <w:r w:rsidRPr="008F078B">
        <w:t xml:space="preserve"> </w:t>
      </w:r>
      <w:proofErr w:type="spellStart"/>
      <w:r w:rsidRPr="008F078B">
        <w:t>Harorat</w:t>
      </w:r>
      <w:proofErr w:type="spellEnd"/>
      <w:r w:rsidRPr="008F078B">
        <w:t xml:space="preserve">, </w:t>
      </w:r>
      <w:proofErr w:type="spellStart"/>
      <w:r w:rsidRPr="008F078B">
        <w:t>yog‘ingarchilik</w:t>
      </w:r>
      <w:proofErr w:type="spellEnd"/>
      <w:r w:rsidRPr="008F078B">
        <w:t xml:space="preserve"> </w:t>
      </w:r>
      <w:proofErr w:type="spellStart"/>
      <w:r w:rsidRPr="008F078B">
        <w:t>va</w:t>
      </w:r>
      <w:proofErr w:type="spellEnd"/>
      <w:r w:rsidRPr="008F078B">
        <w:t xml:space="preserve"> </w:t>
      </w:r>
      <w:proofErr w:type="spellStart"/>
      <w:r w:rsidRPr="008F078B">
        <w:t>bug‘lanish</w:t>
      </w:r>
      <w:proofErr w:type="spellEnd"/>
      <w:r w:rsidRPr="008F078B">
        <w:t xml:space="preserve"> </w:t>
      </w:r>
      <w:proofErr w:type="spellStart"/>
      <w:r w:rsidRPr="008F078B">
        <w:t>darajasi</w:t>
      </w:r>
      <w:proofErr w:type="spellEnd"/>
      <w:r w:rsidRPr="008F078B">
        <w:t>.</w:t>
      </w:r>
    </w:p>
    <w:p w:rsidR="00814B3B" w:rsidRDefault="008F078B" w:rsidP="00814B3B">
      <w:pPr>
        <w:spacing w:after="0"/>
      </w:pPr>
      <w:proofErr w:type="spellStart"/>
      <w:r w:rsidRPr="008F078B">
        <w:rPr>
          <w:b/>
          <w:bCs/>
        </w:rPr>
        <w:t>Edafik</w:t>
      </w:r>
      <w:proofErr w:type="spellEnd"/>
      <w:r w:rsidRPr="008F078B">
        <w:rPr>
          <w:b/>
          <w:bCs/>
        </w:rPr>
        <w:t xml:space="preserve"> (</w:t>
      </w:r>
      <w:proofErr w:type="spellStart"/>
      <w:r w:rsidRPr="008F078B">
        <w:rPr>
          <w:b/>
          <w:bCs/>
        </w:rPr>
        <w:t>tuproq</w:t>
      </w:r>
      <w:proofErr w:type="spellEnd"/>
      <w:r w:rsidRPr="008F078B">
        <w:rPr>
          <w:b/>
          <w:bCs/>
        </w:rPr>
        <w:t xml:space="preserve">) </w:t>
      </w:r>
      <w:proofErr w:type="spellStart"/>
      <w:r w:rsidRPr="008F078B">
        <w:rPr>
          <w:b/>
          <w:bCs/>
        </w:rPr>
        <w:t>omillar</w:t>
      </w:r>
      <w:proofErr w:type="spellEnd"/>
      <w:r w:rsidRPr="008F078B">
        <w:rPr>
          <w:b/>
          <w:bCs/>
        </w:rPr>
        <w:t>:</w:t>
      </w:r>
      <w:r w:rsidRPr="008F078B">
        <w:t xml:space="preserve"> </w:t>
      </w:r>
      <w:proofErr w:type="spellStart"/>
      <w:r w:rsidRPr="008F078B">
        <w:t>Namlik</w:t>
      </w:r>
      <w:proofErr w:type="spellEnd"/>
      <w:r w:rsidRPr="008F078B">
        <w:t xml:space="preserve">, </w:t>
      </w:r>
      <w:proofErr w:type="spellStart"/>
      <w:r w:rsidRPr="008F078B">
        <w:t>sho‘rlanish</w:t>
      </w:r>
      <w:proofErr w:type="spellEnd"/>
      <w:r w:rsidRPr="008F078B">
        <w:t xml:space="preserve"> </w:t>
      </w:r>
      <w:proofErr w:type="spellStart"/>
      <w:r w:rsidRPr="008F078B">
        <w:t>darajasi</w:t>
      </w:r>
      <w:proofErr w:type="spellEnd"/>
      <w:r w:rsidRPr="008F078B">
        <w:t xml:space="preserve"> </w:t>
      </w:r>
      <w:proofErr w:type="spellStart"/>
      <w:proofErr w:type="gramStart"/>
      <w:r w:rsidRPr="008F078B">
        <w:t>va</w:t>
      </w:r>
      <w:proofErr w:type="spellEnd"/>
      <w:proofErr w:type="gramEnd"/>
      <w:r w:rsidRPr="008F078B">
        <w:t xml:space="preserve"> </w:t>
      </w:r>
      <w:proofErr w:type="spellStart"/>
      <w:r w:rsidRPr="008F078B">
        <w:t>ozuqa</w:t>
      </w:r>
      <w:proofErr w:type="spellEnd"/>
      <w:r w:rsidRPr="008F078B">
        <w:t xml:space="preserve"> </w:t>
      </w:r>
      <w:proofErr w:type="spellStart"/>
      <w:r w:rsidRPr="008F078B">
        <w:t>elementlari</w:t>
      </w:r>
      <w:proofErr w:type="spellEnd"/>
      <w:r w:rsidRPr="008F078B">
        <w:t xml:space="preserve"> (</w:t>
      </w:r>
      <w:r w:rsidRPr="008F078B">
        <w:rPr>
          <w:rStyle w:val="math-inline"/>
        </w:rPr>
        <w:t>N, P, K</w:t>
      </w:r>
      <w:r w:rsidR="0018752F">
        <w:t xml:space="preserve"> </w:t>
      </w:r>
      <w:proofErr w:type="spellStart"/>
      <w:r w:rsidR="0018752F">
        <w:t>natriy</w:t>
      </w:r>
      <w:proofErr w:type="spellEnd"/>
      <w:r w:rsidR="0018752F">
        <w:t xml:space="preserve"> </w:t>
      </w:r>
      <w:proofErr w:type="spellStart"/>
      <w:r w:rsidR="0018752F">
        <w:t>fosfor</w:t>
      </w:r>
      <w:proofErr w:type="spellEnd"/>
      <w:r w:rsidR="0018752F">
        <w:t xml:space="preserve"> </w:t>
      </w:r>
      <w:proofErr w:type="spellStart"/>
      <w:r w:rsidR="0018752F">
        <w:t>kaliy</w:t>
      </w:r>
      <w:proofErr w:type="spellEnd"/>
      <w:r w:rsidRPr="008F078B">
        <w:t>).</w:t>
      </w:r>
      <w:r w:rsidR="0018752F">
        <w:t xml:space="preserve">  </w:t>
      </w:r>
    </w:p>
    <w:p w:rsidR="008F078B" w:rsidRDefault="008F078B" w:rsidP="00814B3B">
      <w:pPr>
        <w:spacing w:after="0"/>
      </w:pPr>
      <w:proofErr w:type="spellStart"/>
      <w:r w:rsidRPr="008F078B">
        <w:rPr>
          <w:b/>
          <w:bCs/>
        </w:rPr>
        <w:t>Masofaviy</w:t>
      </w:r>
      <w:proofErr w:type="spellEnd"/>
      <w:r w:rsidRPr="008F078B">
        <w:rPr>
          <w:b/>
          <w:bCs/>
        </w:rPr>
        <w:t xml:space="preserve"> </w:t>
      </w:r>
      <w:proofErr w:type="spellStart"/>
      <w:r w:rsidRPr="008F078B">
        <w:rPr>
          <w:b/>
          <w:bCs/>
        </w:rPr>
        <w:t>zondlash</w:t>
      </w:r>
      <w:proofErr w:type="spellEnd"/>
      <w:r w:rsidRPr="008F078B">
        <w:rPr>
          <w:b/>
          <w:bCs/>
        </w:rPr>
        <w:t xml:space="preserve"> </w:t>
      </w:r>
      <w:proofErr w:type="spellStart"/>
      <w:r w:rsidRPr="008F078B">
        <w:rPr>
          <w:b/>
          <w:bCs/>
        </w:rPr>
        <w:t>ma’lumotlari</w:t>
      </w:r>
      <w:proofErr w:type="spellEnd"/>
      <w:r w:rsidRPr="008F078B">
        <w:rPr>
          <w:b/>
          <w:bCs/>
        </w:rPr>
        <w:t>:</w:t>
      </w:r>
      <w:r w:rsidRPr="008F078B">
        <w:t xml:space="preserve"> </w:t>
      </w:r>
      <w:proofErr w:type="spellStart"/>
      <w:r w:rsidRPr="008F078B">
        <w:t>Sun’iy</w:t>
      </w:r>
      <w:proofErr w:type="spellEnd"/>
      <w:r w:rsidRPr="008F078B">
        <w:t xml:space="preserve"> </w:t>
      </w:r>
      <w:proofErr w:type="spellStart"/>
      <w:r w:rsidRPr="008F078B">
        <w:t>yo‘ldoshlardan</w:t>
      </w:r>
      <w:proofErr w:type="spellEnd"/>
      <w:r w:rsidRPr="008F078B">
        <w:t xml:space="preserve"> </w:t>
      </w:r>
      <w:proofErr w:type="spellStart"/>
      <w:r w:rsidRPr="008F078B">
        <w:t>olingan</w:t>
      </w:r>
      <w:proofErr w:type="spellEnd"/>
      <w:r w:rsidRPr="008F078B">
        <w:t xml:space="preserve"> </w:t>
      </w:r>
      <w:r w:rsidRPr="008F078B">
        <w:rPr>
          <w:b/>
          <w:bCs/>
        </w:rPr>
        <w:t>NDVI</w:t>
      </w:r>
      <w:r w:rsidRPr="008F078B">
        <w:t xml:space="preserve"> (Normalized Difference Vegetation Index) </w:t>
      </w:r>
      <w:proofErr w:type="spellStart"/>
      <w:r w:rsidRPr="008F078B">
        <w:t>ko‘rsatkichlari</w:t>
      </w:r>
      <w:proofErr w:type="spellEnd"/>
      <w:r w:rsidRPr="008F078B">
        <w:t>.</w:t>
      </w:r>
    </w:p>
    <w:p w:rsidR="00814B3B" w:rsidRDefault="00814B3B" w:rsidP="00814B3B">
      <w:pPr>
        <w:spacing w:after="0"/>
      </w:pPr>
      <w:proofErr w:type="spellStart"/>
      <w:r>
        <w:t>An'anaviy</w:t>
      </w:r>
      <w:proofErr w:type="spellEnd"/>
      <w:r>
        <w:t xml:space="preserve"> </w:t>
      </w:r>
      <w:proofErr w:type="spellStart"/>
      <w:r>
        <w:t>usullardan</w:t>
      </w:r>
      <w:proofErr w:type="spellEnd"/>
      <w:r>
        <w:t xml:space="preserve"> </w:t>
      </w:r>
      <w:proofErr w:type="spellStart"/>
      <w:r>
        <w:t>farqli</w:t>
      </w:r>
      <w:proofErr w:type="spellEnd"/>
      <w:r>
        <w:t xml:space="preserve"> </w:t>
      </w:r>
      <w:proofErr w:type="spellStart"/>
      <w:r>
        <w:t>o'laroq</w:t>
      </w:r>
      <w:proofErr w:type="spellEnd"/>
      <w:r>
        <w:t xml:space="preserve">, SI </w:t>
      </w:r>
      <w:proofErr w:type="spellStart"/>
      <w:r>
        <w:t>modeli</w:t>
      </w:r>
      <w:proofErr w:type="spellEnd"/>
      <w:r>
        <w:t xml:space="preserve"> </w:t>
      </w:r>
      <w:proofErr w:type="spellStart"/>
      <w:r>
        <w:t>o'tmishdagi</w:t>
      </w:r>
      <w:proofErr w:type="spellEnd"/>
      <w:r>
        <w:t xml:space="preserve"> </w:t>
      </w:r>
      <w:proofErr w:type="spellStart"/>
      <w:r>
        <w:t>hosildorlik</w:t>
      </w:r>
      <w:proofErr w:type="spellEnd"/>
      <w:r>
        <w:t xml:space="preserve"> </w:t>
      </w:r>
      <w:proofErr w:type="spellStart"/>
      <w:r>
        <w:t>ko'rsatkichlarini</w:t>
      </w:r>
      <w:proofErr w:type="spellEnd"/>
      <w:r>
        <w:t xml:space="preserve"> </w:t>
      </w:r>
      <w:proofErr w:type="spellStart"/>
      <w:r>
        <w:t>hozirgi</w:t>
      </w:r>
      <w:proofErr w:type="spellEnd"/>
      <w:r>
        <w:t xml:space="preserve"> </w:t>
      </w:r>
      <w:proofErr w:type="spellStart"/>
      <w:r>
        <w:t>vegetatsiya</w:t>
      </w:r>
      <w:proofErr w:type="spellEnd"/>
      <w:r>
        <w:t xml:space="preserve"> </w:t>
      </w:r>
      <w:proofErr w:type="spellStart"/>
      <w:r>
        <w:t>holati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solishtirib</w:t>
      </w:r>
      <w:proofErr w:type="spellEnd"/>
      <w:r>
        <w:t xml:space="preserve">, </w:t>
      </w:r>
      <w:r>
        <w:rPr>
          <w:b/>
          <w:bCs/>
        </w:rPr>
        <w:t>90-92%</w:t>
      </w:r>
      <w:r>
        <w:t xml:space="preserve"> </w:t>
      </w:r>
      <w:proofErr w:type="spellStart"/>
      <w:r>
        <w:t>aniqlikdagi</w:t>
      </w:r>
      <w:proofErr w:type="spellEnd"/>
      <w:r>
        <w:t xml:space="preserve"> </w:t>
      </w:r>
      <w:proofErr w:type="spellStart"/>
      <w:r>
        <w:t>prognozni</w:t>
      </w:r>
      <w:proofErr w:type="spellEnd"/>
      <w:r>
        <w:t xml:space="preserve"> </w:t>
      </w:r>
      <w:proofErr w:type="spellStart"/>
      <w:r>
        <w:t>shakllantiradi</w:t>
      </w:r>
      <w:proofErr w:type="spellEnd"/>
      <w:r>
        <w:t xml:space="preserve">. Bu </w:t>
      </w:r>
      <w:proofErr w:type="spellStart"/>
      <w:r>
        <w:t>esa</w:t>
      </w:r>
      <w:proofErr w:type="spellEnd"/>
      <w:r>
        <w:t xml:space="preserve"> </w:t>
      </w:r>
      <w:proofErr w:type="spellStart"/>
      <w:r>
        <w:t>fermer</w:t>
      </w:r>
      <w:proofErr w:type="spellEnd"/>
      <w:r>
        <w:t xml:space="preserve"> </w:t>
      </w:r>
      <w:proofErr w:type="spellStart"/>
      <w:r>
        <w:t>xo‘jaliklariga</w:t>
      </w:r>
      <w:proofErr w:type="spellEnd"/>
      <w:r>
        <w:t xml:space="preserve"> </w:t>
      </w:r>
      <w:proofErr w:type="spellStart"/>
      <w:r>
        <w:t>o‘g‘itlash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sug‘orish</w:t>
      </w:r>
      <w:proofErr w:type="spellEnd"/>
      <w:r>
        <w:t xml:space="preserve"> </w:t>
      </w:r>
      <w:proofErr w:type="spellStart"/>
      <w:r>
        <w:t>ishlarini</w:t>
      </w:r>
      <w:proofErr w:type="spellEnd"/>
      <w:r>
        <w:t xml:space="preserve"> </w:t>
      </w:r>
      <w:proofErr w:type="spellStart"/>
      <w:r>
        <w:t>muddatidan</w:t>
      </w:r>
      <w:proofErr w:type="spellEnd"/>
      <w:r>
        <w:t xml:space="preserve"> </w:t>
      </w:r>
      <w:proofErr w:type="spellStart"/>
      <w:r>
        <w:t>oldin</w:t>
      </w:r>
      <w:proofErr w:type="spellEnd"/>
      <w:r>
        <w:t xml:space="preserve"> </w:t>
      </w:r>
      <w:proofErr w:type="spellStart"/>
      <w:r>
        <w:t>rejalashtirish</w:t>
      </w:r>
      <w:proofErr w:type="spellEnd"/>
      <w:r>
        <w:t xml:space="preserve"> </w:t>
      </w:r>
      <w:proofErr w:type="spellStart"/>
      <w:r>
        <w:t>imkonini</w:t>
      </w:r>
      <w:proofErr w:type="spellEnd"/>
      <w:r>
        <w:t xml:space="preserve"> </w:t>
      </w:r>
      <w:proofErr w:type="spellStart"/>
      <w:r>
        <w:t>beradi</w:t>
      </w:r>
      <w:proofErr w:type="spellEnd"/>
      <w:r>
        <w:t>.</w:t>
      </w:r>
    </w:p>
    <w:p w:rsidR="00DB6EEC" w:rsidRDefault="00814B3B" w:rsidP="00814B3B">
      <w:pPr>
        <w:spacing w:after="0"/>
      </w:pPr>
      <w:proofErr w:type="spellStart"/>
      <w:r>
        <w:t>Yer</w:t>
      </w:r>
      <w:proofErr w:type="spellEnd"/>
      <w:r>
        <w:t xml:space="preserve"> </w:t>
      </w:r>
      <w:proofErr w:type="spellStart"/>
      <w:r>
        <w:t>resurslarini</w:t>
      </w:r>
      <w:proofErr w:type="spellEnd"/>
      <w:r>
        <w:t xml:space="preserve"> </w:t>
      </w:r>
      <w:proofErr w:type="spellStart"/>
      <w:r>
        <w:t>boshqarishda</w:t>
      </w:r>
      <w:proofErr w:type="spellEnd"/>
      <w:r>
        <w:t xml:space="preserve"> SI </w:t>
      </w:r>
      <w:proofErr w:type="spellStart"/>
      <w:r>
        <w:t>algoritmlarini</w:t>
      </w:r>
      <w:proofErr w:type="spellEnd"/>
      <w:r>
        <w:t xml:space="preserve"> </w:t>
      </w:r>
      <w:proofErr w:type="spellStart"/>
      <w:r>
        <w:t>qo‘llash</w:t>
      </w:r>
      <w:proofErr w:type="spellEnd"/>
      <w:r>
        <w:t xml:space="preserve"> </w:t>
      </w:r>
      <w:proofErr w:type="spellStart"/>
      <w:r>
        <w:t>nafaqat</w:t>
      </w:r>
      <w:proofErr w:type="spellEnd"/>
      <w:r>
        <w:t xml:space="preserve"> </w:t>
      </w:r>
      <w:proofErr w:type="spellStart"/>
      <w:r>
        <w:t>hosildo</w:t>
      </w:r>
      <w:r w:rsidR="0018752F">
        <w:t>rlikni</w:t>
      </w:r>
      <w:proofErr w:type="spellEnd"/>
      <w:r w:rsidR="0018752F">
        <w:t xml:space="preserve"> </w:t>
      </w:r>
      <w:proofErr w:type="spellStart"/>
      <w:r w:rsidR="0018752F">
        <w:t>nazorat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, </w:t>
      </w:r>
      <w:proofErr w:type="spellStart"/>
      <w:r>
        <w:t>balki</w:t>
      </w:r>
      <w:proofErr w:type="spellEnd"/>
      <w:r>
        <w:t xml:space="preserve"> </w:t>
      </w:r>
      <w:proofErr w:type="spellStart"/>
      <w:r>
        <w:t>resurslarni</w:t>
      </w:r>
      <w:proofErr w:type="spellEnd"/>
      <w:r>
        <w:t xml:space="preserve"> (</w:t>
      </w:r>
      <w:proofErr w:type="spellStart"/>
      <w:r>
        <w:t>suv</w:t>
      </w:r>
      <w:proofErr w:type="spellEnd"/>
      <w:r>
        <w:t xml:space="preserve">, mineral </w:t>
      </w:r>
      <w:proofErr w:type="spellStart"/>
      <w:r>
        <w:t>o‘g‘itlar</w:t>
      </w:r>
      <w:proofErr w:type="spellEnd"/>
      <w:r>
        <w:t xml:space="preserve">) </w:t>
      </w:r>
      <w:proofErr w:type="spellStart"/>
      <w:r>
        <w:t>tejash</w:t>
      </w:r>
      <w:proofErr w:type="spellEnd"/>
      <w:r>
        <w:t xml:space="preserve"> </w:t>
      </w:r>
      <w:proofErr w:type="spellStart"/>
      <w:r>
        <w:t>imkonini</w:t>
      </w:r>
      <w:proofErr w:type="spellEnd"/>
      <w:r>
        <w:t xml:space="preserve"> </w:t>
      </w:r>
      <w:proofErr w:type="spellStart"/>
      <w:r>
        <w:t>beradi</w:t>
      </w:r>
      <w:proofErr w:type="spellEnd"/>
      <w:r>
        <w:t xml:space="preserve">. </w:t>
      </w:r>
      <w:proofErr w:type="spellStart"/>
      <w:r>
        <w:t>Tadqiqot</w:t>
      </w:r>
      <w:proofErr w:type="spellEnd"/>
      <w:r>
        <w:t xml:space="preserve"> </w:t>
      </w:r>
      <w:proofErr w:type="spellStart"/>
      <w:r>
        <w:t>natijalari</w:t>
      </w:r>
      <w:proofErr w:type="spellEnd"/>
      <w:r>
        <w:t xml:space="preserve"> </w:t>
      </w:r>
      <w:proofErr w:type="spellStart"/>
      <w:r>
        <w:t>shuni</w:t>
      </w:r>
      <w:proofErr w:type="spellEnd"/>
      <w:r>
        <w:t xml:space="preserve"> </w:t>
      </w:r>
      <w:proofErr w:type="spellStart"/>
      <w:proofErr w:type="gramStart"/>
      <w:r>
        <w:t>ko‘rsatadiki</w:t>
      </w:r>
      <w:proofErr w:type="spellEnd"/>
      <w:proofErr w:type="gramEnd"/>
      <w:r>
        <w:t xml:space="preserve">, </w:t>
      </w:r>
      <w:proofErr w:type="spellStart"/>
      <w:r>
        <w:t>raqamli</w:t>
      </w:r>
      <w:proofErr w:type="spellEnd"/>
      <w:r>
        <w:t xml:space="preserve"> </w:t>
      </w:r>
      <w:proofErr w:type="spellStart"/>
      <w:r>
        <w:t>texnologiyalarni</w:t>
      </w:r>
      <w:proofErr w:type="spellEnd"/>
      <w:r>
        <w:t xml:space="preserve"> </w:t>
      </w:r>
      <w:proofErr w:type="spellStart"/>
      <w:r>
        <w:t>joriy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 </w:t>
      </w:r>
      <w:proofErr w:type="spellStart"/>
      <w:r>
        <w:t>orqali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unumdorligini</w:t>
      </w:r>
      <w:proofErr w:type="spellEnd"/>
      <w:r>
        <w:t xml:space="preserve"> </w:t>
      </w:r>
      <w:proofErr w:type="spellStart"/>
      <w:r>
        <w:t>nazorat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kutilmagan</w:t>
      </w:r>
      <w:proofErr w:type="spellEnd"/>
      <w:r>
        <w:t xml:space="preserve"> </w:t>
      </w:r>
      <w:proofErr w:type="spellStart"/>
      <w:r>
        <w:t>iqlim</w:t>
      </w:r>
      <w:proofErr w:type="spellEnd"/>
      <w:r>
        <w:t xml:space="preserve"> </w:t>
      </w:r>
      <w:proofErr w:type="spellStart"/>
      <w:r>
        <w:t>xatarlarini</w:t>
      </w:r>
      <w:proofErr w:type="spellEnd"/>
      <w:r>
        <w:t xml:space="preserve"> </w:t>
      </w:r>
      <w:proofErr w:type="spellStart"/>
      <w:r>
        <w:t>kamaytirish</w:t>
      </w:r>
      <w:proofErr w:type="spellEnd"/>
      <w:r>
        <w:t xml:space="preserve"> </w:t>
      </w:r>
      <w:proofErr w:type="spellStart"/>
      <w:r>
        <w:t>mumkin</w:t>
      </w:r>
      <w:proofErr w:type="spellEnd"/>
      <w:r>
        <w:t>.</w:t>
      </w:r>
    </w:p>
    <w:p w:rsidR="00DB6EEC" w:rsidRDefault="00DB6EEC" w:rsidP="00814B3B">
      <w:pPr>
        <w:spacing w:after="0"/>
      </w:pPr>
    </w:p>
    <w:p w:rsidR="00DB6EEC" w:rsidRDefault="00814B3B" w:rsidP="00814B3B">
      <w:pPr>
        <w:spacing w:after="0"/>
      </w:pPr>
      <w:proofErr w:type="spellStart"/>
      <w:r w:rsidRPr="0018752F">
        <w:rPr>
          <w:b/>
        </w:rPr>
        <w:t>Masofaviy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zondlash</w:t>
      </w:r>
      <w:proofErr w:type="spellEnd"/>
      <w:r w:rsidRPr="0018752F">
        <w:rPr>
          <w:b/>
        </w:rPr>
        <w:t xml:space="preserve"> </w:t>
      </w:r>
      <w:proofErr w:type="spellStart"/>
      <w:proofErr w:type="gramStart"/>
      <w:r w:rsidRPr="0018752F">
        <w:rPr>
          <w:b/>
        </w:rPr>
        <w:t>va</w:t>
      </w:r>
      <w:proofErr w:type="spellEnd"/>
      <w:proofErr w:type="gramEnd"/>
      <w:r w:rsidRPr="0018752F">
        <w:rPr>
          <w:b/>
        </w:rPr>
        <w:t xml:space="preserve"> NDVI </w:t>
      </w:r>
      <w:proofErr w:type="spellStart"/>
      <w:r w:rsidRPr="0018752F">
        <w:rPr>
          <w:b/>
        </w:rPr>
        <w:t>tahlili</w:t>
      </w:r>
      <w:proofErr w:type="spellEnd"/>
      <w:r>
        <w:t xml:space="preserve"> (</w:t>
      </w:r>
      <w:proofErr w:type="spellStart"/>
      <w:r>
        <w:t>Misol</w:t>
      </w:r>
      <w:proofErr w:type="spellEnd"/>
      <w:r>
        <w:t xml:space="preserve">: "Sentinel-2" </w:t>
      </w:r>
      <w:proofErr w:type="spellStart"/>
      <w:r>
        <w:t>tajribasi</w:t>
      </w:r>
      <w:proofErr w:type="spellEnd"/>
      <w:r>
        <w:t>)</w:t>
      </w:r>
    </w:p>
    <w:p w:rsidR="00814B3B" w:rsidRDefault="00814B3B" w:rsidP="00814B3B">
      <w:pPr>
        <w:spacing w:after="0"/>
      </w:pPr>
      <w:r w:rsidRPr="00814B3B">
        <w:t xml:space="preserve">SI </w:t>
      </w:r>
      <w:proofErr w:type="spellStart"/>
      <w:r w:rsidRPr="00814B3B">
        <w:t>algoritmlari</w:t>
      </w:r>
      <w:proofErr w:type="spellEnd"/>
      <w:r w:rsidRPr="00814B3B">
        <w:t xml:space="preserve"> </w:t>
      </w:r>
      <w:proofErr w:type="spellStart"/>
      <w:r w:rsidRPr="00814B3B">
        <w:t>sun’iy</w:t>
      </w:r>
      <w:proofErr w:type="spellEnd"/>
      <w:r w:rsidRPr="00814B3B">
        <w:t xml:space="preserve"> </w:t>
      </w:r>
      <w:proofErr w:type="spellStart"/>
      <w:r w:rsidRPr="00814B3B">
        <w:t>yo‘ldoshdan</w:t>
      </w:r>
      <w:proofErr w:type="spellEnd"/>
      <w:r w:rsidRPr="00814B3B">
        <w:t xml:space="preserve"> </w:t>
      </w:r>
      <w:proofErr w:type="spellStart"/>
      <w:r w:rsidRPr="00814B3B">
        <w:t>olingan</w:t>
      </w:r>
      <w:proofErr w:type="spellEnd"/>
      <w:r w:rsidRPr="00814B3B">
        <w:t xml:space="preserve"> </w:t>
      </w:r>
      <w:proofErr w:type="spellStart"/>
      <w:r w:rsidRPr="00814B3B">
        <w:t>tasvirlarni</w:t>
      </w:r>
      <w:proofErr w:type="spellEnd"/>
      <w:r w:rsidRPr="00814B3B">
        <w:t xml:space="preserve"> </w:t>
      </w:r>
      <w:proofErr w:type="spellStart"/>
      <w:r w:rsidRPr="00814B3B">
        <w:t>tahlil</w:t>
      </w:r>
      <w:proofErr w:type="spellEnd"/>
      <w:r w:rsidRPr="00814B3B">
        <w:t xml:space="preserve"> </w:t>
      </w:r>
      <w:proofErr w:type="spellStart"/>
      <w:r w:rsidRPr="00814B3B">
        <w:t>qilishda</w:t>
      </w:r>
      <w:proofErr w:type="spellEnd"/>
      <w:r w:rsidRPr="00814B3B">
        <w:t xml:space="preserve"> </w:t>
      </w:r>
      <w:proofErr w:type="spellStart"/>
      <w:r w:rsidRPr="00814B3B">
        <w:t>qo‘llaniladi</w:t>
      </w:r>
      <w:proofErr w:type="spellEnd"/>
      <w:r w:rsidRPr="00814B3B">
        <w:t>.</w:t>
      </w:r>
    </w:p>
    <w:p w:rsidR="00814B3B" w:rsidRDefault="00814B3B" w:rsidP="00814B3B">
      <w:pPr>
        <w:spacing w:after="0"/>
      </w:pPr>
      <w:proofErr w:type="spellStart"/>
      <w:r w:rsidRPr="00814B3B">
        <w:rPr>
          <w:b/>
          <w:bCs/>
        </w:rPr>
        <w:t>Qanday</w:t>
      </w:r>
      <w:proofErr w:type="spellEnd"/>
      <w:r w:rsidRPr="00814B3B">
        <w:rPr>
          <w:b/>
          <w:bCs/>
        </w:rPr>
        <w:t xml:space="preserve"> </w:t>
      </w:r>
      <w:proofErr w:type="spellStart"/>
      <w:r w:rsidRPr="00814B3B">
        <w:rPr>
          <w:b/>
          <w:bCs/>
        </w:rPr>
        <w:t>qilinadi</w:t>
      </w:r>
      <w:proofErr w:type="spellEnd"/>
      <w:r w:rsidRPr="00814B3B">
        <w:rPr>
          <w:b/>
          <w:bCs/>
        </w:rPr>
        <w:t>?</w:t>
      </w:r>
      <w:r w:rsidRPr="00814B3B">
        <w:t xml:space="preserve"> </w:t>
      </w:r>
      <w:proofErr w:type="spellStart"/>
      <w:r w:rsidRPr="00814B3B">
        <w:t>Algoritm</w:t>
      </w:r>
      <w:proofErr w:type="spellEnd"/>
      <w:r w:rsidRPr="00814B3B">
        <w:t xml:space="preserve"> </w:t>
      </w:r>
      <w:proofErr w:type="spellStart"/>
      <w:r w:rsidRPr="00814B3B">
        <w:t>o‘simlik</w:t>
      </w:r>
      <w:proofErr w:type="spellEnd"/>
      <w:r w:rsidRPr="00814B3B">
        <w:t xml:space="preserve"> </w:t>
      </w:r>
      <w:proofErr w:type="spellStart"/>
      <w:r w:rsidRPr="00814B3B">
        <w:t>qaytarayotgan</w:t>
      </w:r>
      <w:proofErr w:type="spellEnd"/>
      <w:r w:rsidRPr="00814B3B">
        <w:t xml:space="preserve"> </w:t>
      </w:r>
      <w:proofErr w:type="spellStart"/>
      <w:r w:rsidRPr="00814B3B">
        <w:t>infraqizil</w:t>
      </w:r>
      <w:proofErr w:type="spellEnd"/>
      <w:r w:rsidRPr="00814B3B">
        <w:t xml:space="preserve"> </w:t>
      </w:r>
      <w:proofErr w:type="spellStart"/>
      <w:r w:rsidRPr="00814B3B">
        <w:t>nurlarni</w:t>
      </w:r>
      <w:proofErr w:type="spellEnd"/>
      <w:r w:rsidRPr="00814B3B">
        <w:t xml:space="preserve"> </w:t>
      </w:r>
      <w:proofErr w:type="spellStart"/>
      <w:r w:rsidRPr="00814B3B">
        <w:t>tahlil</w:t>
      </w:r>
      <w:proofErr w:type="spellEnd"/>
      <w:r w:rsidRPr="00814B3B">
        <w:t xml:space="preserve"> </w:t>
      </w:r>
      <w:proofErr w:type="spellStart"/>
      <w:r w:rsidRPr="00814B3B">
        <w:t>qilib</w:t>
      </w:r>
      <w:proofErr w:type="spellEnd"/>
      <w:r w:rsidRPr="00814B3B">
        <w:t xml:space="preserve">, </w:t>
      </w:r>
      <w:r w:rsidRPr="00814B3B">
        <w:rPr>
          <w:b/>
          <w:bCs/>
        </w:rPr>
        <w:t>NDVI</w:t>
      </w:r>
      <w:r w:rsidRPr="00814B3B">
        <w:t xml:space="preserve"> (</w:t>
      </w:r>
      <w:proofErr w:type="spellStart"/>
      <w:r w:rsidRPr="00814B3B">
        <w:t>vegetatsiya</w:t>
      </w:r>
      <w:proofErr w:type="spellEnd"/>
      <w:r w:rsidRPr="00814B3B">
        <w:t xml:space="preserve"> </w:t>
      </w:r>
      <w:proofErr w:type="spellStart"/>
      <w:r w:rsidRPr="00814B3B">
        <w:t>indeksi</w:t>
      </w:r>
      <w:proofErr w:type="spellEnd"/>
      <w:r w:rsidRPr="00814B3B">
        <w:t xml:space="preserve">) </w:t>
      </w:r>
      <w:proofErr w:type="spellStart"/>
      <w:proofErr w:type="gramStart"/>
      <w:r w:rsidRPr="00814B3B">
        <w:t>ni</w:t>
      </w:r>
      <w:proofErr w:type="spellEnd"/>
      <w:proofErr w:type="gramEnd"/>
      <w:r w:rsidRPr="00814B3B">
        <w:t xml:space="preserve"> </w:t>
      </w:r>
      <w:proofErr w:type="spellStart"/>
      <w:r w:rsidRPr="00814B3B">
        <w:t>hisoblaydi</w:t>
      </w:r>
      <w:proofErr w:type="spellEnd"/>
      <w:r w:rsidRPr="00814B3B">
        <w:t>.</w:t>
      </w:r>
    </w:p>
    <w:p w:rsidR="00814B3B" w:rsidRDefault="00814B3B" w:rsidP="00814B3B">
      <w:pPr>
        <w:spacing w:after="0"/>
      </w:pPr>
      <w:proofErr w:type="spellStart"/>
      <w:r w:rsidRPr="00814B3B">
        <w:rPr>
          <w:b/>
          <w:bCs/>
        </w:rPr>
        <w:t>Misol</w:t>
      </w:r>
      <w:proofErr w:type="spellEnd"/>
      <w:r w:rsidRPr="00814B3B">
        <w:rPr>
          <w:b/>
          <w:bCs/>
        </w:rPr>
        <w:t>:</w:t>
      </w:r>
      <w:r w:rsidRPr="00814B3B">
        <w:t xml:space="preserve"> Agar </w:t>
      </w:r>
      <w:proofErr w:type="spellStart"/>
      <w:r w:rsidRPr="00814B3B">
        <w:t>maydonning</w:t>
      </w:r>
      <w:proofErr w:type="spellEnd"/>
      <w:r w:rsidRPr="00814B3B">
        <w:t xml:space="preserve"> </w:t>
      </w:r>
      <w:proofErr w:type="spellStart"/>
      <w:r w:rsidRPr="00814B3B">
        <w:t>bir</w:t>
      </w:r>
      <w:proofErr w:type="spellEnd"/>
      <w:r w:rsidRPr="00814B3B">
        <w:t xml:space="preserve"> </w:t>
      </w:r>
      <w:proofErr w:type="spellStart"/>
      <w:r w:rsidRPr="00814B3B">
        <w:t>qismida</w:t>
      </w:r>
      <w:proofErr w:type="spellEnd"/>
      <w:r w:rsidRPr="00814B3B">
        <w:t xml:space="preserve"> </w:t>
      </w:r>
      <w:proofErr w:type="spellStart"/>
      <w:r w:rsidRPr="00814B3B">
        <w:t>indeks</w:t>
      </w:r>
      <w:proofErr w:type="spellEnd"/>
      <w:r w:rsidRPr="00814B3B">
        <w:t xml:space="preserve"> past </w:t>
      </w:r>
      <w:proofErr w:type="spellStart"/>
      <w:proofErr w:type="gramStart"/>
      <w:r w:rsidRPr="00814B3B">
        <w:t>bo‘lsa</w:t>
      </w:r>
      <w:proofErr w:type="spellEnd"/>
      <w:proofErr w:type="gramEnd"/>
      <w:r w:rsidRPr="00814B3B">
        <w:t>, SI "</w:t>
      </w:r>
      <w:proofErr w:type="spellStart"/>
      <w:r w:rsidRPr="00814B3B">
        <w:t>bu</w:t>
      </w:r>
      <w:proofErr w:type="spellEnd"/>
      <w:r w:rsidRPr="00814B3B">
        <w:t xml:space="preserve"> </w:t>
      </w:r>
      <w:proofErr w:type="spellStart"/>
      <w:r w:rsidRPr="00814B3B">
        <w:t>yerda</w:t>
      </w:r>
      <w:proofErr w:type="spellEnd"/>
      <w:r w:rsidRPr="00814B3B">
        <w:t xml:space="preserve"> </w:t>
      </w:r>
      <w:proofErr w:type="spellStart"/>
      <w:r w:rsidRPr="00814B3B">
        <w:t>o‘simlik</w:t>
      </w:r>
      <w:proofErr w:type="spellEnd"/>
      <w:r w:rsidRPr="00814B3B">
        <w:t xml:space="preserve"> </w:t>
      </w:r>
      <w:proofErr w:type="spellStart"/>
      <w:r w:rsidRPr="00814B3B">
        <w:t>sarg‘aymoqda</w:t>
      </w:r>
      <w:proofErr w:type="spellEnd"/>
      <w:r w:rsidRPr="00814B3B">
        <w:t xml:space="preserve">" deb signal </w:t>
      </w:r>
      <w:proofErr w:type="spellStart"/>
      <w:r w:rsidRPr="00814B3B">
        <w:t>beradi</w:t>
      </w:r>
      <w:proofErr w:type="spellEnd"/>
      <w:r w:rsidRPr="00814B3B">
        <w:t>.</w:t>
      </w:r>
    </w:p>
    <w:p w:rsidR="00DB6EEC" w:rsidRDefault="00814B3B" w:rsidP="00DB6EEC">
      <w:pPr>
        <w:spacing w:after="0"/>
      </w:pPr>
      <w:proofErr w:type="spellStart"/>
      <w:r w:rsidRPr="00814B3B">
        <w:rPr>
          <w:b/>
          <w:bCs/>
        </w:rPr>
        <w:t>Dalil</w:t>
      </w:r>
      <w:proofErr w:type="spellEnd"/>
      <w:r w:rsidRPr="00814B3B">
        <w:rPr>
          <w:b/>
          <w:bCs/>
        </w:rPr>
        <w:t>:</w:t>
      </w:r>
      <w:r w:rsidRPr="00814B3B">
        <w:t xml:space="preserve"> </w:t>
      </w:r>
      <w:proofErr w:type="spellStart"/>
      <w:r w:rsidRPr="00814B3B">
        <w:t>Germaniyaning</w:t>
      </w:r>
      <w:proofErr w:type="spellEnd"/>
      <w:r w:rsidRPr="00814B3B">
        <w:t xml:space="preserve"> </w:t>
      </w:r>
      <w:proofErr w:type="spellStart"/>
      <w:r w:rsidRPr="00814B3B">
        <w:rPr>
          <w:i/>
          <w:iCs/>
        </w:rPr>
        <w:t>BayWa</w:t>
      </w:r>
      <w:proofErr w:type="spellEnd"/>
      <w:r w:rsidRPr="00814B3B">
        <w:t xml:space="preserve"> </w:t>
      </w:r>
      <w:proofErr w:type="spellStart"/>
      <w:r w:rsidRPr="00814B3B">
        <w:t>kompaniyasi</w:t>
      </w:r>
      <w:proofErr w:type="spellEnd"/>
      <w:r w:rsidRPr="00814B3B">
        <w:t xml:space="preserve"> SI </w:t>
      </w:r>
      <w:proofErr w:type="spellStart"/>
      <w:r>
        <w:t>yordamida</w:t>
      </w:r>
      <w:proofErr w:type="spellEnd"/>
      <w:r>
        <w:t xml:space="preserve"> </w:t>
      </w:r>
      <w:proofErr w:type="spellStart"/>
      <w:r>
        <w:t>hosildorlikni</w:t>
      </w:r>
      <w:proofErr w:type="spellEnd"/>
      <w:r>
        <w:t xml:space="preserve"> </w:t>
      </w:r>
      <w:proofErr w:type="spellStart"/>
      <w:r>
        <w:t>nazorat</w:t>
      </w:r>
      <w:proofErr w:type="spellEnd"/>
      <w:r w:rsidRPr="00814B3B">
        <w:t xml:space="preserve"> </w:t>
      </w:r>
      <w:proofErr w:type="spellStart"/>
      <w:r w:rsidRPr="00814B3B">
        <w:t>qilish</w:t>
      </w:r>
      <w:proofErr w:type="spellEnd"/>
      <w:r w:rsidRPr="00814B3B">
        <w:t xml:space="preserve"> </w:t>
      </w:r>
      <w:proofErr w:type="spellStart"/>
      <w:r w:rsidRPr="00814B3B">
        <w:t>orqali</w:t>
      </w:r>
      <w:proofErr w:type="spellEnd"/>
      <w:r w:rsidRPr="00814B3B">
        <w:t xml:space="preserve"> </w:t>
      </w:r>
      <w:proofErr w:type="spellStart"/>
      <w:r w:rsidRPr="00814B3B">
        <w:t>o‘g‘it</w:t>
      </w:r>
      <w:proofErr w:type="spellEnd"/>
      <w:r w:rsidRPr="00814B3B">
        <w:t xml:space="preserve"> </w:t>
      </w:r>
      <w:proofErr w:type="spellStart"/>
      <w:r w:rsidRPr="00814B3B">
        <w:t>sarfini</w:t>
      </w:r>
      <w:proofErr w:type="spellEnd"/>
      <w:r w:rsidRPr="00814B3B">
        <w:t xml:space="preserve"> </w:t>
      </w:r>
      <w:r w:rsidRPr="00814B3B">
        <w:rPr>
          <w:b/>
          <w:bCs/>
        </w:rPr>
        <w:t xml:space="preserve">15% </w:t>
      </w:r>
      <w:proofErr w:type="spellStart"/>
      <w:r w:rsidRPr="00814B3B">
        <w:rPr>
          <w:b/>
          <w:bCs/>
        </w:rPr>
        <w:t>ga</w:t>
      </w:r>
      <w:proofErr w:type="spellEnd"/>
      <w:r w:rsidRPr="00814B3B">
        <w:rPr>
          <w:b/>
          <w:bCs/>
        </w:rPr>
        <w:t xml:space="preserve"> </w:t>
      </w:r>
      <w:proofErr w:type="spellStart"/>
      <w:r w:rsidRPr="00814B3B">
        <w:rPr>
          <w:b/>
          <w:bCs/>
        </w:rPr>
        <w:t>kamaytirishga</w:t>
      </w:r>
      <w:proofErr w:type="spellEnd"/>
      <w:r w:rsidRPr="00814B3B">
        <w:t xml:space="preserve"> </w:t>
      </w:r>
      <w:proofErr w:type="spellStart"/>
      <w:proofErr w:type="gramStart"/>
      <w:r w:rsidRPr="00814B3B">
        <w:t>va</w:t>
      </w:r>
      <w:proofErr w:type="spellEnd"/>
      <w:proofErr w:type="gramEnd"/>
      <w:r w:rsidRPr="00814B3B">
        <w:t xml:space="preserve"> </w:t>
      </w:r>
      <w:proofErr w:type="spellStart"/>
      <w:r w:rsidRPr="00814B3B">
        <w:t>hosildorlikni</w:t>
      </w:r>
      <w:proofErr w:type="spellEnd"/>
      <w:r w:rsidRPr="00814B3B">
        <w:t xml:space="preserve"> </w:t>
      </w:r>
      <w:r w:rsidRPr="00814B3B">
        <w:rPr>
          <w:b/>
          <w:bCs/>
        </w:rPr>
        <w:t xml:space="preserve">10% </w:t>
      </w:r>
      <w:proofErr w:type="spellStart"/>
      <w:r w:rsidRPr="00814B3B">
        <w:rPr>
          <w:b/>
          <w:bCs/>
        </w:rPr>
        <w:t>ga</w:t>
      </w:r>
      <w:proofErr w:type="spellEnd"/>
      <w:r w:rsidRPr="00814B3B">
        <w:rPr>
          <w:b/>
          <w:bCs/>
        </w:rPr>
        <w:t xml:space="preserve"> </w:t>
      </w:r>
      <w:proofErr w:type="spellStart"/>
      <w:r w:rsidRPr="00814B3B">
        <w:rPr>
          <w:b/>
          <w:bCs/>
        </w:rPr>
        <w:t>oshirishga</w:t>
      </w:r>
      <w:proofErr w:type="spellEnd"/>
      <w:r w:rsidRPr="00814B3B">
        <w:t xml:space="preserve"> </w:t>
      </w:r>
      <w:proofErr w:type="spellStart"/>
      <w:r w:rsidRPr="00814B3B">
        <w:t>erishgan</w:t>
      </w:r>
      <w:proofErr w:type="spellEnd"/>
      <w:r w:rsidRPr="00814B3B">
        <w:t>.</w:t>
      </w:r>
      <w:r w:rsidR="00DB6EEC">
        <w:t xml:space="preserve"> </w:t>
      </w:r>
    </w:p>
    <w:p w:rsidR="00DB6EEC" w:rsidRDefault="00DB6EEC" w:rsidP="00DB6EEC">
      <w:pPr>
        <w:spacing w:after="0"/>
      </w:pPr>
    </w:p>
    <w:p w:rsidR="00DB6EEC" w:rsidRDefault="00DB6EEC" w:rsidP="00DB6EEC">
      <w:pPr>
        <w:spacing w:after="0"/>
      </w:pPr>
      <w:proofErr w:type="spellStart"/>
      <w:r w:rsidRPr="0018752F">
        <w:rPr>
          <w:b/>
        </w:rPr>
        <w:t>Tuproq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namligini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intellektual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boshqarish</w:t>
      </w:r>
      <w:proofErr w:type="spellEnd"/>
      <w:r>
        <w:t xml:space="preserve"> (</w:t>
      </w:r>
      <w:proofErr w:type="spellStart"/>
      <w:r>
        <w:t>Misol</w:t>
      </w:r>
      <w:proofErr w:type="spellEnd"/>
      <w:r>
        <w:t>: "</w:t>
      </w:r>
      <w:proofErr w:type="spellStart"/>
      <w:r>
        <w:t>CropX</w:t>
      </w:r>
      <w:proofErr w:type="spellEnd"/>
      <w:r>
        <w:t xml:space="preserve">" </w:t>
      </w:r>
      <w:proofErr w:type="spellStart"/>
      <w:r>
        <w:t>tizimi</w:t>
      </w:r>
      <w:proofErr w:type="spellEnd"/>
      <w:r>
        <w:t>)</w:t>
      </w:r>
    </w:p>
    <w:p w:rsidR="00DB6EEC" w:rsidRDefault="00DB6EEC" w:rsidP="00DB6EEC">
      <w:pPr>
        <w:spacing w:after="0"/>
      </w:pPr>
      <w:proofErr w:type="spellStart"/>
      <w:r w:rsidRPr="00DB6EEC">
        <w:t>Yer</w:t>
      </w:r>
      <w:proofErr w:type="spellEnd"/>
      <w:r w:rsidRPr="00DB6EEC">
        <w:t xml:space="preserve"> </w:t>
      </w:r>
      <w:proofErr w:type="spellStart"/>
      <w:r w:rsidRPr="00DB6EEC">
        <w:t>resurslarini</w:t>
      </w:r>
      <w:proofErr w:type="spellEnd"/>
      <w:r w:rsidRPr="00DB6EEC">
        <w:t xml:space="preserve"> </w:t>
      </w:r>
      <w:proofErr w:type="spellStart"/>
      <w:r w:rsidRPr="00DB6EEC">
        <w:t>boshqarishda</w:t>
      </w:r>
      <w:proofErr w:type="spellEnd"/>
      <w:r w:rsidRPr="00DB6EEC">
        <w:t xml:space="preserve"> </w:t>
      </w:r>
      <w:proofErr w:type="spellStart"/>
      <w:r w:rsidRPr="00DB6EEC">
        <w:t>eng</w:t>
      </w:r>
      <w:proofErr w:type="spellEnd"/>
      <w:r w:rsidRPr="00DB6EEC">
        <w:t xml:space="preserve"> </w:t>
      </w:r>
      <w:proofErr w:type="spellStart"/>
      <w:r w:rsidRPr="00DB6EEC">
        <w:t>muhimi</w:t>
      </w:r>
      <w:proofErr w:type="spellEnd"/>
      <w:r w:rsidRPr="00DB6EEC">
        <w:t xml:space="preserve"> – </w:t>
      </w:r>
      <w:proofErr w:type="spellStart"/>
      <w:r w:rsidRPr="00DB6EEC">
        <w:t>suv</w:t>
      </w:r>
      <w:proofErr w:type="spellEnd"/>
      <w:r w:rsidRPr="00DB6EEC">
        <w:t xml:space="preserve">. SI </w:t>
      </w:r>
      <w:proofErr w:type="spellStart"/>
      <w:r w:rsidRPr="00DB6EEC">
        <w:t>bu</w:t>
      </w:r>
      <w:proofErr w:type="spellEnd"/>
      <w:r w:rsidRPr="00DB6EEC">
        <w:t xml:space="preserve"> </w:t>
      </w:r>
      <w:proofErr w:type="spellStart"/>
      <w:r w:rsidRPr="00DB6EEC">
        <w:t>yerda</w:t>
      </w:r>
      <w:proofErr w:type="spellEnd"/>
      <w:r w:rsidRPr="00DB6EEC">
        <w:t xml:space="preserve"> "</w:t>
      </w:r>
      <w:proofErr w:type="spellStart"/>
      <w:r w:rsidRPr="00DB6EEC">
        <w:t>aqlli</w:t>
      </w:r>
      <w:proofErr w:type="spellEnd"/>
      <w:r w:rsidRPr="00DB6EEC">
        <w:t xml:space="preserve"> </w:t>
      </w:r>
      <w:proofErr w:type="spellStart"/>
      <w:r w:rsidRPr="00DB6EEC">
        <w:t>kran</w:t>
      </w:r>
      <w:proofErr w:type="spellEnd"/>
      <w:r w:rsidRPr="00DB6EEC">
        <w:t xml:space="preserve">" </w:t>
      </w:r>
      <w:proofErr w:type="spellStart"/>
      <w:r w:rsidRPr="00DB6EEC">
        <w:t>vazifasini</w:t>
      </w:r>
      <w:proofErr w:type="spellEnd"/>
      <w:r w:rsidRPr="00DB6EEC">
        <w:t xml:space="preserve"> </w:t>
      </w:r>
      <w:proofErr w:type="spellStart"/>
      <w:r w:rsidRPr="00DB6EEC">
        <w:t>o‘taydi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proofErr w:type="spellStart"/>
      <w:r w:rsidRPr="00DB6EEC">
        <w:rPr>
          <w:b/>
          <w:bCs/>
        </w:rPr>
        <w:t>Qanday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qilinadi</w:t>
      </w:r>
      <w:proofErr w:type="spellEnd"/>
      <w:r w:rsidRPr="00DB6EEC">
        <w:rPr>
          <w:b/>
          <w:bCs/>
        </w:rPr>
        <w:t>?</w:t>
      </w:r>
      <w:r w:rsidRPr="00DB6EEC">
        <w:t xml:space="preserve"> </w:t>
      </w:r>
      <w:proofErr w:type="spellStart"/>
      <w:r w:rsidRPr="00DB6EEC">
        <w:t>Tuproqqa</w:t>
      </w:r>
      <w:proofErr w:type="spellEnd"/>
      <w:r w:rsidRPr="00DB6EEC">
        <w:t xml:space="preserve"> </w:t>
      </w:r>
      <w:proofErr w:type="spellStart"/>
      <w:r w:rsidRPr="00DB6EEC">
        <w:t>o‘rnatilgan</w:t>
      </w:r>
      <w:proofErr w:type="spellEnd"/>
      <w:r w:rsidRPr="00DB6EEC">
        <w:t xml:space="preserve"> </w:t>
      </w:r>
      <w:proofErr w:type="spellStart"/>
      <w:r w:rsidRPr="00DB6EEC">
        <w:t>datchiklar</w:t>
      </w:r>
      <w:proofErr w:type="spellEnd"/>
      <w:r w:rsidRPr="00DB6EEC">
        <w:t xml:space="preserve"> SI </w:t>
      </w:r>
      <w:proofErr w:type="spellStart"/>
      <w:r w:rsidRPr="00DB6EEC">
        <w:t>modeliga</w:t>
      </w:r>
      <w:proofErr w:type="spellEnd"/>
      <w:r w:rsidRPr="00DB6EEC">
        <w:t xml:space="preserve"> </w:t>
      </w:r>
      <w:proofErr w:type="spellStart"/>
      <w:r w:rsidRPr="00DB6EEC">
        <w:t>ma’lumot</w:t>
      </w:r>
      <w:proofErr w:type="spellEnd"/>
      <w:r w:rsidRPr="00DB6EEC">
        <w:t xml:space="preserve"> </w:t>
      </w:r>
      <w:proofErr w:type="spellStart"/>
      <w:r w:rsidRPr="00DB6EEC">
        <w:t>yuboradi</w:t>
      </w:r>
      <w:proofErr w:type="spellEnd"/>
      <w:r w:rsidRPr="00DB6EEC">
        <w:t xml:space="preserve">. </w:t>
      </w:r>
      <w:proofErr w:type="spellStart"/>
      <w:r w:rsidRPr="00DB6EEC">
        <w:t>Algoritm</w:t>
      </w:r>
      <w:proofErr w:type="spellEnd"/>
      <w:r w:rsidRPr="00DB6EEC">
        <w:t xml:space="preserve"> </w:t>
      </w:r>
      <w:proofErr w:type="spellStart"/>
      <w:r w:rsidRPr="00DB6EEC">
        <w:t>nafaqat</w:t>
      </w:r>
      <w:proofErr w:type="spellEnd"/>
      <w:r w:rsidRPr="00DB6EEC">
        <w:t xml:space="preserve"> </w:t>
      </w:r>
      <w:proofErr w:type="spellStart"/>
      <w:r w:rsidRPr="00DB6EEC">
        <w:t>hozirgi</w:t>
      </w:r>
      <w:proofErr w:type="spellEnd"/>
      <w:r w:rsidRPr="00DB6EEC">
        <w:t xml:space="preserve"> </w:t>
      </w:r>
      <w:proofErr w:type="spellStart"/>
      <w:r w:rsidRPr="00DB6EEC">
        <w:t>namlikni</w:t>
      </w:r>
      <w:proofErr w:type="spellEnd"/>
      <w:r w:rsidRPr="00DB6EEC">
        <w:t xml:space="preserve">, </w:t>
      </w:r>
      <w:proofErr w:type="spellStart"/>
      <w:r w:rsidRPr="00DB6EEC">
        <w:t>balki</w:t>
      </w:r>
      <w:proofErr w:type="spellEnd"/>
      <w:r w:rsidRPr="00DB6EEC">
        <w:t xml:space="preserve"> </w:t>
      </w:r>
      <w:proofErr w:type="spellStart"/>
      <w:r w:rsidRPr="00DB6EEC">
        <w:t>yaqin</w:t>
      </w:r>
      <w:proofErr w:type="spellEnd"/>
      <w:r w:rsidRPr="00DB6EEC">
        <w:t xml:space="preserve"> 5 </w:t>
      </w:r>
      <w:proofErr w:type="spellStart"/>
      <w:r w:rsidRPr="00DB6EEC">
        <w:t>kunlik</w:t>
      </w:r>
      <w:proofErr w:type="spellEnd"/>
      <w:r w:rsidRPr="00DB6EEC">
        <w:t xml:space="preserve"> </w:t>
      </w:r>
      <w:proofErr w:type="spellStart"/>
      <w:r w:rsidRPr="00DB6EEC">
        <w:t>ob-havo</w:t>
      </w:r>
      <w:proofErr w:type="spellEnd"/>
      <w:r w:rsidRPr="00DB6EEC">
        <w:t xml:space="preserve"> </w:t>
      </w:r>
      <w:proofErr w:type="spellStart"/>
      <w:r w:rsidRPr="00DB6EEC">
        <w:t>prognozini</w:t>
      </w:r>
      <w:proofErr w:type="spellEnd"/>
      <w:r w:rsidRPr="00DB6EEC">
        <w:t xml:space="preserve"> ham </w:t>
      </w:r>
      <w:proofErr w:type="spellStart"/>
      <w:r w:rsidRPr="00DB6EEC">
        <w:t>hisobga</w:t>
      </w:r>
      <w:proofErr w:type="spellEnd"/>
      <w:r w:rsidRPr="00DB6EEC">
        <w:t xml:space="preserve"> </w:t>
      </w:r>
      <w:proofErr w:type="spellStart"/>
      <w:r w:rsidRPr="00DB6EEC">
        <w:t>oladi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proofErr w:type="spellStart"/>
      <w:r w:rsidRPr="00DB6EEC">
        <w:rPr>
          <w:b/>
          <w:bCs/>
        </w:rPr>
        <w:t>Misol</w:t>
      </w:r>
      <w:proofErr w:type="spellEnd"/>
      <w:r w:rsidRPr="00DB6EEC">
        <w:rPr>
          <w:b/>
          <w:bCs/>
        </w:rPr>
        <w:t>:</w:t>
      </w:r>
      <w:r w:rsidRPr="00DB6EEC">
        <w:t xml:space="preserve"> Agar </w:t>
      </w:r>
      <w:proofErr w:type="spellStart"/>
      <w:r w:rsidRPr="00DB6EEC">
        <w:t>ertaga</w:t>
      </w:r>
      <w:proofErr w:type="spellEnd"/>
      <w:r w:rsidRPr="00DB6EEC">
        <w:t xml:space="preserve"> </w:t>
      </w:r>
      <w:proofErr w:type="spellStart"/>
      <w:r w:rsidRPr="00DB6EEC">
        <w:t>yomg‘ir</w:t>
      </w:r>
      <w:proofErr w:type="spellEnd"/>
      <w:r w:rsidRPr="00DB6EEC">
        <w:t xml:space="preserve"> </w:t>
      </w:r>
      <w:proofErr w:type="spellStart"/>
      <w:r w:rsidRPr="00DB6EEC">
        <w:t>yog‘ishi</w:t>
      </w:r>
      <w:proofErr w:type="spellEnd"/>
      <w:r w:rsidRPr="00DB6EEC">
        <w:t xml:space="preserve"> 90% </w:t>
      </w:r>
      <w:proofErr w:type="spellStart"/>
      <w:r w:rsidRPr="00DB6EEC">
        <w:t>aniqlikda</w:t>
      </w:r>
      <w:proofErr w:type="spellEnd"/>
      <w:r w:rsidRPr="00DB6EEC">
        <w:t xml:space="preserve"> </w:t>
      </w:r>
      <w:proofErr w:type="spellStart"/>
      <w:proofErr w:type="gramStart"/>
      <w:r w:rsidRPr="00DB6EEC">
        <w:t>bo‘lsa</w:t>
      </w:r>
      <w:proofErr w:type="spellEnd"/>
      <w:proofErr w:type="gramEnd"/>
      <w:r w:rsidRPr="00DB6EEC">
        <w:t xml:space="preserve">, SI </w:t>
      </w:r>
      <w:proofErr w:type="spellStart"/>
      <w:r w:rsidRPr="00DB6EEC">
        <w:t>bugun</w:t>
      </w:r>
      <w:proofErr w:type="spellEnd"/>
      <w:r w:rsidRPr="00DB6EEC">
        <w:t xml:space="preserve"> </w:t>
      </w:r>
      <w:proofErr w:type="spellStart"/>
      <w:r w:rsidRPr="00DB6EEC">
        <w:t>sug‘orish</w:t>
      </w:r>
      <w:proofErr w:type="spellEnd"/>
      <w:r w:rsidRPr="00DB6EEC">
        <w:t xml:space="preserve"> </w:t>
      </w:r>
      <w:proofErr w:type="spellStart"/>
      <w:r w:rsidRPr="00DB6EEC">
        <w:t>tizimini</w:t>
      </w:r>
      <w:proofErr w:type="spellEnd"/>
      <w:r w:rsidRPr="00DB6EEC">
        <w:t xml:space="preserve"> </w:t>
      </w:r>
      <w:proofErr w:type="spellStart"/>
      <w:r w:rsidRPr="00DB6EEC">
        <w:t>yoqmaydi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proofErr w:type="spellStart"/>
      <w:r w:rsidRPr="00DB6EEC">
        <w:rPr>
          <w:b/>
          <w:bCs/>
        </w:rPr>
        <w:t>Dalil</w:t>
      </w:r>
      <w:proofErr w:type="spellEnd"/>
      <w:r w:rsidRPr="00DB6EEC">
        <w:rPr>
          <w:b/>
          <w:bCs/>
        </w:rPr>
        <w:t>:</w:t>
      </w:r>
      <w:r w:rsidRPr="00DB6EEC">
        <w:t xml:space="preserve"> </w:t>
      </w:r>
      <w:proofErr w:type="spellStart"/>
      <w:r w:rsidRPr="00DB6EEC">
        <w:t>Isroillik</w:t>
      </w:r>
      <w:proofErr w:type="spellEnd"/>
      <w:r w:rsidRPr="00DB6EEC">
        <w:t xml:space="preserve"> </w:t>
      </w:r>
      <w:proofErr w:type="spellStart"/>
      <w:r w:rsidRPr="00DB6EEC">
        <w:t>fermerlar</w:t>
      </w:r>
      <w:proofErr w:type="spellEnd"/>
      <w:r w:rsidRPr="00DB6EEC">
        <w:t xml:space="preserve"> </w:t>
      </w:r>
      <w:proofErr w:type="spellStart"/>
      <w:r w:rsidRPr="00DB6EEC">
        <w:t>ushbu</w:t>
      </w:r>
      <w:proofErr w:type="spellEnd"/>
      <w:r w:rsidRPr="00DB6EEC">
        <w:t xml:space="preserve"> </w:t>
      </w:r>
      <w:proofErr w:type="spellStart"/>
      <w:r w:rsidRPr="00DB6EEC">
        <w:t>tizim</w:t>
      </w:r>
      <w:proofErr w:type="spellEnd"/>
      <w:r w:rsidRPr="00DB6EEC">
        <w:t xml:space="preserve"> </w:t>
      </w:r>
      <w:proofErr w:type="spellStart"/>
      <w:r w:rsidRPr="00DB6EEC">
        <w:t>orqali</w:t>
      </w:r>
      <w:proofErr w:type="spellEnd"/>
      <w:r w:rsidRPr="00DB6EEC">
        <w:t xml:space="preserve"> </w:t>
      </w:r>
      <w:proofErr w:type="spellStart"/>
      <w:r w:rsidRPr="00DB6EEC">
        <w:t>suv</w:t>
      </w:r>
      <w:proofErr w:type="spellEnd"/>
      <w:r w:rsidRPr="00DB6EEC">
        <w:t xml:space="preserve"> </w:t>
      </w:r>
      <w:proofErr w:type="spellStart"/>
      <w:r w:rsidRPr="00DB6EEC">
        <w:t>resurslarini</w:t>
      </w:r>
      <w:proofErr w:type="spellEnd"/>
      <w:r w:rsidRPr="00DB6EEC">
        <w:t xml:space="preserve"> </w:t>
      </w:r>
      <w:r w:rsidRPr="00DB6EEC">
        <w:rPr>
          <w:b/>
          <w:bCs/>
        </w:rPr>
        <w:t xml:space="preserve">30-40% </w:t>
      </w:r>
      <w:proofErr w:type="spellStart"/>
      <w:r w:rsidRPr="00DB6EEC">
        <w:rPr>
          <w:b/>
          <w:bCs/>
        </w:rPr>
        <w:t>gacha</w:t>
      </w:r>
      <w:proofErr w:type="spellEnd"/>
      <w:r w:rsidRPr="00DB6EEC">
        <w:t xml:space="preserve"> </w:t>
      </w:r>
      <w:proofErr w:type="spellStart"/>
      <w:r w:rsidRPr="00DB6EEC">
        <w:t>tejashmoqda</w:t>
      </w:r>
      <w:proofErr w:type="spellEnd"/>
      <w:r w:rsidRPr="00DB6EEC">
        <w:t xml:space="preserve">, </w:t>
      </w:r>
      <w:proofErr w:type="spellStart"/>
      <w:r w:rsidRPr="00DB6EEC">
        <w:t>bu</w:t>
      </w:r>
      <w:proofErr w:type="spellEnd"/>
      <w:r w:rsidRPr="00DB6EEC">
        <w:t xml:space="preserve"> </w:t>
      </w:r>
      <w:proofErr w:type="spellStart"/>
      <w:r w:rsidRPr="00DB6EEC">
        <w:t>esa</w:t>
      </w:r>
      <w:proofErr w:type="spellEnd"/>
      <w:r w:rsidRPr="00DB6EEC">
        <w:t xml:space="preserve"> </w:t>
      </w:r>
      <w:proofErr w:type="spellStart"/>
      <w:r w:rsidRPr="00DB6EEC">
        <w:t>tuproqning</w:t>
      </w:r>
      <w:proofErr w:type="spellEnd"/>
      <w:r w:rsidRPr="00DB6EEC">
        <w:t xml:space="preserve"> </w:t>
      </w:r>
      <w:proofErr w:type="spellStart"/>
      <w:r w:rsidRPr="00DB6EEC">
        <w:t>sho‘rlanishini</w:t>
      </w:r>
      <w:proofErr w:type="spellEnd"/>
      <w:r w:rsidRPr="00DB6EEC">
        <w:t xml:space="preserve"> ham </w:t>
      </w:r>
      <w:proofErr w:type="spellStart"/>
      <w:r w:rsidRPr="00DB6EEC">
        <w:t>oldini</w:t>
      </w:r>
      <w:proofErr w:type="spellEnd"/>
      <w:r w:rsidRPr="00DB6EEC">
        <w:t xml:space="preserve"> </w:t>
      </w:r>
      <w:proofErr w:type="spellStart"/>
      <w:r w:rsidRPr="00DB6EEC">
        <w:t>oladi</w:t>
      </w:r>
      <w:proofErr w:type="spellEnd"/>
      <w:r w:rsidRPr="00DB6EEC">
        <w:t>.</w:t>
      </w:r>
    </w:p>
    <w:p w:rsidR="00DB6EEC" w:rsidRDefault="00DB6EEC" w:rsidP="00DB6EEC">
      <w:pPr>
        <w:spacing w:after="0"/>
      </w:pPr>
    </w:p>
    <w:p w:rsidR="00DB6EEC" w:rsidRDefault="00DB6EEC" w:rsidP="00DB6EEC">
      <w:pPr>
        <w:spacing w:after="0"/>
      </w:pPr>
      <w:proofErr w:type="spellStart"/>
      <w:r w:rsidRPr="0018752F">
        <w:rPr>
          <w:b/>
        </w:rPr>
        <w:t>Kasallik</w:t>
      </w:r>
      <w:proofErr w:type="spellEnd"/>
      <w:r w:rsidRPr="0018752F">
        <w:rPr>
          <w:b/>
        </w:rPr>
        <w:t xml:space="preserve"> </w:t>
      </w:r>
      <w:proofErr w:type="spellStart"/>
      <w:proofErr w:type="gramStart"/>
      <w:r w:rsidRPr="0018752F">
        <w:rPr>
          <w:b/>
        </w:rPr>
        <w:t>va</w:t>
      </w:r>
      <w:proofErr w:type="spellEnd"/>
      <w:proofErr w:type="gram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zararkunandalarni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erta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aniqlash</w:t>
      </w:r>
      <w:proofErr w:type="spellEnd"/>
      <w:r>
        <w:t xml:space="preserve"> (</w:t>
      </w:r>
      <w:proofErr w:type="spellStart"/>
      <w:r>
        <w:t>Misol</w:t>
      </w:r>
      <w:proofErr w:type="spellEnd"/>
      <w:r>
        <w:t>: "</w:t>
      </w:r>
      <w:proofErr w:type="spellStart"/>
      <w:r>
        <w:t>Plantix</w:t>
      </w:r>
      <w:proofErr w:type="spellEnd"/>
      <w:r>
        <w:t xml:space="preserve">" </w:t>
      </w:r>
      <w:proofErr w:type="spellStart"/>
      <w:r>
        <w:t>ilovasi</w:t>
      </w:r>
      <w:proofErr w:type="spellEnd"/>
      <w:r>
        <w:t>)</w:t>
      </w:r>
    </w:p>
    <w:p w:rsidR="00DB6EEC" w:rsidRDefault="00DB6EEC" w:rsidP="00DB6EEC">
      <w:pPr>
        <w:spacing w:after="0"/>
      </w:pPr>
      <w:r w:rsidRPr="00DB6EEC">
        <w:t xml:space="preserve">SI </w:t>
      </w:r>
      <w:proofErr w:type="spellStart"/>
      <w:r w:rsidRPr="00DB6EEC">
        <w:t>tasvirlarni</w:t>
      </w:r>
      <w:proofErr w:type="spellEnd"/>
      <w:r w:rsidRPr="00DB6EEC">
        <w:t xml:space="preserve"> </w:t>
      </w:r>
      <w:proofErr w:type="spellStart"/>
      <w:r w:rsidRPr="00DB6EEC">
        <w:t>tanish</w:t>
      </w:r>
      <w:proofErr w:type="spellEnd"/>
      <w:r w:rsidRPr="00DB6EEC">
        <w:t xml:space="preserve"> (Computer Vision) </w:t>
      </w:r>
      <w:proofErr w:type="spellStart"/>
      <w:r w:rsidRPr="00DB6EEC">
        <w:t>texnologiyasi</w:t>
      </w:r>
      <w:proofErr w:type="spellEnd"/>
      <w:r w:rsidRPr="00DB6EEC">
        <w:t xml:space="preserve"> </w:t>
      </w:r>
      <w:proofErr w:type="spellStart"/>
      <w:r w:rsidRPr="00DB6EEC">
        <w:t>orqali</w:t>
      </w:r>
      <w:proofErr w:type="spellEnd"/>
      <w:r w:rsidRPr="00DB6EEC">
        <w:t xml:space="preserve"> </w:t>
      </w:r>
      <w:proofErr w:type="spellStart"/>
      <w:r w:rsidRPr="00DB6EEC">
        <w:t>ishlaydi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proofErr w:type="spellStart"/>
      <w:r w:rsidRPr="00DB6EEC">
        <w:rPr>
          <w:b/>
          <w:bCs/>
        </w:rPr>
        <w:t>Qanday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qilinadi</w:t>
      </w:r>
      <w:proofErr w:type="spellEnd"/>
      <w:r w:rsidRPr="00DB6EEC">
        <w:rPr>
          <w:b/>
          <w:bCs/>
        </w:rPr>
        <w:t>?</w:t>
      </w:r>
      <w:r w:rsidRPr="00DB6EEC">
        <w:t xml:space="preserve"> </w:t>
      </w:r>
      <w:proofErr w:type="spellStart"/>
      <w:r w:rsidRPr="00DB6EEC">
        <w:t>Fermer</w:t>
      </w:r>
      <w:proofErr w:type="spellEnd"/>
      <w:r w:rsidRPr="00DB6EEC">
        <w:t xml:space="preserve"> </w:t>
      </w:r>
      <w:proofErr w:type="spellStart"/>
      <w:r w:rsidRPr="00DB6EEC">
        <w:t>daldagi</w:t>
      </w:r>
      <w:proofErr w:type="spellEnd"/>
      <w:r w:rsidRPr="00DB6EEC">
        <w:t xml:space="preserve"> </w:t>
      </w:r>
      <w:proofErr w:type="spellStart"/>
      <w:r w:rsidRPr="00DB6EEC">
        <w:t>zararlangan</w:t>
      </w:r>
      <w:proofErr w:type="spellEnd"/>
      <w:r w:rsidRPr="00DB6EEC">
        <w:t xml:space="preserve"> </w:t>
      </w:r>
      <w:proofErr w:type="spellStart"/>
      <w:r w:rsidRPr="00DB6EEC">
        <w:t>bargni</w:t>
      </w:r>
      <w:proofErr w:type="spellEnd"/>
      <w:r w:rsidRPr="00DB6EEC">
        <w:t xml:space="preserve"> </w:t>
      </w:r>
      <w:proofErr w:type="spellStart"/>
      <w:r w:rsidRPr="00DB6EEC">
        <w:t>rasmga</w:t>
      </w:r>
      <w:proofErr w:type="spellEnd"/>
      <w:r w:rsidRPr="00DB6EEC">
        <w:t xml:space="preserve"> </w:t>
      </w:r>
      <w:proofErr w:type="spellStart"/>
      <w:r w:rsidRPr="00DB6EEC">
        <w:t>oladi</w:t>
      </w:r>
      <w:proofErr w:type="spellEnd"/>
      <w:r w:rsidRPr="00DB6EEC">
        <w:t xml:space="preserve">. </w:t>
      </w:r>
      <w:proofErr w:type="spellStart"/>
      <w:r w:rsidRPr="00DB6EEC">
        <w:t>Neyron</w:t>
      </w:r>
      <w:proofErr w:type="spellEnd"/>
      <w:r w:rsidRPr="00DB6EEC">
        <w:t xml:space="preserve"> </w:t>
      </w:r>
      <w:proofErr w:type="spellStart"/>
      <w:r w:rsidRPr="00DB6EEC">
        <w:t>tarmoq</w:t>
      </w:r>
      <w:proofErr w:type="spellEnd"/>
      <w:r w:rsidRPr="00DB6EEC">
        <w:t xml:space="preserve"> </w:t>
      </w:r>
      <w:proofErr w:type="spellStart"/>
      <w:r w:rsidRPr="00DB6EEC">
        <w:t>millionlab</w:t>
      </w:r>
      <w:proofErr w:type="spellEnd"/>
      <w:r w:rsidRPr="00DB6EEC">
        <w:t xml:space="preserve"> </w:t>
      </w:r>
      <w:proofErr w:type="spellStart"/>
      <w:r w:rsidRPr="00DB6EEC">
        <w:t>rasmlar</w:t>
      </w:r>
      <w:proofErr w:type="spellEnd"/>
      <w:r w:rsidRPr="00DB6EEC">
        <w:t xml:space="preserve"> </w:t>
      </w:r>
      <w:proofErr w:type="spellStart"/>
      <w:r w:rsidRPr="00DB6EEC">
        <w:t>ichidan</w:t>
      </w:r>
      <w:proofErr w:type="spellEnd"/>
      <w:r w:rsidRPr="00DB6EEC">
        <w:t xml:space="preserve"> </w:t>
      </w:r>
      <w:proofErr w:type="spellStart"/>
      <w:r w:rsidRPr="00DB6EEC">
        <w:t>aynan</w:t>
      </w:r>
      <w:proofErr w:type="spellEnd"/>
      <w:r w:rsidRPr="00DB6EEC">
        <w:t xml:space="preserve"> </w:t>
      </w:r>
      <w:proofErr w:type="spellStart"/>
      <w:r w:rsidRPr="00DB6EEC">
        <w:t>shu</w:t>
      </w:r>
      <w:proofErr w:type="spellEnd"/>
      <w:r w:rsidRPr="00DB6EEC">
        <w:t xml:space="preserve"> </w:t>
      </w:r>
      <w:proofErr w:type="spellStart"/>
      <w:r w:rsidRPr="00DB6EEC">
        <w:t>kasallikni</w:t>
      </w:r>
      <w:proofErr w:type="spellEnd"/>
      <w:r w:rsidRPr="00DB6EEC">
        <w:t xml:space="preserve"> </w:t>
      </w:r>
      <w:proofErr w:type="spellStart"/>
      <w:r w:rsidRPr="00DB6EEC">
        <w:t>topadi</w:t>
      </w:r>
      <w:proofErr w:type="spellEnd"/>
      <w:r w:rsidRPr="00DB6EEC">
        <w:t xml:space="preserve"> </w:t>
      </w:r>
      <w:proofErr w:type="spellStart"/>
      <w:proofErr w:type="gramStart"/>
      <w:r w:rsidRPr="00DB6EEC">
        <w:t>va</w:t>
      </w:r>
      <w:proofErr w:type="spellEnd"/>
      <w:proofErr w:type="gramEnd"/>
      <w:r w:rsidRPr="00DB6EEC">
        <w:t xml:space="preserve"> </w:t>
      </w:r>
      <w:proofErr w:type="spellStart"/>
      <w:r w:rsidRPr="00DB6EEC">
        <w:t>unga</w:t>
      </w:r>
      <w:proofErr w:type="spellEnd"/>
      <w:r w:rsidRPr="00DB6EEC">
        <w:t xml:space="preserve"> </w:t>
      </w:r>
      <w:proofErr w:type="spellStart"/>
      <w:r w:rsidRPr="00DB6EEC">
        <w:t>qarshi</w:t>
      </w:r>
      <w:proofErr w:type="spellEnd"/>
      <w:r w:rsidRPr="00DB6EEC">
        <w:t xml:space="preserve"> </w:t>
      </w:r>
      <w:proofErr w:type="spellStart"/>
      <w:r w:rsidRPr="00DB6EEC">
        <w:t>dori</w:t>
      </w:r>
      <w:proofErr w:type="spellEnd"/>
      <w:r w:rsidRPr="00DB6EEC">
        <w:t xml:space="preserve"> </w:t>
      </w:r>
      <w:proofErr w:type="spellStart"/>
      <w:r w:rsidRPr="00DB6EEC">
        <w:t>miqdorini</w:t>
      </w:r>
      <w:proofErr w:type="spellEnd"/>
      <w:r w:rsidRPr="00DB6EEC">
        <w:t xml:space="preserve"> </w:t>
      </w:r>
      <w:proofErr w:type="spellStart"/>
      <w:r w:rsidRPr="00DB6EEC">
        <w:t>hisoblaydi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proofErr w:type="spellStart"/>
      <w:r w:rsidRPr="00DB6EEC">
        <w:rPr>
          <w:b/>
          <w:bCs/>
        </w:rPr>
        <w:t>Misol</w:t>
      </w:r>
      <w:proofErr w:type="spellEnd"/>
      <w:r w:rsidRPr="00DB6EEC">
        <w:rPr>
          <w:b/>
          <w:bCs/>
        </w:rPr>
        <w:t>:</w:t>
      </w:r>
      <w:r w:rsidRPr="00DB6EEC">
        <w:t xml:space="preserve"> "</w:t>
      </w:r>
      <w:proofErr w:type="spellStart"/>
      <w:r w:rsidRPr="00DB6EEC">
        <w:t>Paxta</w:t>
      </w:r>
      <w:proofErr w:type="spellEnd"/>
      <w:r w:rsidRPr="00DB6EEC">
        <w:t xml:space="preserve"> </w:t>
      </w:r>
      <w:proofErr w:type="spellStart"/>
      <w:r w:rsidRPr="00DB6EEC">
        <w:t>tunlami</w:t>
      </w:r>
      <w:proofErr w:type="spellEnd"/>
      <w:r w:rsidRPr="00DB6EEC">
        <w:t xml:space="preserve">" </w:t>
      </w:r>
      <w:proofErr w:type="spellStart"/>
      <w:r w:rsidRPr="00DB6EEC">
        <w:t>zararkunandasi</w:t>
      </w:r>
      <w:proofErr w:type="spellEnd"/>
      <w:r w:rsidRPr="00DB6EEC">
        <w:t xml:space="preserve"> </w:t>
      </w:r>
      <w:proofErr w:type="spellStart"/>
      <w:r w:rsidRPr="00DB6EEC">
        <w:t>hali</w:t>
      </w:r>
      <w:proofErr w:type="spellEnd"/>
      <w:r w:rsidRPr="00DB6EEC">
        <w:t xml:space="preserve"> </w:t>
      </w:r>
      <w:proofErr w:type="spellStart"/>
      <w:r w:rsidRPr="00DB6EEC">
        <w:t>butun</w:t>
      </w:r>
      <w:proofErr w:type="spellEnd"/>
      <w:r w:rsidRPr="00DB6EEC">
        <w:t xml:space="preserve"> </w:t>
      </w:r>
      <w:proofErr w:type="spellStart"/>
      <w:r w:rsidRPr="00DB6EEC">
        <w:t>maydonni</w:t>
      </w:r>
      <w:proofErr w:type="spellEnd"/>
      <w:r w:rsidRPr="00DB6EEC">
        <w:t xml:space="preserve"> </w:t>
      </w:r>
      <w:proofErr w:type="spellStart"/>
      <w:r w:rsidRPr="00DB6EEC">
        <w:t>bosmasdan</w:t>
      </w:r>
      <w:proofErr w:type="spellEnd"/>
      <w:r w:rsidRPr="00DB6EEC">
        <w:t xml:space="preserve"> </w:t>
      </w:r>
      <w:proofErr w:type="spellStart"/>
      <w:r w:rsidRPr="00DB6EEC">
        <w:t>turib</w:t>
      </w:r>
      <w:proofErr w:type="spellEnd"/>
      <w:r w:rsidRPr="00DB6EEC">
        <w:t xml:space="preserve">, </w:t>
      </w:r>
      <w:proofErr w:type="spellStart"/>
      <w:r w:rsidRPr="00DB6EEC">
        <w:t>uning</w:t>
      </w:r>
      <w:proofErr w:type="spellEnd"/>
      <w:r w:rsidRPr="00DB6EEC">
        <w:t xml:space="preserve"> </w:t>
      </w:r>
      <w:proofErr w:type="spellStart"/>
      <w:r w:rsidRPr="00DB6EEC">
        <w:t>tarqalish</w:t>
      </w:r>
      <w:proofErr w:type="spellEnd"/>
      <w:r w:rsidRPr="00DB6EEC">
        <w:t xml:space="preserve"> </w:t>
      </w:r>
      <w:proofErr w:type="spellStart"/>
      <w:r w:rsidRPr="00DB6EEC">
        <w:t>o‘choqlarini</w:t>
      </w:r>
      <w:proofErr w:type="spellEnd"/>
      <w:r w:rsidRPr="00DB6EEC">
        <w:t xml:space="preserve"> SI </w:t>
      </w:r>
      <w:proofErr w:type="spellStart"/>
      <w:r w:rsidRPr="00DB6EEC">
        <w:t>aniqlab</w:t>
      </w:r>
      <w:proofErr w:type="spellEnd"/>
      <w:r w:rsidRPr="00DB6EEC">
        <w:t xml:space="preserve"> </w:t>
      </w:r>
      <w:proofErr w:type="spellStart"/>
      <w:r w:rsidRPr="00DB6EEC">
        <w:t>beradi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proofErr w:type="spellStart"/>
      <w:r w:rsidRPr="00DB6EEC">
        <w:rPr>
          <w:b/>
          <w:bCs/>
        </w:rPr>
        <w:t>Dalil</w:t>
      </w:r>
      <w:proofErr w:type="spellEnd"/>
      <w:r w:rsidRPr="00DB6EEC">
        <w:rPr>
          <w:b/>
          <w:bCs/>
        </w:rPr>
        <w:t>:</w:t>
      </w:r>
      <w:r w:rsidRPr="00DB6EEC">
        <w:t xml:space="preserve"> </w:t>
      </w:r>
      <w:proofErr w:type="spellStart"/>
      <w:r w:rsidRPr="00DB6EEC">
        <w:t>Hindistonda</w:t>
      </w:r>
      <w:proofErr w:type="spellEnd"/>
      <w:r w:rsidRPr="00DB6EEC">
        <w:t xml:space="preserve"> SI </w:t>
      </w:r>
      <w:proofErr w:type="spellStart"/>
      <w:r w:rsidRPr="00DB6EEC">
        <w:t>texnologiyasi</w:t>
      </w:r>
      <w:proofErr w:type="spellEnd"/>
      <w:r w:rsidRPr="00DB6EEC">
        <w:t xml:space="preserve"> </w:t>
      </w:r>
      <w:proofErr w:type="spellStart"/>
      <w:r w:rsidRPr="00DB6EEC">
        <w:t>joriy</w:t>
      </w:r>
      <w:proofErr w:type="spellEnd"/>
      <w:r w:rsidRPr="00DB6EEC">
        <w:t xml:space="preserve"> </w:t>
      </w:r>
      <w:proofErr w:type="spellStart"/>
      <w:r w:rsidRPr="00DB6EEC">
        <w:t>etilgach</w:t>
      </w:r>
      <w:proofErr w:type="spellEnd"/>
      <w:r w:rsidRPr="00DB6EEC">
        <w:t xml:space="preserve">, </w:t>
      </w:r>
      <w:proofErr w:type="spellStart"/>
      <w:r w:rsidRPr="00DB6EEC">
        <w:t>paxta</w:t>
      </w:r>
      <w:proofErr w:type="spellEnd"/>
      <w:r w:rsidRPr="00DB6EEC">
        <w:t xml:space="preserve"> </w:t>
      </w:r>
      <w:proofErr w:type="spellStart"/>
      <w:r w:rsidRPr="00DB6EEC">
        <w:t>yetishtirishda</w:t>
      </w:r>
      <w:proofErr w:type="spellEnd"/>
      <w:r w:rsidRPr="00DB6EEC">
        <w:t xml:space="preserve"> </w:t>
      </w:r>
      <w:proofErr w:type="spellStart"/>
      <w:r w:rsidRPr="00DB6EEC">
        <w:t>pestitsidlardan</w:t>
      </w:r>
      <w:proofErr w:type="spellEnd"/>
      <w:r w:rsidRPr="00DB6EEC">
        <w:t xml:space="preserve"> </w:t>
      </w:r>
      <w:proofErr w:type="spellStart"/>
      <w:r w:rsidRPr="00DB6EEC">
        <w:t>foydalanish</w:t>
      </w:r>
      <w:proofErr w:type="spellEnd"/>
      <w:r w:rsidRPr="00DB6EEC">
        <w:t xml:space="preserve"> </w:t>
      </w:r>
      <w:r w:rsidRPr="00DB6EEC">
        <w:rPr>
          <w:b/>
          <w:bCs/>
        </w:rPr>
        <w:t xml:space="preserve">20% </w:t>
      </w:r>
      <w:proofErr w:type="spellStart"/>
      <w:r w:rsidRPr="00DB6EEC">
        <w:rPr>
          <w:b/>
          <w:bCs/>
        </w:rPr>
        <w:t>ga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qisqargan</w:t>
      </w:r>
      <w:proofErr w:type="spellEnd"/>
      <w:r w:rsidRPr="00DB6EEC">
        <w:t xml:space="preserve">, </w:t>
      </w:r>
      <w:proofErr w:type="spellStart"/>
      <w:r w:rsidRPr="00DB6EEC">
        <w:t>bu</w:t>
      </w:r>
      <w:proofErr w:type="spellEnd"/>
      <w:r w:rsidRPr="00DB6EEC">
        <w:t xml:space="preserve"> </w:t>
      </w:r>
      <w:proofErr w:type="spellStart"/>
      <w:r w:rsidRPr="00DB6EEC">
        <w:t>esa</w:t>
      </w:r>
      <w:proofErr w:type="spellEnd"/>
      <w:r w:rsidRPr="00DB6EEC">
        <w:t xml:space="preserve"> </w:t>
      </w:r>
      <w:proofErr w:type="spellStart"/>
      <w:r w:rsidRPr="00DB6EEC">
        <w:t>tuproq</w:t>
      </w:r>
      <w:proofErr w:type="spellEnd"/>
      <w:r w:rsidRPr="00DB6EEC">
        <w:t xml:space="preserve"> </w:t>
      </w:r>
      <w:proofErr w:type="spellStart"/>
      <w:r w:rsidRPr="00DB6EEC">
        <w:t>unumdorligini</w:t>
      </w:r>
      <w:proofErr w:type="spellEnd"/>
      <w:r w:rsidRPr="00DB6EEC">
        <w:t xml:space="preserve"> </w:t>
      </w:r>
      <w:proofErr w:type="spellStart"/>
      <w:r w:rsidRPr="00DB6EEC">
        <w:t>saqlashga</w:t>
      </w:r>
      <w:proofErr w:type="spellEnd"/>
      <w:r w:rsidRPr="00DB6EEC">
        <w:t xml:space="preserve"> </w:t>
      </w:r>
      <w:proofErr w:type="spellStart"/>
      <w:r w:rsidRPr="00DB6EEC">
        <w:t>yordam</w:t>
      </w:r>
      <w:proofErr w:type="spellEnd"/>
      <w:r w:rsidRPr="00DB6EEC">
        <w:t xml:space="preserve"> </w:t>
      </w:r>
      <w:proofErr w:type="spellStart"/>
      <w:r w:rsidRPr="00DB6EEC">
        <w:t>bergan</w:t>
      </w:r>
      <w:proofErr w:type="spellEnd"/>
      <w:r w:rsidRPr="00DB6EEC">
        <w:t>.</w:t>
      </w:r>
    </w:p>
    <w:p w:rsidR="00DB6EEC" w:rsidRDefault="00DB6EEC" w:rsidP="00DB6EEC">
      <w:pPr>
        <w:spacing w:after="0"/>
      </w:pPr>
    </w:p>
    <w:p w:rsidR="00DB6EEC" w:rsidRDefault="00DB6EEC" w:rsidP="00DB6EEC">
      <w:pPr>
        <w:spacing w:after="0"/>
      </w:pPr>
      <w:proofErr w:type="spellStart"/>
      <w:r w:rsidRPr="0018752F">
        <w:rPr>
          <w:b/>
        </w:rPr>
        <w:t>Hosildorlikni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raqamli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nazorat</w:t>
      </w:r>
      <w:proofErr w:type="spellEnd"/>
      <w:r w:rsidRPr="0018752F">
        <w:rPr>
          <w:b/>
        </w:rPr>
        <w:t xml:space="preserve"> </w:t>
      </w:r>
      <w:proofErr w:type="spellStart"/>
      <w:r w:rsidRPr="0018752F">
        <w:rPr>
          <w:b/>
        </w:rPr>
        <w:t>qilish</w:t>
      </w:r>
      <w:proofErr w:type="spellEnd"/>
      <w:r>
        <w:t xml:space="preserve"> (</w:t>
      </w:r>
      <w:proofErr w:type="spellStart"/>
      <w:r>
        <w:t>Matematik</w:t>
      </w:r>
      <w:proofErr w:type="spellEnd"/>
      <w:r>
        <w:t xml:space="preserve"> </w:t>
      </w:r>
      <w:proofErr w:type="spellStart"/>
      <w:r>
        <w:t>dalil</w:t>
      </w:r>
      <w:proofErr w:type="spellEnd"/>
      <w:r>
        <w:t>)</w:t>
      </w:r>
    </w:p>
    <w:p w:rsidR="00DB6EEC" w:rsidRDefault="00DB6EEC" w:rsidP="00DB6EEC">
      <w:pPr>
        <w:spacing w:after="0"/>
      </w:pPr>
      <w:proofErr w:type="spellStart"/>
      <w:r w:rsidRPr="00DB6EEC">
        <w:t>Algoritmlar</w:t>
      </w:r>
      <w:proofErr w:type="spellEnd"/>
      <w:r w:rsidRPr="00DB6EEC">
        <w:t xml:space="preserve"> (</w:t>
      </w:r>
      <w:proofErr w:type="spellStart"/>
      <w:r w:rsidRPr="00DB6EEC">
        <w:t>masalan</w:t>
      </w:r>
      <w:proofErr w:type="spellEnd"/>
      <w:r w:rsidRPr="00DB6EEC">
        <w:t xml:space="preserve">, </w:t>
      </w:r>
      <w:r w:rsidRPr="00DB6EEC">
        <w:rPr>
          <w:i/>
          <w:iCs/>
        </w:rPr>
        <w:t>Random Forest</w:t>
      </w:r>
      <w:r w:rsidRPr="00DB6EEC">
        <w:t xml:space="preserve">) </w:t>
      </w:r>
      <w:proofErr w:type="spellStart"/>
      <w:r w:rsidRPr="00DB6EEC">
        <w:t>yerning</w:t>
      </w:r>
      <w:proofErr w:type="spellEnd"/>
      <w:r w:rsidRPr="00DB6EEC">
        <w:t xml:space="preserve"> </w:t>
      </w:r>
      <w:proofErr w:type="spellStart"/>
      <w:r w:rsidRPr="00DB6EEC">
        <w:t>o‘tmishdagi</w:t>
      </w:r>
      <w:proofErr w:type="spellEnd"/>
      <w:r w:rsidRPr="00DB6EEC">
        <w:t xml:space="preserve"> 20 </w:t>
      </w:r>
      <w:proofErr w:type="spellStart"/>
      <w:r w:rsidRPr="00DB6EEC">
        <w:t>yillik</w:t>
      </w:r>
      <w:proofErr w:type="spellEnd"/>
      <w:r w:rsidRPr="00DB6EEC">
        <w:t xml:space="preserve"> "</w:t>
      </w:r>
      <w:proofErr w:type="spellStart"/>
      <w:r w:rsidRPr="00DB6EEC">
        <w:t>xotirasi"</w:t>
      </w:r>
      <w:proofErr w:type="gramStart"/>
      <w:r w:rsidRPr="00DB6EEC">
        <w:t>ni</w:t>
      </w:r>
      <w:proofErr w:type="spellEnd"/>
      <w:proofErr w:type="gramEnd"/>
      <w:r w:rsidRPr="00DB6EEC">
        <w:t xml:space="preserve"> </w:t>
      </w:r>
      <w:proofErr w:type="spellStart"/>
      <w:r w:rsidRPr="00DB6EEC">
        <w:t>tahlil</w:t>
      </w:r>
      <w:proofErr w:type="spellEnd"/>
      <w:r w:rsidRPr="00DB6EEC">
        <w:t xml:space="preserve"> </w:t>
      </w:r>
      <w:proofErr w:type="spellStart"/>
      <w:r w:rsidRPr="00DB6EEC">
        <w:t>qiladi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proofErr w:type="spellStart"/>
      <w:r w:rsidRPr="00DB6EEC">
        <w:rPr>
          <w:b/>
          <w:bCs/>
        </w:rPr>
        <w:lastRenderedPageBreak/>
        <w:t>Qanday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qilinadi</w:t>
      </w:r>
      <w:proofErr w:type="spellEnd"/>
      <w:r w:rsidRPr="00DB6EEC">
        <w:rPr>
          <w:b/>
          <w:bCs/>
        </w:rPr>
        <w:t>?</w:t>
      </w:r>
      <w:r w:rsidRPr="00DB6EEC">
        <w:t xml:space="preserve"> </w:t>
      </w:r>
      <w:proofErr w:type="spellStart"/>
      <w:r w:rsidRPr="00DB6EEC">
        <w:t>Quyidagi</w:t>
      </w:r>
      <w:proofErr w:type="spellEnd"/>
      <w:r w:rsidRPr="00DB6EEC">
        <w:t xml:space="preserve"> formula </w:t>
      </w:r>
      <w:proofErr w:type="spellStart"/>
      <w:r w:rsidRPr="00DB6EEC">
        <w:t>asosida</w:t>
      </w:r>
      <w:proofErr w:type="spellEnd"/>
      <w:r w:rsidRPr="00DB6EEC">
        <w:t xml:space="preserve"> SI model </w:t>
      </w:r>
      <w:proofErr w:type="spellStart"/>
      <w:r w:rsidRPr="00DB6EEC">
        <w:t>tuzadi</w:t>
      </w:r>
      <w:proofErr w:type="spellEnd"/>
      <w:r w:rsidRPr="00DB6EEC">
        <w:t>:</w:t>
      </w:r>
    </w:p>
    <w:p w:rsidR="00DB6EEC" w:rsidRPr="00DB6EEC" w:rsidRDefault="00DB6EEC" w:rsidP="00DB6EEC">
      <w:pPr>
        <w:spacing w:after="0"/>
      </w:pPr>
      <w:r w:rsidRPr="00DB6EEC">
        <w:rPr>
          <w:noProof/>
          <w:lang w:val="ru-RU" w:eastAsia="ru-RU"/>
        </w:rPr>
        <w:drawing>
          <wp:inline distT="0" distB="0" distL="0" distR="0" wp14:anchorId="19BF86D5" wp14:editId="650CDD18">
            <wp:extent cx="6035563" cy="320068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5563" cy="32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DB6EEC">
        <w:rPr>
          <w:b/>
          <w:bCs/>
        </w:rPr>
        <w:t>Dalil</w:t>
      </w:r>
      <w:proofErr w:type="spellEnd"/>
      <w:r w:rsidRPr="00DB6EEC">
        <w:rPr>
          <w:b/>
          <w:bCs/>
        </w:rPr>
        <w:t>:</w:t>
      </w:r>
      <w:r w:rsidRPr="00DB6EEC">
        <w:t xml:space="preserve"> </w:t>
      </w:r>
      <w:proofErr w:type="spellStart"/>
      <w:r w:rsidRPr="00DB6EEC">
        <w:t>AQSHning</w:t>
      </w:r>
      <w:proofErr w:type="spellEnd"/>
      <w:r w:rsidRPr="00DB6EEC">
        <w:t xml:space="preserve"> </w:t>
      </w:r>
      <w:r w:rsidRPr="00DB6EEC">
        <w:rPr>
          <w:i/>
          <w:iCs/>
        </w:rPr>
        <w:t>Climate Corporation</w:t>
      </w:r>
      <w:r w:rsidRPr="00DB6EEC">
        <w:t xml:space="preserve"> </w:t>
      </w:r>
      <w:proofErr w:type="spellStart"/>
      <w:r w:rsidRPr="00DB6EEC">
        <w:t>kompaniyasi</w:t>
      </w:r>
      <w:proofErr w:type="spellEnd"/>
      <w:r w:rsidRPr="00DB6EEC">
        <w:t xml:space="preserve"> SI </w:t>
      </w:r>
      <w:proofErr w:type="spellStart"/>
      <w:r w:rsidRPr="00DB6EEC">
        <w:t>yordamida</w:t>
      </w:r>
      <w:proofErr w:type="spellEnd"/>
      <w:r w:rsidRPr="00DB6EEC">
        <w:t xml:space="preserve"> </w:t>
      </w:r>
      <w:proofErr w:type="spellStart"/>
      <w:r w:rsidRPr="00DB6EEC">
        <w:t>makkajo‘xori</w:t>
      </w:r>
      <w:proofErr w:type="spellEnd"/>
      <w:r w:rsidRPr="00DB6EEC">
        <w:t xml:space="preserve"> </w:t>
      </w:r>
      <w:proofErr w:type="spellStart"/>
      <w:r w:rsidRPr="00DB6EEC">
        <w:t>hosildorligini</w:t>
      </w:r>
      <w:proofErr w:type="spellEnd"/>
      <w:r w:rsidRPr="00DB6EEC">
        <w:t xml:space="preserve"> </w:t>
      </w:r>
      <w:r w:rsidRPr="00DB6EEC">
        <w:rPr>
          <w:b/>
          <w:bCs/>
        </w:rPr>
        <w:t xml:space="preserve">95% </w:t>
      </w:r>
      <w:proofErr w:type="spellStart"/>
      <w:r w:rsidRPr="00DB6EEC">
        <w:rPr>
          <w:b/>
          <w:bCs/>
        </w:rPr>
        <w:t>aniqlikda</w:t>
      </w:r>
      <w:proofErr w:type="spellEnd"/>
      <w:r>
        <w:t xml:space="preserve"> </w:t>
      </w:r>
      <w:proofErr w:type="spellStart"/>
      <w:r>
        <w:t>nazorat</w:t>
      </w:r>
      <w:proofErr w:type="spellEnd"/>
      <w:r w:rsidRPr="00DB6EEC">
        <w:t xml:space="preserve"> </w:t>
      </w:r>
      <w:proofErr w:type="spellStart"/>
      <w:r w:rsidRPr="00DB6EEC">
        <w:t>qilmoqda</w:t>
      </w:r>
      <w:proofErr w:type="spellEnd"/>
      <w:r w:rsidRPr="00DB6EEC">
        <w:t xml:space="preserve">. Bu </w:t>
      </w:r>
      <w:proofErr w:type="spellStart"/>
      <w:r w:rsidRPr="00DB6EEC">
        <w:t>fermerlarga</w:t>
      </w:r>
      <w:proofErr w:type="spellEnd"/>
      <w:r w:rsidRPr="00DB6EEC">
        <w:t xml:space="preserve"> </w:t>
      </w:r>
      <w:proofErr w:type="spellStart"/>
      <w:r w:rsidRPr="00DB6EEC">
        <w:t>hosilni</w:t>
      </w:r>
      <w:proofErr w:type="spellEnd"/>
      <w:r w:rsidRPr="00DB6EEC">
        <w:t xml:space="preserve"> </w:t>
      </w:r>
      <w:proofErr w:type="spellStart"/>
      <w:r w:rsidRPr="00DB6EEC">
        <w:t>hali</w:t>
      </w:r>
      <w:proofErr w:type="spellEnd"/>
      <w:r w:rsidRPr="00DB6EEC">
        <w:t xml:space="preserve"> </w:t>
      </w:r>
      <w:proofErr w:type="spellStart"/>
      <w:r w:rsidRPr="00DB6EEC">
        <w:t>yig‘ishtirmasdan</w:t>
      </w:r>
      <w:proofErr w:type="spellEnd"/>
      <w:r w:rsidRPr="00DB6EEC">
        <w:t xml:space="preserve"> </w:t>
      </w:r>
      <w:proofErr w:type="spellStart"/>
      <w:r w:rsidRPr="00DB6EEC">
        <w:t>turib</w:t>
      </w:r>
      <w:proofErr w:type="spellEnd"/>
      <w:r w:rsidRPr="00DB6EEC">
        <w:t xml:space="preserve">, </w:t>
      </w:r>
      <w:proofErr w:type="spellStart"/>
      <w:r w:rsidRPr="00DB6EEC">
        <w:t>uni</w:t>
      </w:r>
      <w:proofErr w:type="spellEnd"/>
      <w:r w:rsidRPr="00DB6EEC">
        <w:t xml:space="preserve"> </w:t>
      </w:r>
      <w:proofErr w:type="spellStart"/>
      <w:r w:rsidRPr="00DB6EEC">
        <w:t>sotish</w:t>
      </w:r>
      <w:proofErr w:type="spellEnd"/>
      <w:r w:rsidRPr="00DB6EEC">
        <w:t xml:space="preserve"> </w:t>
      </w:r>
      <w:proofErr w:type="spellStart"/>
      <w:r w:rsidRPr="00DB6EEC">
        <w:t>shartnomalarini</w:t>
      </w:r>
      <w:proofErr w:type="spellEnd"/>
      <w:r w:rsidRPr="00DB6EEC">
        <w:t xml:space="preserve"> </w:t>
      </w:r>
      <w:proofErr w:type="spellStart"/>
      <w:r w:rsidRPr="00DB6EEC">
        <w:t>tuzish</w:t>
      </w:r>
      <w:proofErr w:type="spellEnd"/>
      <w:r w:rsidRPr="00DB6EEC">
        <w:t xml:space="preserve"> </w:t>
      </w:r>
      <w:proofErr w:type="spellStart"/>
      <w:r w:rsidRPr="00DB6EEC">
        <w:t>imkonini</w:t>
      </w:r>
      <w:proofErr w:type="spellEnd"/>
      <w:r w:rsidRPr="00DB6EEC">
        <w:t xml:space="preserve"> </w:t>
      </w:r>
      <w:proofErr w:type="spellStart"/>
      <w:r w:rsidRPr="00DB6EEC">
        <w:t>beradi</w:t>
      </w:r>
      <w:proofErr w:type="spellEnd"/>
      <w:r w:rsidRPr="00DB6EEC">
        <w:t>.</w:t>
      </w:r>
    </w:p>
    <w:p w:rsidR="00DB6EEC" w:rsidRDefault="00DB6EEC" w:rsidP="00DB6EEC">
      <w:pPr>
        <w:spacing w:after="0"/>
      </w:pPr>
      <w:r>
        <w:t xml:space="preserve">SI </w:t>
      </w:r>
      <w:proofErr w:type="spellStart"/>
      <w:r>
        <w:t>yer</w:t>
      </w:r>
      <w:proofErr w:type="spellEnd"/>
      <w:r>
        <w:t xml:space="preserve"> </w:t>
      </w:r>
      <w:proofErr w:type="spellStart"/>
      <w:r>
        <w:t>resurslarini</w:t>
      </w:r>
      <w:proofErr w:type="spellEnd"/>
      <w:r>
        <w:t xml:space="preserve"> </w:t>
      </w:r>
      <w:proofErr w:type="spellStart"/>
      <w:r>
        <w:t>boshqarishda</w:t>
      </w:r>
      <w:proofErr w:type="spellEnd"/>
      <w:r>
        <w:t xml:space="preserve"> </w:t>
      </w:r>
      <w:r>
        <w:rPr>
          <w:b/>
          <w:bCs/>
        </w:rPr>
        <w:t>"</w:t>
      </w:r>
      <w:proofErr w:type="spellStart"/>
      <w:r>
        <w:rPr>
          <w:b/>
          <w:bCs/>
        </w:rPr>
        <w:t>ko‘r-ko‘rona</w:t>
      </w:r>
      <w:proofErr w:type="spellEnd"/>
      <w:r>
        <w:rPr>
          <w:b/>
          <w:bCs/>
        </w:rPr>
        <w:t>"</w:t>
      </w:r>
      <w:r>
        <w:t xml:space="preserve"> </w:t>
      </w:r>
      <w:proofErr w:type="spellStart"/>
      <w:r>
        <w:t>ishlashga</w:t>
      </w:r>
      <w:proofErr w:type="spellEnd"/>
      <w:r>
        <w:t xml:space="preserve"> </w:t>
      </w:r>
      <w:proofErr w:type="spellStart"/>
      <w:r>
        <w:t>chek</w:t>
      </w:r>
      <w:proofErr w:type="spellEnd"/>
      <w:r>
        <w:t xml:space="preserve"> </w:t>
      </w:r>
      <w:proofErr w:type="spellStart"/>
      <w:r>
        <w:t>qo‘yadi</w:t>
      </w:r>
      <w:proofErr w:type="spellEnd"/>
      <w:r>
        <w:t xml:space="preserve">. U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kvadrat</w:t>
      </w:r>
      <w:proofErr w:type="spellEnd"/>
      <w:r>
        <w:t xml:space="preserve"> </w:t>
      </w:r>
      <w:proofErr w:type="spellStart"/>
      <w:r>
        <w:t>metr</w:t>
      </w:r>
      <w:proofErr w:type="spellEnd"/>
      <w:r>
        <w:t xml:space="preserve"> </w:t>
      </w:r>
      <w:proofErr w:type="spellStart"/>
      <w:r>
        <w:t>yerga</w:t>
      </w:r>
      <w:proofErr w:type="spellEnd"/>
      <w:r>
        <w:t xml:space="preserve"> </w:t>
      </w:r>
      <w:proofErr w:type="spellStart"/>
      <w:r>
        <w:t>nima</w:t>
      </w:r>
      <w:proofErr w:type="spellEnd"/>
      <w:r>
        <w:t xml:space="preserve"> </w:t>
      </w:r>
      <w:proofErr w:type="spellStart"/>
      <w:r>
        <w:t>kerakligini</w:t>
      </w:r>
      <w:proofErr w:type="spellEnd"/>
      <w:r>
        <w:t xml:space="preserve"> (</w:t>
      </w:r>
      <w:proofErr w:type="spellStart"/>
      <w:r>
        <w:t>suvmi</w:t>
      </w:r>
      <w:proofErr w:type="spellEnd"/>
      <w:r>
        <w:t xml:space="preserve">, </w:t>
      </w:r>
      <w:proofErr w:type="spellStart"/>
      <w:r>
        <w:t>o‘g‘itmi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dori</w:t>
      </w:r>
      <w:proofErr w:type="spellEnd"/>
      <w:r>
        <w:t xml:space="preserve">?) </w:t>
      </w:r>
      <w:proofErr w:type="spellStart"/>
      <w:r>
        <w:t>aniq</w:t>
      </w:r>
      <w:proofErr w:type="spellEnd"/>
      <w:r>
        <w:t xml:space="preserve"> </w:t>
      </w:r>
      <w:proofErr w:type="spellStart"/>
      <w:r>
        <w:t>aytib</w:t>
      </w:r>
      <w:proofErr w:type="spellEnd"/>
      <w:r>
        <w:t xml:space="preserve"> </w:t>
      </w:r>
      <w:proofErr w:type="spellStart"/>
      <w:r>
        <w:t>beradi</w:t>
      </w:r>
      <w:proofErr w:type="spellEnd"/>
      <w:r>
        <w:t>.</w:t>
      </w:r>
    </w:p>
    <w:p w:rsidR="00961038" w:rsidRDefault="00DB6EEC" w:rsidP="00961038">
      <w:pPr>
        <w:spacing w:after="0"/>
      </w:pPr>
      <w:proofErr w:type="spellStart"/>
      <w:r w:rsidRPr="00DB6EEC">
        <w:t>O‘zbekiston</w:t>
      </w:r>
      <w:proofErr w:type="spellEnd"/>
      <w:r w:rsidRPr="00DB6EEC">
        <w:t xml:space="preserve"> </w:t>
      </w:r>
      <w:proofErr w:type="spellStart"/>
      <w:r w:rsidRPr="00DB6EEC">
        <w:t>qishloq</w:t>
      </w:r>
      <w:proofErr w:type="spellEnd"/>
      <w:r w:rsidRPr="00DB6EEC">
        <w:t xml:space="preserve"> </w:t>
      </w:r>
      <w:proofErr w:type="spellStart"/>
      <w:r w:rsidRPr="00DB6EEC">
        <w:t>xo‘jaligi</w:t>
      </w:r>
      <w:proofErr w:type="spellEnd"/>
      <w:r w:rsidRPr="00DB6EEC">
        <w:t xml:space="preserve"> </w:t>
      </w:r>
      <w:proofErr w:type="spellStart"/>
      <w:r w:rsidRPr="00DB6EEC">
        <w:t>asosan</w:t>
      </w:r>
      <w:proofErr w:type="spellEnd"/>
      <w:r w:rsidRPr="00DB6EEC">
        <w:t xml:space="preserve"> </w:t>
      </w:r>
      <w:proofErr w:type="spellStart"/>
      <w:r w:rsidRPr="00DB6EEC">
        <w:t>sug‘oriladigan</w:t>
      </w:r>
      <w:proofErr w:type="spellEnd"/>
      <w:r w:rsidRPr="00DB6EEC">
        <w:t xml:space="preserve"> </w:t>
      </w:r>
      <w:proofErr w:type="spellStart"/>
      <w:r w:rsidRPr="00DB6EEC">
        <w:t>dehqonchilikka</w:t>
      </w:r>
      <w:proofErr w:type="spellEnd"/>
      <w:r w:rsidRPr="00DB6EEC">
        <w:t xml:space="preserve"> </w:t>
      </w:r>
      <w:proofErr w:type="spellStart"/>
      <w:r w:rsidRPr="00DB6EEC">
        <w:t>asoslangani</w:t>
      </w:r>
      <w:proofErr w:type="spellEnd"/>
      <w:r w:rsidRPr="00DB6EEC">
        <w:t xml:space="preserve"> </w:t>
      </w:r>
      <w:proofErr w:type="spellStart"/>
      <w:r w:rsidRPr="00DB6EEC">
        <w:t>sababli</w:t>
      </w:r>
      <w:proofErr w:type="spellEnd"/>
      <w:r w:rsidRPr="00DB6EEC">
        <w:t xml:space="preserve">, SI </w:t>
      </w:r>
      <w:proofErr w:type="spellStart"/>
      <w:r w:rsidRPr="00DB6EEC">
        <w:t>quyidagi</w:t>
      </w:r>
      <w:proofErr w:type="spellEnd"/>
      <w:r w:rsidRPr="00DB6EEC">
        <w:t xml:space="preserve"> </w:t>
      </w:r>
      <w:proofErr w:type="spellStart"/>
      <w:r w:rsidRPr="00DB6EEC">
        <w:t>yo‘nalishlarda</w:t>
      </w:r>
      <w:proofErr w:type="spellEnd"/>
      <w:r w:rsidRPr="00DB6EEC">
        <w:t xml:space="preserve"> </w:t>
      </w:r>
      <w:proofErr w:type="spellStart"/>
      <w:r w:rsidRPr="00DB6EEC">
        <w:t>inqilobiy</w:t>
      </w:r>
      <w:proofErr w:type="spellEnd"/>
      <w:r w:rsidRPr="00DB6EEC">
        <w:t xml:space="preserve"> </w:t>
      </w:r>
      <w:proofErr w:type="spellStart"/>
      <w:r w:rsidRPr="00DB6EEC">
        <w:t>o‘zgarish</w:t>
      </w:r>
      <w:proofErr w:type="spellEnd"/>
      <w:r w:rsidRPr="00DB6EEC">
        <w:t xml:space="preserve"> </w:t>
      </w:r>
      <w:proofErr w:type="spellStart"/>
      <w:r w:rsidRPr="00DB6EEC">
        <w:t>qilishi</w:t>
      </w:r>
      <w:proofErr w:type="spellEnd"/>
      <w:r w:rsidRPr="00DB6EEC">
        <w:t xml:space="preserve"> </w:t>
      </w:r>
      <w:proofErr w:type="spellStart"/>
      <w:r w:rsidRPr="00DB6EEC">
        <w:t>mumkin</w:t>
      </w:r>
      <w:proofErr w:type="spellEnd"/>
      <w:r w:rsidRPr="00DB6EEC">
        <w:t>:</w:t>
      </w:r>
    </w:p>
    <w:p w:rsidR="00961038" w:rsidRDefault="00DB6EEC" w:rsidP="00961038">
      <w:pPr>
        <w:spacing w:after="0"/>
      </w:pPr>
      <w:proofErr w:type="spellStart"/>
      <w:r w:rsidRPr="00DB6EEC">
        <w:rPr>
          <w:b/>
          <w:bCs/>
        </w:rPr>
        <w:t>Suv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resurslarini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tejash</w:t>
      </w:r>
      <w:proofErr w:type="spellEnd"/>
      <w:r w:rsidRPr="00DB6EEC">
        <w:rPr>
          <w:b/>
          <w:bCs/>
        </w:rPr>
        <w:t>:</w:t>
      </w:r>
      <w:r w:rsidRPr="00DB6EEC">
        <w:t xml:space="preserve"> </w:t>
      </w:r>
      <w:proofErr w:type="spellStart"/>
      <w:r w:rsidRPr="00DB6EEC">
        <w:t>O‘zbekiston</w:t>
      </w:r>
      <w:proofErr w:type="spellEnd"/>
      <w:r w:rsidRPr="00DB6EEC">
        <w:t xml:space="preserve"> </w:t>
      </w:r>
      <w:proofErr w:type="spellStart"/>
      <w:r w:rsidRPr="00DB6EEC">
        <w:t>uchun</w:t>
      </w:r>
      <w:proofErr w:type="spellEnd"/>
      <w:r w:rsidRPr="00DB6EEC">
        <w:t xml:space="preserve"> </w:t>
      </w:r>
      <w:proofErr w:type="spellStart"/>
      <w:r w:rsidRPr="00DB6EEC">
        <w:t>suv</w:t>
      </w:r>
      <w:proofErr w:type="spellEnd"/>
      <w:r w:rsidRPr="00DB6EEC">
        <w:t xml:space="preserve"> </w:t>
      </w:r>
      <w:proofErr w:type="spellStart"/>
      <w:r w:rsidRPr="00DB6EEC">
        <w:t>tanqisligi</w:t>
      </w:r>
      <w:proofErr w:type="spellEnd"/>
      <w:r w:rsidRPr="00DB6EEC">
        <w:t xml:space="preserve"> </w:t>
      </w:r>
      <w:proofErr w:type="spellStart"/>
      <w:r w:rsidRPr="00DB6EEC">
        <w:t>eng</w:t>
      </w:r>
      <w:proofErr w:type="spellEnd"/>
      <w:r w:rsidRPr="00DB6EEC">
        <w:t xml:space="preserve"> </w:t>
      </w:r>
      <w:proofErr w:type="spellStart"/>
      <w:r w:rsidRPr="00DB6EEC">
        <w:t>katta</w:t>
      </w:r>
      <w:proofErr w:type="spellEnd"/>
      <w:r w:rsidRPr="00DB6EEC">
        <w:t xml:space="preserve"> </w:t>
      </w:r>
      <w:proofErr w:type="spellStart"/>
      <w:r w:rsidRPr="00DB6EEC">
        <w:t>muammo</w:t>
      </w:r>
      <w:proofErr w:type="spellEnd"/>
      <w:r w:rsidRPr="00DB6EEC">
        <w:t xml:space="preserve">. SI </w:t>
      </w:r>
      <w:proofErr w:type="spellStart"/>
      <w:r w:rsidRPr="00DB6EEC">
        <w:t>algoritmlari</w:t>
      </w:r>
      <w:proofErr w:type="spellEnd"/>
      <w:r w:rsidRPr="00DB6EEC">
        <w:t xml:space="preserve"> </w:t>
      </w:r>
      <w:proofErr w:type="spellStart"/>
      <w:r w:rsidRPr="00DB6EEC">
        <w:t>tuproq</w:t>
      </w:r>
      <w:proofErr w:type="spellEnd"/>
      <w:r w:rsidRPr="00DB6EEC">
        <w:t xml:space="preserve"> </w:t>
      </w:r>
      <w:proofErr w:type="spellStart"/>
      <w:r w:rsidRPr="00DB6EEC">
        <w:t>namligi</w:t>
      </w:r>
      <w:proofErr w:type="spellEnd"/>
      <w:r w:rsidRPr="00DB6EEC">
        <w:t xml:space="preserve"> </w:t>
      </w:r>
      <w:proofErr w:type="spellStart"/>
      <w:proofErr w:type="gramStart"/>
      <w:r w:rsidRPr="00DB6EEC">
        <w:t>va</w:t>
      </w:r>
      <w:proofErr w:type="spellEnd"/>
      <w:proofErr w:type="gramEnd"/>
      <w:r w:rsidRPr="00DB6EEC">
        <w:t xml:space="preserve"> </w:t>
      </w:r>
      <w:proofErr w:type="spellStart"/>
      <w:r w:rsidRPr="00DB6EEC">
        <w:t>bug‘lanishni</w:t>
      </w:r>
      <w:proofErr w:type="spellEnd"/>
      <w:r w:rsidRPr="00DB6EEC">
        <w:t xml:space="preserve"> </w:t>
      </w:r>
      <w:proofErr w:type="spellStart"/>
      <w:r w:rsidRPr="00DB6EEC">
        <w:t>hisobga</w:t>
      </w:r>
      <w:proofErr w:type="spellEnd"/>
      <w:r w:rsidRPr="00DB6EEC">
        <w:t xml:space="preserve"> </w:t>
      </w:r>
      <w:proofErr w:type="spellStart"/>
      <w:r w:rsidRPr="00DB6EEC">
        <w:t>olib</w:t>
      </w:r>
      <w:proofErr w:type="spellEnd"/>
      <w:r w:rsidRPr="00DB6EEC">
        <w:t xml:space="preserve">, </w:t>
      </w:r>
      <w:proofErr w:type="spellStart"/>
      <w:r w:rsidRPr="00DB6EEC">
        <w:t>sug‘orishni</w:t>
      </w:r>
      <w:proofErr w:type="spellEnd"/>
      <w:r w:rsidRPr="00DB6EEC">
        <w:t xml:space="preserve"> </w:t>
      </w:r>
      <w:r w:rsidRPr="00DB6EEC">
        <w:rPr>
          <w:b/>
          <w:bCs/>
        </w:rPr>
        <w:t xml:space="preserve">30-40% </w:t>
      </w:r>
      <w:proofErr w:type="spellStart"/>
      <w:r w:rsidRPr="00DB6EEC">
        <w:rPr>
          <w:b/>
          <w:bCs/>
        </w:rPr>
        <w:t>gacha</w:t>
      </w:r>
      <w:proofErr w:type="spellEnd"/>
      <w:r w:rsidRPr="00DB6EEC">
        <w:t xml:space="preserve"> </w:t>
      </w:r>
      <w:proofErr w:type="spellStart"/>
      <w:r w:rsidRPr="00DB6EEC">
        <w:t>tejashi</w:t>
      </w:r>
      <w:proofErr w:type="spellEnd"/>
      <w:r w:rsidRPr="00DB6EEC">
        <w:t xml:space="preserve"> </w:t>
      </w:r>
      <w:proofErr w:type="spellStart"/>
      <w:r w:rsidRPr="00DB6EEC">
        <w:t>mumkin</w:t>
      </w:r>
      <w:proofErr w:type="spellEnd"/>
      <w:r w:rsidRPr="00DB6EEC">
        <w:t xml:space="preserve">. Bu </w:t>
      </w:r>
      <w:proofErr w:type="spellStart"/>
      <w:r w:rsidRPr="00DB6EEC">
        <w:t>har</w:t>
      </w:r>
      <w:proofErr w:type="spellEnd"/>
      <w:r w:rsidRPr="00DB6EEC">
        <w:t xml:space="preserve"> </w:t>
      </w:r>
      <w:proofErr w:type="spellStart"/>
      <w:r w:rsidRPr="00DB6EEC">
        <w:t>yili</w:t>
      </w:r>
      <w:proofErr w:type="spellEnd"/>
      <w:r w:rsidRPr="00DB6EEC">
        <w:t xml:space="preserve"> </w:t>
      </w:r>
      <w:proofErr w:type="spellStart"/>
      <w:r w:rsidRPr="00DB6EEC">
        <w:t>milliardlab</w:t>
      </w:r>
      <w:proofErr w:type="spellEnd"/>
      <w:r w:rsidRPr="00DB6EEC">
        <w:t xml:space="preserve"> </w:t>
      </w:r>
      <w:proofErr w:type="spellStart"/>
      <w:r w:rsidRPr="00DB6EEC">
        <w:t>kub</w:t>
      </w:r>
      <w:proofErr w:type="spellEnd"/>
      <w:r w:rsidRPr="00DB6EEC">
        <w:t xml:space="preserve"> </w:t>
      </w:r>
      <w:proofErr w:type="spellStart"/>
      <w:r w:rsidRPr="00DB6EEC">
        <w:t>metr</w:t>
      </w:r>
      <w:proofErr w:type="spellEnd"/>
      <w:r w:rsidRPr="00DB6EEC">
        <w:t xml:space="preserve"> </w:t>
      </w:r>
      <w:proofErr w:type="spellStart"/>
      <w:r w:rsidRPr="00DB6EEC">
        <w:t>suvni</w:t>
      </w:r>
      <w:proofErr w:type="spellEnd"/>
      <w:r w:rsidRPr="00DB6EEC">
        <w:t xml:space="preserve"> </w:t>
      </w:r>
      <w:proofErr w:type="spellStart"/>
      <w:r w:rsidRPr="00DB6EEC">
        <w:t>saqlab</w:t>
      </w:r>
      <w:proofErr w:type="spellEnd"/>
      <w:r w:rsidRPr="00DB6EEC">
        <w:t xml:space="preserve"> </w:t>
      </w:r>
      <w:proofErr w:type="spellStart"/>
      <w:r w:rsidRPr="00DB6EEC">
        <w:t>qolish</w:t>
      </w:r>
      <w:proofErr w:type="spellEnd"/>
      <w:r w:rsidRPr="00DB6EEC">
        <w:t xml:space="preserve"> </w:t>
      </w:r>
      <w:proofErr w:type="spellStart"/>
      <w:r w:rsidRPr="00DB6EEC">
        <w:t>degani</w:t>
      </w:r>
      <w:proofErr w:type="spellEnd"/>
      <w:r w:rsidRPr="00DB6EEC">
        <w:t>.</w:t>
      </w:r>
    </w:p>
    <w:p w:rsidR="00961038" w:rsidRDefault="00DB6EEC" w:rsidP="00961038">
      <w:pPr>
        <w:spacing w:after="0"/>
      </w:pPr>
      <w:proofErr w:type="spellStart"/>
      <w:r w:rsidRPr="00DB6EEC">
        <w:rPr>
          <w:b/>
          <w:bCs/>
        </w:rPr>
        <w:t>Sho‘rlanishga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qarshi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kurash</w:t>
      </w:r>
      <w:proofErr w:type="spellEnd"/>
      <w:r w:rsidRPr="00DB6EEC">
        <w:rPr>
          <w:b/>
          <w:bCs/>
        </w:rPr>
        <w:t>:</w:t>
      </w:r>
      <w:r w:rsidRPr="00DB6EEC">
        <w:t xml:space="preserve"> SI </w:t>
      </w:r>
      <w:proofErr w:type="spellStart"/>
      <w:r w:rsidRPr="00DB6EEC">
        <w:t>algoritmlari</w:t>
      </w:r>
      <w:proofErr w:type="spellEnd"/>
      <w:r w:rsidRPr="00DB6EEC">
        <w:t xml:space="preserve"> </w:t>
      </w:r>
      <w:proofErr w:type="spellStart"/>
      <w:r w:rsidRPr="00DB6EEC">
        <w:t>yer</w:t>
      </w:r>
      <w:proofErr w:type="spellEnd"/>
      <w:r w:rsidRPr="00DB6EEC">
        <w:t xml:space="preserve"> </w:t>
      </w:r>
      <w:proofErr w:type="spellStart"/>
      <w:r w:rsidRPr="00DB6EEC">
        <w:t>osti</w:t>
      </w:r>
      <w:proofErr w:type="spellEnd"/>
      <w:r w:rsidRPr="00DB6EEC">
        <w:t xml:space="preserve"> </w:t>
      </w:r>
      <w:proofErr w:type="spellStart"/>
      <w:r w:rsidRPr="00DB6EEC">
        <w:t>suvlari</w:t>
      </w:r>
      <w:proofErr w:type="spellEnd"/>
      <w:r w:rsidRPr="00DB6EEC">
        <w:t xml:space="preserve"> </w:t>
      </w:r>
      <w:proofErr w:type="spellStart"/>
      <w:r w:rsidRPr="00DB6EEC">
        <w:t>sathi</w:t>
      </w:r>
      <w:proofErr w:type="spellEnd"/>
      <w:r w:rsidRPr="00DB6EEC">
        <w:t xml:space="preserve"> </w:t>
      </w:r>
      <w:proofErr w:type="spellStart"/>
      <w:proofErr w:type="gramStart"/>
      <w:r w:rsidRPr="00DB6EEC">
        <w:t>va</w:t>
      </w:r>
      <w:proofErr w:type="spellEnd"/>
      <w:proofErr w:type="gramEnd"/>
      <w:r w:rsidRPr="00DB6EEC">
        <w:t xml:space="preserve"> </w:t>
      </w:r>
      <w:proofErr w:type="spellStart"/>
      <w:r w:rsidRPr="00DB6EEC">
        <w:t>tuproq</w:t>
      </w:r>
      <w:proofErr w:type="spellEnd"/>
      <w:r w:rsidRPr="00DB6EEC">
        <w:t xml:space="preserve"> </w:t>
      </w:r>
      <w:proofErr w:type="spellStart"/>
      <w:r w:rsidRPr="00DB6EEC">
        <w:t>tarkibini</w:t>
      </w:r>
      <w:proofErr w:type="spellEnd"/>
      <w:r w:rsidRPr="00DB6EEC">
        <w:t xml:space="preserve"> </w:t>
      </w:r>
      <w:proofErr w:type="spellStart"/>
      <w:r w:rsidRPr="00DB6EEC">
        <w:t>tahlil</w:t>
      </w:r>
      <w:proofErr w:type="spellEnd"/>
      <w:r w:rsidRPr="00DB6EEC">
        <w:t xml:space="preserve"> </w:t>
      </w:r>
      <w:proofErr w:type="spellStart"/>
      <w:r w:rsidRPr="00DB6EEC">
        <w:t>qilib</w:t>
      </w:r>
      <w:proofErr w:type="spellEnd"/>
      <w:r w:rsidRPr="00DB6EEC">
        <w:t xml:space="preserve">, </w:t>
      </w:r>
      <w:proofErr w:type="spellStart"/>
      <w:r w:rsidRPr="00DB6EEC">
        <w:t>sho‘rlanish</w:t>
      </w:r>
      <w:proofErr w:type="spellEnd"/>
      <w:r w:rsidRPr="00DB6EEC">
        <w:t xml:space="preserve"> </w:t>
      </w:r>
      <w:proofErr w:type="spellStart"/>
      <w:r w:rsidRPr="00DB6EEC">
        <w:t>xavfi</w:t>
      </w:r>
      <w:proofErr w:type="spellEnd"/>
      <w:r w:rsidRPr="00DB6EEC">
        <w:t xml:space="preserve"> </w:t>
      </w:r>
      <w:proofErr w:type="spellStart"/>
      <w:r w:rsidRPr="00DB6EEC">
        <w:t>bor</w:t>
      </w:r>
      <w:proofErr w:type="spellEnd"/>
      <w:r w:rsidRPr="00DB6EEC">
        <w:t xml:space="preserve"> </w:t>
      </w:r>
      <w:proofErr w:type="spellStart"/>
      <w:r w:rsidRPr="00DB6EEC">
        <w:t>hududlarni</w:t>
      </w:r>
      <w:proofErr w:type="spellEnd"/>
      <w:r w:rsidRPr="00DB6EEC">
        <w:t xml:space="preserve"> </w:t>
      </w:r>
      <w:proofErr w:type="spellStart"/>
      <w:r w:rsidRPr="00DB6EEC">
        <w:t>erta</w:t>
      </w:r>
      <w:proofErr w:type="spellEnd"/>
      <w:r w:rsidRPr="00DB6EEC">
        <w:t xml:space="preserve"> </w:t>
      </w:r>
      <w:proofErr w:type="spellStart"/>
      <w:r w:rsidRPr="00DB6EEC">
        <w:t>aniqlaydi</w:t>
      </w:r>
      <w:proofErr w:type="spellEnd"/>
      <w:r w:rsidRPr="00DB6EEC">
        <w:t xml:space="preserve"> </w:t>
      </w:r>
      <w:proofErr w:type="spellStart"/>
      <w:r w:rsidRPr="00DB6EEC">
        <w:t>va</w:t>
      </w:r>
      <w:proofErr w:type="spellEnd"/>
      <w:r w:rsidRPr="00DB6EEC">
        <w:t xml:space="preserve"> </w:t>
      </w:r>
      <w:proofErr w:type="spellStart"/>
      <w:r w:rsidRPr="00DB6EEC">
        <w:t>meliorativ</w:t>
      </w:r>
      <w:proofErr w:type="spellEnd"/>
      <w:r w:rsidRPr="00DB6EEC">
        <w:t xml:space="preserve"> </w:t>
      </w:r>
      <w:proofErr w:type="spellStart"/>
      <w:r w:rsidRPr="00DB6EEC">
        <w:t>tadbirlarni</w:t>
      </w:r>
      <w:proofErr w:type="spellEnd"/>
      <w:r w:rsidRPr="00DB6EEC">
        <w:t xml:space="preserve"> </w:t>
      </w:r>
      <w:proofErr w:type="spellStart"/>
      <w:r w:rsidRPr="00DB6EEC">
        <w:t>rejalashtirishga</w:t>
      </w:r>
      <w:proofErr w:type="spellEnd"/>
      <w:r w:rsidRPr="00DB6EEC">
        <w:t xml:space="preserve"> </w:t>
      </w:r>
      <w:proofErr w:type="spellStart"/>
      <w:r w:rsidRPr="00DB6EEC">
        <w:t>yordam</w:t>
      </w:r>
      <w:proofErr w:type="spellEnd"/>
      <w:r w:rsidRPr="00DB6EEC">
        <w:t xml:space="preserve"> </w:t>
      </w:r>
      <w:proofErr w:type="spellStart"/>
      <w:r w:rsidRPr="00DB6EEC">
        <w:t>beradi</w:t>
      </w:r>
      <w:proofErr w:type="spellEnd"/>
      <w:r w:rsidRPr="00DB6EEC">
        <w:t>.</w:t>
      </w:r>
    </w:p>
    <w:p w:rsidR="00961038" w:rsidRDefault="00DB6EEC" w:rsidP="00961038">
      <w:pPr>
        <w:spacing w:after="0"/>
      </w:pPr>
      <w:proofErr w:type="spellStart"/>
      <w:r w:rsidRPr="00DB6EEC">
        <w:rPr>
          <w:b/>
          <w:bCs/>
        </w:rPr>
        <w:t>Hosildorlikni</w:t>
      </w:r>
      <w:proofErr w:type="spellEnd"/>
      <w:r w:rsidRPr="00DB6EEC">
        <w:rPr>
          <w:b/>
          <w:bCs/>
        </w:rPr>
        <w:t xml:space="preserve"> </w:t>
      </w:r>
      <w:proofErr w:type="spellStart"/>
      <w:r w:rsidRPr="00DB6EEC">
        <w:rPr>
          <w:b/>
          <w:bCs/>
        </w:rPr>
        <w:t>optimallashtirish</w:t>
      </w:r>
      <w:proofErr w:type="spellEnd"/>
      <w:r w:rsidRPr="00DB6EEC">
        <w:rPr>
          <w:b/>
          <w:bCs/>
        </w:rPr>
        <w:t>:</w:t>
      </w:r>
      <w:r w:rsidRPr="00DB6EEC">
        <w:t xml:space="preserve"> </w:t>
      </w:r>
      <w:proofErr w:type="spellStart"/>
      <w:r w:rsidRPr="00DB6EEC">
        <w:t>Paxta</w:t>
      </w:r>
      <w:proofErr w:type="spellEnd"/>
      <w:r w:rsidRPr="00DB6EEC">
        <w:t xml:space="preserve"> </w:t>
      </w:r>
      <w:proofErr w:type="spellStart"/>
      <w:proofErr w:type="gramStart"/>
      <w:r w:rsidRPr="00DB6EEC">
        <w:t>va</w:t>
      </w:r>
      <w:proofErr w:type="spellEnd"/>
      <w:proofErr w:type="gramEnd"/>
      <w:r w:rsidRPr="00DB6EEC">
        <w:t xml:space="preserve"> </w:t>
      </w:r>
      <w:proofErr w:type="spellStart"/>
      <w:r w:rsidRPr="00DB6EEC">
        <w:t>g‘alla</w:t>
      </w:r>
      <w:proofErr w:type="spellEnd"/>
      <w:r w:rsidRPr="00DB6EEC">
        <w:t xml:space="preserve"> </w:t>
      </w:r>
      <w:proofErr w:type="spellStart"/>
      <w:r w:rsidRPr="00DB6EEC">
        <w:t>yetishtirishda</w:t>
      </w:r>
      <w:proofErr w:type="spellEnd"/>
      <w:r w:rsidRPr="00DB6EEC">
        <w:t xml:space="preserve"> SI </w:t>
      </w:r>
      <w:proofErr w:type="spellStart"/>
      <w:r w:rsidRPr="00DB6EEC">
        <w:t>urug‘ni</w:t>
      </w:r>
      <w:proofErr w:type="spellEnd"/>
      <w:r w:rsidRPr="00DB6EEC">
        <w:t xml:space="preserve"> </w:t>
      </w:r>
      <w:proofErr w:type="spellStart"/>
      <w:r w:rsidRPr="00DB6EEC">
        <w:t>ekish</w:t>
      </w:r>
      <w:proofErr w:type="spellEnd"/>
      <w:r w:rsidRPr="00DB6EEC">
        <w:t xml:space="preserve"> </w:t>
      </w:r>
      <w:proofErr w:type="spellStart"/>
      <w:r w:rsidRPr="00DB6EEC">
        <w:t>chuqurligidan</w:t>
      </w:r>
      <w:proofErr w:type="spellEnd"/>
      <w:r w:rsidRPr="00DB6EEC">
        <w:t xml:space="preserve"> </w:t>
      </w:r>
      <w:proofErr w:type="spellStart"/>
      <w:r w:rsidRPr="00DB6EEC">
        <w:t>tortib</w:t>
      </w:r>
      <w:proofErr w:type="spellEnd"/>
      <w:r w:rsidRPr="00DB6EEC">
        <w:t xml:space="preserve">, mineral </w:t>
      </w:r>
      <w:proofErr w:type="spellStart"/>
      <w:r w:rsidRPr="00DB6EEC">
        <w:t>o‘g‘itlarni</w:t>
      </w:r>
      <w:proofErr w:type="spellEnd"/>
      <w:r w:rsidRPr="00DB6EEC">
        <w:t xml:space="preserve"> </w:t>
      </w:r>
      <w:proofErr w:type="spellStart"/>
      <w:r w:rsidRPr="00DB6EEC">
        <w:t>aniq</w:t>
      </w:r>
      <w:proofErr w:type="spellEnd"/>
      <w:r w:rsidRPr="00DB6EEC">
        <w:t xml:space="preserve"> </w:t>
      </w:r>
      <w:proofErr w:type="spellStart"/>
      <w:r w:rsidRPr="00DB6EEC">
        <w:t>dozasini</w:t>
      </w:r>
      <w:proofErr w:type="spellEnd"/>
      <w:r w:rsidRPr="00DB6EEC">
        <w:t xml:space="preserve"> </w:t>
      </w:r>
      <w:proofErr w:type="spellStart"/>
      <w:r w:rsidRPr="00DB6EEC">
        <w:t>belgilab</w:t>
      </w:r>
      <w:proofErr w:type="spellEnd"/>
      <w:r w:rsidRPr="00DB6EEC">
        <w:t xml:space="preserve"> </w:t>
      </w:r>
      <w:proofErr w:type="spellStart"/>
      <w:r w:rsidRPr="00DB6EEC">
        <w:t>beradi</w:t>
      </w:r>
      <w:proofErr w:type="spellEnd"/>
      <w:r w:rsidRPr="00DB6EEC">
        <w:t xml:space="preserve">. </w:t>
      </w:r>
      <w:r w:rsidRPr="00961038">
        <w:t xml:space="preserve">Bu </w:t>
      </w:r>
      <w:proofErr w:type="spellStart"/>
      <w:r w:rsidRPr="00961038">
        <w:t>esa</w:t>
      </w:r>
      <w:proofErr w:type="spellEnd"/>
      <w:r w:rsidRPr="00961038">
        <w:t xml:space="preserve"> </w:t>
      </w:r>
      <w:proofErr w:type="spellStart"/>
      <w:r w:rsidRPr="00961038">
        <w:t>xarajatlarni</w:t>
      </w:r>
      <w:proofErr w:type="spellEnd"/>
      <w:r w:rsidRPr="00961038">
        <w:t xml:space="preserve"> </w:t>
      </w:r>
      <w:proofErr w:type="spellStart"/>
      <w:r w:rsidRPr="00961038">
        <w:t>kamaytirib</w:t>
      </w:r>
      <w:proofErr w:type="spellEnd"/>
      <w:r w:rsidRPr="00961038">
        <w:t xml:space="preserve">, </w:t>
      </w:r>
      <w:proofErr w:type="spellStart"/>
      <w:r w:rsidRPr="00961038">
        <w:t>daromadni</w:t>
      </w:r>
      <w:proofErr w:type="spellEnd"/>
      <w:r w:rsidRPr="00961038">
        <w:t xml:space="preserve"> </w:t>
      </w:r>
      <w:proofErr w:type="spellStart"/>
      <w:r w:rsidRPr="00961038">
        <w:t>oshiradi</w:t>
      </w:r>
      <w:proofErr w:type="spellEnd"/>
      <w:r w:rsidRPr="00961038">
        <w:t>.</w:t>
      </w:r>
    </w:p>
    <w:p w:rsidR="00DB6EEC" w:rsidRDefault="00DB6EEC" w:rsidP="00961038">
      <w:pPr>
        <w:spacing w:after="0"/>
      </w:pPr>
      <w:proofErr w:type="spellStart"/>
      <w:r w:rsidRPr="00961038">
        <w:rPr>
          <w:b/>
          <w:bCs/>
        </w:rPr>
        <w:t>Iqlimiy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xatarlarni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kamaytirish</w:t>
      </w:r>
      <w:proofErr w:type="spellEnd"/>
      <w:r w:rsidRPr="00961038">
        <w:rPr>
          <w:b/>
          <w:bCs/>
        </w:rPr>
        <w:t>:</w:t>
      </w:r>
      <w:r w:rsidR="00961038">
        <w:t xml:space="preserve"> </w:t>
      </w:r>
      <w:proofErr w:type="spellStart"/>
      <w:r w:rsidR="00961038">
        <w:t>Bahorgi</w:t>
      </w:r>
      <w:proofErr w:type="spellEnd"/>
      <w:r w:rsidR="00961038">
        <w:t xml:space="preserve"> </w:t>
      </w:r>
      <w:proofErr w:type="spellStart"/>
      <w:proofErr w:type="gramStart"/>
      <w:r w:rsidR="00961038">
        <w:t>va</w:t>
      </w:r>
      <w:proofErr w:type="spellEnd"/>
      <w:proofErr w:type="gramEnd"/>
      <w:r w:rsidR="00961038">
        <w:t xml:space="preserve"> </w:t>
      </w:r>
      <w:proofErr w:type="spellStart"/>
      <w:r w:rsidRPr="00961038">
        <w:t>yozlar</w:t>
      </w:r>
      <w:proofErr w:type="spellEnd"/>
      <w:r w:rsidRPr="00961038">
        <w:t xml:space="preserve"> </w:t>
      </w:r>
      <w:proofErr w:type="spellStart"/>
      <w:r w:rsidRPr="00961038">
        <w:t>yoki</w:t>
      </w:r>
      <w:proofErr w:type="spellEnd"/>
      <w:r w:rsidRPr="00961038">
        <w:t xml:space="preserve"> </w:t>
      </w:r>
      <w:proofErr w:type="spellStart"/>
      <w:r w:rsidRPr="00961038">
        <w:t>yozdagi</w:t>
      </w:r>
      <w:proofErr w:type="spellEnd"/>
      <w:r w:rsidRPr="00961038">
        <w:t xml:space="preserve"> </w:t>
      </w:r>
      <w:proofErr w:type="spellStart"/>
      <w:r w:rsidRPr="00961038">
        <w:t>jazirama</w:t>
      </w:r>
      <w:proofErr w:type="spellEnd"/>
      <w:r w:rsidRPr="00961038">
        <w:t xml:space="preserve"> (</w:t>
      </w:r>
      <w:proofErr w:type="spellStart"/>
      <w:r w:rsidRPr="00961038">
        <w:t>garmsel</w:t>
      </w:r>
      <w:proofErr w:type="spellEnd"/>
      <w:r w:rsidRPr="00961038">
        <w:t xml:space="preserve">) </w:t>
      </w:r>
      <w:proofErr w:type="spellStart"/>
      <w:r w:rsidR="00961038">
        <w:t>kutilayotganini</w:t>
      </w:r>
      <w:proofErr w:type="spellEnd"/>
      <w:r w:rsidR="00961038">
        <w:t xml:space="preserve"> SI </w:t>
      </w:r>
      <w:proofErr w:type="spellStart"/>
      <w:r w:rsidR="00961038">
        <w:t>nazorat</w:t>
      </w:r>
      <w:proofErr w:type="spellEnd"/>
      <w:r w:rsidRPr="00961038">
        <w:t xml:space="preserve"> </w:t>
      </w:r>
      <w:proofErr w:type="spellStart"/>
      <w:r w:rsidRPr="00961038">
        <w:t>qilsa</w:t>
      </w:r>
      <w:proofErr w:type="spellEnd"/>
      <w:r w:rsidRPr="00961038">
        <w:t xml:space="preserve">, </w:t>
      </w:r>
      <w:proofErr w:type="spellStart"/>
      <w:r w:rsidRPr="00961038">
        <w:t>fermerlar</w:t>
      </w:r>
      <w:proofErr w:type="spellEnd"/>
      <w:r w:rsidRPr="00961038">
        <w:t xml:space="preserve"> </w:t>
      </w:r>
      <w:proofErr w:type="spellStart"/>
      <w:r w:rsidRPr="00961038">
        <w:t>hosilni</w:t>
      </w:r>
      <w:proofErr w:type="spellEnd"/>
      <w:r w:rsidRPr="00961038">
        <w:t xml:space="preserve"> </w:t>
      </w:r>
      <w:proofErr w:type="spellStart"/>
      <w:r w:rsidRPr="00961038">
        <w:t>himoyalash</w:t>
      </w:r>
      <w:proofErr w:type="spellEnd"/>
      <w:r w:rsidRPr="00961038">
        <w:t xml:space="preserve"> </w:t>
      </w:r>
      <w:proofErr w:type="spellStart"/>
      <w:r w:rsidRPr="00961038">
        <w:t>choralarini</w:t>
      </w:r>
      <w:proofErr w:type="spellEnd"/>
      <w:r w:rsidRPr="00961038">
        <w:t xml:space="preserve"> </w:t>
      </w:r>
      <w:proofErr w:type="spellStart"/>
      <w:r w:rsidRPr="00961038">
        <w:t>oldindan</w:t>
      </w:r>
      <w:proofErr w:type="spellEnd"/>
      <w:r w:rsidRPr="00961038">
        <w:t xml:space="preserve"> </w:t>
      </w:r>
      <w:proofErr w:type="spellStart"/>
      <w:r w:rsidRPr="00961038">
        <w:t>ko‘rishlari</w:t>
      </w:r>
      <w:proofErr w:type="spellEnd"/>
      <w:r w:rsidRPr="00961038">
        <w:t xml:space="preserve"> </w:t>
      </w:r>
      <w:proofErr w:type="spellStart"/>
      <w:r w:rsidRPr="00961038">
        <w:t>mumkin</w:t>
      </w:r>
      <w:proofErr w:type="spellEnd"/>
      <w:r w:rsidRPr="00961038">
        <w:t>.</w:t>
      </w:r>
    </w:p>
    <w:p w:rsidR="00961038" w:rsidRDefault="00961038" w:rsidP="00961038">
      <w:pPr>
        <w:spacing w:after="0"/>
      </w:pPr>
      <w:proofErr w:type="spellStart"/>
      <w:r>
        <w:t>Xulosa</w:t>
      </w:r>
      <w:proofErr w:type="spellEnd"/>
      <w:r>
        <w:t xml:space="preserve">: </w:t>
      </w:r>
      <w:proofErr w:type="spellStart"/>
      <w:r>
        <w:t>O‘tkazilgan</w:t>
      </w:r>
      <w:proofErr w:type="spellEnd"/>
      <w:r>
        <w:t xml:space="preserve"> </w:t>
      </w:r>
      <w:proofErr w:type="spellStart"/>
      <w:r>
        <w:t>tadqiqotlar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tahlillar</w:t>
      </w:r>
      <w:proofErr w:type="spellEnd"/>
      <w:r>
        <w:t xml:space="preserve"> </w:t>
      </w:r>
      <w:proofErr w:type="spellStart"/>
      <w:r>
        <w:t>shuni</w:t>
      </w:r>
      <w:proofErr w:type="spellEnd"/>
      <w:r>
        <w:t xml:space="preserve"> </w:t>
      </w:r>
      <w:proofErr w:type="spellStart"/>
      <w:r>
        <w:t>ko‘rsatadiki</w:t>
      </w:r>
      <w:proofErr w:type="spellEnd"/>
      <w:r>
        <w:t xml:space="preserve">, </w:t>
      </w:r>
      <w:proofErr w:type="spellStart"/>
      <w:r>
        <w:t>yer</w:t>
      </w:r>
      <w:proofErr w:type="spellEnd"/>
      <w:r>
        <w:t xml:space="preserve"> </w:t>
      </w:r>
      <w:proofErr w:type="spellStart"/>
      <w:r>
        <w:t>resurslarini</w:t>
      </w:r>
      <w:proofErr w:type="spellEnd"/>
      <w:r>
        <w:t xml:space="preserve"> </w:t>
      </w:r>
      <w:proofErr w:type="spellStart"/>
      <w:r>
        <w:t>boshqarishda</w:t>
      </w:r>
      <w:proofErr w:type="spellEnd"/>
      <w:r>
        <w:t xml:space="preserve"> </w:t>
      </w:r>
      <w:proofErr w:type="spellStart"/>
      <w:r>
        <w:t>sun’iy</w:t>
      </w:r>
      <w:proofErr w:type="spellEnd"/>
      <w:r>
        <w:t xml:space="preserve"> </w:t>
      </w:r>
      <w:proofErr w:type="spellStart"/>
      <w:r>
        <w:t>intellekt</w:t>
      </w:r>
      <w:proofErr w:type="spellEnd"/>
      <w:r>
        <w:t xml:space="preserve"> </w:t>
      </w:r>
      <w:proofErr w:type="spellStart"/>
      <w:r>
        <w:t>algoritmlarini</w:t>
      </w:r>
      <w:proofErr w:type="spellEnd"/>
      <w:r>
        <w:t xml:space="preserve"> </w:t>
      </w:r>
      <w:proofErr w:type="spellStart"/>
      <w:r>
        <w:t>qo‘llash</w:t>
      </w:r>
      <w:proofErr w:type="spellEnd"/>
      <w:r>
        <w:t xml:space="preserve"> </w:t>
      </w:r>
      <w:proofErr w:type="spellStart"/>
      <w:r>
        <w:t>qishloq</w:t>
      </w:r>
      <w:proofErr w:type="spellEnd"/>
      <w:r>
        <w:t xml:space="preserve"> </w:t>
      </w:r>
      <w:proofErr w:type="spellStart"/>
      <w:r>
        <w:t>xo‘jaligini</w:t>
      </w:r>
      <w:proofErr w:type="spellEnd"/>
      <w:r>
        <w:t xml:space="preserve"> </w:t>
      </w:r>
      <w:proofErr w:type="spellStart"/>
      <w:r>
        <w:t>raqamlashtirishning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istiqbolli</w:t>
      </w:r>
      <w:proofErr w:type="spellEnd"/>
      <w:r>
        <w:t xml:space="preserve"> </w:t>
      </w:r>
      <w:proofErr w:type="spellStart"/>
      <w:r>
        <w:t>yo‘nalishidir</w:t>
      </w:r>
      <w:proofErr w:type="spellEnd"/>
      <w:r>
        <w:t xml:space="preserve">. </w:t>
      </w:r>
      <w:proofErr w:type="spellStart"/>
      <w:r>
        <w:t>Mashinaviy</w:t>
      </w:r>
      <w:proofErr w:type="spellEnd"/>
      <w:r>
        <w:t xml:space="preserve"> </w:t>
      </w:r>
      <w:proofErr w:type="spellStart"/>
      <w:r>
        <w:t>o‘rganish</w:t>
      </w:r>
      <w:proofErr w:type="spellEnd"/>
      <w:r>
        <w:t xml:space="preserve"> </w:t>
      </w:r>
      <w:proofErr w:type="spellStart"/>
      <w:r>
        <w:t>algoritmlari</w:t>
      </w:r>
      <w:proofErr w:type="spellEnd"/>
      <w:r>
        <w:t xml:space="preserve"> </w:t>
      </w:r>
      <w:proofErr w:type="spellStart"/>
      <w:r>
        <w:t>an’anaviy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usullarga</w:t>
      </w:r>
      <w:proofErr w:type="spellEnd"/>
      <w:r>
        <w:t xml:space="preserve"> </w:t>
      </w:r>
      <w:proofErr w:type="spellStart"/>
      <w:r>
        <w:t>qaraganda</w:t>
      </w:r>
      <w:proofErr w:type="spellEnd"/>
      <w:r>
        <w:t xml:space="preserve"> </w:t>
      </w:r>
      <w:proofErr w:type="spellStart"/>
      <w:r>
        <w:t>hosildorlikni</w:t>
      </w:r>
      <w:proofErr w:type="spellEnd"/>
      <w:r>
        <w:t xml:space="preserve"> </w:t>
      </w:r>
      <w:r>
        <w:rPr>
          <w:b/>
          <w:bCs/>
        </w:rPr>
        <w:t xml:space="preserve">15-20% </w:t>
      </w:r>
      <w:proofErr w:type="spellStart"/>
      <w:r>
        <w:rPr>
          <w:b/>
          <w:bCs/>
        </w:rPr>
        <w:t>yuqori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aniqlikda</w:t>
      </w:r>
      <w:proofErr w:type="spellEnd"/>
      <w:r>
        <w:t xml:space="preserve"> </w:t>
      </w:r>
      <w:proofErr w:type="spellStart"/>
      <w:proofErr w:type="gramStart"/>
      <w:r>
        <w:t>nazorat</w:t>
      </w:r>
      <w:proofErr w:type="spellEnd"/>
      <w:r>
        <w:t xml:space="preserve">  </w:t>
      </w:r>
      <w:proofErr w:type="spellStart"/>
      <w:r>
        <w:t>qilish</w:t>
      </w:r>
      <w:proofErr w:type="spellEnd"/>
      <w:proofErr w:type="gramEnd"/>
      <w:r>
        <w:t xml:space="preserve"> </w:t>
      </w:r>
      <w:proofErr w:type="spellStart"/>
      <w:r>
        <w:t>imkonini</w:t>
      </w:r>
      <w:proofErr w:type="spellEnd"/>
      <w:r>
        <w:t xml:space="preserve"> </w:t>
      </w:r>
      <w:proofErr w:type="spellStart"/>
      <w:r>
        <w:t>beradi</w:t>
      </w:r>
      <w:proofErr w:type="spellEnd"/>
      <w:r>
        <w:t xml:space="preserve">. Bu </w:t>
      </w:r>
      <w:proofErr w:type="spellStart"/>
      <w:r>
        <w:t>o‘z</w:t>
      </w:r>
      <w:proofErr w:type="spellEnd"/>
      <w:r>
        <w:t xml:space="preserve"> </w:t>
      </w:r>
      <w:proofErr w:type="spellStart"/>
      <w:r>
        <w:t>navbatida</w:t>
      </w:r>
      <w:proofErr w:type="spellEnd"/>
      <w:r>
        <w:t xml:space="preserve"> </w:t>
      </w:r>
      <w:proofErr w:type="spellStart"/>
      <w:r>
        <w:t>kutilayotgan</w:t>
      </w:r>
      <w:proofErr w:type="spellEnd"/>
      <w:r>
        <w:t xml:space="preserve"> </w:t>
      </w:r>
      <w:proofErr w:type="spellStart"/>
      <w:r>
        <w:t>hosilni</w:t>
      </w:r>
      <w:proofErr w:type="spellEnd"/>
      <w:r>
        <w:t xml:space="preserve"> </w:t>
      </w:r>
      <w:proofErr w:type="spellStart"/>
      <w:r>
        <w:t>saqlab</w:t>
      </w:r>
      <w:proofErr w:type="spellEnd"/>
      <w:r>
        <w:t xml:space="preserve"> </w:t>
      </w:r>
      <w:proofErr w:type="spellStart"/>
      <w:r>
        <w:t>qolish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preventiv</w:t>
      </w:r>
      <w:proofErr w:type="spellEnd"/>
      <w:r>
        <w:t xml:space="preserve"> </w:t>
      </w:r>
      <w:proofErr w:type="spellStart"/>
      <w:r>
        <w:t>choralar</w:t>
      </w:r>
      <w:proofErr w:type="spellEnd"/>
      <w:r>
        <w:t xml:space="preserve"> </w:t>
      </w:r>
      <w:proofErr w:type="spellStart"/>
      <w:r>
        <w:t>ko‘rishga</w:t>
      </w:r>
      <w:proofErr w:type="spellEnd"/>
      <w:r>
        <w:t xml:space="preserve"> </w:t>
      </w:r>
      <w:proofErr w:type="spellStart"/>
      <w:r>
        <w:t>zamin</w:t>
      </w:r>
      <w:proofErr w:type="spellEnd"/>
      <w:r>
        <w:t xml:space="preserve"> </w:t>
      </w:r>
      <w:proofErr w:type="spellStart"/>
      <w:r>
        <w:t>yaratadi</w:t>
      </w:r>
      <w:proofErr w:type="spellEnd"/>
      <w:r>
        <w:t xml:space="preserve">. SI </w:t>
      </w:r>
      <w:proofErr w:type="spellStart"/>
      <w:r>
        <w:t>texnologiyalari</w:t>
      </w:r>
      <w:proofErr w:type="spellEnd"/>
      <w:r>
        <w:t xml:space="preserve">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sharoitida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dolzarb</w:t>
      </w:r>
      <w:proofErr w:type="spellEnd"/>
      <w:r>
        <w:t xml:space="preserve"> </w:t>
      </w:r>
      <w:proofErr w:type="spellStart"/>
      <w:r>
        <w:t>bo‘lgan</w:t>
      </w:r>
      <w:proofErr w:type="spellEnd"/>
      <w:r>
        <w:t xml:space="preserve"> </w:t>
      </w:r>
      <w:proofErr w:type="spellStart"/>
      <w:r>
        <w:t>suv</w:t>
      </w:r>
      <w:proofErr w:type="spellEnd"/>
      <w:r>
        <w:t xml:space="preserve"> </w:t>
      </w:r>
      <w:proofErr w:type="spellStart"/>
      <w:r>
        <w:t>tanqisligi</w:t>
      </w:r>
      <w:proofErr w:type="spellEnd"/>
      <w:r>
        <w:t xml:space="preserve"> </w:t>
      </w:r>
      <w:proofErr w:type="spellStart"/>
      <w:r>
        <w:t>muammosini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etishda</w:t>
      </w:r>
      <w:proofErr w:type="spellEnd"/>
      <w:r>
        <w:t xml:space="preserve"> </w:t>
      </w:r>
      <w:proofErr w:type="spellStart"/>
      <w:r>
        <w:t>muhim</w:t>
      </w:r>
      <w:proofErr w:type="spellEnd"/>
      <w:r>
        <w:t xml:space="preserve"> instrument </w:t>
      </w:r>
      <w:proofErr w:type="spellStart"/>
      <w:r>
        <w:t>bo‘lib</w:t>
      </w:r>
      <w:proofErr w:type="spellEnd"/>
      <w:r>
        <w:t xml:space="preserve">, </w:t>
      </w:r>
      <w:proofErr w:type="spellStart"/>
      <w:r>
        <w:t>sug‘orish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mineral </w:t>
      </w:r>
      <w:proofErr w:type="spellStart"/>
      <w:r>
        <w:t>o‘g‘itlash</w:t>
      </w:r>
      <w:proofErr w:type="spellEnd"/>
      <w:r>
        <w:t xml:space="preserve"> </w:t>
      </w:r>
      <w:proofErr w:type="spellStart"/>
      <w:r>
        <w:t>jarayonlarini</w:t>
      </w:r>
      <w:proofErr w:type="spellEnd"/>
      <w:r>
        <w:t xml:space="preserve"> </w:t>
      </w:r>
      <w:r>
        <w:rPr>
          <w:b/>
          <w:bCs/>
        </w:rPr>
        <w:t>"</w:t>
      </w:r>
      <w:proofErr w:type="spellStart"/>
      <w:r>
        <w:rPr>
          <w:b/>
          <w:bCs/>
        </w:rPr>
        <w:t>aniq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dehqonchilik</w:t>
      </w:r>
      <w:proofErr w:type="spellEnd"/>
      <w:r>
        <w:rPr>
          <w:b/>
          <w:bCs/>
        </w:rPr>
        <w:t xml:space="preserve">" </w:t>
      </w:r>
      <w:r>
        <w:t xml:space="preserve"> </w:t>
      </w:r>
      <w:proofErr w:type="spellStart"/>
      <w:r>
        <w:t>tamoyillari</w:t>
      </w:r>
      <w:proofErr w:type="spellEnd"/>
      <w:r>
        <w:t xml:space="preserve"> </w:t>
      </w:r>
      <w:proofErr w:type="spellStart"/>
      <w:r>
        <w:t>asosida</w:t>
      </w:r>
      <w:proofErr w:type="spellEnd"/>
      <w:r>
        <w:t xml:space="preserve"> </w:t>
      </w:r>
      <w:proofErr w:type="spellStart"/>
      <w:r>
        <w:t>tashkil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 </w:t>
      </w:r>
      <w:proofErr w:type="spellStart"/>
      <w:r>
        <w:t>orqali</w:t>
      </w:r>
      <w:proofErr w:type="spellEnd"/>
      <w:r>
        <w:t xml:space="preserve"> </w:t>
      </w:r>
      <w:proofErr w:type="spellStart"/>
      <w:r>
        <w:t>resurs</w:t>
      </w:r>
      <w:proofErr w:type="spellEnd"/>
      <w:r>
        <w:t xml:space="preserve"> </w:t>
      </w:r>
      <w:proofErr w:type="spellStart"/>
      <w:r>
        <w:t>sarfini</w:t>
      </w:r>
      <w:proofErr w:type="spellEnd"/>
      <w:r>
        <w:t xml:space="preserve"> </w:t>
      </w:r>
      <w:r>
        <w:rPr>
          <w:b/>
          <w:bCs/>
        </w:rPr>
        <w:t xml:space="preserve">25-30% </w:t>
      </w:r>
      <w:proofErr w:type="spellStart"/>
      <w:r>
        <w:rPr>
          <w:b/>
          <w:bCs/>
        </w:rPr>
        <w:t>gacha</w:t>
      </w:r>
      <w:proofErr w:type="spellEnd"/>
      <w:r>
        <w:t xml:space="preserve"> </w:t>
      </w:r>
      <w:proofErr w:type="spellStart"/>
      <w:r>
        <w:t>qisqartiradi</w:t>
      </w:r>
      <w:proofErr w:type="spellEnd"/>
      <w:r>
        <w:t xml:space="preserve">. </w:t>
      </w:r>
      <w:proofErr w:type="spellStart"/>
      <w:r>
        <w:t>O‘zbekistonda</w:t>
      </w:r>
      <w:proofErr w:type="spellEnd"/>
      <w:r>
        <w:t xml:space="preserve">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texnologiyani</w:t>
      </w:r>
      <w:proofErr w:type="spellEnd"/>
      <w:r>
        <w:t xml:space="preserve"> </w:t>
      </w:r>
      <w:proofErr w:type="spellStart"/>
      <w:r>
        <w:t>keng</w:t>
      </w:r>
      <w:proofErr w:type="spellEnd"/>
      <w:r>
        <w:t xml:space="preserve"> </w:t>
      </w:r>
      <w:proofErr w:type="spellStart"/>
      <w:r>
        <w:t>joriy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 </w:t>
      </w:r>
      <w:proofErr w:type="spellStart"/>
      <w:r>
        <w:t>yo‘lida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qator</w:t>
      </w:r>
      <w:proofErr w:type="spellEnd"/>
      <w:r>
        <w:t xml:space="preserve"> </w:t>
      </w:r>
      <w:proofErr w:type="spellStart"/>
      <w:r>
        <w:t>to‘siqlar</w:t>
      </w:r>
      <w:proofErr w:type="spellEnd"/>
      <w:r>
        <w:t xml:space="preserve"> — </w:t>
      </w:r>
      <w:proofErr w:type="spellStart"/>
      <w:r>
        <w:t>ma’lumotlarning</w:t>
      </w:r>
      <w:proofErr w:type="spellEnd"/>
      <w:r>
        <w:t xml:space="preserve"> </w:t>
      </w:r>
      <w:proofErr w:type="spellStart"/>
      <w:r>
        <w:t>raqamlashmaganligi</w:t>
      </w:r>
      <w:proofErr w:type="spellEnd"/>
      <w:r>
        <w:t xml:space="preserve">, </w:t>
      </w:r>
      <w:proofErr w:type="spellStart"/>
      <w:r>
        <w:t>yuqori</w:t>
      </w:r>
      <w:proofErr w:type="spellEnd"/>
      <w:r>
        <w:t xml:space="preserve"> </w:t>
      </w:r>
      <w:proofErr w:type="spellStart"/>
      <w:r>
        <w:t>texnologik</w:t>
      </w:r>
      <w:proofErr w:type="spellEnd"/>
      <w:r>
        <w:t xml:space="preserve"> </w:t>
      </w:r>
      <w:proofErr w:type="spellStart"/>
      <w:r>
        <w:t>xarajatlar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kadrlar</w:t>
      </w:r>
      <w:proofErr w:type="spellEnd"/>
      <w:r>
        <w:t xml:space="preserve"> </w:t>
      </w:r>
      <w:proofErr w:type="spellStart"/>
      <w:r>
        <w:t>tanqisligi</w:t>
      </w:r>
      <w:proofErr w:type="spellEnd"/>
      <w:r>
        <w:t xml:space="preserve"> </w:t>
      </w:r>
      <w:proofErr w:type="spellStart"/>
      <w:r>
        <w:t>mavjud</w:t>
      </w:r>
      <w:proofErr w:type="spellEnd"/>
      <w:r>
        <w:t xml:space="preserve">.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muammolarni</w:t>
      </w:r>
      <w:proofErr w:type="spellEnd"/>
      <w:r>
        <w:t xml:space="preserve"> </w:t>
      </w:r>
      <w:proofErr w:type="spellStart"/>
      <w:r>
        <w:t>bartaraf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sohada</w:t>
      </w:r>
      <w:proofErr w:type="spellEnd"/>
      <w:r>
        <w:t xml:space="preserve"> </w:t>
      </w:r>
      <w:proofErr w:type="spellStart"/>
      <w:r>
        <w:t>yagona</w:t>
      </w:r>
      <w:proofErr w:type="spellEnd"/>
      <w:r>
        <w:t xml:space="preserve"> </w:t>
      </w:r>
      <w:proofErr w:type="spellStart"/>
      <w:r>
        <w:t>raqamli</w:t>
      </w:r>
      <w:proofErr w:type="spellEnd"/>
      <w:r>
        <w:t xml:space="preserve"> geo-</w:t>
      </w:r>
      <w:proofErr w:type="spellStart"/>
      <w:r>
        <w:t>ma’lumotlar</w:t>
      </w:r>
      <w:proofErr w:type="spellEnd"/>
      <w:r>
        <w:t xml:space="preserve"> </w:t>
      </w:r>
      <w:proofErr w:type="spellStart"/>
      <w:r>
        <w:t>bazasini</w:t>
      </w:r>
      <w:proofErr w:type="spellEnd"/>
      <w:r>
        <w:t xml:space="preserve"> </w:t>
      </w:r>
      <w:proofErr w:type="spellStart"/>
      <w:r>
        <w:t>yaratish</w:t>
      </w:r>
      <w:proofErr w:type="spellEnd"/>
      <w:r>
        <w:t xml:space="preserve"> </w:t>
      </w:r>
      <w:proofErr w:type="spellStart"/>
      <w:r>
        <w:t>lozim</w:t>
      </w:r>
      <w:proofErr w:type="spellEnd"/>
      <w:r>
        <w:t>.</w:t>
      </w:r>
    </w:p>
    <w:p w:rsidR="00961038" w:rsidRDefault="00961038" w:rsidP="00961038">
      <w:pPr>
        <w:spacing w:after="0"/>
      </w:pPr>
      <w:proofErr w:type="spellStart"/>
      <w:r>
        <w:t>Foydalanilgan</w:t>
      </w:r>
      <w:proofErr w:type="spellEnd"/>
      <w:r>
        <w:t xml:space="preserve"> </w:t>
      </w:r>
      <w:proofErr w:type="spellStart"/>
      <w:r>
        <w:t>Adabiyotlar</w:t>
      </w:r>
      <w:proofErr w:type="spellEnd"/>
      <w:r>
        <w:t xml:space="preserve"> </w:t>
      </w:r>
      <w:proofErr w:type="spellStart"/>
      <w:r>
        <w:t>Ro‘yxati</w:t>
      </w:r>
      <w:proofErr w:type="spellEnd"/>
    </w:p>
    <w:p w:rsidR="00961038" w:rsidRDefault="00961038" w:rsidP="00961038">
      <w:pPr>
        <w:spacing w:after="0"/>
      </w:pPr>
      <w:proofErr w:type="spellStart"/>
      <w:r w:rsidRPr="00961038">
        <w:rPr>
          <w:b/>
          <w:bCs/>
        </w:rPr>
        <w:lastRenderedPageBreak/>
        <w:t>Mirziyoyev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Sh.M</w:t>
      </w:r>
      <w:proofErr w:type="spellEnd"/>
      <w:r w:rsidRPr="00961038">
        <w:rPr>
          <w:b/>
          <w:bCs/>
        </w:rPr>
        <w:t>.</w:t>
      </w:r>
      <w:r w:rsidRPr="00961038">
        <w:t xml:space="preserve"> "</w:t>
      </w:r>
      <w:proofErr w:type="spellStart"/>
      <w:r w:rsidRPr="00961038">
        <w:t>O‘zbekiston</w:t>
      </w:r>
      <w:proofErr w:type="spellEnd"/>
      <w:r w:rsidRPr="00961038">
        <w:t xml:space="preserve"> </w:t>
      </w:r>
      <w:proofErr w:type="spellStart"/>
      <w:r w:rsidRPr="00961038">
        <w:t>Respublikasi</w:t>
      </w:r>
      <w:proofErr w:type="spellEnd"/>
      <w:r w:rsidRPr="00961038">
        <w:t xml:space="preserve"> </w:t>
      </w:r>
      <w:proofErr w:type="spellStart"/>
      <w:r w:rsidRPr="00961038">
        <w:t>qishloq</w:t>
      </w:r>
      <w:proofErr w:type="spellEnd"/>
      <w:r w:rsidRPr="00961038">
        <w:t xml:space="preserve"> </w:t>
      </w:r>
      <w:proofErr w:type="spellStart"/>
      <w:r w:rsidRPr="00961038">
        <w:t>xo‘jaligini</w:t>
      </w:r>
      <w:proofErr w:type="spellEnd"/>
      <w:r w:rsidRPr="00961038">
        <w:t xml:space="preserve"> </w:t>
      </w:r>
      <w:proofErr w:type="spellStart"/>
      <w:r w:rsidRPr="00961038">
        <w:t>rivojlantirishning</w:t>
      </w:r>
      <w:proofErr w:type="spellEnd"/>
      <w:r w:rsidRPr="00961038">
        <w:t xml:space="preserve"> 2020-2030-yillarga </w:t>
      </w:r>
      <w:proofErr w:type="spellStart"/>
      <w:r w:rsidRPr="00961038">
        <w:t>mo‘ljallangan</w:t>
      </w:r>
      <w:proofErr w:type="spellEnd"/>
      <w:r w:rsidRPr="00961038">
        <w:t xml:space="preserve"> </w:t>
      </w:r>
      <w:proofErr w:type="spellStart"/>
      <w:r w:rsidRPr="00961038">
        <w:t>strategiyasi</w:t>
      </w:r>
      <w:proofErr w:type="spellEnd"/>
      <w:r w:rsidRPr="00961038">
        <w:t>". – Toshkent, 2019.</w:t>
      </w:r>
    </w:p>
    <w:p w:rsidR="00961038" w:rsidRDefault="00961038" w:rsidP="00961038">
      <w:pPr>
        <w:spacing w:after="0"/>
      </w:pPr>
      <w:proofErr w:type="spellStart"/>
      <w:r w:rsidRPr="00961038">
        <w:rPr>
          <w:b/>
          <w:bCs/>
        </w:rPr>
        <w:t>Wolfert</w:t>
      </w:r>
      <w:proofErr w:type="spellEnd"/>
      <w:r w:rsidRPr="00961038">
        <w:rPr>
          <w:b/>
          <w:bCs/>
        </w:rPr>
        <w:t xml:space="preserve"> S., </w:t>
      </w:r>
      <w:proofErr w:type="spellStart"/>
      <w:r w:rsidRPr="00961038">
        <w:rPr>
          <w:b/>
          <w:bCs/>
        </w:rPr>
        <w:t>Ge</w:t>
      </w:r>
      <w:proofErr w:type="spellEnd"/>
      <w:r w:rsidRPr="00961038">
        <w:rPr>
          <w:b/>
          <w:bCs/>
        </w:rPr>
        <w:t xml:space="preserve"> L., </w:t>
      </w:r>
      <w:proofErr w:type="spellStart"/>
      <w:r w:rsidRPr="00961038">
        <w:rPr>
          <w:b/>
          <w:bCs/>
        </w:rPr>
        <w:t>Verdouw</w:t>
      </w:r>
      <w:proofErr w:type="spellEnd"/>
      <w:r w:rsidRPr="00961038">
        <w:rPr>
          <w:b/>
          <w:bCs/>
        </w:rPr>
        <w:t xml:space="preserve"> C., </w:t>
      </w:r>
      <w:proofErr w:type="spellStart"/>
      <w:r w:rsidRPr="00961038">
        <w:rPr>
          <w:b/>
          <w:bCs/>
        </w:rPr>
        <w:t>Bogaardt</w:t>
      </w:r>
      <w:proofErr w:type="spellEnd"/>
      <w:r w:rsidRPr="00961038">
        <w:rPr>
          <w:b/>
          <w:bCs/>
        </w:rPr>
        <w:t xml:space="preserve"> M.</w:t>
      </w:r>
      <w:r w:rsidRPr="00961038">
        <w:t xml:space="preserve"> "Big Data in Agriculture: A Survey". </w:t>
      </w:r>
      <w:r w:rsidRPr="00961038">
        <w:rPr>
          <w:i/>
          <w:iCs/>
        </w:rPr>
        <w:t>Frontiers in Plant Science</w:t>
      </w:r>
      <w:r w:rsidRPr="00961038">
        <w:t xml:space="preserve">, 2017. Vol. 8. (SI </w:t>
      </w:r>
      <w:proofErr w:type="spellStart"/>
      <w:proofErr w:type="gramStart"/>
      <w:r w:rsidRPr="00961038">
        <w:t>va</w:t>
      </w:r>
      <w:proofErr w:type="spellEnd"/>
      <w:proofErr w:type="gramEnd"/>
      <w:r w:rsidRPr="00961038">
        <w:t xml:space="preserve"> Big Data </w:t>
      </w:r>
      <w:proofErr w:type="spellStart"/>
      <w:r w:rsidRPr="00961038">
        <w:t>tahlili</w:t>
      </w:r>
      <w:proofErr w:type="spellEnd"/>
      <w:r w:rsidRPr="00961038">
        <w:t xml:space="preserve"> </w:t>
      </w:r>
      <w:proofErr w:type="spellStart"/>
      <w:r w:rsidRPr="00961038">
        <w:t>bo‘yicha</w:t>
      </w:r>
      <w:proofErr w:type="spellEnd"/>
      <w:r w:rsidRPr="00961038">
        <w:t xml:space="preserve"> </w:t>
      </w:r>
      <w:proofErr w:type="spellStart"/>
      <w:r w:rsidRPr="00961038">
        <w:t>asosiy</w:t>
      </w:r>
      <w:proofErr w:type="spellEnd"/>
      <w:r w:rsidRPr="00961038">
        <w:t xml:space="preserve"> </w:t>
      </w:r>
      <w:proofErr w:type="spellStart"/>
      <w:r w:rsidRPr="00961038">
        <w:t>xalqaro</w:t>
      </w:r>
      <w:proofErr w:type="spellEnd"/>
      <w:r w:rsidRPr="00961038">
        <w:t xml:space="preserve"> </w:t>
      </w:r>
      <w:proofErr w:type="spellStart"/>
      <w:r w:rsidRPr="00961038">
        <w:t>manba</w:t>
      </w:r>
      <w:proofErr w:type="spellEnd"/>
      <w:r w:rsidRPr="00961038">
        <w:t>).</w:t>
      </w:r>
    </w:p>
    <w:p w:rsidR="00961038" w:rsidRDefault="00961038" w:rsidP="00961038">
      <w:pPr>
        <w:spacing w:after="0"/>
      </w:pPr>
      <w:proofErr w:type="spellStart"/>
      <w:r w:rsidRPr="00961038">
        <w:rPr>
          <w:b/>
          <w:bCs/>
        </w:rPr>
        <w:t>Khakimov</w:t>
      </w:r>
      <w:proofErr w:type="spellEnd"/>
      <w:r w:rsidRPr="00961038">
        <w:rPr>
          <w:b/>
          <w:bCs/>
        </w:rPr>
        <w:t xml:space="preserve"> A., et al.</w:t>
      </w:r>
      <w:r w:rsidRPr="00961038">
        <w:t xml:space="preserve"> "Application of Artificial Intelligence in Agriculture of Uzbekistan: Current State and Perspectives". </w:t>
      </w:r>
      <w:r>
        <w:rPr>
          <w:i/>
          <w:iCs/>
        </w:rPr>
        <w:t>Journal of Agricultural Science</w:t>
      </w:r>
      <w:r>
        <w:t>, 2022. (</w:t>
      </w:r>
      <w:proofErr w:type="spellStart"/>
      <w:r>
        <w:t>Mahalliy</w:t>
      </w:r>
      <w:proofErr w:type="spellEnd"/>
      <w:r>
        <w:t xml:space="preserve"> </w:t>
      </w:r>
      <w:proofErr w:type="spellStart"/>
      <w:r>
        <w:t>tajribaga</w:t>
      </w:r>
      <w:proofErr w:type="spellEnd"/>
      <w:r>
        <w:t xml:space="preserve"> </w:t>
      </w:r>
      <w:proofErr w:type="spellStart"/>
      <w:r>
        <w:t>oid</w:t>
      </w:r>
      <w:proofErr w:type="spellEnd"/>
      <w:r>
        <w:t xml:space="preserve"> </w:t>
      </w:r>
      <w:proofErr w:type="spellStart"/>
      <w:r>
        <w:t>ilmiy</w:t>
      </w:r>
      <w:proofErr w:type="spellEnd"/>
      <w:r>
        <w:t xml:space="preserve"> </w:t>
      </w:r>
      <w:proofErr w:type="spellStart"/>
      <w:r>
        <w:t>maqola</w:t>
      </w:r>
      <w:proofErr w:type="spellEnd"/>
      <w:r>
        <w:t>).</w:t>
      </w:r>
    </w:p>
    <w:p w:rsidR="00961038" w:rsidRDefault="00961038" w:rsidP="00961038">
      <w:pPr>
        <w:spacing w:after="0"/>
      </w:pPr>
      <w:proofErr w:type="spellStart"/>
      <w:r w:rsidRPr="00961038">
        <w:rPr>
          <w:b/>
          <w:bCs/>
        </w:rPr>
        <w:t>Kshirsagar</w:t>
      </w:r>
      <w:proofErr w:type="spellEnd"/>
      <w:r w:rsidRPr="00961038">
        <w:rPr>
          <w:b/>
          <w:bCs/>
        </w:rPr>
        <w:t xml:space="preserve"> P.R., et al.</w:t>
      </w:r>
      <w:r w:rsidRPr="00961038">
        <w:t xml:space="preserve"> "Crop Yield Prediction Using Machine Learning Algorithms". </w:t>
      </w:r>
      <w:r>
        <w:rPr>
          <w:i/>
          <w:iCs/>
        </w:rPr>
        <w:t>International Conference on Intelligent Systems and Control (ISCO)</w:t>
      </w:r>
      <w:r>
        <w:t>, 2020.</w:t>
      </w:r>
    </w:p>
    <w:p w:rsidR="00961038" w:rsidRDefault="00961038" w:rsidP="00961038">
      <w:pPr>
        <w:spacing w:after="0"/>
      </w:pPr>
      <w:proofErr w:type="spellStart"/>
      <w:r w:rsidRPr="00961038">
        <w:rPr>
          <w:b/>
          <w:bCs/>
        </w:rPr>
        <w:t>Chlingaryan</w:t>
      </w:r>
      <w:proofErr w:type="spellEnd"/>
      <w:r w:rsidRPr="00961038">
        <w:rPr>
          <w:b/>
          <w:bCs/>
        </w:rPr>
        <w:t xml:space="preserve"> A., </w:t>
      </w:r>
      <w:proofErr w:type="spellStart"/>
      <w:r w:rsidRPr="00961038">
        <w:rPr>
          <w:b/>
          <w:bCs/>
        </w:rPr>
        <w:t>Sukkarieh</w:t>
      </w:r>
      <w:proofErr w:type="spellEnd"/>
      <w:r w:rsidRPr="00961038">
        <w:rPr>
          <w:b/>
          <w:bCs/>
        </w:rPr>
        <w:t xml:space="preserve"> S., Whelan B.</w:t>
      </w:r>
      <w:r w:rsidRPr="00961038">
        <w:t xml:space="preserve"> "Machine learning approaches for crop yield prediction and nitrogen status estimation in precision agriculture: A review". </w:t>
      </w:r>
      <w:r w:rsidRPr="00961038">
        <w:rPr>
          <w:i/>
          <w:iCs/>
        </w:rPr>
        <w:t>Computers and Electronics in Agriculture</w:t>
      </w:r>
      <w:r w:rsidRPr="00961038">
        <w:t>, 2018. Vol. 151.</w:t>
      </w:r>
    </w:p>
    <w:p w:rsidR="00961038" w:rsidRDefault="00961038" w:rsidP="00961038">
      <w:pPr>
        <w:spacing w:after="0"/>
      </w:pPr>
      <w:proofErr w:type="spellStart"/>
      <w:r w:rsidRPr="00961038">
        <w:rPr>
          <w:b/>
          <w:bCs/>
        </w:rPr>
        <w:t>O‘zbekiston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Respublikasi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Qishloq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xo‘jaligi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vazirligi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huzuridagi</w:t>
      </w:r>
      <w:proofErr w:type="spellEnd"/>
      <w:r w:rsidRPr="00961038">
        <w:rPr>
          <w:b/>
          <w:bCs/>
        </w:rPr>
        <w:t xml:space="preserve"> "</w:t>
      </w:r>
      <w:proofErr w:type="spellStart"/>
      <w:r w:rsidRPr="00961038">
        <w:rPr>
          <w:b/>
          <w:bCs/>
        </w:rPr>
        <w:t>Agrosanoatni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raqamlashtirish</w:t>
      </w:r>
      <w:proofErr w:type="spellEnd"/>
      <w:r w:rsidRPr="00961038">
        <w:rPr>
          <w:b/>
          <w:bCs/>
        </w:rPr>
        <w:t xml:space="preserve"> </w:t>
      </w:r>
      <w:proofErr w:type="spellStart"/>
      <w:r w:rsidRPr="00961038">
        <w:rPr>
          <w:b/>
          <w:bCs/>
        </w:rPr>
        <w:t>markazi</w:t>
      </w:r>
      <w:proofErr w:type="spellEnd"/>
      <w:r w:rsidRPr="00961038">
        <w:rPr>
          <w:b/>
          <w:bCs/>
        </w:rPr>
        <w:t>"</w:t>
      </w:r>
      <w:r w:rsidRPr="00961038">
        <w:t xml:space="preserve"> </w:t>
      </w:r>
      <w:proofErr w:type="spellStart"/>
      <w:r w:rsidRPr="00961038">
        <w:t>ma’lumotlari</w:t>
      </w:r>
      <w:proofErr w:type="spellEnd"/>
      <w:r w:rsidRPr="00961038">
        <w:t xml:space="preserve"> </w:t>
      </w:r>
      <w:proofErr w:type="spellStart"/>
      <w:proofErr w:type="gramStart"/>
      <w:r w:rsidRPr="00961038">
        <w:t>va</w:t>
      </w:r>
      <w:proofErr w:type="spellEnd"/>
      <w:proofErr w:type="gramEnd"/>
      <w:r w:rsidRPr="00961038">
        <w:t xml:space="preserve"> </w:t>
      </w:r>
      <w:proofErr w:type="spellStart"/>
      <w:r w:rsidRPr="00961038">
        <w:t>hisobotlari</w:t>
      </w:r>
      <w:proofErr w:type="spellEnd"/>
      <w:r w:rsidRPr="00961038">
        <w:t xml:space="preserve"> (2023-2025 </w:t>
      </w:r>
      <w:proofErr w:type="spellStart"/>
      <w:r w:rsidRPr="00961038">
        <w:t>yy</w:t>
      </w:r>
      <w:proofErr w:type="spellEnd"/>
      <w:r w:rsidRPr="00961038">
        <w:t>.).</w:t>
      </w:r>
    </w:p>
    <w:p w:rsidR="00961038" w:rsidRDefault="00961038" w:rsidP="00961038">
      <w:pPr>
        <w:spacing w:after="0"/>
      </w:pPr>
      <w:r w:rsidRPr="00961038">
        <w:rPr>
          <w:b/>
          <w:bCs/>
        </w:rPr>
        <w:t>Zhu N., et al.</w:t>
      </w:r>
      <w:r w:rsidRPr="00961038">
        <w:t xml:space="preserve"> "Deep Learning for Smart Agriculture: Concepts, Tools, and Applications". </w:t>
      </w:r>
      <w:r>
        <w:rPr>
          <w:i/>
          <w:iCs/>
        </w:rPr>
        <w:t>IEEE Access</w:t>
      </w:r>
      <w:r>
        <w:t>, 2018. (</w:t>
      </w:r>
      <w:proofErr w:type="spellStart"/>
      <w:r>
        <w:t>Neyron</w:t>
      </w:r>
      <w:proofErr w:type="spellEnd"/>
      <w:r>
        <w:t xml:space="preserve"> </w:t>
      </w:r>
      <w:proofErr w:type="spellStart"/>
      <w:r>
        <w:t>tarmoqlar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chuqur</w:t>
      </w:r>
      <w:proofErr w:type="spellEnd"/>
      <w:r>
        <w:t xml:space="preserve"> </w:t>
      </w:r>
      <w:proofErr w:type="spellStart"/>
      <w:r>
        <w:t>o'rganish</w:t>
      </w:r>
      <w:proofErr w:type="spellEnd"/>
      <w:r>
        <w:t xml:space="preserve"> </w:t>
      </w:r>
      <w:proofErr w:type="spellStart"/>
      <w:r>
        <w:t>bo'yicha</w:t>
      </w:r>
      <w:proofErr w:type="spellEnd"/>
      <w:r>
        <w:t>).</w:t>
      </w:r>
    </w:p>
    <w:p w:rsidR="00961038" w:rsidRPr="00961038" w:rsidRDefault="00961038" w:rsidP="00961038">
      <w:pPr>
        <w:spacing w:after="0"/>
      </w:pPr>
    </w:p>
    <w:p w:rsidR="00DB6EEC" w:rsidRPr="00961038" w:rsidRDefault="00DB6EEC" w:rsidP="00814B3B">
      <w:pPr>
        <w:spacing w:after="0"/>
      </w:pPr>
    </w:p>
    <w:p w:rsidR="00814B3B" w:rsidRPr="00961038" w:rsidRDefault="00814B3B" w:rsidP="00814B3B">
      <w:pPr>
        <w:spacing w:after="0"/>
      </w:pPr>
    </w:p>
    <w:p w:rsidR="00814B3B" w:rsidRPr="00961038" w:rsidRDefault="00814B3B" w:rsidP="00814B3B">
      <w:pPr>
        <w:spacing w:after="0"/>
      </w:pPr>
    </w:p>
    <w:p w:rsidR="008F078B" w:rsidRPr="00961038" w:rsidRDefault="008F078B" w:rsidP="008F078B">
      <w:pPr>
        <w:spacing w:after="0"/>
      </w:pPr>
    </w:p>
    <w:p w:rsidR="00667607" w:rsidRPr="00961038" w:rsidRDefault="00286BAE" w:rsidP="008F078B">
      <w:pPr>
        <w:spacing w:after="0"/>
      </w:pPr>
      <w:r w:rsidRPr="00961038">
        <w:rPr>
          <w:b/>
        </w:rPr>
        <w:br/>
      </w:r>
    </w:p>
    <w:sectPr w:rsidR="00667607" w:rsidRPr="00961038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B00EE7"/>
    <w:multiLevelType w:val="multilevel"/>
    <w:tmpl w:val="E4F0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D271C1"/>
    <w:multiLevelType w:val="multilevel"/>
    <w:tmpl w:val="7C44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709138B"/>
    <w:multiLevelType w:val="multilevel"/>
    <w:tmpl w:val="D5968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B075D"/>
    <w:multiLevelType w:val="multilevel"/>
    <w:tmpl w:val="49C6B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A92679"/>
    <w:multiLevelType w:val="multilevel"/>
    <w:tmpl w:val="6F44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1424DE"/>
    <w:multiLevelType w:val="multilevel"/>
    <w:tmpl w:val="2B5A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826AD5"/>
    <w:multiLevelType w:val="multilevel"/>
    <w:tmpl w:val="59F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4"/>
  </w:num>
  <w:num w:numId="13">
    <w:abstractNumId w:val="13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8752F"/>
    <w:rsid w:val="00286BAE"/>
    <w:rsid w:val="0029639D"/>
    <w:rsid w:val="00326F90"/>
    <w:rsid w:val="005550C1"/>
    <w:rsid w:val="00667607"/>
    <w:rsid w:val="00814B3B"/>
    <w:rsid w:val="008F078B"/>
    <w:rsid w:val="00961038"/>
    <w:rsid w:val="00AA1D8D"/>
    <w:rsid w:val="00B47730"/>
    <w:rsid w:val="00CB0664"/>
    <w:rsid w:val="00DB6E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DA8ACA8-700A-4B6A-9696-0AAC1A31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8F07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math-inline">
    <w:name w:val="math-inline"/>
    <w:basedOn w:val="a2"/>
    <w:rsid w:val="008F078B"/>
  </w:style>
  <w:style w:type="character" w:styleId="aff9">
    <w:name w:val="Hyperlink"/>
    <w:basedOn w:val="a2"/>
    <w:uiPriority w:val="99"/>
    <w:semiHidden/>
    <w:unhideWhenUsed/>
    <w:rsid w:val="00286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2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C5B8BF-C76F-4B93-ADDB-ADBCD36F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2026-02-02T20:20:00Z</dcterms:created>
  <dcterms:modified xsi:type="dcterms:W3CDTF">2026-03-03T20:14:00Z</dcterms:modified>
  <cp:category/>
</cp:coreProperties>
</file>