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B1–B2 SPEAKING VOCABULARY</w:t>
      </w:r>
    </w:p>
    <w:p>
      <w:pPr>
        <w:jc w:val="center"/>
      </w:pPr>
      <w:r>
        <w:rPr>
          <w:b/>
        </w:rPr>
        <w:t>Daily Life &amp; IELTS — 1000 ta mavzulashtirilgan lug‘at</w:t>
      </w:r>
    </w:p>
    <w:p>
      <w:r>
        <w:t>Format: English word - O‘qilishi - O‘zbekcha tarjimasi</w:t>
      </w:r>
    </w:p>
    <w:p>
      <w:r>
        <w:t>Speaking uchun: har bir so‘zni kamida 1 ta o‘zingizga oid gapda ishlatish tavsiya etiladi.</w:t>
      </w:r>
    </w:p>
    <w:p>
      <w:pPr>
        <w:pStyle w:val="Heading1"/>
      </w:pPr>
      <w:r>
        <w:t>Personal life &amp; home</w:t>
      </w:r>
    </w:p>
    <w:p>
      <w:pPr>
        <w:spacing w:after="20"/>
      </w:pPr>
      <w:r>
        <w:rPr>
          <w:b/>
        </w:rPr>
        <w:t>0001. routine</w:t>
      </w:r>
      <w:r>
        <w:t xml:space="preserve"> - ruːtˈiːn - kundalik tartib</w:t>
      </w:r>
    </w:p>
    <w:p>
      <w:pPr>
        <w:spacing w:after="20"/>
      </w:pPr>
      <w:r>
        <w:rPr>
          <w:b/>
        </w:rPr>
        <w:t>0002. habit</w:t>
      </w:r>
      <w:r>
        <w:t xml:space="preserve"> - hˈæbʌt - odat</w:t>
      </w:r>
    </w:p>
    <w:p>
      <w:pPr>
        <w:spacing w:after="20"/>
      </w:pPr>
      <w:r>
        <w:rPr>
          <w:b/>
        </w:rPr>
        <w:t>0003. lifestyle</w:t>
      </w:r>
      <w:r>
        <w:t xml:space="preserve"> - lˈaɪfstˌaɪl - turmush tarzi</w:t>
      </w:r>
    </w:p>
    <w:p>
      <w:pPr>
        <w:spacing w:after="20"/>
      </w:pPr>
      <w:r>
        <w:rPr>
          <w:b/>
        </w:rPr>
        <w:t>0004. household</w:t>
      </w:r>
      <w:r>
        <w:t xml:space="preserve"> - hˈaʊshˌoʊld - uy-ro‘zg‘or</w:t>
      </w:r>
    </w:p>
    <w:p>
      <w:pPr>
        <w:spacing w:after="20"/>
      </w:pPr>
      <w:r>
        <w:rPr>
          <w:b/>
        </w:rPr>
        <w:t>0005. apartment</w:t>
      </w:r>
      <w:r>
        <w:t xml:space="preserve"> - ʌpˈɑːrtmʌnt - kvartira</w:t>
      </w:r>
    </w:p>
    <w:p>
      <w:pPr>
        <w:spacing w:after="20"/>
      </w:pPr>
      <w:r>
        <w:rPr>
          <w:b/>
        </w:rPr>
        <w:t>0006. neighbour</w:t>
      </w:r>
      <w:r>
        <w:t xml:space="preserve"> - nˈeɪbər - qo‘shni</w:t>
      </w:r>
    </w:p>
    <w:p>
      <w:pPr>
        <w:spacing w:after="20"/>
      </w:pPr>
      <w:r>
        <w:rPr>
          <w:b/>
        </w:rPr>
        <w:t>0007. neighbourhood</w:t>
      </w:r>
      <w:r>
        <w:t xml:space="preserve"> - nˈeɪbərhˌʊd - mahalla</w:t>
      </w:r>
    </w:p>
    <w:p>
      <w:pPr>
        <w:spacing w:after="20"/>
      </w:pPr>
      <w:r>
        <w:rPr>
          <w:b/>
        </w:rPr>
        <w:t>0008. rent</w:t>
      </w:r>
      <w:r>
        <w:t xml:space="preserve"> - rˈent - ijara haqi</w:t>
      </w:r>
    </w:p>
    <w:p>
      <w:pPr>
        <w:spacing w:after="20"/>
      </w:pPr>
      <w:r>
        <w:rPr>
          <w:b/>
        </w:rPr>
        <w:t>0009. landlord</w:t>
      </w:r>
      <w:r>
        <w:t xml:space="preserve"> - lˈændlˌɔːrd - uy egasi</w:t>
      </w:r>
    </w:p>
    <w:p>
      <w:pPr>
        <w:spacing w:after="20"/>
      </w:pPr>
      <w:r>
        <w:rPr>
          <w:b/>
        </w:rPr>
        <w:t>0010. tenant</w:t>
      </w:r>
      <w:r>
        <w:t xml:space="preserve"> - tˈenʌnt - ijarachi</w:t>
      </w:r>
    </w:p>
    <w:p>
      <w:pPr>
        <w:spacing w:after="20"/>
      </w:pPr>
      <w:r>
        <w:rPr>
          <w:b/>
        </w:rPr>
        <w:t>0011. furniture</w:t>
      </w:r>
      <w:r>
        <w:t xml:space="preserve"> - fˈərnɪtʃər - mebel</w:t>
      </w:r>
    </w:p>
    <w:p>
      <w:pPr>
        <w:spacing w:after="20"/>
      </w:pPr>
      <w:r>
        <w:rPr>
          <w:b/>
        </w:rPr>
        <w:t>0012. shelf</w:t>
      </w:r>
      <w:r>
        <w:t xml:space="preserve"> - ʃˈelf - tokcha</w:t>
      </w:r>
    </w:p>
    <w:p>
      <w:pPr>
        <w:spacing w:after="20"/>
      </w:pPr>
      <w:r>
        <w:rPr>
          <w:b/>
        </w:rPr>
        <w:t>0013. drawer</w:t>
      </w:r>
      <w:r>
        <w:t xml:space="preserve"> - drˈɔːr - tortma</w:t>
      </w:r>
    </w:p>
    <w:p>
      <w:pPr>
        <w:spacing w:after="20"/>
      </w:pPr>
      <w:r>
        <w:rPr>
          <w:b/>
        </w:rPr>
        <w:t>0014. ceiling</w:t>
      </w:r>
      <w:r>
        <w:t xml:space="preserve"> - sˈiːlɪŋ - shift</w:t>
      </w:r>
    </w:p>
    <w:p>
      <w:pPr>
        <w:spacing w:after="20"/>
      </w:pPr>
      <w:r>
        <w:rPr>
          <w:b/>
        </w:rPr>
        <w:t>0015. floor</w:t>
      </w:r>
      <w:r>
        <w:t xml:space="preserve"> - flˈɔːr - pol</w:t>
      </w:r>
    </w:p>
    <w:p>
      <w:pPr>
        <w:spacing w:after="20"/>
      </w:pPr>
      <w:r>
        <w:rPr>
          <w:b/>
        </w:rPr>
        <w:t>0016. entrance</w:t>
      </w:r>
      <w:r>
        <w:t xml:space="preserve"> - ˈentrʌns - kirish joyi</w:t>
      </w:r>
    </w:p>
    <w:p>
      <w:pPr>
        <w:spacing w:after="20"/>
      </w:pPr>
      <w:r>
        <w:rPr>
          <w:b/>
        </w:rPr>
        <w:t>0017. balcony</w:t>
      </w:r>
      <w:r>
        <w:t xml:space="preserve"> - bˈælkʌniː - balkon</w:t>
      </w:r>
    </w:p>
    <w:p>
      <w:pPr>
        <w:spacing w:after="20"/>
      </w:pPr>
      <w:r>
        <w:rPr>
          <w:b/>
        </w:rPr>
        <w:t>0018. basement</w:t>
      </w:r>
      <w:r>
        <w:t xml:space="preserve"> - bˈeɪsmʌnt - podval</w:t>
      </w:r>
    </w:p>
    <w:p>
      <w:pPr>
        <w:spacing w:after="20"/>
      </w:pPr>
      <w:r>
        <w:rPr>
          <w:b/>
        </w:rPr>
        <w:t>0019. staircase</w:t>
      </w:r>
      <w:r>
        <w:t xml:space="preserve"> - stˈerkˌeɪs - zinapoya</w:t>
      </w:r>
    </w:p>
    <w:p>
      <w:pPr>
        <w:spacing w:after="20"/>
      </w:pPr>
      <w:r>
        <w:rPr>
          <w:b/>
        </w:rPr>
        <w:t>0020. hallway</w:t>
      </w:r>
      <w:r>
        <w:t xml:space="preserve"> - hˈɔːlwˌeɪ - yo‘lak</w:t>
      </w:r>
    </w:p>
    <w:p>
      <w:pPr>
        <w:spacing w:after="20"/>
      </w:pPr>
      <w:r>
        <w:rPr>
          <w:b/>
        </w:rPr>
        <w:t>0021. kitchen</w:t>
      </w:r>
      <w:r>
        <w:t xml:space="preserve"> - kˈɪtʃʌn - oshxona</w:t>
      </w:r>
    </w:p>
    <w:p>
      <w:pPr>
        <w:spacing w:after="20"/>
      </w:pPr>
      <w:r>
        <w:rPr>
          <w:b/>
        </w:rPr>
        <w:t>0022. bathroom</w:t>
      </w:r>
      <w:r>
        <w:t xml:space="preserve"> - bˈæθrˌuːm - hammom</w:t>
      </w:r>
    </w:p>
    <w:p>
      <w:pPr>
        <w:spacing w:after="20"/>
      </w:pPr>
      <w:r>
        <w:rPr>
          <w:b/>
        </w:rPr>
        <w:t>0023. bedroom</w:t>
      </w:r>
      <w:r>
        <w:t xml:space="preserve"> - bˈedrˌuːm - yotoqxona</w:t>
      </w:r>
    </w:p>
    <w:p>
      <w:pPr>
        <w:spacing w:after="20"/>
      </w:pPr>
      <w:r>
        <w:rPr>
          <w:b/>
        </w:rPr>
        <w:t>0024. living room</w:t>
      </w:r>
      <w:r>
        <w:t xml:space="preserve"> - lˈɪvɪŋ rˈuːm - mehmonxona</w:t>
      </w:r>
    </w:p>
    <w:p>
      <w:pPr>
        <w:spacing w:after="20"/>
      </w:pPr>
      <w:r>
        <w:rPr>
          <w:b/>
        </w:rPr>
        <w:t>0025. garden</w:t>
      </w:r>
      <w:r>
        <w:t xml:space="preserve"> - ɡˈɑːrdʌn - bog‘</w:t>
      </w:r>
    </w:p>
    <w:p>
      <w:pPr>
        <w:spacing w:after="20"/>
      </w:pPr>
      <w:r>
        <w:rPr>
          <w:b/>
        </w:rPr>
        <w:t>0026. yard</w:t>
      </w:r>
      <w:r>
        <w:t xml:space="preserve"> - jˈɑːrd - hovli</w:t>
      </w:r>
    </w:p>
    <w:p>
      <w:pPr>
        <w:spacing w:after="20"/>
      </w:pPr>
      <w:r>
        <w:rPr>
          <w:b/>
        </w:rPr>
        <w:t>0027. laundry</w:t>
      </w:r>
      <w:r>
        <w:t xml:space="preserve"> - lˈɔːndriː - kir yuvish</w:t>
      </w:r>
    </w:p>
    <w:p>
      <w:pPr>
        <w:spacing w:after="20"/>
      </w:pPr>
      <w:r>
        <w:rPr>
          <w:b/>
        </w:rPr>
        <w:t>0028. towel</w:t>
      </w:r>
      <w:r>
        <w:t xml:space="preserve"> - tˈaʊʌl - sochiq</w:t>
      </w:r>
    </w:p>
    <w:p>
      <w:pPr>
        <w:spacing w:after="20"/>
      </w:pPr>
      <w:r>
        <w:rPr>
          <w:b/>
        </w:rPr>
        <w:t>0029. blanket</w:t>
      </w:r>
      <w:r>
        <w:t xml:space="preserve"> - blˈæŋkʌt - adyol</w:t>
      </w:r>
    </w:p>
    <w:p>
      <w:pPr>
        <w:spacing w:after="20"/>
      </w:pPr>
      <w:r>
        <w:rPr>
          <w:b/>
        </w:rPr>
        <w:t>0030. pillow</w:t>
      </w:r>
      <w:r>
        <w:t xml:space="preserve"> - pˈɪloʊ - yostiq</w:t>
      </w:r>
    </w:p>
    <w:p>
      <w:pPr>
        <w:spacing w:after="20"/>
      </w:pPr>
      <w:r>
        <w:rPr>
          <w:b/>
        </w:rPr>
        <w:t>0031. curtain</w:t>
      </w:r>
      <w:r>
        <w:t xml:space="preserve"> - kˈərtʌn - parda</w:t>
      </w:r>
    </w:p>
    <w:p>
      <w:pPr>
        <w:spacing w:after="20"/>
      </w:pPr>
      <w:r>
        <w:rPr>
          <w:b/>
        </w:rPr>
        <w:t>0032. carpet</w:t>
      </w:r>
      <w:r>
        <w:t xml:space="preserve"> - kˈɑːrpʌt - gilam</w:t>
      </w:r>
    </w:p>
    <w:p>
      <w:pPr>
        <w:spacing w:after="20"/>
      </w:pPr>
      <w:r>
        <w:rPr>
          <w:b/>
        </w:rPr>
        <w:t>0033. mirror</w:t>
      </w:r>
      <w:r>
        <w:t xml:space="preserve"> - mˈɪrər - oyna</w:t>
      </w:r>
    </w:p>
    <w:p>
      <w:pPr>
        <w:spacing w:after="20"/>
      </w:pPr>
      <w:r>
        <w:rPr>
          <w:b/>
        </w:rPr>
        <w:t>0034. clean</w:t>
      </w:r>
      <w:r>
        <w:t xml:space="preserve"> - klˈiːn - tozalamoq</w:t>
      </w:r>
    </w:p>
    <w:p>
      <w:pPr>
        <w:spacing w:after="20"/>
      </w:pPr>
      <w:r>
        <w:rPr>
          <w:b/>
        </w:rPr>
        <w:t>0035. tidy</w:t>
      </w:r>
      <w:r>
        <w:t xml:space="preserve"> - tˈaɪdiː - saranjom</w:t>
      </w:r>
    </w:p>
    <w:p>
      <w:pPr>
        <w:spacing w:after="20"/>
      </w:pPr>
      <w:r>
        <w:rPr>
          <w:b/>
        </w:rPr>
        <w:t>0036. messy</w:t>
      </w:r>
      <w:r>
        <w:t xml:space="preserve"> - mˈesiː - tartibsiz</w:t>
      </w:r>
    </w:p>
    <w:p>
      <w:pPr>
        <w:spacing w:after="20"/>
      </w:pPr>
      <w:r>
        <w:rPr>
          <w:b/>
        </w:rPr>
        <w:t>0037. repair</w:t>
      </w:r>
      <w:r>
        <w:t xml:space="preserve"> - rɪpˈer - ta’mirlamoq</w:t>
      </w:r>
    </w:p>
    <w:p>
      <w:pPr>
        <w:spacing w:after="20"/>
      </w:pPr>
      <w:r>
        <w:rPr>
          <w:b/>
        </w:rPr>
        <w:t>0038. decorate</w:t>
      </w:r>
      <w:r>
        <w:t xml:space="preserve"> - dˈekərˌeɪt - bezatmoq</w:t>
      </w:r>
    </w:p>
    <w:p>
      <w:pPr>
        <w:spacing w:after="20"/>
      </w:pPr>
      <w:r>
        <w:rPr>
          <w:b/>
        </w:rPr>
        <w:t>0039. move</w:t>
      </w:r>
      <w:r>
        <w:t xml:space="preserve"> - mˈuːv - ko‘chmoq</w:t>
      </w:r>
    </w:p>
    <w:p>
      <w:pPr>
        <w:spacing w:after="20"/>
      </w:pPr>
      <w:r>
        <w:rPr>
          <w:b/>
        </w:rPr>
        <w:t>0040. share</w:t>
      </w:r>
      <w:r>
        <w:t xml:space="preserve"> - ʃˈer - bo‘lishmoq</w:t>
      </w:r>
    </w:p>
    <w:p>
      <w:pPr>
        <w:spacing w:after="20"/>
      </w:pPr>
      <w:r>
        <w:rPr>
          <w:b/>
        </w:rPr>
        <w:t>0041. belong</w:t>
      </w:r>
      <w:r>
        <w:t xml:space="preserve"> - bɪlˈɔːŋ - tegishli bo‘lmoq</w:t>
      </w:r>
    </w:p>
    <w:p>
      <w:pPr>
        <w:spacing w:after="20"/>
      </w:pPr>
      <w:r>
        <w:rPr>
          <w:b/>
        </w:rPr>
        <w:t>0042. borrow</w:t>
      </w:r>
      <w:r>
        <w:t xml:space="preserve"> - bˈɑːrˌoʊ - qarzga olmoq</w:t>
      </w:r>
    </w:p>
    <w:p>
      <w:pPr>
        <w:spacing w:after="20"/>
      </w:pPr>
      <w:r>
        <w:rPr>
          <w:b/>
        </w:rPr>
        <w:t>0043. lend</w:t>
      </w:r>
      <w:r>
        <w:t xml:space="preserve"> - lˈend - qarzga bermoq</w:t>
      </w:r>
    </w:p>
    <w:p>
      <w:pPr>
        <w:spacing w:after="20"/>
      </w:pPr>
      <w:r>
        <w:rPr>
          <w:b/>
        </w:rPr>
        <w:t>0044. comfortable</w:t>
      </w:r>
      <w:r>
        <w:t xml:space="preserve"> - kˈʌmfərtʌbʌl - qulay</w:t>
      </w:r>
    </w:p>
    <w:p>
      <w:pPr>
        <w:spacing w:after="20"/>
      </w:pPr>
      <w:r>
        <w:rPr>
          <w:b/>
        </w:rPr>
        <w:t>0045. convenient</w:t>
      </w:r>
      <w:r>
        <w:t xml:space="preserve"> - kʌnvˈiːnjʌnt - qulay</w:t>
      </w:r>
    </w:p>
    <w:p>
      <w:pPr>
        <w:spacing w:after="20"/>
      </w:pPr>
      <w:r>
        <w:rPr>
          <w:b/>
        </w:rPr>
        <w:t>0046. private</w:t>
      </w:r>
      <w:r>
        <w:t xml:space="preserve"> - prˈaɪvʌt - xususiy</w:t>
      </w:r>
    </w:p>
    <w:p>
      <w:pPr>
        <w:spacing w:after="20"/>
      </w:pPr>
      <w:r>
        <w:rPr>
          <w:b/>
        </w:rPr>
        <w:t>0047. crowded</w:t>
      </w:r>
      <w:r>
        <w:t xml:space="preserve"> - krˈaʊdʌd - gavjum</w:t>
      </w:r>
    </w:p>
    <w:p>
      <w:pPr>
        <w:spacing w:after="20"/>
      </w:pPr>
      <w:r>
        <w:rPr>
          <w:b/>
        </w:rPr>
        <w:t>0048. quiet</w:t>
      </w:r>
      <w:r>
        <w:t xml:space="preserve"> - kwˈaɪʌt - tinch</w:t>
      </w:r>
    </w:p>
    <w:p>
      <w:pPr>
        <w:spacing w:after="20"/>
      </w:pPr>
      <w:r>
        <w:rPr>
          <w:b/>
        </w:rPr>
        <w:t>0049. noisy</w:t>
      </w:r>
      <w:r>
        <w:t xml:space="preserve"> - nˈɔɪziː - shovqinli</w:t>
      </w:r>
    </w:p>
    <w:p>
      <w:pPr>
        <w:spacing w:after="20"/>
      </w:pPr>
      <w:r>
        <w:rPr>
          <w:b/>
        </w:rPr>
        <w:t>0050. spacious</w:t>
      </w:r>
      <w:r>
        <w:t xml:space="preserve"> - spˈeɪʃʌs - keng</w:t>
      </w:r>
    </w:p>
    <w:p>
      <w:pPr>
        <w:spacing w:after="20"/>
      </w:pPr>
      <w:r>
        <w:rPr>
          <w:b/>
        </w:rPr>
        <w:t>0051. address</w:t>
      </w:r>
      <w:r>
        <w:t xml:space="preserve"> - ˈædrˌes - manzil</w:t>
      </w:r>
    </w:p>
    <w:p>
      <w:pPr>
        <w:spacing w:after="20"/>
      </w:pPr>
      <w:r>
        <w:rPr>
          <w:b/>
        </w:rPr>
        <w:t>0052. owner</w:t>
      </w:r>
      <w:r>
        <w:t xml:space="preserve"> - ˈoʊnər - egasi</w:t>
      </w:r>
    </w:p>
    <w:p>
      <w:pPr>
        <w:spacing w:after="20"/>
      </w:pPr>
      <w:r>
        <w:rPr>
          <w:b/>
        </w:rPr>
        <w:t>0053. property</w:t>
      </w:r>
      <w:r>
        <w:t xml:space="preserve"> - prˈɑːpərtiː - mulk</w:t>
      </w:r>
    </w:p>
    <w:p>
      <w:pPr>
        <w:spacing w:after="20"/>
      </w:pPr>
      <w:r>
        <w:rPr>
          <w:b/>
        </w:rPr>
        <w:t>0054. housework</w:t>
      </w:r>
      <w:r>
        <w:t xml:space="preserve"> - hˈaʊswˌərk - uy ishlari</w:t>
      </w:r>
    </w:p>
    <w:p>
      <w:pPr>
        <w:spacing w:after="20"/>
      </w:pPr>
      <w:r>
        <w:rPr>
          <w:b/>
        </w:rPr>
        <w:t>0055. cleanliness</w:t>
      </w:r>
      <w:r>
        <w:t xml:space="preserve"> - klˈenliːnɪs - tozalik</w:t>
      </w:r>
    </w:p>
    <w:p>
      <w:pPr>
        <w:spacing w:after="20"/>
      </w:pPr>
      <w:r>
        <w:rPr>
          <w:b/>
        </w:rPr>
        <w:t>0056. rentable</w:t>
      </w:r>
      <w:r>
        <w:t xml:space="preserve"> - rˈentʌbʌl - ijaraga beriladigan</w:t>
      </w:r>
    </w:p>
    <w:p>
      <w:pPr>
        <w:spacing w:after="20"/>
      </w:pPr>
      <w:r>
        <w:rPr>
          <w:b/>
        </w:rPr>
        <w:t>0057. residential</w:t>
      </w:r>
      <w:r>
        <w:t xml:space="preserve"> - rˌezɪdˈenʃʌl - turar joyga oid</w:t>
      </w:r>
    </w:p>
    <w:p>
      <w:pPr>
        <w:pStyle w:val="Heading1"/>
      </w:pPr>
      <w:r>
        <w:t>Time, routine &amp; daily activities</w:t>
      </w:r>
    </w:p>
    <w:p>
      <w:pPr>
        <w:spacing w:after="20"/>
      </w:pPr>
      <w:r>
        <w:rPr>
          <w:b/>
        </w:rPr>
        <w:t>0058. schedule</w:t>
      </w:r>
      <w:r>
        <w:t xml:space="preserve"> - skˈedʒʊl - jadval</w:t>
      </w:r>
    </w:p>
    <w:p>
      <w:pPr>
        <w:spacing w:after="20"/>
      </w:pPr>
      <w:r>
        <w:rPr>
          <w:b/>
        </w:rPr>
        <w:t>0059. appointment</w:t>
      </w:r>
      <w:r>
        <w:t xml:space="preserve"> - ʌpˈɔɪntmʌnt - uchrashuv</w:t>
      </w:r>
    </w:p>
    <w:p>
      <w:pPr>
        <w:spacing w:after="20"/>
      </w:pPr>
      <w:r>
        <w:rPr>
          <w:b/>
        </w:rPr>
        <w:t>0060. deadline</w:t>
      </w:r>
      <w:r>
        <w:t xml:space="preserve"> - dˈedlˌaɪn - oxirgi muddat</w:t>
      </w:r>
    </w:p>
    <w:p>
      <w:pPr>
        <w:spacing w:after="20"/>
      </w:pPr>
      <w:r>
        <w:rPr>
          <w:b/>
        </w:rPr>
        <w:t>0061. weekday</w:t>
      </w:r>
      <w:r>
        <w:t xml:space="preserve"> - wˈiːkdˌeɪ - ish kuni</w:t>
      </w:r>
    </w:p>
    <w:p>
      <w:pPr>
        <w:spacing w:after="20"/>
      </w:pPr>
      <w:r>
        <w:rPr>
          <w:b/>
        </w:rPr>
        <w:t>0062. weekend</w:t>
      </w:r>
      <w:r>
        <w:t xml:space="preserve"> - wˈiːkˌend - dam olish kunlari</w:t>
      </w:r>
    </w:p>
    <w:p>
      <w:pPr>
        <w:spacing w:after="20"/>
      </w:pPr>
      <w:r>
        <w:rPr>
          <w:b/>
        </w:rPr>
        <w:t>0063. morning</w:t>
      </w:r>
      <w:r>
        <w:t xml:space="preserve"> - mˈɔːrnɪŋ - ertalab</w:t>
      </w:r>
    </w:p>
    <w:p>
      <w:pPr>
        <w:spacing w:after="20"/>
      </w:pPr>
      <w:r>
        <w:rPr>
          <w:b/>
        </w:rPr>
        <w:t>0064. afternoon</w:t>
      </w:r>
      <w:r>
        <w:t xml:space="preserve"> - ˌæftərnˈuːn - tushdan keyin</w:t>
      </w:r>
    </w:p>
    <w:p>
      <w:pPr>
        <w:spacing w:after="20"/>
      </w:pPr>
      <w:r>
        <w:rPr>
          <w:b/>
        </w:rPr>
        <w:t>0065. evening</w:t>
      </w:r>
      <w:r>
        <w:t xml:space="preserve"> - ˈiːvnɪŋ - kechqurun</w:t>
      </w:r>
    </w:p>
    <w:p>
      <w:pPr>
        <w:spacing w:after="20"/>
      </w:pPr>
      <w:r>
        <w:rPr>
          <w:b/>
        </w:rPr>
        <w:t>0066. midnight</w:t>
      </w:r>
      <w:r>
        <w:t xml:space="preserve"> - mˈɪdnˌaɪt - yarim tun</w:t>
      </w:r>
    </w:p>
    <w:p>
      <w:pPr>
        <w:spacing w:after="20"/>
      </w:pPr>
      <w:r>
        <w:rPr>
          <w:b/>
        </w:rPr>
        <w:t>0067. sunrise</w:t>
      </w:r>
      <w:r>
        <w:t xml:space="preserve"> - sˈʌnrˌaɪz - quyosh chiqishi</w:t>
      </w:r>
    </w:p>
    <w:p>
      <w:pPr>
        <w:spacing w:after="20"/>
      </w:pPr>
      <w:r>
        <w:rPr>
          <w:b/>
        </w:rPr>
        <w:t>0068. sunset</w:t>
      </w:r>
      <w:r>
        <w:t xml:space="preserve"> - sˈʌnsˌet - quyosh botishi</w:t>
      </w:r>
    </w:p>
    <w:p>
      <w:pPr>
        <w:spacing w:after="20"/>
      </w:pPr>
      <w:r>
        <w:rPr>
          <w:b/>
        </w:rPr>
        <w:t>0069. moment</w:t>
      </w:r>
      <w:r>
        <w:t xml:space="preserve"> - mˈoʊmʌnt - lahza</w:t>
      </w:r>
    </w:p>
    <w:p>
      <w:pPr>
        <w:spacing w:after="20"/>
      </w:pPr>
      <w:r>
        <w:rPr>
          <w:b/>
        </w:rPr>
        <w:t>0070. period</w:t>
      </w:r>
      <w:r>
        <w:t xml:space="preserve"> - pˈɪriːʌd - davr</w:t>
      </w:r>
    </w:p>
    <w:p>
      <w:pPr>
        <w:spacing w:after="20"/>
      </w:pPr>
      <w:r>
        <w:rPr>
          <w:b/>
        </w:rPr>
        <w:t>0071. duration</w:t>
      </w:r>
      <w:r>
        <w:t xml:space="preserve"> - dˈʊrˈeɪʃʌn - davomiylik</w:t>
      </w:r>
    </w:p>
    <w:p>
      <w:pPr>
        <w:spacing w:after="20"/>
      </w:pPr>
      <w:r>
        <w:rPr>
          <w:b/>
        </w:rPr>
        <w:t>0072. occasion</w:t>
      </w:r>
      <w:r>
        <w:t xml:space="preserve"> - ʌkˈeɪʒʌn - voqea</w:t>
      </w:r>
    </w:p>
    <w:p>
      <w:pPr>
        <w:spacing w:after="20"/>
      </w:pPr>
      <w:r>
        <w:rPr>
          <w:b/>
        </w:rPr>
        <w:t>0073. frequency</w:t>
      </w:r>
      <w:r>
        <w:t xml:space="preserve"> - frˈiːkwʌnsiː - tez-tezlik</w:t>
      </w:r>
    </w:p>
    <w:p>
      <w:pPr>
        <w:spacing w:after="20"/>
      </w:pPr>
      <w:r>
        <w:rPr>
          <w:b/>
        </w:rPr>
        <w:t>0074. usually</w:t>
      </w:r>
      <w:r>
        <w:t xml:space="preserve"> - jˈuːʒʌwʌliː - odatda</w:t>
      </w:r>
    </w:p>
    <w:p>
      <w:pPr>
        <w:spacing w:after="20"/>
      </w:pPr>
      <w:r>
        <w:rPr>
          <w:b/>
        </w:rPr>
        <w:t>0075. rarely</w:t>
      </w:r>
      <w:r>
        <w:t xml:space="preserve"> - rˈerliː - kamdan-kam</w:t>
      </w:r>
    </w:p>
    <w:p>
      <w:pPr>
        <w:spacing w:after="20"/>
      </w:pPr>
      <w:r>
        <w:rPr>
          <w:b/>
        </w:rPr>
        <w:t>0076. sometimes</w:t>
      </w:r>
      <w:r>
        <w:t xml:space="preserve"> - sʌmtˈaɪmz - ba’zan</w:t>
      </w:r>
    </w:p>
    <w:p>
      <w:pPr>
        <w:spacing w:after="20"/>
      </w:pPr>
      <w:r>
        <w:rPr>
          <w:b/>
        </w:rPr>
        <w:t>0077. recently</w:t>
      </w:r>
      <w:r>
        <w:t xml:space="preserve"> - rˈiːsʌntliː - yaqinda</w:t>
      </w:r>
    </w:p>
    <w:p>
      <w:pPr>
        <w:spacing w:after="20"/>
      </w:pPr>
      <w:r>
        <w:rPr>
          <w:b/>
        </w:rPr>
        <w:t>0078. currently</w:t>
      </w:r>
      <w:r>
        <w:t xml:space="preserve"> - kˈərʌntliː - hozirda</w:t>
      </w:r>
    </w:p>
    <w:p>
      <w:pPr>
        <w:spacing w:after="20"/>
      </w:pPr>
      <w:r>
        <w:rPr>
          <w:b/>
        </w:rPr>
        <w:t>0079. eventually</w:t>
      </w:r>
      <w:r>
        <w:t xml:space="preserve"> - ɪvˈentʃʌwʌliː - oxir-oqibat</w:t>
      </w:r>
    </w:p>
    <w:p>
      <w:pPr>
        <w:spacing w:after="20"/>
      </w:pPr>
      <w:r>
        <w:rPr>
          <w:b/>
        </w:rPr>
        <w:t>0080. immediately</w:t>
      </w:r>
      <w:r>
        <w:t xml:space="preserve"> - ˌɪmˈiːdˌiːʌtliː - darhol</w:t>
      </w:r>
    </w:p>
    <w:p>
      <w:pPr>
        <w:spacing w:after="20"/>
      </w:pPr>
      <w:r>
        <w:rPr>
          <w:b/>
        </w:rPr>
        <w:t>0081. gradually</w:t>
      </w:r>
      <w:r>
        <w:t xml:space="preserve"> - ɡrˈædʒuːʌliː - asta-sekin</w:t>
      </w:r>
    </w:p>
    <w:p>
      <w:pPr>
        <w:spacing w:after="20"/>
      </w:pPr>
      <w:r>
        <w:rPr>
          <w:b/>
        </w:rPr>
        <w:t>0082. regularly</w:t>
      </w:r>
      <w:r>
        <w:t xml:space="preserve"> - rˈeɡjʌlərliː - muntazam</w:t>
      </w:r>
    </w:p>
    <w:p>
      <w:pPr>
        <w:spacing w:after="20"/>
      </w:pPr>
      <w:r>
        <w:rPr>
          <w:b/>
        </w:rPr>
        <w:t>0083. daily</w:t>
      </w:r>
      <w:r>
        <w:t xml:space="preserve"> - dˈeɪliː - har kuni</w:t>
      </w:r>
    </w:p>
    <w:p>
      <w:pPr>
        <w:spacing w:after="20"/>
      </w:pPr>
      <w:r>
        <w:rPr>
          <w:b/>
        </w:rPr>
        <w:t>0084. weekly</w:t>
      </w:r>
      <w:r>
        <w:t xml:space="preserve"> - wˈiːkliː - har hafta</w:t>
      </w:r>
    </w:p>
    <w:p>
      <w:pPr>
        <w:spacing w:after="20"/>
      </w:pPr>
      <w:r>
        <w:rPr>
          <w:b/>
        </w:rPr>
        <w:t>0085. monthly</w:t>
      </w:r>
      <w:r>
        <w:t xml:space="preserve"> - mˈʌnθliː - har oy</w:t>
      </w:r>
    </w:p>
    <w:p>
      <w:pPr>
        <w:spacing w:after="20"/>
      </w:pPr>
      <w:r>
        <w:rPr>
          <w:b/>
        </w:rPr>
        <w:t>0086. annually</w:t>
      </w:r>
      <w:r>
        <w:t xml:space="preserve"> - ˈænjuːʌliː - har yili</w:t>
      </w:r>
    </w:p>
    <w:p>
      <w:pPr>
        <w:spacing w:after="20"/>
      </w:pPr>
      <w:r>
        <w:rPr>
          <w:b/>
        </w:rPr>
        <w:t>0087. early</w:t>
      </w:r>
      <w:r>
        <w:t xml:space="preserve"> - ˈərliː - erta</w:t>
      </w:r>
    </w:p>
    <w:p>
      <w:pPr>
        <w:spacing w:after="20"/>
      </w:pPr>
      <w:r>
        <w:rPr>
          <w:b/>
        </w:rPr>
        <w:t>0088. late</w:t>
      </w:r>
      <w:r>
        <w:t xml:space="preserve"> - lˈeɪt - kech</w:t>
      </w:r>
    </w:p>
    <w:p>
      <w:pPr>
        <w:spacing w:after="20"/>
      </w:pPr>
      <w:r>
        <w:rPr>
          <w:b/>
        </w:rPr>
        <w:t>0089. busy</w:t>
      </w:r>
      <w:r>
        <w:t xml:space="preserve"> - bˈɪziː - band</w:t>
      </w:r>
    </w:p>
    <w:p>
      <w:pPr>
        <w:spacing w:after="20"/>
      </w:pPr>
      <w:r>
        <w:rPr>
          <w:b/>
        </w:rPr>
        <w:t>0090. free</w:t>
      </w:r>
      <w:r>
        <w:t xml:space="preserve"> - frˈiː - bo‘sh</w:t>
      </w:r>
    </w:p>
    <w:p>
      <w:pPr>
        <w:spacing w:after="20"/>
      </w:pPr>
      <w:r>
        <w:rPr>
          <w:b/>
        </w:rPr>
        <w:t>0091. available</w:t>
      </w:r>
      <w:r>
        <w:t xml:space="preserve"> - ʌvˈeɪlʌbʌl - mavjud</w:t>
      </w:r>
    </w:p>
    <w:p>
      <w:pPr>
        <w:spacing w:after="20"/>
      </w:pPr>
      <w:r>
        <w:rPr>
          <w:b/>
        </w:rPr>
        <w:t>0092. prepare</w:t>
      </w:r>
      <w:r>
        <w:t xml:space="preserve"> - priːpˈer - tayyorlanmoq</w:t>
      </w:r>
    </w:p>
    <w:p>
      <w:pPr>
        <w:spacing w:after="20"/>
      </w:pPr>
      <w:r>
        <w:rPr>
          <w:b/>
        </w:rPr>
        <w:t>0093. organise</w:t>
      </w:r>
      <w:r>
        <w:t xml:space="preserve"> - — - tashkil qilmoq</w:t>
      </w:r>
    </w:p>
    <w:p>
      <w:pPr>
        <w:spacing w:after="20"/>
      </w:pPr>
      <w:r>
        <w:rPr>
          <w:b/>
        </w:rPr>
        <w:t>0094. manage</w:t>
      </w:r>
      <w:r>
        <w:t xml:space="preserve"> - mˈænʌdʒ - uddalamoq</w:t>
      </w:r>
    </w:p>
    <w:p>
      <w:pPr>
        <w:spacing w:after="20"/>
      </w:pPr>
      <w:r>
        <w:rPr>
          <w:b/>
        </w:rPr>
        <w:t>0095. finish</w:t>
      </w:r>
      <w:r>
        <w:t xml:space="preserve"> - fˈɪnɪʃ - tugatmoq</w:t>
      </w:r>
    </w:p>
    <w:p>
      <w:pPr>
        <w:spacing w:after="20"/>
      </w:pPr>
      <w:r>
        <w:rPr>
          <w:b/>
        </w:rPr>
        <w:t>0096. continue</w:t>
      </w:r>
      <w:r>
        <w:t xml:space="preserve"> - kʌntˈɪnjuː - davom ettirmoq</w:t>
      </w:r>
    </w:p>
    <w:p>
      <w:pPr>
        <w:spacing w:after="20"/>
      </w:pPr>
      <w:r>
        <w:rPr>
          <w:b/>
        </w:rPr>
        <w:t>0097. avoid</w:t>
      </w:r>
      <w:r>
        <w:t xml:space="preserve"> - ʌvˈɔɪd - qochmoq</w:t>
      </w:r>
    </w:p>
    <w:p>
      <w:pPr>
        <w:spacing w:after="20"/>
      </w:pPr>
      <w:r>
        <w:rPr>
          <w:b/>
        </w:rPr>
        <w:t>0098. relax</w:t>
      </w:r>
      <w:r>
        <w:t xml:space="preserve"> - rɪlˈæks - dam olmoq</w:t>
      </w:r>
    </w:p>
    <w:p>
      <w:pPr>
        <w:spacing w:after="20"/>
      </w:pPr>
      <w:r>
        <w:rPr>
          <w:b/>
        </w:rPr>
        <w:t>0099. wake</w:t>
      </w:r>
      <w:r>
        <w:t xml:space="preserve"> - wˈeɪk - uyg‘onmoq</w:t>
      </w:r>
    </w:p>
    <w:p>
      <w:pPr>
        <w:spacing w:after="20"/>
      </w:pPr>
      <w:r>
        <w:rPr>
          <w:b/>
        </w:rPr>
        <w:t>0100. exercise</w:t>
      </w:r>
      <w:r>
        <w:t xml:space="preserve"> - ˈeksərsˌaɪz - mashq qilmoq</w:t>
      </w:r>
    </w:p>
    <w:p>
      <w:pPr>
        <w:spacing w:after="20"/>
      </w:pPr>
      <w:r>
        <w:rPr>
          <w:b/>
        </w:rPr>
        <w:t>0101. commute</w:t>
      </w:r>
      <w:r>
        <w:t xml:space="preserve"> - kʌmjˈuːt - qatnab yurmoq</w:t>
      </w:r>
    </w:p>
    <w:p>
      <w:pPr>
        <w:spacing w:after="20"/>
      </w:pPr>
      <w:r>
        <w:rPr>
          <w:b/>
        </w:rPr>
        <w:t>0102. attend</w:t>
      </w:r>
      <w:r>
        <w:t xml:space="preserve"> - ʌtˈend - qatnashmoq</w:t>
      </w:r>
    </w:p>
    <w:p>
      <w:pPr>
        <w:spacing w:after="20"/>
      </w:pPr>
      <w:r>
        <w:rPr>
          <w:b/>
        </w:rPr>
        <w:t>0103. cancel</w:t>
      </w:r>
      <w:r>
        <w:t xml:space="preserve"> - kˈænsʌl - bekor qilmoq</w:t>
      </w:r>
    </w:p>
    <w:p>
      <w:pPr>
        <w:spacing w:after="20"/>
      </w:pPr>
      <w:r>
        <w:rPr>
          <w:b/>
        </w:rPr>
        <w:t>0104. delay</w:t>
      </w:r>
      <w:r>
        <w:t xml:space="preserve"> - dɪlˈeɪ - kechiktirmoq</w:t>
      </w:r>
    </w:p>
    <w:p>
      <w:pPr>
        <w:spacing w:after="20"/>
      </w:pPr>
      <w:r>
        <w:rPr>
          <w:b/>
        </w:rPr>
        <w:t>0105. postpone</w:t>
      </w:r>
      <w:r>
        <w:t xml:space="preserve"> - poʊstpˈoʊn - keyinga qoldirmoq</w:t>
      </w:r>
    </w:p>
    <w:p>
      <w:pPr>
        <w:spacing w:after="20"/>
      </w:pPr>
      <w:r>
        <w:rPr>
          <w:b/>
        </w:rPr>
        <w:t>0106. waste</w:t>
      </w:r>
      <w:r>
        <w:t xml:space="preserve"> - wˈeɪst - isrof qilmoq</w:t>
      </w:r>
    </w:p>
    <w:p>
      <w:pPr>
        <w:spacing w:after="20"/>
      </w:pPr>
      <w:r>
        <w:rPr>
          <w:b/>
        </w:rPr>
        <w:t>0107. spend</w:t>
      </w:r>
      <w:r>
        <w:t xml:space="preserve"> - spˈend - sarflamoq</w:t>
      </w:r>
    </w:p>
    <w:p>
      <w:pPr>
        <w:spacing w:after="20"/>
      </w:pPr>
      <w:r>
        <w:rPr>
          <w:b/>
        </w:rPr>
        <w:t>0108. occasionally</w:t>
      </w:r>
      <w:r>
        <w:t xml:space="preserve"> - ʌkˈeɪʒʌnʌliː - ba’zan</w:t>
      </w:r>
    </w:p>
    <w:p>
      <w:pPr>
        <w:spacing w:after="20"/>
      </w:pPr>
      <w:r>
        <w:rPr>
          <w:b/>
        </w:rPr>
        <w:t>0109. normally</w:t>
      </w:r>
      <w:r>
        <w:t xml:space="preserve"> - nˈɔːrmʌliː - odatda</w:t>
      </w:r>
    </w:p>
    <w:p>
      <w:pPr>
        <w:spacing w:after="20"/>
      </w:pPr>
      <w:r>
        <w:rPr>
          <w:b/>
        </w:rPr>
        <w:t>0110. hardly</w:t>
      </w:r>
      <w:r>
        <w:t xml:space="preserve"> - hˈɑːrdliː - deyarli ... emas</w:t>
      </w:r>
    </w:p>
    <w:p>
      <w:pPr>
        <w:spacing w:after="20"/>
      </w:pPr>
      <w:r>
        <w:rPr>
          <w:b/>
        </w:rPr>
        <w:t>0111. seldom</w:t>
      </w:r>
      <w:r>
        <w:t xml:space="preserve"> - sˈeldʌm - kamdan-kam</w:t>
      </w:r>
    </w:p>
    <w:p>
      <w:pPr>
        <w:spacing w:after="20"/>
      </w:pPr>
      <w:r>
        <w:rPr>
          <w:b/>
        </w:rPr>
        <w:t>0112. overnight</w:t>
      </w:r>
      <w:r>
        <w:t xml:space="preserve"> - ˈoʊvərnˈaɪt - bir kechada</w:t>
      </w:r>
    </w:p>
    <w:p>
      <w:pPr>
        <w:spacing w:after="20"/>
      </w:pPr>
      <w:r>
        <w:rPr>
          <w:b/>
        </w:rPr>
        <w:t>0113. temporary</w:t>
      </w:r>
      <w:r>
        <w:t xml:space="preserve"> - tˈempərˌeriː - vaqtinchalik</w:t>
      </w:r>
    </w:p>
    <w:p>
      <w:pPr>
        <w:spacing w:after="20"/>
      </w:pPr>
      <w:r>
        <w:rPr>
          <w:b/>
        </w:rPr>
        <w:t>0114. permanent</w:t>
      </w:r>
      <w:r>
        <w:t xml:space="preserve"> - pˈərmʌnʌnt - doimiy</w:t>
      </w:r>
    </w:p>
    <w:p>
      <w:pPr>
        <w:spacing w:after="20"/>
      </w:pPr>
      <w:r>
        <w:rPr>
          <w:b/>
        </w:rPr>
        <w:t>0115. punctual</w:t>
      </w:r>
      <w:r>
        <w:t xml:space="preserve"> - pˈʌŋktʃuːʌl - vaqtida</w:t>
      </w:r>
    </w:p>
    <w:p>
      <w:pPr>
        <w:spacing w:after="20"/>
      </w:pPr>
      <w:r>
        <w:rPr>
          <w:b/>
        </w:rPr>
        <w:t>0116. frequent</w:t>
      </w:r>
      <w:r>
        <w:t xml:space="preserve"> - frˈiːkwʌnt - tez-tez bo‘ladigan</w:t>
      </w:r>
    </w:p>
    <w:p>
      <w:pPr>
        <w:spacing w:after="20"/>
      </w:pPr>
      <w:r>
        <w:rPr>
          <w:b/>
        </w:rPr>
        <w:t>0117. occasional</w:t>
      </w:r>
      <w:r>
        <w:t xml:space="preserve"> - ʌkˈeɪʒʌnʌl - vaqti-vaqti bilan bo‘ladigan</w:t>
      </w:r>
    </w:p>
    <w:p>
      <w:pPr>
        <w:pStyle w:val="Heading1"/>
      </w:pPr>
      <w:r>
        <w:t>Food &amp; cooking</w:t>
      </w:r>
    </w:p>
    <w:p>
      <w:pPr>
        <w:spacing w:after="20"/>
      </w:pPr>
      <w:r>
        <w:rPr>
          <w:b/>
        </w:rPr>
        <w:t>0118. meal</w:t>
      </w:r>
      <w:r>
        <w:t xml:space="preserve"> - mˈiːl - ovqat</w:t>
      </w:r>
    </w:p>
    <w:p>
      <w:pPr>
        <w:spacing w:after="20"/>
      </w:pPr>
      <w:r>
        <w:rPr>
          <w:b/>
        </w:rPr>
        <w:t>0119. breakfast</w:t>
      </w:r>
      <w:r>
        <w:t xml:space="preserve"> - brˈekfʌst - nonushta</w:t>
      </w:r>
    </w:p>
    <w:p>
      <w:pPr>
        <w:spacing w:after="20"/>
      </w:pPr>
      <w:r>
        <w:rPr>
          <w:b/>
        </w:rPr>
        <w:t>0120. lunch</w:t>
      </w:r>
      <w:r>
        <w:t xml:space="preserve"> - lˈʌntʃ - tushlik</w:t>
      </w:r>
    </w:p>
    <w:p>
      <w:pPr>
        <w:spacing w:after="20"/>
      </w:pPr>
      <w:r>
        <w:rPr>
          <w:b/>
        </w:rPr>
        <w:t>0121. dinner</w:t>
      </w:r>
      <w:r>
        <w:t xml:space="preserve"> - dˈɪnər - kechki ovqat</w:t>
      </w:r>
    </w:p>
    <w:p>
      <w:pPr>
        <w:spacing w:after="20"/>
      </w:pPr>
      <w:r>
        <w:rPr>
          <w:b/>
        </w:rPr>
        <w:t>0122. snack</w:t>
      </w:r>
      <w:r>
        <w:t xml:space="preserve"> - snˈæk - yengil tamaddi</w:t>
      </w:r>
    </w:p>
    <w:p>
      <w:pPr>
        <w:spacing w:after="20"/>
      </w:pPr>
      <w:r>
        <w:rPr>
          <w:b/>
        </w:rPr>
        <w:t>0123. ingredient</w:t>
      </w:r>
      <w:r>
        <w:t xml:space="preserve"> - ˌɪnɡrˈiːdiːʌnt - masalliq</w:t>
      </w:r>
    </w:p>
    <w:p>
      <w:pPr>
        <w:spacing w:after="20"/>
      </w:pPr>
      <w:r>
        <w:rPr>
          <w:b/>
        </w:rPr>
        <w:t>0124. recipe</w:t>
      </w:r>
      <w:r>
        <w:t xml:space="preserve"> - rˈesʌpiː - retsept</w:t>
      </w:r>
    </w:p>
    <w:p>
      <w:pPr>
        <w:spacing w:after="20"/>
      </w:pPr>
      <w:r>
        <w:rPr>
          <w:b/>
        </w:rPr>
        <w:t>0125. dish</w:t>
      </w:r>
      <w:r>
        <w:t xml:space="preserve"> - dˈɪʃ - taom</w:t>
      </w:r>
    </w:p>
    <w:p>
      <w:pPr>
        <w:spacing w:after="20"/>
      </w:pPr>
      <w:r>
        <w:rPr>
          <w:b/>
        </w:rPr>
        <w:t>0126. portion</w:t>
      </w:r>
      <w:r>
        <w:t xml:space="preserve"> - pˈɔːrʃʌn - porsiya</w:t>
      </w:r>
    </w:p>
    <w:p>
      <w:pPr>
        <w:spacing w:after="20"/>
      </w:pPr>
      <w:r>
        <w:rPr>
          <w:b/>
        </w:rPr>
        <w:t>0127. menu</w:t>
      </w:r>
      <w:r>
        <w:t xml:space="preserve"> - mˈenjuː - menyu</w:t>
      </w:r>
    </w:p>
    <w:p>
      <w:pPr>
        <w:spacing w:after="20"/>
      </w:pPr>
      <w:r>
        <w:rPr>
          <w:b/>
        </w:rPr>
        <w:t>0128. appetite</w:t>
      </w:r>
      <w:r>
        <w:t xml:space="preserve"> - ˈæpʌtˌaɪt - ishtaha</w:t>
      </w:r>
    </w:p>
    <w:p>
      <w:pPr>
        <w:spacing w:after="20"/>
      </w:pPr>
      <w:r>
        <w:rPr>
          <w:b/>
        </w:rPr>
        <w:t>0129. taste</w:t>
      </w:r>
      <w:r>
        <w:t xml:space="preserve"> - tˈeɪst - ta’m</w:t>
      </w:r>
    </w:p>
    <w:p>
      <w:pPr>
        <w:spacing w:after="20"/>
      </w:pPr>
      <w:r>
        <w:rPr>
          <w:b/>
        </w:rPr>
        <w:t>0130. flavour</w:t>
      </w:r>
      <w:r>
        <w:t xml:space="preserve"> - — - ta’m</w:t>
      </w:r>
    </w:p>
    <w:p>
      <w:pPr>
        <w:spacing w:after="20"/>
      </w:pPr>
      <w:r>
        <w:rPr>
          <w:b/>
        </w:rPr>
        <w:t>0131. spicy</w:t>
      </w:r>
      <w:r>
        <w:t xml:space="preserve"> - spˈaɪsiː - achchiq</w:t>
      </w:r>
    </w:p>
    <w:p>
      <w:pPr>
        <w:spacing w:after="20"/>
      </w:pPr>
      <w:r>
        <w:rPr>
          <w:b/>
        </w:rPr>
        <w:t>0132. sweet</w:t>
      </w:r>
      <w:r>
        <w:t xml:space="preserve"> - swˈiːt - shirin</w:t>
      </w:r>
    </w:p>
    <w:p>
      <w:pPr>
        <w:spacing w:after="20"/>
      </w:pPr>
      <w:r>
        <w:rPr>
          <w:b/>
        </w:rPr>
        <w:t>0133. sour</w:t>
      </w:r>
      <w:r>
        <w:t xml:space="preserve"> - sˈaʊər - nordon</w:t>
      </w:r>
    </w:p>
    <w:p>
      <w:pPr>
        <w:spacing w:after="20"/>
      </w:pPr>
      <w:r>
        <w:rPr>
          <w:b/>
        </w:rPr>
        <w:t>0134. bitter</w:t>
      </w:r>
      <w:r>
        <w:t xml:space="preserve"> - bˈɪtər - achchiq</w:t>
      </w:r>
    </w:p>
    <w:p>
      <w:pPr>
        <w:spacing w:after="20"/>
      </w:pPr>
      <w:r>
        <w:rPr>
          <w:b/>
        </w:rPr>
        <w:t>0135. salty</w:t>
      </w:r>
      <w:r>
        <w:t xml:space="preserve"> - sˈɔːltiː - sho‘r</w:t>
      </w:r>
    </w:p>
    <w:p>
      <w:pPr>
        <w:spacing w:after="20"/>
      </w:pPr>
      <w:r>
        <w:rPr>
          <w:b/>
        </w:rPr>
        <w:t>0136. fresh</w:t>
      </w:r>
      <w:r>
        <w:t xml:space="preserve"> - frˈeʃ - yangi</w:t>
      </w:r>
    </w:p>
    <w:p>
      <w:pPr>
        <w:spacing w:after="20"/>
      </w:pPr>
      <w:r>
        <w:rPr>
          <w:b/>
        </w:rPr>
        <w:t>0137. frozen</w:t>
      </w:r>
      <w:r>
        <w:t xml:space="preserve"> - frˈoʊzʌn - muzlatilgan</w:t>
      </w:r>
    </w:p>
    <w:p>
      <w:pPr>
        <w:spacing w:after="20"/>
      </w:pPr>
      <w:r>
        <w:rPr>
          <w:b/>
        </w:rPr>
        <w:t>0138. organic</w:t>
      </w:r>
      <w:r>
        <w:t xml:space="preserve"> - ɔːrɡˈænɪk - organik</w:t>
      </w:r>
    </w:p>
    <w:p>
      <w:pPr>
        <w:spacing w:after="20"/>
      </w:pPr>
      <w:r>
        <w:rPr>
          <w:b/>
        </w:rPr>
        <w:t>0139. healthy</w:t>
      </w:r>
      <w:r>
        <w:t xml:space="preserve"> - hˈelθiː - sog‘lom</w:t>
      </w:r>
    </w:p>
    <w:p>
      <w:pPr>
        <w:spacing w:after="20"/>
      </w:pPr>
      <w:r>
        <w:rPr>
          <w:b/>
        </w:rPr>
        <w:t>0140. delicious</w:t>
      </w:r>
      <w:r>
        <w:t xml:space="preserve"> - dɪlˈɪʃʌs - mazali</w:t>
      </w:r>
    </w:p>
    <w:p>
      <w:pPr>
        <w:spacing w:after="20"/>
      </w:pPr>
      <w:r>
        <w:rPr>
          <w:b/>
        </w:rPr>
        <w:t>0141. raw</w:t>
      </w:r>
      <w:r>
        <w:t xml:space="preserve"> - rˈɑː - xom</w:t>
      </w:r>
    </w:p>
    <w:p>
      <w:pPr>
        <w:spacing w:after="20"/>
      </w:pPr>
      <w:r>
        <w:rPr>
          <w:b/>
        </w:rPr>
        <w:t>0142. cooked</w:t>
      </w:r>
      <w:r>
        <w:t xml:space="preserve"> - kˈʊkt - pishgan</w:t>
      </w:r>
    </w:p>
    <w:p>
      <w:pPr>
        <w:spacing w:after="20"/>
      </w:pPr>
      <w:r>
        <w:rPr>
          <w:b/>
        </w:rPr>
        <w:t>0143. boil</w:t>
      </w:r>
      <w:r>
        <w:t xml:space="preserve"> - bˈɔɪl - qaynatmoq</w:t>
      </w:r>
    </w:p>
    <w:p>
      <w:pPr>
        <w:spacing w:after="20"/>
      </w:pPr>
      <w:r>
        <w:rPr>
          <w:b/>
        </w:rPr>
        <w:t>0144. fry</w:t>
      </w:r>
      <w:r>
        <w:t xml:space="preserve"> - frˈaɪ - qovurmoq</w:t>
      </w:r>
    </w:p>
    <w:p>
      <w:pPr>
        <w:spacing w:after="20"/>
      </w:pPr>
      <w:r>
        <w:rPr>
          <w:b/>
        </w:rPr>
        <w:t>0145. bake</w:t>
      </w:r>
      <w:r>
        <w:t xml:space="preserve"> - bˈeɪk - pechda pishirmoq</w:t>
      </w:r>
    </w:p>
    <w:p>
      <w:pPr>
        <w:spacing w:after="20"/>
      </w:pPr>
      <w:r>
        <w:rPr>
          <w:b/>
        </w:rPr>
        <w:t>0146. grill</w:t>
      </w:r>
      <w:r>
        <w:t xml:space="preserve"> - ɡrˈɪl - grilda pishirmoq</w:t>
      </w:r>
    </w:p>
    <w:p>
      <w:pPr>
        <w:spacing w:after="20"/>
      </w:pPr>
      <w:r>
        <w:rPr>
          <w:b/>
        </w:rPr>
        <w:t>0147. chop</w:t>
      </w:r>
      <w:r>
        <w:t xml:space="preserve"> - tʃˈɑːp - to‘g‘ramoq</w:t>
      </w:r>
    </w:p>
    <w:p>
      <w:pPr>
        <w:spacing w:after="20"/>
      </w:pPr>
      <w:r>
        <w:rPr>
          <w:b/>
        </w:rPr>
        <w:t>0148. slice</w:t>
      </w:r>
      <w:r>
        <w:t xml:space="preserve"> - slˈaɪs - tilimlamoq</w:t>
      </w:r>
    </w:p>
    <w:p>
      <w:pPr>
        <w:spacing w:after="20"/>
      </w:pPr>
      <w:r>
        <w:rPr>
          <w:b/>
        </w:rPr>
        <w:t>0149. mix</w:t>
      </w:r>
      <w:r>
        <w:t xml:space="preserve"> - mˈɪks - aralashtirmoq</w:t>
      </w:r>
    </w:p>
    <w:p>
      <w:pPr>
        <w:spacing w:after="20"/>
      </w:pPr>
      <w:r>
        <w:rPr>
          <w:b/>
        </w:rPr>
        <w:t>0150. pour</w:t>
      </w:r>
      <w:r>
        <w:t xml:space="preserve"> - pˈɔːr - quymoq</w:t>
      </w:r>
    </w:p>
    <w:p>
      <w:pPr>
        <w:spacing w:after="20"/>
      </w:pPr>
      <w:r>
        <w:rPr>
          <w:b/>
        </w:rPr>
        <w:t>0151. serve</w:t>
      </w:r>
      <w:r>
        <w:t xml:space="preserve"> - sˈərv - tortmoq</w:t>
      </w:r>
    </w:p>
    <w:p>
      <w:pPr>
        <w:spacing w:after="20"/>
      </w:pPr>
      <w:r>
        <w:rPr>
          <w:b/>
        </w:rPr>
        <w:t>0152. heat</w:t>
      </w:r>
      <w:r>
        <w:t xml:space="preserve"> - hˈiːt - isitmoq</w:t>
      </w:r>
    </w:p>
    <w:p>
      <w:pPr>
        <w:spacing w:after="20"/>
      </w:pPr>
      <w:r>
        <w:rPr>
          <w:b/>
        </w:rPr>
        <w:t>0153. cool</w:t>
      </w:r>
      <w:r>
        <w:t xml:space="preserve"> - kˈuːl - sovitmoq</w:t>
      </w:r>
    </w:p>
    <w:p>
      <w:pPr>
        <w:spacing w:after="20"/>
      </w:pPr>
      <w:r>
        <w:rPr>
          <w:b/>
        </w:rPr>
        <w:t>0154. peel</w:t>
      </w:r>
      <w:r>
        <w:t xml:space="preserve"> - pˈiːl - archimoq</w:t>
      </w:r>
    </w:p>
    <w:p>
      <w:pPr>
        <w:spacing w:after="20"/>
      </w:pPr>
      <w:r>
        <w:rPr>
          <w:b/>
        </w:rPr>
        <w:t>0155. wash</w:t>
      </w:r>
      <w:r>
        <w:t xml:space="preserve"> - wˈɑːʃ - yuvmoq</w:t>
      </w:r>
    </w:p>
    <w:p>
      <w:pPr>
        <w:spacing w:after="20"/>
      </w:pPr>
      <w:r>
        <w:rPr>
          <w:b/>
        </w:rPr>
        <w:t>0156. add</w:t>
      </w:r>
      <w:r>
        <w:t xml:space="preserve"> - ˈæd - qo‘shmoq</w:t>
      </w:r>
    </w:p>
    <w:p>
      <w:pPr>
        <w:spacing w:after="20"/>
      </w:pPr>
      <w:r>
        <w:rPr>
          <w:b/>
        </w:rPr>
        <w:t>0157. remove</w:t>
      </w:r>
      <w:r>
        <w:t xml:space="preserve"> - riːmˈuːv - olib tashlamoq</w:t>
      </w:r>
    </w:p>
    <w:p>
      <w:pPr>
        <w:spacing w:after="20"/>
      </w:pPr>
      <w:r>
        <w:rPr>
          <w:b/>
        </w:rPr>
        <w:t>0158. salt</w:t>
      </w:r>
      <w:r>
        <w:t xml:space="preserve"> - sˈɔːlt - tuz</w:t>
      </w:r>
    </w:p>
    <w:p>
      <w:pPr>
        <w:spacing w:after="20"/>
      </w:pPr>
      <w:r>
        <w:rPr>
          <w:b/>
        </w:rPr>
        <w:t>0159. sugar</w:t>
      </w:r>
      <w:r>
        <w:t xml:space="preserve"> - ʃˈʊɡər - shakar</w:t>
      </w:r>
    </w:p>
    <w:p>
      <w:pPr>
        <w:spacing w:after="20"/>
      </w:pPr>
      <w:r>
        <w:rPr>
          <w:b/>
        </w:rPr>
        <w:t>0160. flour</w:t>
      </w:r>
      <w:r>
        <w:t xml:space="preserve"> - flˈaʊər - un</w:t>
      </w:r>
    </w:p>
    <w:p>
      <w:pPr>
        <w:spacing w:after="20"/>
      </w:pPr>
      <w:r>
        <w:rPr>
          <w:b/>
        </w:rPr>
        <w:t>0161. oil</w:t>
      </w:r>
      <w:r>
        <w:t xml:space="preserve"> - ˈɔɪl - yog‘</w:t>
      </w:r>
    </w:p>
    <w:p>
      <w:pPr>
        <w:spacing w:after="20"/>
      </w:pPr>
      <w:r>
        <w:rPr>
          <w:b/>
        </w:rPr>
        <w:t>0162. rice</w:t>
      </w:r>
      <w:r>
        <w:t xml:space="preserve"> - rˈaɪs - guruch</w:t>
      </w:r>
    </w:p>
    <w:p>
      <w:pPr>
        <w:spacing w:after="20"/>
      </w:pPr>
      <w:r>
        <w:rPr>
          <w:b/>
        </w:rPr>
        <w:t>0163. bread</w:t>
      </w:r>
      <w:r>
        <w:t xml:space="preserve"> - brˈed - non</w:t>
      </w:r>
    </w:p>
    <w:p>
      <w:pPr>
        <w:spacing w:after="20"/>
      </w:pPr>
      <w:r>
        <w:rPr>
          <w:b/>
        </w:rPr>
        <w:t>0164. meat</w:t>
      </w:r>
      <w:r>
        <w:t xml:space="preserve"> - mˈiːt - go‘sht</w:t>
      </w:r>
    </w:p>
    <w:p>
      <w:pPr>
        <w:spacing w:after="20"/>
      </w:pPr>
      <w:r>
        <w:rPr>
          <w:b/>
        </w:rPr>
        <w:t>0165. vegetable</w:t>
      </w:r>
      <w:r>
        <w:t xml:space="preserve"> - vˈedʒtʌbʌl - sabzavot</w:t>
      </w:r>
    </w:p>
    <w:p>
      <w:pPr>
        <w:spacing w:after="20"/>
      </w:pPr>
      <w:r>
        <w:rPr>
          <w:b/>
        </w:rPr>
        <w:t>0166. fruit</w:t>
      </w:r>
      <w:r>
        <w:t xml:space="preserve"> - frˈuːt - meva</w:t>
      </w:r>
    </w:p>
    <w:p>
      <w:pPr>
        <w:spacing w:after="20"/>
      </w:pPr>
      <w:r>
        <w:rPr>
          <w:b/>
        </w:rPr>
        <w:t>0167. beverage</w:t>
      </w:r>
      <w:r>
        <w:t xml:space="preserve"> - bˈevərɪdʒ - ichimlik</w:t>
      </w:r>
    </w:p>
    <w:p>
      <w:pPr>
        <w:spacing w:after="20"/>
      </w:pPr>
      <w:r>
        <w:rPr>
          <w:b/>
        </w:rPr>
        <w:t>0168. appetising</w:t>
      </w:r>
      <w:r>
        <w:t xml:space="preserve"> - — - ishtahaochar</w:t>
      </w:r>
    </w:p>
    <w:p>
      <w:pPr>
        <w:spacing w:after="20"/>
      </w:pPr>
      <w:r>
        <w:rPr>
          <w:b/>
        </w:rPr>
        <w:t>0169. dietary</w:t>
      </w:r>
      <w:r>
        <w:t xml:space="preserve"> - dˈaɪʌtˌeriː - ovqatlanishga oid</w:t>
      </w:r>
    </w:p>
    <w:p>
      <w:pPr>
        <w:spacing w:after="20"/>
      </w:pPr>
      <w:r>
        <w:rPr>
          <w:b/>
        </w:rPr>
        <w:t>0170. dishwasher</w:t>
      </w:r>
      <w:r>
        <w:t xml:space="preserve"> - dˈɪʃwˌɑːʃər - idish yuvish mashinasi</w:t>
      </w:r>
    </w:p>
    <w:p>
      <w:pPr>
        <w:spacing w:after="20"/>
      </w:pPr>
      <w:r>
        <w:rPr>
          <w:b/>
        </w:rPr>
        <w:t>0171. fridge</w:t>
      </w:r>
      <w:r>
        <w:t xml:space="preserve"> - frˈɪdʒ - muzlatkich</w:t>
      </w:r>
    </w:p>
    <w:p>
      <w:pPr>
        <w:spacing w:after="20"/>
      </w:pPr>
      <w:r>
        <w:rPr>
          <w:b/>
        </w:rPr>
        <w:t>0172. oven</w:t>
      </w:r>
      <w:r>
        <w:t xml:space="preserve"> - ˈʌvʌn - pech</w:t>
      </w:r>
    </w:p>
    <w:p>
      <w:pPr>
        <w:spacing w:after="20"/>
      </w:pPr>
      <w:r>
        <w:rPr>
          <w:b/>
        </w:rPr>
        <w:t>0173. kettle</w:t>
      </w:r>
      <w:r>
        <w:t xml:space="preserve"> - kˈetʌl - choynak</w:t>
      </w:r>
    </w:p>
    <w:p>
      <w:pPr>
        <w:spacing w:after="20"/>
      </w:pPr>
      <w:r>
        <w:rPr>
          <w:b/>
        </w:rPr>
        <w:t>0174. tasteful</w:t>
      </w:r>
      <w:r>
        <w:t xml:space="preserve"> - tˈeɪstfʌl - didli</w:t>
      </w:r>
    </w:p>
    <w:p>
      <w:pPr>
        <w:spacing w:after="20"/>
      </w:pPr>
      <w:r>
        <w:rPr>
          <w:b/>
        </w:rPr>
        <w:t>0175. nutritious</w:t>
      </w:r>
      <w:r>
        <w:t xml:space="preserve"> - nuːtrˈɪʃʌs - to‘yimli</w:t>
      </w:r>
    </w:p>
    <w:p>
      <w:pPr>
        <w:spacing w:after="20"/>
      </w:pPr>
      <w:r>
        <w:rPr>
          <w:b/>
        </w:rPr>
        <w:t>0176. recipe book</w:t>
      </w:r>
      <w:r>
        <w:t xml:space="preserve"> - rˈesʌpiː bˈʊk - retseptlar kitobi</w:t>
      </w:r>
    </w:p>
    <w:p>
      <w:pPr>
        <w:pStyle w:val="Heading1"/>
      </w:pPr>
      <w:r>
        <w:t>Shopping, clothes &amp; money</w:t>
      </w:r>
    </w:p>
    <w:p>
      <w:pPr>
        <w:spacing w:after="20"/>
      </w:pPr>
      <w:r>
        <w:rPr>
          <w:b/>
        </w:rPr>
        <w:t>0177. shop</w:t>
      </w:r>
      <w:r>
        <w:t xml:space="preserve"> - ʃˈɑːp - do‘kon</w:t>
      </w:r>
    </w:p>
    <w:p>
      <w:pPr>
        <w:spacing w:after="20"/>
      </w:pPr>
      <w:r>
        <w:rPr>
          <w:b/>
        </w:rPr>
        <w:t>0178. customer</w:t>
      </w:r>
      <w:r>
        <w:t xml:space="preserve"> - kˈʌstʌmər - mijoz</w:t>
      </w:r>
    </w:p>
    <w:p>
      <w:pPr>
        <w:spacing w:after="20"/>
      </w:pPr>
      <w:r>
        <w:rPr>
          <w:b/>
        </w:rPr>
        <w:t>0179. cashier</w:t>
      </w:r>
      <w:r>
        <w:t xml:space="preserve"> - kæʃˈɪr - kassir</w:t>
      </w:r>
    </w:p>
    <w:p>
      <w:pPr>
        <w:spacing w:after="20"/>
      </w:pPr>
      <w:r>
        <w:rPr>
          <w:b/>
        </w:rPr>
        <w:t>0180. receipt</w:t>
      </w:r>
      <w:r>
        <w:t xml:space="preserve"> - rɪsˈiːt - chek</w:t>
      </w:r>
    </w:p>
    <w:p>
      <w:pPr>
        <w:spacing w:after="20"/>
      </w:pPr>
      <w:r>
        <w:rPr>
          <w:b/>
        </w:rPr>
        <w:t>0181. price</w:t>
      </w:r>
      <w:r>
        <w:t xml:space="preserve"> - prˈaɪs - narx</w:t>
      </w:r>
    </w:p>
    <w:p>
      <w:pPr>
        <w:spacing w:after="20"/>
      </w:pPr>
      <w:r>
        <w:rPr>
          <w:b/>
        </w:rPr>
        <w:t>0182. cost</w:t>
      </w:r>
      <w:r>
        <w:t xml:space="preserve"> - kˈɑːst - qiymat</w:t>
      </w:r>
    </w:p>
    <w:p>
      <w:pPr>
        <w:spacing w:after="20"/>
      </w:pPr>
      <w:r>
        <w:rPr>
          <w:b/>
        </w:rPr>
        <w:t>0183. discount</w:t>
      </w:r>
      <w:r>
        <w:t xml:space="preserve"> - dɪskˈaʊnt - chegirma</w:t>
      </w:r>
    </w:p>
    <w:p>
      <w:pPr>
        <w:spacing w:after="20"/>
      </w:pPr>
      <w:r>
        <w:rPr>
          <w:b/>
        </w:rPr>
        <w:t>0184. sale</w:t>
      </w:r>
      <w:r>
        <w:t xml:space="preserve"> - sˈeɪl - sotuv</w:t>
      </w:r>
    </w:p>
    <w:p>
      <w:pPr>
        <w:spacing w:after="20"/>
      </w:pPr>
      <w:r>
        <w:rPr>
          <w:b/>
        </w:rPr>
        <w:t>0185. bargain</w:t>
      </w:r>
      <w:r>
        <w:t xml:space="preserve"> - bˈɑːrɡʌn - kelishilgan arzon narx</w:t>
      </w:r>
    </w:p>
    <w:p>
      <w:pPr>
        <w:spacing w:after="20"/>
      </w:pPr>
      <w:r>
        <w:rPr>
          <w:b/>
        </w:rPr>
        <w:t>0186. brand</w:t>
      </w:r>
      <w:r>
        <w:t xml:space="preserve"> - brˈænd - brend</w:t>
      </w:r>
    </w:p>
    <w:p>
      <w:pPr>
        <w:spacing w:after="20"/>
      </w:pPr>
      <w:r>
        <w:rPr>
          <w:b/>
        </w:rPr>
        <w:t>0187. quality</w:t>
      </w:r>
      <w:r>
        <w:t xml:space="preserve"> - kwˈɑːlʌtiː - sifat</w:t>
      </w:r>
    </w:p>
    <w:p>
      <w:pPr>
        <w:spacing w:after="20"/>
      </w:pPr>
      <w:r>
        <w:rPr>
          <w:b/>
        </w:rPr>
        <w:t>0188. size</w:t>
      </w:r>
      <w:r>
        <w:t xml:space="preserve"> - sˈaɪz - o‘lcham</w:t>
      </w:r>
    </w:p>
    <w:p>
      <w:pPr>
        <w:spacing w:after="20"/>
      </w:pPr>
      <w:r>
        <w:rPr>
          <w:b/>
        </w:rPr>
        <w:t>0189. choice</w:t>
      </w:r>
      <w:r>
        <w:t xml:space="preserve"> - tʃˈɔɪs - tanlov</w:t>
      </w:r>
    </w:p>
    <w:p>
      <w:pPr>
        <w:spacing w:after="20"/>
      </w:pPr>
      <w:r>
        <w:rPr>
          <w:b/>
        </w:rPr>
        <w:t>0190. product</w:t>
      </w:r>
      <w:r>
        <w:t xml:space="preserve"> - prˈɑːdʌkt - mahsulot</w:t>
      </w:r>
    </w:p>
    <w:p>
      <w:pPr>
        <w:spacing w:after="20"/>
      </w:pPr>
      <w:r>
        <w:rPr>
          <w:b/>
        </w:rPr>
        <w:t>0191. item</w:t>
      </w:r>
      <w:r>
        <w:t xml:space="preserve"> - ˈaɪtʌm - buyum</w:t>
      </w:r>
    </w:p>
    <w:p>
      <w:pPr>
        <w:spacing w:after="20"/>
      </w:pPr>
      <w:r>
        <w:rPr>
          <w:b/>
        </w:rPr>
        <w:t>0192. refund</w:t>
      </w:r>
      <w:r>
        <w:t xml:space="preserve"> - rɪfˈʌnd - pulni qaytarish</w:t>
      </w:r>
    </w:p>
    <w:p>
      <w:pPr>
        <w:spacing w:after="20"/>
      </w:pPr>
      <w:r>
        <w:rPr>
          <w:b/>
        </w:rPr>
        <w:t>0193. exchange</w:t>
      </w:r>
      <w:r>
        <w:t xml:space="preserve"> - ɪkstʃˈeɪndʒ - almashtirish</w:t>
      </w:r>
    </w:p>
    <w:p>
      <w:pPr>
        <w:spacing w:after="20"/>
      </w:pPr>
      <w:r>
        <w:rPr>
          <w:b/>
        </w:rPr>
        <w:t>0194. warranty</w:t>
      </w:r>
      <w:r>
        <w:t xml:space="preserve"> - wˈɔːrʌntiː - kafolat</w:t>
      </w:r>
    </w:p>
    <w:p>
      <w:pPr>
        <w:spacing w:after="20"/>
      </w:pPr>
      <w:r>
        <w:rPr>
          <w:b/>
        </w:rPr>
        <w:t>0195. payment</w:t>
      </w:r>
      <w:r>
        <w:t xml:space="preserve"> - pˈeɪmʌnt - to‘lov</w:t>
      </w:r>
    </w:p>
    <w:p>
      <w:pPr>
        <w:spacing w:after="20"/>
      </w:pPr>
      <w:r>
        <w:rPr>
          <w:b/>
        </w:rPr>
        <w:t>0196. cash</w:t>
      </w:r>
      <w:r>
        <w:t xml:space="preserve"> - kˈæʃ - naqd pul</w:t>
      </w:r>
    </w:p>
    <w:p>
      <w:pPr>
        <w:spacing w:after="20"/>
      </w:pPr>
      <w:r>
        <w:rPr>
          <w:b/>
        </w:rPr>
        <w:t>0197. card</w:t>
      </w:r>
      <w:r>
        <w:t xml:space="preserve"> - kˈɑːrd - karta</w:t>
      </w:r>
    </w:p>
    <w:p>
      <w:pPr>
        <w:spacing w:after="20"/>
      </w:pPr>
      <w:r>
        <w:rPr>
          <w:b/>
        </w:rPr>
        <w:t>0198. wallet</w:t>
      </w:r>
      <w:r>
        <w:t xml:space="preserve"> - wˈɔːlʌt - hamyon</w:t>
      </w:r>
    </w:p>
    <w:p>
      <w:pPr>
        <w:spacing w:after="20"/>
      </w:pPr>
      <w:r>
        <w:rPr>
          <w:b/>
        </w:rPr>
        <w:t>0199. budget</w:t>
      </w:r>
      <w:r>
        <w:t xml:space="preserve"> - bˈʌdʒɪt - byudjet</w:t>
      </w:r>
    </w:p>
    <w:p>
      <w:pPr>
        <w:spacing w:after="20"/>
      </w:pPr>
      <w:r>
        <w:rPr>
          <w:b/>
        </w:rPr>
        <w:t>0200. income</w:t>
      </w:r>
      <w:r>
        <w:t xml:space="preserve"> - ˈɪnkˌʌm - daromad</w:t>
      </w:r>
    </w:p>
    <w:p>
      <w:pPr>
        <w:spacing w:after="20"/>
      </w:pPr>
      <w:r>
        <w:rPr>
          <w:b/>
        </w:rPr>
        <w:t>0201. salary</w:t>
      </w:r>
      <w:r>
        <w:t xml:space="preserve"> - sˈæləriː - maosh</w:t>
      </w:r>
    </w:p>
    <w:p>
      <w:pPr>
        <w:spacing w:after="20"/>
      </w:pPr>
      <w:r>
        <w:rPr>
          <w:b/>
        </w:rPr>
        <w:t>0202. expense</w:t>
      </w:r>
      <w:r>
        <w:t xml:space="preserve"> - ɪkspˈens - xarajat</w:t>
      </w:r>
    </w:p>
    <w:p>
      <w:pPr>
        <w:spacing w:after="20"/>
      </w:pPr>
      <w:r>
        <w:rPr>
          <w:b/>
        </w:rPr>
        <w:t>0203. afford</w:t>
      </w:r>
      <w:r>
        <w:t xml:space="preserve"> - ʌfˈɔːrd - qurbi yetmoq</w:t>
      </w:r>
    </w:p>
    <w:p>
      <w:pPr>
        <w:spacing w:after="20"/>
      </w:pPr>
      <w:r>
        <w:rPr>
          <w:b/>
        </w:rPr>
        <w:t>0204. save</w:t>
      </w:r>
      <w:r>
        <w:t xml:space="preserve"> - sˈeɪv - tejamoq</w:t>
      </w:r>
    </w:p>
    <w:p>
      <w:pPr>
        <w:spacing w:after="20"/>
      </w:pPr>
      <w:r>
        <w:rPr>
          <w:b/>
        </w:rPr>
        <w:t>0205. earn</w:t>
      </w:r>
      <w:r>
        <w:t xml:space="preserve"> - ˈərn - ishlab topmoq</w:t>
      </w:r>
    </w:p>
    <w:p>
      <w:pPr>
        <w:spacing w:after="20"/>
      </w:pPr>
      <w:r>
        <w:rPr>
          <w:b/>
        </w:rPr>
        <w:t>0206. debt</w:t>
      </w:r>
      <w:r>
        <w:t xml:space="preserve"> - dˈet - qarz</w:t>
      </w:r>
    </w:p>
    <w:p>
      <w:pPr>
        <w:spacing w:after="20"/>
      </w:pPr>
      <w:r>
        <w:rPr>
          <w:b/>
        </w:rPr>
        <w:t>0207. cheap</w:t>
      </w:r>
      <w:r>
        <w:t xml:space="preserve"> - tʃˈiːp - arzon</w:t>
      </w:r>
    </w:p>
    <w:p>
      <w:pPr>
        <w:spacing w:after="20"/>
      </w:pPr>
      <w:r>
        <w:rPr>
          <w:b/>
        </w:rPr>
        <w:t>0208. expensive</w:t>
      </w:r>
      <w:r>
        <w:t xml:space="preserve"> - ɪkspˈensɪv - qimmat</w:t>
      </w:r>
    </w:p>
    <w:p>
      <w:pPr>
        <w:spacing w:after="20"/>
      </w:pPr>
      <w:r>
        <w:rPr>
          <w:b/>
        </w:rPr>
        <w:t>0209. suitable</w:t>
      </w:r>
      <w:r>
        <w:t xml:space="preserve"> - sˈuːtʌbʌl - mos</w:t>
      </w:r>
    </w:p>
    <w:p>
      <w:pPr>
        <w:spacing w:after="20"/>
      </w:pPr>
      <w:r>
        <w:rPr>
          <w:b/>
        </w:rPr>
        <w:t>0210. fashionable</w:t>
      </w:r>
      <w:r>
        <w:t xml:space="preserve"> - fˈæʃʌnʌbʌl - modadagi</w:t>
      </w:r>
    </w:p>
    <w:p>
      <w:pPr>
        <w:spacing w:after="20"/>
      </w:pPr>
      <w:r>
        <w:rPr>
          <w:b/>
        </w:rPr>
        <w:t>0211. casual</w:t>
      </w:r>
      <w:r>
        <w:t xml:space="preserve"> - kˈæʒʌwʌl - kundalik</w:t>
      </w:r>
    </w:p>
    <w:p>
      <w:pPr>
        <w:spacing w:after="20"/>
      </w:pPr>
      <w:r>
        <w:rPr>
          <w:b/>
        </w:rPr>
        <w:t>0212. formal</w:t>
      </w:r>
      <w:r>
        <w:t xml:space="preserve"> - fˈɔːrmʌl - rasmiy</w:t>
      </w:r>
    </w:p>
    <w:p>
      <w:pPr>
        <w:spacing w:after="20"/>
      </w:pPr>
      <w:r>
        <w:rPr>
          <w:b/>
        </w:rPr>
        <w:t>0213. shirt</w:t>
      </w:r>
      <w:r>
        <w:t xml:space="preserve"> - ʃˈərt - ko‘ylak</w:t>
      </w:r>
    </w:p>
    <w:p>
      <w:pPr>
        <w:spacing w:after="20"/>
      </w:pPr>
      <w:r>
        <w:rPr>
          <w:b/>
        </w:rPr>
        <w:t>0214. trousers</w:t>
      </w:r>
      <w:r>
        <w:t xml:space="preserve"> - trˈaʊzərz - shim</w:t>
      </w:r>
    </w:p>
    <w:p>
      <w:pPr>
        <w:spacing w:after="20"/>
      </w:pPr>
      <w:r>
        <w:rPr>
          <w:b/>
        </w:rPr>
        <w:t>0215. jacket</w:t>
      </w:r>
      <w:r>
        <w:t xml:space="preserve"> - dʒˈækʌt - kurtka</w:t>
      </w:r>
    </w:p>
    <w:p>
      <w:pPr>
        <w:spacing w:after="20"/>
      </w:pPr>
      <w:r>
        <w:rPr>
          <w:b/>
        </w:rPr>
        <w:t>0216. coat</w:t>
      </w:r>
      <w:r>
        <w:t xml:space="preserve"> - kˈoʊt - palto</w:t>
      </w:r>
    </w:p>
    <w:p>
      <w:pPr>
        <w:spacing w:after="20"/>
      </w:pPr>
      <w:r>
        <w:rPr>
          <w:b/>
        </w:rPr>
        <w:t>0217. shoes</w:t>
      </w:r>
      <w:r>
        <w:t xml:space="preserve"> - ʃˈuːz - poyabzal</w:t>
      </w:r>
    </w:p>
    <w:p>
      <w:pPr>
        <w:spacing w:after="20"/>
      </w:pPr>
      <w:r>
        <w:rPr>
          <w:b/>
        </w:rPr>
        <w:t>0218. socks</w:t>
      </w:r>
      <w:r>
        <w:t xml:space="preserve"> - sˈɑːks - paypoq</w:t>
      </w:r>
    </w:p>
    <w:p>
      <w:pPr>
        <w:spacing w:after="20"/>
      </w:pPr>
      <w:r>
        <w:rPr>
          <w:b/>
        </w:rPr>
        <w:t>0219. dress</w:t>
      </w:r>
      <w:r>
        <w:t xml:space="preserve"> - drˈes - ko‘ylak</w:t>
      </w:r>
    </w:p>
    <w:p>
      <w:pPr>
        <w:spacing w:after="20"/>
      </w:pPr>
      <w:r>
        <w:rPr>
          <w:b/>
        </w:rPr>
        <w:t>0220. skirt</w:t>
      </w:r>
      <w:r>
        <w:t xml:space="preserve"> - skˈərt - yubka</w:t>
      </w:r>
    </w:p>
    <w:p>
      <w:pPr>
        <w:spacing w:after="20"/>
      </w:pPr>
      <w:r>
        <w:rPr>
          <w:b/>
        </w:rPr>
        <w:t>0221. belt</w:t>
      </w:r>
      <w:r>
        <w:t xml:space="preserve"> - bˈelt - kamar</w:t>
      </w:r>
    </w:p>
    <w:p>
      <w:pPr>
        <w:spacing w:after="20"/>
      </w:pPr>
      <w:r>
        <w:rPr>
          <w:b/>
        </w:rPr>
        <w:t>0222. pocket</w:t>
      </w:r>
      <w:r>
        <w:t xml:space="preserve"> - pˈɑːkʌt - cho‘ntak</w:t>
      </w:r>
    </w:p>
    <w:p>
      <w:pPr>
        <w:spacing w:after="20"/>
      </w:pPr>
      <w:r>
        <w:rPr>
          <w:b/>
        </w:rPr>
        <w:t>0223. fit</w:t>
      </w:r>
      <w:r>
        <w:t xml:space="preserve"> - fˈɪt - mos kelmoq</w:t>
      </w:r>
    </w:p>
    <w:p>
      <w:pPr>
        <w:spacing w:after="20"/>
      </w:pPr>
      <w:r>
        <w:rPr>
          <w:b/>
        </w:rPr>
        <w:t>0224. purchase</w:t>
      </w:r>
      <w:r>
        <w:t xml:space="preserve"> - pˈərtʃʌs - xarid</w:t>
      </w:r>
    </w:p>
    <w:p>
      <w:pPr>
        <w:spacing w:after="20"/>
      </w:pPr>
      <w:r>
        <w:rPr>
          <w:b/>
        </w:rPr>
        <w:t>0225. seller</w:t>
      </w:r>
      <w:r>
        <w:t xml:space="preserve"> - sˈelər - sotuvchi</w:t>
      </w:r>
    </w:p>
    <w:p>
      <w:pPr>
        <w:spacing w:after="20"/>
      </w:pPr>
      <w:r>
        <w:rPr>
          <w:b/>
        </w:rPr>
        <w:t>0226. cashless</w:t>
      </w:r>
      <w:r>
        <w:t xml:space="preserve"> - kˈæʃlʌs - naqd pulsiz</w:t>
      </w:r>
    </w:p>
    <w:p>
      <w:pPr>
        <w:spacing w:after="20"/>
      </w:pPr>
      <w:r>
        <w:rPr>
          <w:b/>
        </w:rPr>
        <w:t>0227. luxury</w:t>
      </w:r>
      <w:r>
        <w:t xml:space="preserve"> - lˈʌɡʒəriː - hashamatli</w:t>
      </w:r>
    </w:p>
    <w:p>
      <w:pPr>
        <w:pStyle w:val="Heading1"/>
      </w:pPr>
      <w:r>
        <w:t>Travel &amp; holidays</w:t>
      </w:r>
    </w:p>
    <w:p>
      <w:pPr>
        <w:spacing w:after="20"/>
      </w:pPr>
      <w:r>
        <w:rPr>
          <w:b/>
        </w:rPr>
        <w:t>0228. journey</w:t>
      </w:r>
      <w:r>
        <w:t xml:space="preserve"> - dʒˈərniː - safar</w:t>
      </w:r>
    </w:p>
    <w:p>
      <w:pPr>
        <w:spacing w:after="20"/>
      </w:pPr>
      <w:r>
        <w:rPr>
          <w:b/>
        </w:rPr>
        <w:t>0229. trip</w:t>
      </w:r>
      <w:r>
        <w:t xml:space="preserve"> - trˈɪp - sayohat</w:t>
      </w:r>
    </w:p>
    <w:p>
      <w:pPr>
        <w:spacing w:after="20"/>
      </w:pPr>
      <w:r>
        <w:rPr>
          <w:b/>
        </w:rPr>
        <w:t>0230. holiday</w:t>
      </w:r>
      <w:r>
        <w:t xml:space="preserve"> - hˈɑːlʌdˌeɪ - ta’til</w:t>
      </w:r>
    </w:p>
    <w:p>
      <w:pPr>
        <w:spacing w:after="20"/>
      </w:pPr>
      <w:r>
        <w:rPr>
          <w:b/>
        </w:rPr>
        <w:t>0231. vacation</w:t>
      </w:r>
      <w:r>
        <w:t xml:space="preserve"> - veɪkˈeɪʃʌn - ta’til</w:t>
      </w:r>
    </w:p>
    <w:p>
      <w:pPr>
        <w:spacing w:after="20"/>
      </w:pPr>
      <w:r>
        <w:rPr>
          <w:b/>
        </w:rPr>
        <w:t>0232. destination</w:t>
      </w:r>
      <w:r>
        <w:t xml:space="preserve"> - dˌestʌnˈeɪʃʌn - manzil</w:t>
      </w:r>
    </w:p>
    <w:p>
      <w:pPr>
        <w:spacing w:after="20"/>
      </w:pPr>
      <w:r>
        <w:rPr>
          <w:b/>
        </w:rPr>
        <w:t>0233. tourist</w:t>
      </w:r>
      <w:r>
        <w:t xml:space="preserve"> - tˈʊrʌst - sayyoh</w:t>
      </w:r>
    </w:p>
    <w:p>
      <w:pPr>
        <w:spacing w:after="20"/>
      </w:pPr>
      <w:r>
        <w:rPr>
          <w:b/>
        </w:rPr>
        <w:t>0234. tourism</w:t>
      </w:r>
      <w:r>
        <w:t xml:space="preserve"> - tˈʊrˌɪzʌm - turizm</w:t>
      </w:r>
    </w:p>
    <w:p>
      <w:pPr>
        <w:spacing w:after="20"/>
      </w:pPr>
      <w:r>
        <w:rPr>
          <w:b/>
        </w:rPr>
        <w:t>0235. travel</w:t>
      </w:r>
      <w:r>
        <w:t xml:space="preserve"> - trˈævʌl - sayohat qilmoq</w:t>
      </w:r>
    </w:p>
    <w:p>
      <w:pPr>
        <w:spacing w:after="20"/>
      </w:pPr>
      <w:r>
        <w:rPr>
          <w:b/>
        </w:rPr>
        <w:t>0236. abroad</w:t>
      </w:r>
      <w:r>
        <w:t xml:space="preserve"> - ʌbrˈɔːd - chet elda</w:t>
      </w:r>
    </w:p>
    <w:p>
      <w:pPr>
        <w:spacing w:after="20"/>
      </w:pPr>
      <w:r>
        <w:rPr>
          <w:b/>
        </w:rPr>
        <w:t>0237. border</w:t>
      </w:r>
      <w:r>
        <w:t xml:space="preserve"> - bˈɔːrdər - chegara</w:t>
      </w:r>
    </w:p>
    <w:p>
      <w:pPr>
        <w:spacing w:after="20"/>
      </w:pPr>
      <w:r>
        <w:rPr>
          <w:b/>
        </w:rPr>
        <w:t>0238. passport</w:t>
      </w:r>
      <w:r>
        <w:t xml:space="preserve"> - pˈæspˌɔːrt - pasport</w:t>
      </w:r>
    </w:p>
    <w:p>
      <w:pPr>
        <w:spacing w:after="20"/>
      </w:pPr>
      <w:r>
        <w:rPr>
          <w:b/>
        </w:rPr>
        <w:t>0239. visa</w:t>
      </w:r>
      <w:r>
        <w:t xml:space="preserve"> - vˈiːzʌ - viza</w:t>
      </w:r>
    </w:p>
    <w:p>
      <w:pPr>
        <w:spacing w:after="20"/>
      </w:pPr>
      <w:r>
        <w:rPr>
          <w:b/>
        </w:rPr>
        <w:t>0240. luggage</w:t>
      </w:r>
      <w:r>
        <w:t xml:space="preserve"> - lˈʌɡʌdʒ - bagaj</w:t>
      </w:r>
    </w:p>
    <w:p>
      <w:pPr>
        <w:spacing w:after="20"/>
      </w:pPr>
      <w:r>
        <w:rPr>
          <w:b/>
        </w:rPr>
        <w:t>0241. suitcase</w:t>
      </w:r>
      <w:r>
        <w:t xml:space="preserve"> - sˈuːtkˌeɪs - chamadon</w:t>
      </w:r>
    </w:p>
    <w:p>
      <w:pPr>
        <w:spacing w:after="20"/>
      </w:pPr>
      <w:r>
        <w:rPr>
          <w:b/>
        </w:rPr>
        <w:t>0242. backpack</w:t>
      </w:r>
      <w:r>
        <w:t xml:space="preserve"> - bˈækpˌæk - ryukzak</w:t>
      </w:r>
    </w:p>
    <w:p>
      <w:pPr>
        <w:spacing w:after="20"/>
      </w:pPr>
      <w:r>
        <w:rPr>
          <w:b/>
        </w:rPr>
        <w:t>0243. ticket</w:t>
      </w:r>
      <w:r>
        <w:t xml:space="preserve"> - tˈɪkʌt - chipta</w:t>
      </w:r>
    </w:p>
    <w:p>
      <w:pPr>
        <w:spacing w:after="20"/>
      </w:pPr>
      <w:r>
        <w:rPr>
          <w:b/>
        </w:rPr>
        <w:t>0244. booking</w:t>
      </w:r>
      <w:r>
        <w:t xml:space="preserve"> - bˈʊkɪŋ - bron</w:t>
      </w:r>
    </w:p>
    <w:p>
      <w:pPr>
        <w:spacing w:after="20"/>
      </w:pPr>
      <w:r>
        <w:rPr>
          <w:b/>
        </w:rPr>
        <w:t>0245. reservation</w:t>
      </w:r>
      <w:r>
        <w:t xml:space="preserve"> - rˌezərvˈeɪʃʌn - rezervatsiya</w:t>
      </w:r>
    </w:p>
    <w:p>
      <w:pPr>
        <w:spacing w:after="20"/>
      </w:pPr>
      <w:r>
        <w:rPr>
          <w:b/>
        </w:rPr>
        <w:t>0246. hotel</w:t>
      </w:r>
      <w:r>
        <w:t xml:space="preserve"> - hoʊtˈel - mehmonxona</w:t>
      </w:r>
    </w:p>
    <w:p>
      <w:pPr>
        <w:spacing w:after="20"/>
      </w:pPr>
      <w:r>
        <w:rPr>
          <w:b/>
        </w:rPr>
        <w:t>0247. hostel</w:t>
      </w:r>
      <w:r>
        <w:t xml:space="preserve"> - hˈɑːstʌl - xostel</w:t>
      </w:r>
    </w:p>
    <w:p>
      <w:pPr>
        <w:spacing w:after="20"/>
      </w:pPr>
      <w:r>
        <w:rPr>
          <w:b/>
        </w:rPr>
        <w:t>0248. guest</w:t>
      </w:r>
      <w:r>
        <w:t xml:space="preserve"> - ɡˈest - mehmon</w:t>
      </w:r>
    </w:p>
    <w:p>
      <w:pPr>
        <w:spacing w:after="20"/>
      </w:pPr>
      <w:r>
        <w:rPr>
          <w:b/>
        </w:rPr>
        <w:t>0249. reception</w:t>
      </w:r>
      <w:r>
        <w:t xml:space="preserve"> - rɪsˈepʃʌn - qabulxona</w:t>
      </w:r>
    </w:p>
    <w:p>
      <w:pPr>
        <w:spacing w:after="20"/>
      </w:pPr>
      <w:r>
        <w:rPr>
          <w:b/>
        </w:rPr>
        <w:t>0250. check-in</w:t>
      </w:r>
      <w:r>
        <w:t xml:space="preserve"> - tʃˈek ɪn - ro‘yxatdan o‘tish</w:t>
      </w:r>
    </w:p>
    <w:p>
      <w:pPr>
        <w:spacing w:after="20"/>
      </w:pPr>
      <w:r>
        <w:rPr>
          <w:b/>
        </w:rPr>
        <w:t>0251. check-out</w:t>
      </w:r>
      <w:r>
        <w:t xml:space="preserve"> - tʃˈek ˈaʊt - chiqib ketish</w:t>
      </w:r>
    </w:p>
    <w:p>
      <w:pPr>
        <w:spacing w:after="20"/>
      </w:pPr>
      <w:r>
        <w:rPr>
          <w:b/>
        </w:rPr>
        <w:t>0252. room</w:t>
      </w:r>
      <w:r>
        <w:t xml:space="preserve"> - rˈuːm - xona</w:t>
      </w:r>
    </w:p>
    <w:p>
      <w:pPr>
        <w:spacing w:after="20"/>
      </w:pPr>
      <w:r>
        <w:rPr>
          <w:b/>
        </w:rPr>
        <w:t>0253. single</w:t>
      </w:r>
      <w:r>
        <w:t xml:space="preserve"> - sˈɪŋɡʌl - bir kishilik</w:t>
      </w:r>
    </w:p>
    <w:p>
      <w:pPr>
        <w:spacing w:after="20"/>
      </w:pPr>
      <w:r>
        <w:rPr>
          <w:b/>
        </w:rPr>
        <w:t>0254. double</w:t>
      </w:r>
      <w:r>
        <w:t xml:space="preserve"> - dˈʌbʌl - ikki kishilik</w:t>
      </w:r>
    </w:p>
    <w:p>
      <w:pPr>
        <w:spacing w:after="20"/>
      </w:pPr>
      <w:r>
        <w:rPr>
          <w:b/>
        </w:rPr>
        <w:t>0255. view</w:t>
      </w:r>
      <w:r>
        <w:t xml:space="preserve"> - vjˈuː - manzara</w:t>
      </w:r>
    </w:p>
    <w:p>
      <w:pPr>
        <w:spacing w:after="20"/>
      </w:pPr>
      <w:r>
        <w:rPr>
          <w:b/>
        </w:rPr>
        <w:t>0256. beach</w:t>
      </w:r>
      <w:r>
        <w:t xml:space="preserve"> - bˈiːtʃ - plyaj</w:t>
      </w:r>
    </w:p>
    <w:p>
      <w:pPr>
        <w:spacing w:after="20"/>
      </w:pPr>
      <w:r>
        <w:rPr>
          <w:b/>
        </w:rPr>
        <w:t>0257. mountain</w:t>
      </w:r>
      <w:r>
        <w:t xml:space="preserve"> - mˈaʊntʌn - tog‘</w:t>
      </w:r>
    </w:p>
    <w:p>
      <w:pPr>
        <w:spacing w:after="20"/>
      </w:pPr>
      <w:r>
        <w:rPr>
          <w:b/>
        </w:rPr>
        <w:t>0258. island</w:t>
      </w:r>
      <w:r>
        <w:t xml:space="preserve"> - ˈaɪlʌnd - orol</w:t>
      </w:r>
    </w:p>
    <w:p>
      <w:pPr>
        <w:spacing w:after="20"/>
      </w:pPr>
      <w:r>
        <w:rPr>
          <w:b/>
        </w:rPr>
        <w:t>0259. coast</w:t>
      </w:r>
      <w:r>
        <w:t xml:space="preserve"> - kˈoʊst - sohil</w:t>
      </w:r>
    </w:p>
    <w:p>
      <w:pPr>
        <w:spacing w:after="20"/>
      </w:pPr>
      <w:r>
        <w:rPr>
          <w:b/>
        </w:rPr>
        <w:t>0260. museum</w:t>
      </w:r>
      <w:r>
        <w:t xml:space="preserve"> - mjuːzˈiːʌm - muzey</w:t>
      </w:r>
    </w:p>
    <w:p>
      <w:pPr>
        <w:spacing w:after="20"/>
      </w:pPr>
      <w:r>
        <w:rPr>
          <w:b/>
        </w:rPr>
        <w:t>0261. gallery</w:t>
      </w:r>
      <w:r>
        <w:t xml:space="preserve"> - ɡˈæləriː - galereya</w:t>
      </w:r>
    </w:p>
    <w:p>
      <w:pPr>
        <w:spacing w:after="20"/>
      </w:pPr>
      <w:r>
        <w:rPr>
          <w:b/>
        </w:rPr>
        <w:t>0262. monument</w:t>
      </w:r>
      <w:r>
        <w:t xml:space="preserve"> - mˈɑːnjuːmʌnt - yodgorlik</w:t>
      </w:r>
    </w:p>
    <w:p>
      <w:pPr>
        <w:spacing w:after="20"/>
      </w:pPr>
      <w:r>
        <w:rPr>
          <w:b/>
        </w:rPr>
        <w:t>0263. guide</w:t>
      </w:r>
      <w:r>
        <w:t xml:space="preserve"> - ɡˈaɪd - gid</w:t>
      </w:r>
    </w:p>
    <w:p>
      <w:pPr>
        <w:spacing w:after="20"/>
      </w:pPr>
      <w:r>
        <w:rPr>
          <w:b/>
        </w:rPr>
        <w:t>0264. map</w:t>
      </w:r>
      <w:r>
        <w:t xml:space="preserve"> - mˈæp - xarita</w:t>
      </w:r>
    </w:p>
    <w:p>
      <w:pPr>
        <w:spacing w:after="20"/>
      </w:pPr>
      <w:r>
        <w:rPr>
          <w:b/>
        </w:rPr>
        <w:t>0265. souvenir</w:t>
      </w:r>
      <w:r>
        <w:t xml:space="preserve"> - sˌuːvʌnˈɪr - esdalik sovg‘a</w:t>
      </w:r>
    </w:p>
    <w:p>
      <w:pPr>
        <w:spacing w:after="20"/>
      </w:pPr>
      <w:r>
        <w:rPr>
          <w:b/>
        </w:rPr>
        <w:t>0266. culture</w:t>
      </w:r>
      <w:r>
        <w:t xml:space="preserve"> - kˈʌltʃər - madaniyat</w:t>
      </w:r>
    </w:p>
    <w:p>
      <w:pPr>
        <w:spacing w:after="20"/>
      </w:pPr>
      <w:r>
        <w:rPr>
          <w:b/>
        </w:rPr>
        <w:t>0267. custom</w:t>
      </w:r>
      <w:r>
        <w:t xml:space="preserve"> - kˈʌstʌm - urf-odat</w:t>
      </w:r>
    </w:p>
    <w:p>
      <w:pPr>
        <w:spacing w:after="20"/>
      </w:pPr>
      <w:r>
        <w:rPr>
          <w:b/>
        </w:rPr>
        <w:t>0268. local</w:t>
      </w:r>
      <w:r>
        <w:t xml:space="preserve"> - lˈoʊkʌl - mahalliy</w:t>
      </w:r>
    </w:p>
    <w:p>
      <w:pPr>
        <w:spacing w:after="20"/>
      </w:pPr>
      <w:r>
        <w:rPr>
          <w:b/>
        </w:rPr>
        <w:t>0269. foreign</w:t>
      </w:r>
      <w:r>
        <w:t xml:space="preserve"> - fˈɔːrʌn - xorijiy</w:t>
      </w:r>
    </w:p>
    <w:p>
      <w:pPr>
        <w:spacing w:after="20"/>
      </w:pPr>
      <w:r>
        <w:rPr>
          <w:b/>
        </w:rPr>
        <w:t>0270. explore</w:t>
      </w:r>
      <w:r>
        <w:t xml:space="preserve"> - ɪksplˈɔːr - kashf qilmoq</w:t>
      </w:r>
    </w:p>
    <w:p>
      <w:pPr>
        <w:spacing w:after="20"/>
      </w:pPr>
      <w:r>
        <w:rPr>
          <w:b/>
        </w:rPr>
        <w:t>0271. visit</w:t>
      </w:r>
      <w:r>
        <w:t xml:space="preserve"> - vˈɪzɪt - tashrif buyurmoq</w:t>
      </w:r>
    </w:p>
    <w:p>
      <w:pPr>
        <w:spacing w:after="20"/>
      </w:pPr>
      <w:r>
        <w:rPr>
          <w:b/>
        </w:rPr>
        <w:t>0272. discover</w:t>
      </w:r>
      <w:r>
        <w:t xml:space="preserve"> - dɪskˈʌvər - kashf etmoq</w:t>
      </w:r>
    </w:p>
    <w:p>
      <w:pPr>
        <w:spacing w:after="20"/>
      </w:pPr>
      <w:r>
        <w:rPr>
          <w:b/>
        </w:rPr>
        <w:t>0273. adventure</w:t>
      </w:r>
      <w:r>
        <w:t xml:space="preserve"> - ædvˈentʃər - sarguzasht</w:t>
      </w:r>
    </w:p>
    <w:p>
      <w:pPr>
        <w:spacing w:after="20"/>
      </w:pPr>
      <w:r>
        <w:rPr>
          <w:b/>
        </w:rPr>
        <w:t>0274. scenery</w:t>
      </w:r>
      <w:r>
        <w:t xml:space="preserve"> - sˈiːnəriː - manzara</w:t>
      </w:r>
    </w:p>
    <w:p>
      <w:pPr>
        <w:spacing w:after="20"/>
      </w:pPr>
      <w:r>
        <w:rPr>
          <w:b/>
        </w:rPr>
        <w:t>0275. memorable</w:t>
      </w:r>
      <w:r>
        <w:t xml:space="preserve"> - mˈemərʌbʌl - esda qolarli</w:t>
      </w:r>
    </w:p>
    <w:p>
      <w:pPr>
        <w:spacing w:after="20"/>
      </w:pPr>
      <w:r>
        <w:rPr>
          <w:b/>
        </w:rPr>
        <w:t>0276. departure</w:t>
      </w:r>
      <w:r>
        <w:t xml:space="preserve"> - dɪpˈɑːrtʃər - jo‘nab ketish</w:t>
      </w:r>
    </w:p>
    <w:p>
      <w:pPr>
        <w:spacing w:after="20"/>
      </w:pPr>
      <w:r>
        <w:rPr>
          <w:b/>
        </w:rPr>
        <w:t>0277. accommodation</w:t>
      </w:r>
      <w:r>
        <w:t xml:space="preserve"> - ʌkˌɑːmʌdˈeɪʃʌn - turar joy</w:t>
      </w:r>
    </w:p>
    <w:p>
      <w:pPr>
        <w:spacing w:after="20"/>
      </w:pPr>
      <w:r>
        <w:rPr>
          <w:b/>
        </w:rPr>
        <w:t>0278. sightseeing</w:t>
      </w:r>
      <w:r>
        <w:t xml:space="preserve"> - sˈaɪtsˈiːɪŋ - diqqatga sazovor joylarni tomosha qilish</w:t>
      </w:r>
    </w:p>
    <w:p>
      <w:pPr>
        <w:spacing w:after="20"/>
      </w:pPr>
      <w:r>
        <w:rPr>
          <w:b/>
        </w:rPr>
        <w:t>0279. itinerary</w:t>
      </w:r>
      <w:r>
        <w:t xml:space="preserve"> - aɪtˈɪnərˌeriː - sayohat rejasi</w:t>
      </w:r>
    </w:p>
    <w:p>
      <w:pPr>
        <w:spacing w:after="20"/>
      </w:pPr>
      <w:r>
        <w:rPr>
          <w:b/>
        </w:rPr>
        <w:t>0280. arrival</w:t>
      </w:r>
      <w:r>
        <w:t xml:space="preserve"> - ərˈaɪvʌl - yetib kelish</w:t>
      </w:r>
    </w:p>
    <w:p>
      <w:pPr>
        <w:pStyle w:val="Heading1"/>
      </w:pPr>
      <w:r>
        <w:t>Transport &amp; directions</w:t>
      </w:r>
    </w:p>
    <w:p>
      <w:pPr>
        <w:spacing w:after="20"/>
      </w:pPr>
      <w:r>
        <w:rPr>
          <w:b/>
        </w:rPr>
        <w:t>0281. transport</w:t>
      </w:r>
      <w:r>
        <w:t xml:space="preserve"> - trænspˈɔːrt - transport</w:t>
      </w:r>
    </w:p>
    <w:p>
      <w:pPr>
        <w:spacing w:after="20"/>
      </w:pPr>
      <w:r>
        <w:rPr>
          <w:b/>
        </w:rPr>
        <w:t>0282. vehicle</w:t>
      </w:r>
      <w:r>
        <w:t xml:space="preserve"> - vˈiːhɪkʌl - transport vositasi</w:t>
      </w:r>
    </w:p>
    <w:p>
      <w:pPr>
        <w:spacing w:after="20"/>
      </w:pPr>
      <w:r>
        <w:rPr>
          <w:b/>
        </w:rPr>
        <w:t>0283. traffic</w:t>
      </w:r>
      <w:r>
        <w:t xml:space="preserve"> - trˈæfɪk - yo‘l harakati</w:t>
      </w:r>
    </w:p>
    <w:p>
      <w:pPr>
        <w:spacing w:after="20"/>
      </w:pPr>
      <w:r>
        <w:rPr>
          <w:b/>
        </w:rPr>
        <w:t>0284. road</w:t>
      </w:r>
      <w:r>
        <w:t xml:space="preserve"> - rˈoʊd - yo‘l</w:t>
      </w:r>
    </w:p>
    <w:p>
      <w:pPr>
        <w:spacing w:after="20"/>
      </w:pPr>
      <w:r>
        <w:rPr>
          <w:b/>
        </w:rPr>
        <w:t>0285. street</w:t>
      </w:r>
      <w:r>
        <w:t xml:space="preserve"> - strˈiːt - ko‘cha</w:t>
      </w:r>
    </w:p>
    <w:p>
      <w:pPr>
        <w:spacing w:after="20"/>
      </w:pPr>
      <w:r>
        <w:rPr>
          <w:b/>
        </w:rPr>
        <w:t>0286. avenue</w:t>
      </w:r>
      <w:r>
        <w:t xml:space="preserve"> - ˈævʌnˌuː - xiyobon</w:t>
      </w:r>
    </w:p>
    <w:p>
      <w:pPr>
        <w:spacing w:after="20"/>
      </w:pPr>
      <w:r>
        <w:rPr>
          <w:b/>
        </w:rPr>
        <w:t>0287. bridge</w:t>
      </w:r>
      <w:r>
        <w:t xml:space="preserve"> - brˈɪdʒ - ko‘prik</w:t>
      </w:r>
    </w:p>
    <w:p>
      <w:pPr>
        <w:spacing w:after="20"/>
      </w:pPr>
      <w:r>
        <w:rPr>
          <w:b/>
        </w:rPr>
        <w:t>0288. station</w:t>
      </w:r>
      <w:r>
        <w:t xml:space="preserve"> - stˈeɪʃʌn - bekat</w:t>
      </w:r>
    </w:p>
    <w:p>
      <w:pPr>
        <w:spacing w:after="20"/>
      </w:pPr>
      <w:r>
        <w:rPr>
          <w:b/>
        </w:rPr>
        <w:t>0289. stop</w:t>
      </w:r>
      <w:r>
        <w:t xml:space="preserve"> - stˈɑːp - bekat</w:t>
      </w:r>
    </w:p>
    <w:p>
      <w:pPr>
        <w:spacing w:after="20"/>
      </w:pPr>
      <w:r>
        <w:rPr>
          <w:b/>
        </w:rPr>
        <w:t>0290. platform</w:t>
      </w:r>
      <w:r>
        <w:t xml:space="preserve"> - plˈætfˌɔːrm - platforma</w:t>
      </w:r>
    </w:p>
    <w:p>
      <w:pPr>
        <w:spacing w:after="20"/>
      </w:pPr>
      <w:r>
        <w:rPr>
          <w:b/>
        </w:rPr>
        <w:t>0291. airport</w:t>
      </w:r>
      <w:r>
        <w:t xml:space="preserve"> - ˈerpˌɔːrt - aeroport</w:t>
      </w:r>
    </w:p>
    <w:p>
      <w:pPr>
        <w:spacing w:after="20"/>
      </w:pPr>
      <w:r>
        <w:rPr>
          <w:b/>
        </w:rPr>
        <w:t>0292. terminal</w:t>
      </w:r>
      <w:r>
        <w:t xml:space="preserve"> - tˈərmʌnʌl - terminal</w:t>
      </w:r>
    </w:p>
    <w:p>
      <w:pPr>
        <w:spacing w:after="20"/>
      </w:pPr>
      <w:r>
        <w:rPr>
          <w:b/>
        </w:rPr>
        <w:t>0293. train</w:t>
      </w:r>
      <w:r>
        <w:t xml:space="preserve"> - trˈeɪn - poyezd</w:t>
      </w:r>
    </w:p>
    <w:p>
      <w:pPr>
        <w:spacing w:after="20"/>
      </w:pPr>
      <w:r>
        <w:rPr>
          <w:b/>
        </w:rPr>
        <w:t>0294. bus</w:t>
      </w:r>
      <w:r>
        <w:t xml:space="preserve"> - bˈʌs - avtobus</w:t>
      </w:r>
    </w:p>
    <w:p>
      <w:pPr>
        <w:spacing w:after="20"/>
      </w:pPr>
      <w:r>
        <w:rPr>
          <w:b/>
        </w:rPr>
        <w:t>0295. coach</w:t>
      </w:r>
      <w:r>
        <w:t xml:space="preserve"> - kˈoʊtʃ - shaharlararo avtobus</w:t>
      </w:r>
    </w:p>
    <w:p>
      <w:pPr>
        <w:spacing w:after="20"/>
      </w:pPr>
      <w:r>
        <w:rPr>
          <w:b/>
        </w:rPr>
        <w:t>0296. subway</w:t>
      </w:r>
      <w:r>
        <w:t xml:space="preserve"> - sˈʌbwˌeɪ - metro</w:t>
      </w:r>
    </w:p>
    <w:p>
      <w:pPr>
        <w:spacing w:after="20"/>
      </w:pPr>
      <w:r>
        <w:rPr>
          <w:b/>
        </w:rPr>
        <w:t>0297. underground</w:t>
      </w:r>
      <w:r>
        <w:t xml:space="preserve"> - ˈʌndərɡrˌaʊnd - metro</w:t>
      </w:r>
    </w:p>
    <w:p>
      <w:pPr>
        <w:spacing w:after="20"/>
      </w:pPr>
      <w:r>
        <w:rPr>
          <w:b/>
        </w:rPr>
        <w:t>0298. taxi</w:t>
      </w:r>
      <w:r>
        <w:t xml:space="preserve"> - tˈæksiː - taksi</w:t>
      </w:r>
    </w:p>
    <w:p>
      <w:pPr>
        <w:spacing w:after="20"/>
      </w:pPr>
      <w:r>
        <w:rPr>
          <w:b/>
        </w:rPr>
        <w:t>0299. bicycle</w:t>
      </w:r>
      <w:r>
        <w:t xml:space="preserve"> - bˈaɪsɪkʌl - velosiped</w:t>
      </w:r>
    </w:p>
    <w:p>
      <w:pPr>
        <w:spacing w:after="20"/>
      </w:pPr>
      <w:r>
        <w:rPr>
          <w:b/>
        </w:rPr>
        <w:t>0300. motorcycle</w:t>
      </w:r>
      <w:r>
        <w:t xml:space="preserve"> - mˈoʊtərsˌaɪkʌl - mototsikl</w:t>
      </w:r>
    </w:p>
    <w:p>
      <w:pPr>
        <w:spacing w:after="20"/>
      </w:pPr>
      <w:r>
        <w:rPr>
          <w:b/>
        </w:rPr>
        <w:t>0301. car</w:t>
      </w:r>
      <w:r>
        <w:t xml:space="preserve"> - kˈɑːr - mashina</w:t>
      </w:r>
    </w:p>
    <w:p>
      <w:pPr>
        <w:spacing w:after="20"/>
      </w:pPr>
      <w:r>
        <w:rPr>
          <w:b/>
        </w:rPr>
        <w:t>0302. driver</w:t>
      </w:r>
      <w:r>
        <w:t xml:space="preserve"> - drˈaɪvər - haydovchi</w:t>
      </w:r>
    </w:p>
    <w:p>
      <w:pPr>
        <w:spacing w:after="20"/>
      </w:pPr>
      <w:r>
        <w:rPr>
          <w:b/>
        </w:rPr>
        <w:t>0303. passenger</w:t>
      </w:r>
      <w:r>
        <w:t xml:space="preserve"> - pˈæsʌndʒər - yo‘lovchi</w:t>
      </w:r>
    </w:p>
    <w:p>
      <w:pPr>
        <w:spacing w:after="20"/>
      </w:pPr>
      <w:r>
        <w:rPr>
          <w:b/>
        </w:rPr>
        <w:t>0304. pedestrian</w:t>
      </w:r>
      <w:r>
        <w:t xml:space="preserve"> - pʌdˈestriːʌn - piyoda</w:t>
      </w:r>
    </w:p>
    <w:p>
      <w:pPr>
        <w:spacing w:after="20"/>
      </w:pPr>
      <w:r>
        <w:rPr>
          <w:b/>
        </w:rPr>
        <w:t>0305. helmet</w:t>
      </w:r>
      <w:r>
        <w:t xml:space="preserve"> - hˈelmʌt - dubulg‘a</w:t>
      </w:r>
    </w:p>
    <w:p>
      <w:pPr>
        <w:spacing w:after="20"/>
      </w:pPr>
      <w:r>
        <w:rPr>
          <w:b/>
        </w:rPr>
        <w:t>0306. seat</w:t>
      </w:r>
      <w:r>
        <w:t xml:space="preserve"> - sˈiːt - o‘rindiq</w:t>
      </w:r>
    </w:p>
    <w:p>
      <w:pPr>
        <w:spacing w:after="20"/>
      </w:pPr>
      <w:r>
        <w:rPr>
          <w:b/>
        </w:rPr>
        <w:t>0307. route</w:t>
      </w:r>
      <w:r>
        <w:t xml:space="preserve"> - rˈuːt - yo‘nalish</w:t>
      </w:r>
    </w:p>
    <w:p>
      <w:pPr>
        <w:spacing w:after="20"/>
      </w:pPr>
      <w:r>
        <w:rPr>
          <w:b/>
        </w:rPr>
        <w:t>0308. direction</w:t>
      </w:r>
      <w:r>
        <w:t xml:space="preserve"> - dərˈekʃʌn - yo‘nalish</w:t>
      </w:r>
    </w:p>
    <w:p>
      <w:pPr>
        <w:spacing w:after="20"/>
      </w:pPr>
      <w:r>
        <w:rPr>
          <w:b/>
        </w:rPr>
        <w:t>0309. turn</w:t>
      </w:r>
      <w:r>
        <w:t xml:space="preserve"> - tˈərn - burilmoq</w:t>
      </w:r>
    </w:p>
    <w:p>
      <w:pPr>
        <w:spacing w:after="20"/>
      </w:pPr>
      <w:r>
        <w:rPr>
          <w:b/>
        </w:rPr>
        <w:t>0310. straight</w:t>
      </w:r>
      <w:r>
        <w:t xml:space="preserve"> - strˈeɪt - to‘g‘ri</w:t>
      </w:r>
    </w:p>
    <w:p>
      <w:pPr>
        <w:spacing w:after="20"/>
      </w:pPr>
      <w:r>
        <w:rPr>
          <w:b/>
        </w:rPr>
        <w:t>0311. left</w:t>
      </w:r>
      <w:r>
        <w:t xml:space="preserve"> - lˈeft - chap</w:t>
      </w:r>
    </w:p>
    <w:p>
      <w:pPr>
        <w:spacing w:after="20"/>
      </w:pPr>
      <w:r>
        <w:rPr>
          <w:b/>
        </w:rPr>
        <w:t>0312. right</w:t>
      </w:r>
      <w:r>
        <w:t xml:space="preserve"> - rˈaɪt - o‘ng</w:t>
      </w:r>
    </w:p>
    <w:p>
      <w:pPr>
        <w:spacing w:after="20"/>
      </w:pPr>
      <w:r>
        <w:rPr>
          <w:b/>
        </w:rPr>
        <w:t>0313. north</w:t>
      </w:r>
      <w:r>
        <w:t xml:space="preserve"> - nˈɔːrθ - shimol</w:t>
      </w:r>
    </w:p>
    <w:p>
      <w:pPr>
        <w:spacing w:after="20"/>
      </w:pPr>
      <w:r>
        <w:rPr>
          <w:b/>
        </w:rPr>
        <w:t>0314. south</w:t>
      </w:r>
      <w:r>
        <w:t xml:space="preserve"> - sˈaʊθ - janub</w:t>
      </w:r>
    </w:p>
    <w:p>
      <w:pPr>
        <w:spacing w:after="20"/>
      </w:pPr>
      <w:r>
        <w:rPr>
          <w:b/>
        </w:rPr>
        <w:t>0315. east</w:t>
      </w:r>
      <w:r>
        <w:t xml:space="preserve"> - ˈiːst - sharq</w:t>
      </w:r>
    </w:p>
    <w:p>
      <w:pPr>
        <w:spacing w:after="20"/>
      </w:pPr>
      <w:r>
        <w:rPr>
          <w:b/>
        </w:rPr>
        <w:t>0316. west</w:t>
      </w:r>
      <w:r>
        <w:t xml:space="preserve"> - wˈest - g‘arb</w:t>
      </w:r>
    </w:p>
    <w:p>
      <w:pPr>
        <w:spacing w:after="20"/>
      </w:pPr>
      <w:r>
        <w:rPr>
          <w:b/>
        </w:rPr>
        <w:t>0317. nearby</w:t>
      </w:r>
      <w:r>
        <w:t xml:space="preserve"> - nˈɪrbˈaɪ - yaqin atrofdagi</w:t>
      </w:r>
    </w:p>
    <w:p>
      <w:pPr>
        <w:spacing w:after="20"/>
      </w:pPr>
      <w:r>
        <w:rPr>
          <w:b/>
        </w:rPr>
        <w:t>0318. opposite</w:t>
      </w:r>
      <w:r>
        <w:t xml:space="preserve"> - ˈɑːpʌzʌt - qarama-qarshi</w:t>
      </w:r>
    </w:p>
    <w:p>
      <w:pPr>
        <w:spacing w:after="20"/>
      </w:pPr>
      <w:r>
        <w:rPr>
          <w:b/>
        </w:rPr>
        <w:t>0319. between</w:t>
      </w:r>
      <w:r>
        <w:t xml:space="preserve"> - bɪtwˈiːn - orasida</w:t>
      </w:r>
    </w:p>
    <w:p>
      <w:pPr>
        <w:spacing w:after="20"/>
      </w:pPr>
      <w:r>
        <w:rPr>
          <w:b/>
        </w:rPr>
        <w:t>0320. behind</w:t>
      </w:r>
      <w:r>
        <w:t xml:space="preserve"> - bɪhˈaɪnd - orqasida</w:t>
      </w:r>
    </w:p>
    <w:p>
      <w:pPr>
        <w:spacing w:after="20"/>
      </w:pPr>
      <w:r>
        <w:rPr>
          <w:b/>
        </w:rPr>
        <w:t>0321. across</w:t>
      </w:r>
      <w:r>
        <w:t xml:space="preserve"> - ʌkrˈɔːs - narigi tomonida</w:t>
      </w:r>
    </w:p>
    <w:p>
      <w:pPr>
        <w:spacing w:after="20"/>
      </w:pPr>
      <w:r>
        <w:rPr>
          <w:b/>
        </w:rPr>
        <w:t>0322. along</w:t>
      </w:r>
      <w:r>
        <w:t xml:space="preserve"> - ʌlˈɔːŋ - bo‘ylab</w:t>
      </w:r>
    </w:p>
    <w:p>
      <w:pPr>
        <w:spacing w:after="20"/>
      </w:pPr>
      <w:r>
        <w:rPr>
          <w:b/>
        </w:rPr>
        <w:t>0323. towards</w:t>
      </w:r>
      <w:r>
        <w:t xml:space="preserve"> - tʌwˈɔːrdz - tomon</w:t>
      </w:r>
    </w:p>
    <w:p>
      <w:pPr>
        <w:spacing w:after="20"/>
      </w:pPr>
      <w:r>
        <w:rPr>
          <w:b/>
        </w:rPr>
        <w:t>0324. through</w:t>
      </w:r>
      <w:r>
        <w:t xml:space="preserve"> - θrˈuː - orqali</w:t>
      </w:r>
    </w:p>
    <w:p>
      <w:pPr>
        <w:spacing w:after="20"/>
      </w:pPr>
      <w:r>
        <w:rPr>
          <w:b/>
        </w:rPr>
        <w:t>0325. arrive</w:t>
      </w:r>
      <w:r>
        <w:t xml:space="preserve"> - ərˈaɪv - yetib kelmoq</w:t>
      </w:r>
    </w:p>
    <w:p>
      <w:pPr>
        <w:spacing w:after="20"/>
      </w:pPr>
      <w:r>
        <w:rPr>
          <w:b/>
        </w:rPr>
        <w:t>0326. depart</w:t>
      </w:r>
      <w:r>
        <w:t xml:space="preserve"> - dɪpˈɑːrt - jo‘nab ketmoq</w:t>
      </w:r>
    </w:p>
    <w:p>
      <w:pPr>
        <w:spacing w:after="20"/>
      </w:pPr>
      <w:r>
        <w:rPr>
          <w:b/>
        </w:rPr>
        <w:t>0327. miss</w:t>
      </w:r>
      <w:r>
        <w:t xml:space="preserve"> - mˈɪs - o‘tkazib yubormoq</w:t>
      </w:r>
    </w:p>
    <w:p>
      <w:pPr>
        <w:spacing w:after="20"/>
      </w:pPr>
      <w:r>
        <w:rPr>
          <w:b/>
        </w:rPr>
        <w:t>0328. catch</w:t>
      </w:r>
      <w:r>
        <w:t xml:space="preserve"> - kˈætʃ - ulgurmoq</w:t>
      </w:r>
    </w:p>
    <w:p>
      <w:pPr>
        <w:spacing w:after="20"/>
      </w:pPr>
      <w:r>
        <w:rPr>
          <w:b/>
        </w:rPr>
        <w:t>0329. fare</w:t>
      </w:r>
      <w:r>
        <w:t xml:space="preserve"> - fˈer - yo‘l haqi</w:t>
      </w:r>
    </w:p>
    <w:p>
      <w:pPr>
        <w:spacing w:after="20"/>
      </w:pPr>
      <w:r>
        <w:rPr>
          <w:b/>
        </w:rPr>
        <w:t>0330. motorway</w:t>
      </w:r>
      <w:r>
        <w:t xml:space="preserve"> - — - avtomagistral</w:t>
      </w:r>
    </w:p>
    <w:p>
      <w:pPr>
        <w:spacing w:after="20"/>
      </w:pPr>
      <w:r>
        <w:rPr>
          <w:b/>
        </w:rPr>
        <w:t>0331. highway</w:t>
      </w:r>
      <w:r>
        <w:t xml:space="preserve"> - hˈaɪwˌeɪ - katta avtomobil yo‘li</w:t>
      </w:r>
    </w:p>
    <w:p>
      <w:pPr>
        <w:spacing w:after="20"/>
      </w:pPr>
      <w:r>
        <w:rPr>
          <w:b/>
        </w:rPr>
        <w:t>0332. crossroads</w:t>
      </w:r>
      <w:r>
        <w:t xml:space="preserve"> - krˈɔːsrˌoʊdz - chorraha</w:t>
      </w:r>
    </w:p>
    <w:p>
      <w:pPr>
        <w:spacing w:after="20"/>
      </w:pPr>
      <w:r>
        <w:rPr>
          <w:b/>
        </w:rPr>
        <w:t>0333. junction</w:t>
      </w:r>
      <w:r>
        <w:t xml:space="preserve"> - dʒˈʌŋkʃʌn - yo‘l tutashmasi</w:t>
      </w:r>
    </w:p>
    <w:p>
      <w:pPr>
        <w:spacing w:after="20"/>
      </w:pPr>
      <w:r>
        <w:rPr>
          <w:b/>
        </w:rPr>
        <w:t>0334. parking</w:t>
      </w:r>
      <w:r>
        <w:t xml:space="preserve"> - pˈɑːrkɪŋ - avtoturargoh</w:t>
      </w:r>
    </w:p>
    <w:p>
      <w:pPr>
        <w:spacing w:after="20"/>
      </w:pPr>
      <w:r>
        <w:rPr>
          <w:b/>
        </w:rPr>
        <w:t>0335. traffic jam</w:t>
      </w:r>
      <w:r>
        <w:t xml:space="preserve"> - trˈæfɪk dʒˈæm - tirbandlik</w:t>
      </w:r>
    </w:p>
    <w:p>
      <w:pPr>
        <w:spacing w:after="20"/>
      </w:pPr>
      <w:r>
        <w:rPr>
          <w:b/>
        </w:rPr>
        <w:t>0336. commuter</w:t>
      </w:r>
      <w:r>
        <w:t xml:space="preserve"> - kʌmjˈuːtər - qatnovchi</w:t>
      </w:r>
    </w:p>
    <w:p>
      <w:pPr>
        <w:pStyle w:val="Heading1"/>
      </w:pPr>
      <w:r>
        <w:t>City, services &amp; places</w:t>
      </w:r>
    </w:p>
    <w:p>
      <w:pPr>
        <w:spacing w:after="20"/>
      </w:pPr>
      <w:r>
        <w:rPr>
          <w:b/>
        </w:rPr>
        <w:t>0337. city</w:t>
      </w:r>
      <w:r>
        <w:t xml:space="preserve"> - sˈɪtiː - shahar</w:t>
      </w:r>
    </w:p>
    <w:p>
      <w:pPr>
        <w:spacing w:after="20"/>
      </w:pPr>
      <w:r>
        <w:rPr>
          <w:b/>
        </w:rPr>
        <w:t>0338. town</w:t>
      </w:r>
      <w:r>
        <w:t xml:space="preserve"> - tˈaʊn - kichik shahar</w:t>
      </w:r>
    </w:p>
    <w:p>
      <w:pPr>
        <w:spacing w:after="20"/>
      </w:pPr>
      <w:r>
        <w:rPr>
          <w:b/>
        </w:rPr>
        <w:t>0339. village</w:t>
      </w:r>
      <w:r>
        <w:t xml:space="preserve"> - vˈɪlʌdʒ - qishloq</w:t>
      </w:r>
    </w:p>
    <w:p>
      <w:pPr>
        <w:spacing w:after="20"/>
      </w:pPr>
      <w:r>
        <w:rPr>
          <w:b/>
        </w:rPr>
        <w:t>0340. capital</w:t>
      </w:r>
      <w:r>
        <w:t xml:space="preserve"> - kˈæpʌtʌl - poytaxt</w:t>
      </w:r>
    </w:p>
    <w:p>
      <w:pPr>
        <w:spacing w:after="20"/>
      </w:pPr>
      <w:r>
        <w:rPr>
          <w:b/>
        </w:rPr>
        <w:t>0341. district</w:t>
      </w:r>
      <w:r>
        <w:t xml:space="preserve"> - dˈɪstrɪkt - tuman</w:t>
      </w:r>
    </w:p>
    <w:p>
      <w:pPr>
        <w:spacing w:after="20"/>
      </w:pPr>
      <w:r>
        <w:rPr>
          <w:b/>
        </w:rPr>
        <w:t>0342. area</w:t>
      </w:r>
      <w:r>
        <w:t xml:space="preserve"> - ˈeriːʌ - hudud</w:t>
      </w:r>
    </w:p>
    <w:p>
      <w:pPr>
        <w:spacing w:after="20"/>
      </w:pPr>
      <w:r>
        <w:rPr>
          <w:b/>
        </w:rPr>
        <w:t>0343. centre</w:t>
      </w:r>
      <w:r>
        <w:t xml:space="preserve"> - sˈentər - markaz</w:t>
      </w:r>
    </w:p>
    <w:p>
      <w:pPr>
        <w:spacing w:after="20"/>
      </w:pPr>
      <w:r>
        <w:rPr>
          <w:b/>
        </w:rPr>
        <w:t>0344. suburb</w:t>
      </w:r>
      <w:r>
        <w:t xml:space="preserve"> - sˈʌbərb - shahar chekkasi</w:t>
      </w:r>
    </w:p>
    <w:p>
      <w:pPr>
        <w:spacing w:after="20"/>
      </w:pPr>
      <w:r>
        <w:rPr>
          <w:b/>
        </w:rPr>
        <w:t>0345. community</w:t>
      </w:r>
      <w:r>
        <w:t xml:space="preserve"> - kʌmjˈuːnʌtiː - jamoa</w:t>
      </w:r>
    </w:p>
    <w:p>
      <w:pPr>
        <w:spacing w:after="20"/>
      </w:pPr>
      <w:r>
        <w:rPr>
          <w:b/>
        </w:rPr>
        <w:t>0346. population</w:t>
      </w:r>
      <w:r>
        <w:t xml:space="preserve"> - pˌɑːpjʌlˈeɪʃʌn - aholi</w:t>
      </w:r>
    </w:p>
    <w:p>
      <w:pPr>
        <w:spacing w:after="20"/>
      </w:pPr>
      <w:r>
        <w:rPr>
          <w:b/>
        </w:rPr>
        <w:t>0347. building</w:t>
      </w:r>
      <w:r>
        <w:t xml:space="preserve"> - bˈɪldɪŋ - bino</w:t>
      </w:r>
    </w:p>
    <w:p>
      <w:pPr>
        <w:spacing w:after="20"/>
      </w:pPr>
      <w:r>
        <w:rPr>
          <w:b/>
        </w:rPr>
        <w:t>0348. office</w:t>
      </w:r>
      <w:r>
        <w:t xml:space="preserve"> - ˈɔːfɪs - idora</w:t>
      </w:r>
    </w:p>
    <w:p>
      <w:pPr>
        <w:spacing w:after="20"/>
      </w:pPr>
      <w:r>
        <w:rPr>
          <w:b/>
        </w:rPr>
        <w:t>0349. library</w:t>
      </w:r>
      <w:r>
        <w:t xml:space="preserve"> - lˈaɪbrerˌiː - kutubxona</w:t>
      </w:r>
    </w:p>
    <w:p>
      <w:pPr>
        <w:spacing w:after="20"/>
      </w:pPr>
      <w:r>
        <w:rPr>
          <w:b/>
        </w:rPr>
        <w:t>0350. bank</w:t>
      </w:r>
      <w:r>
        <w:t xml:space="preserve"> - bˈæŋk - bank</w:t>
      </w:r>
    </w:p>
    <w:p>
      <w:pPr>
        <w:spacing w:after="20"/>
      </w:pPr>
      <w:r>
        <w:rPr>
          <w:b/>
        </w:rPr>
        <w:t>0351. post office</w:t>
      </w:r>
      <w:r>
        <w:t xml:space="preserve"> - pˈoʊst ˈɔːfɪs - pochta</w:t>
      </w:r>
    </w:p>
    <w:p>
      <w:pPr>
        <w:spacing w:after="20"/>
      </w:pPr>
      <w:r>
        <w:rPr>
          <w:b/>
        </w:rPr>
        <w:t>0352. hospital</w:t>
      </w:r>
      <w:r>
        <w:t xml:space="preserve"> - hˈɑːspˌɪtʌl - shifoxona</w:t>
      </w:r>
    </w:p>
    <w:p>
      <w:pPr>
        <w:spacing w:after="20"/>
      </w:pPr>
      <w:r>
        <w:rPr>
          <w:b/>
        </w:rPr>
        <w:t>0353. clinic</w:t>
      </w:r>
      <w:r>
        <w:t xml:space="preserve"> - klˈɪnɪk - klinika</w:t>
      </w:r>
    </w:p>
    <w:p>
      <w:pPr>
        <w:spacing w:after="20"/>
      </w:pPr>
      <w:r>
        <w:rPr>
          <w:b/>
        </w:rPr>
        <w:t>0354. pharmacy</w:t>
      </w:r>
      <w:r>
        <w:t xml:space="preserve"> - fˈɑːrmʌsiː - dorixona</w:t>
      </w:r>
    </w:p>
    <w:p>
      <w:pPr>
        <w:spacing w:after="20"/>
      </w:pPr>
      <w:r>
        <w:rPr>
          <w:b/>
        </w:rPr>
        <w:t>0355. school</w:t>
      </w:r>
      <w:r>
        <w:t xml:space="preserve"> - skˈuːl - maktab</w:t>
      </w:r>
    </w:p>
    <w:p>
      <w:pPr>
        <w:spacing w:after="20"/>
      </w:pPr>
      <w:r>
        <w:rPr>
          <w:b/>
        </w:rPr>
        <w:t>0356. university</w:t>
      </w:r>
      <w:r>
        <w:t xml:space="preserve"> - jˌuːnʌvˈərsʌtiː - universitet</w:t>
      </w:r>
    </w:p>
    <w:p>
      <w:pPr>
        <w:spacing w:after="20"/>
      </w:pPr>
      <w:r>
        <w:rPr>
          <w:b/>
        </w:rPr>
        <w:t>0357. market</w:t>
      </w:r>
      <w:r>
        <w:t xml:space="preserve"> - mˈɑːrkʌt - bozor</w:t>
      </w:r>
    </w:p>
    <w:p>
      <w:pPr>
        <w:spacing w:after="20"/>
      </w:pPr>
      <w:r>
        <w:rPr>
          <w:b/>
        </w:rPr>
        <w:t>0358. supermarket</w:t>
      </w:r>
      <w:r>
        <w:t xml:space="preserve"> - sˈuːpərmˌɑːrkɪt - supermarket</w:t>
      </w:r>
    </w:p>
    <w:p>
      <w:pPr>
        <w:spacing w:after="20"/>
      </w:pPr>
      <w:r>
        <w:rPr>
          <w:b/>
        </w:rPr>
        <w:t>0359. restaurant</w:t>
      </w:r>
      <w:r>
        <w:t xml:space="preserve"> - rˈestərˌɑːnt - restoran</w:t>
      </w:r>
    </w:p>
    <w:p>
      <w:pPr>
        <w:spacing w:after="20"/>
      </w:pPr>
      <w:r>
        <w:rPr>
          <w:b/>
        </w:rPr>
        <w:t>0360. cafe</w:t>
      </w:r>
      <w:r>
        <w:t xml:space="preserve"> - kʌfˈeɪ - kafe</w:t>
      </w:r>
    </w:p>
    <w:p>
      <w:pPr>
        <w:spacing w:after="20"/>
      </w:pPr>
      <w:r>
        <w:rPr>
          <w:b/>
        </w:rPr>
        <w:t>0361. park</w:t>
      </w:r>
      <w:r>
        <w:t xml:space="preserve"> - pˈɑːrk - bog‘</w:t>
      </w:r>
    </w:p>
    <w:p>
      <w:pPr>
        <w:spacing w:after="20"/>
      </w:pPr>
      <w:r>
        <w:rPr>
          <w:b/>
        </w:rPr>
        <w:t>0362. square</w:t>
      </w:r>
      <w:r>
        <w:t xml:space="preserve"> - skwˈer - maydon</w:t>
      </w:r>
    </w:p>
    <w:p>
      <w:pPr>
        <w:spacing w:after="20"/>
      </w:pPr>
      <w:r>
        <w:rPr>
          <w:b/>
        </w:rPr>
        <w:t>0363. theatre</w:t>
      </w:r>
      <w:r>
        <w:t xml:space="preserve"> - θˈiːʌtər - teatr</w:t>
      </w:r>
    </w:p>
    <w:p>
      <w:pPr>
        <w:spacing w:after="20"/>
      </w:pPr>
      <w:r>
        <w:rPr>
          <w:b/>
        </w:rPr>
        <w:t>0364. cinema</w:t>
      </w:r>
      <w:r>
        <w:t xml:space="preserve"> - sˈɪnʌmʌ - kinoteatr</w:t>
      </w:r>
    </w:p>
    <w:p>
      <w:pPr>
        <w:spacing w:after="20"/>
      </w:pPr>
      <w:r>
        <w:rPr>
          <w:b/>
        </w:rPr>
        <w:t>0365. stadium</w:t>
      </w:r>
      <w:r>
        <w:t xml:space="preserve"> - stˈeɪdiːʌm - stadion</w:t>
      </w:r>
    </w:p>
    <w:p>
      <w:pPr>
        <w:spacing w:after="20"/>
      </w:pPr>
      <w:r>
        <w:rPr>
          <w:b/>
        </w:rPr>
        <w:t>0366. police</w:t>
      </w:r>
      <w:r>
        <w:t xml:space="preserve"> - pʌlˈiːs - politsiya</w:t>
      </w:r>
    </w:p>
    <w:p>
      <w:pPr>
        <w:spacing w:after="20"/>
      </w:pPr>
      <w:r>
        <w:rPr>
          <w:b/>
        </w:rPr>
        <w:t>0367. fire station</w:t>
      </w:r>
      <w:r>
        <w:t xml:space="preserve"> - fˈaɪər stˈeɪʃʌn - o‘t o‘chirish bo‘limi</w:t>
      </w:r>
    </w:p>
    <w:p>
      <w:pPr>
        <w:spacing w:after="20"/>
      </w:pPr>
      <w:r>
        <w:rPr>
          <w:b/>
        </w:rPr>
        <w:t>0368. government</w:t>
      </w:r>
      <w:r>
        <w:t xml:space="preserve"> - ɡˈʌvərmʌnt - hukumat</w:t>
      </w:r>
    </w:p>
    <w:p>
      <w:pPr>
        <w:spacing w:after="20"/>
      </w:pPr>
      <w:r>
        <w:rPr>
          <w:b/>
        </w:rPr>
        <w:t>0369. service</w:t>
      </w:r>
      <w:r>
        <w:t xml:space="preserve"> - sˈərvʌs - xizmat</w:t>
      </w:r>
    </w:p>
    <w:p>
      <w:pPr>
        <w:spacing w:after="20"/>
      </w:pPr>
      <w:r>
        <w:rPr>
          <w:b/>
        </w:rPr>
        <w:t>0370. public</w:t>
      </w:r>
      <w:r>
        <w:t xml:space="preserve"> - pˈʌblɪk - ommaviy</w:t>
      </w:r>
    </w:p>
    <w:p>
      <w:pPr>
        <w:spacing w:after="20"/>
      </w:pPr>
      <w:r>
        <w:rPr>
          <w:b/>
        </w:rPr>
        <w:t>0371. facility</w:t>
      </w:r>
      <w:r>
        <w:t xml:space="preserve"> - fʌsˈɪlɪtiː - inshoot</w:t>
      </w:r>
    </w:p>
    <w:p>
      <w:pPr>
        <w:spacing w:after="20"/>
      </w:pPr>
      <w:r>
        <w:rPr>
          <w:b/>
        </w:rPr>
        <w:t>0372. exit</w:t>
      </w:r>
      <w:r>
        <w:t xml:space="preserve"> - ˈeɡzɪt - chiqish</w:t>
      </w:r>
    </w:p>
    <w:p>
      <w:pPr>
        <w:spacing w:after="20"/>
      </w:pPr>
      <w:r>
        <w:rPr>
          <w:b/>
        </w:rPr>
        <w:t>0373. information</w:t>
      </w:r>
      <w:r>
        <w:t xml:space="preserve"> - ˌɪnfərmˈeɪʃʌn - ma’lumot</w:t>
      </w:r>
    </w:p>
    <w:p>
      <w:pPr>
        <w:spacing w:after="20"/>
      </w:pPr>
      <w:r>
        <w:rPr>
          <w:b/>
        </w:rPr>
        <w:t>0374. permission</w:t>
      </w:r>
      <w:r>
        <w:t xml:space="preserve"> - pərmˈɪʃʌn - ruxsat</w:t>
      </w:r>
    </w:p>
    <w:p>
      <w:pPr>
        <w:spacing w:after="20"/>
      </w:pPr>
      <w:r>
        <w:rPr>
          <w:b/>
        </w:rPr>
        <w:t>0375. application</w:t>
      </w:r>
      <w:r>
        <w:t xml:space="preserve"> - ˌæplʌkˈeɪʃʌn - ariza</w:t>
      </w:r>
    </w:p>
    <w:p>
      <w:pPr>
        <w:spacing w:after="20"/>
      </w:pPr>
      <w:r>
        <w:rPr>
          <w:b/>
        </w:rPr>
        <w:t>0376. document</w:t>
      </w:r>
      <w:r>
        <w:t xml:space="preserve"> - dˈɑːkjʌment - hujjat</w:t>
      </w:r>
    </w:p>
    <w:p>
      <w:pPr>
        <w:spacing w:after="20"/>
      </w:pPr>
      <w:r>
        <w:rPr>
          <w:b/>
        </w:rPr>
        <w:t>0377. queue</w:t>
      </w:r>
      <w:r>
        <w:t xml:space="preserve"> - kjˈuː - navbat</w:t>
      </w:r>
    </w:p>
    <w:p>
      <w:pPr>
        <w:spacing w:after="20"/>
      </w:pPr>
      <w:r>
        <w:rPr>
          <w:b/>
        </w:rPr>
        <w:t>0378. counter</w:t>
      </w:r>
      <w:r>
        <w:t xml:space="preserve"> - kˈaʊntər - peshtaxta</w:t>
      </w:r>
    </w:p>
    <w:p>
      <w:pPr>
        <w:spacing w:after="20"/>
      </w:pPr>
      <w:r>
        <w:rPr>
          <w:b/>
        </w:rPr>
        <w:t>0379. customer service</w:t>
      </w:r>
      <w:r>
        <w:t xml:space="preserve"> - kˈʌstʌmər sˈərvʌs - mijozlarga xizmat</w:t>
      </w:r>
    </w:p>
    <w:p>
      <w:pPr>
        <w:spacing w:after="20"/>
      </w:pPr>
      <w:r>
        <w:rPr>
          <w:b/>
        </w:rPr>
        <w:t>0380. opening</w:t>
      </w:r>
      <w:r>
        <w:t xml:space="preserve"> - ˈoʊpʌnɪŋ - ochilish</w:t>
      </w:r>
    </w:p>
    <w:p>
      <w:pPr>
        <w:spacing w:after="20"/>
      </w:pPr>
      <w:r>
        <w:rPr>
          <w:b/>
        </w:rPr>
        <w:t>0381. closing</w:t>
      </w:r>
      <w:r>
        <w:t xml:space="preserve"> - klˈoʊzɪŋ - yopilish</w:t>
      </w:r>
    </w:p>
    <w:p>
      <w:pPr>
        <w:spacing w:after="20"/>
      </w:pPr>
      <w:r>
        <w:rPr>
          <w:b/>
        </w:rPr>
        <w:t>0382. emergency</w:t>
      </w:r>
      <w:r>
        <w:t xml:space="preserve"> - ɪmˈərdʒʌnsiː - favqulodda holat</w:t>
      </w:r>
    </w:p>
    <w:p>
      <w:pPr>
        <w:spacing w:after="20"/>
      </w:pPr>
      <w:r>
        <w:rPr>
          <w:b/>
        </w:rPr>
        <w:t>0383. safety</w:t>
      </w:r>
      <w:r>
        <w:t xml:space="preserve"> - sˈeɪftiː - xavfsizlik</w:t>
      </w:r>
    </w:p>
    <w:p>
      <w:pPr>
        <w:spacing w:after="20"/>
      </w:pPr>
      <w:r>
        <w:rPr>
          <w:b/>
        </w:rPr>
        <w:t>0384. municipal</w:t>
      </w:r>
      <w:r>
        <w:t xml:space="preserve"> - mjuːnˈɪsʌpʌl - munitsipal</w:t>
      </w:r>
    </w:p>
    <w:p>
      <w:pPr>
        <w:spacing w:after="20"/>
      </w:pPr>
      <w:r>
        <w:rPr>
          <w:b/>
        </w:rPr>
        <w:t>0385. council</w:t>
      </w:r>
      <w:r>
        <w:t xml:space="preserve"> - kˈaʊnsʌl - kengash</w:t>
      </w:r>
    </w:p>
    <w:p>
      <w:pPr>
        <w:spacing w:after="20"/>
      </w:pPr>
      <w:r>
        <w:rPr>
          <w:b/>
        </w:rPr>
        <w:t>0386. receptionist</w:t>
      </w:r>
      <w:r>
        <w:t xml:space="preserve"> - rɪsˈepʃʌnɪst - qabulxona xodimi</w:t>
      </w:r>
    </w:p>
    <w:p>
      <w:pPr>
        <w:spacing w:after="20"/>
      </w:pPr>
      <w:r>
        <w:rPr>
          <w:b/>
        </w:rPr>
        <w:t>0387. downtown</w:t>
      </w:r>
      <w:r>
        <w:t xml:space="preserve"> - dˈaʊntˈaʊn - shahar markazi</w:t>
      </w:r>
    </w:p>
    <w:p>
      <w:pPr>
        <w:pStyle w:val="Heading1"/>
      </w:pPr>
      <w:r>
        <w:t>Education &amp; learning</w:t>
      </w:r>
    </w:p>
    <w:p>
      <w:pPr>
        <w:spacing w:after="20"/>
      </w:pPr>
      <w:r>
        <w:rPr>
          <w:b/>
        </w:rPr>
        <w:t>0388. education</w:t>
      </w:r>
      <w:r>
        <w:t xml:space="preserve"> - ˌedʒʌkˈeɪʃʌn - ta’lim</w:t>
      </w:r>
    </w:p>
    <w:p>
      <w:pPr>
        <w:spacing w:after="20"/>
      </w:pPr>
      <w:r>
        <w:rPr>
          <w:b/>
        </w:rPr>
        <w:t>0389. student</w:t>
      </w:r>
      <w:r>
        <w:t xml:space="preserve"> - stˈuːdʌnt - talaba</w:t>
      </w:r>
    </w:p>
    <w:p>
      <w:pPr>
        <w:spacing w:after="20"/>
      </w:pPr>
      <w:r>
        <w:rPr>
          <w:b/>
        </w:rPr>
        <w:t>0390. pupil</w:t>
      </w:r>
      <w:r>
        <w:t xml:space="preserve"> - pjˈuːpʌl - o‘quvchi</w:t>
      </w:r>
    </w:p>
    <w:p>
      <w:pPr>
        <w:spacing w:after="20"/>
      </w:pPr>
      <w:r>
        <w:rPr>
          <w:b/>
        </w:rPr>
        <w:t>0391. teacher</w:t>
      </w:r>
      <w:r>
        <w:t xml:space="preserve"> - tˈiːtʃər - o‘qituvchi</w:t>
      </w:r>
    </w:p>
    <w:p>
      <w:pPr>
        <w:spacing w:after="20"/>
      </w:pPr>
      <w:r>
        <w:rPr>
          <w:b/>
        </w:rPr>
        <w:t>0392. lecturer</w:t>
      </w:r>
      <w:r>
        <w:t xml:space="preserve"> - lˈektʃərər - o‘qituvchi</w:t>
      </w:r>
    </w:p>
    <w:p>
      <w:pPr>
        <w:spacing w:after="20"/>
      </w:pPr>
      <w:r>
        <w:rPr>
          <w:b/>
        </w:rPr>
        <w:t>0393. professor</w:t>
      </w:r>
      <w:r>
        <w:t xml:space="preserve"> - prʌfˈesər - professor</w:t>
      </w:r>
    </w:p>
    <w:p>
      <w:pPr>
        <w:spacing w:after="20"/>
      </w:pPr>
      <w:r>
        <w:rPr>
          <w:b/>
        </w:rPr>
        <w:t>0394. classmate</w:t>
      </w:r>
      <w:r>
        <w:t xml:space="preserve"> - klˈæsmˌeɪt - sinfdosh</w:t>
      </w:r>
    </w:p>
    <w:p>
      <w:pPr>
        <w:spacing w:after="20"/>
      </w:pPr>
      <w:r>
        <w:rPr>
          <w:b/>
        </w:rPr>
        <w:t>0395. course</w:t>
      </w:r>
      <w:r>
        <w:t xml:space="preserve"> - kˈɔːrs - kurs</w:t>
      </w:r>
    </w:p>
    <w:p>
      <w:pPr>
        <w:spacing w:after="20"/>
      </w:pPr>
      <w:r>
        <w:rPr>
          <w:b/>
        </w:rPr>
        <w:t>0396. subject</w:t>
      </w:r>
      <w:r>
        <w:t xml:space="preserve"> - sʌbdʒˈekt - fan</w:t>
      </w:r>
    </w:p>
    <w:p>
      <w:pPr>
        <w:spacing w:after="20"/>
      </w:pPr>
      <w:r>
        <w:rPr>
          <w:b/>
        </w:rPr>
        <w:t>0397. lesson</w:t>
      </w:r>
      <w:r>
        <w:t xml:space="preserve"> - lˈesʌn - dars</w:t>
      </w:r>
    </w:p>
    <w:p>
      <w:pPr>
        <w:spacing w:after="20"/>
      </w:pPr>
      <w:r>
        <w:rPr>
          <w:b/>
        </w:rPr>
        <w:t>0398. lecture</w:t>
      </w:r>
      <w:r>
        <w:t xml:space="preserve"> - lˈektʃər - ma’ruza</w:t>
      </w:r>
    </w:p>
    <w:p>
      <w:pPr>
        <w:spacing w:after="20"/>
      </w:pPr>
      <w:r>
        <w:rPr>
          <w:b/>
        </w:rPr>
        <w:t>0399. seminar</w:t>
      </w:r>
      <w:r>
        <w:t xml:space="preserve"> - sˈemʌnˌɑːr - seminar</w:t>
      </w:r>
    </w:p>
    <w:p>
      <w:pPr>
        <w:spacing w:after="20"/>
      </w:pPr>
      <w:r>
        <w:rPr>
          <w:b/>
        </w:rPr>
        <w:t>0400. workshop</w:t>
      </w:r>
      <w:r>
        <w:t xml:space="preserve"> - wˈərkʃˌɑːp - amaliy mashg‘ulot</w:t>
      </w:r>
    </w:p>
    <w:p>
      <w:pPr>
        <w:spacing w:after="20"/>
      </w:pPr>
      <w:r>
        <w:rPr>
          <w:b/>
        </w:rPr>
        <w:t>0401. assignment</w:t>
      </w:r>
      <w:r>
        <w:t xml:space="preserve"> - ʌsˈaɪnmʌnt - topshiriq</w:t>
      </w:r>
    </w:p>
    <w:p>
      <w:pPr>
        <w:spacing w:after="20"/>
      </w:pPr>
      <w:r>
        <w:rPr>
          <w:b/>
        </w:rPr>
        <w:t>0402. project</w:t>
      </w:r>
      <w:r>
        <w:t xml:space="preserve"> - prˈɑːdʒekt - loyiha</w:t>
      </w:r>
    </w:p>
    <w:p>
      <w:pPr>
        <w:spacing w:after="20"/>
      </w:pPr>
      <w:r>
        <w:rPr>
          <w:b/>
        </w:rPr>
        <w:t>0403. exam</w:t>
      </w:r>
      <w:r>
        <w:t xml:space="preserve"> - ɪɡzˈæm - imtihon</w:t>
      </w:r>
    </w:p>
    <w:p>
      <w:pPr>
        <w:spacing w:after="20"/>
      </w:pPr>
      <w:r>
        <w:rPr>
          <w:b/>
        </w:rPr>
        <w:t>0404. test</w:t>
      </w:r>
      <w:r>
        <w:t xml:space="preserve"> - tˈest - test</w:t>
      </w:r>
    </w:p>
    <w:p>
      <w:pPr>
        <w:spacing w:after="20"/>
      </w:pPr>
      <w:r>
        <w:rPr>
          <w:b/>
        </w:rPr>
        <w:t>0405. grade</w:t>
      </w:r>
      <w:r>
        <w:t xml:space="preserve"> - ɡrˈeɪd - baho</w:t>
      </w:r>
    </w:p>
    <w:p>
      <w:pPr>
        <w:spacing w:after="20"/>
      </w:pPr>
      <w:r>
        <w:rPr>
          <w:b/>
        </w:rPr>
        <w:t>0406. mark</w:t>
      </w:r>
      <w:r>
        <w:t xml:space="preserve"> - mˈɑːrk - baho</w:t>
      </w:r>
    </w:p>
    <w:p>
      <w:pPr>
        <w:spacing w:after="20"/>
      </w:pPr>
      <w:r>
        <w:rPr>
          <w:b/>
        </w:rPr>
        <w:t>0407. result</w:t>
      </w:r>
      <w:r>
        <w:t xml:space="preserve"> - rɪzˈʌlt - natija</w:t>
      </w:r>
    </w:p>
    <w:p>
      <w:pPr>
        <w:spacing w:after="20"/>
      </w:pPr>
      <w:r>
        <w:rPr>
          <w:b/>
        </w:rPr>
        <w:t>0408. degree</w:t>
      </w:r>
      <w:r>
        <w:t xml:space="preserve"> - dɪɡrˈiː - daraja</w:t>
      </w:r>
    </w:p>
    <w:p>
      <w:pPr>
        <w:spacing w:after="20"/>
      </w:pPr>
      <w:r>
        <w:rPr>
          <w:b/>
        </w:rPr>
        <w:t>0409. certificate</w:t>
      </w:r>
      <w:r>
        <w:t xml:space="preserve"> - sərtˈɪfɪkʌt - sertifikat</w:t>
      </w:r>
    </w:p>
    <w:p>
      <w:pPr>
        <w:spacing w:after="20"/>
      </w:pPr>
      <w:r>
        <w:rPr>
          <w:b/>
        </w:rPr>
        <w:t>0410. skill</w:t>
      </w:r>
      <w:r>
        <w:t xml:space="preserve"> - skˈɪl - ko‘nikma</w:t>
      </w:r>
    </w:p>
    <w:p>
      <w:pPr>
        <w:spacing w:after="20"/>
      </w:pPr>
      <w:r>
        <w:rPr>
          <w:b/>
        </w:rPr>
        <w:t>0411. knowledge</w:t>
      </w:r>
      <w:r>
        <w:t xml:space="preserve"> - nˈɑːlʌdʒ - bilim</w:t>
      </w:r>
    </w:p>
    <w:p>
      <w:pPr>
        <w:spacing w:after="20"/>
      </w:pPr>
      <w:r>
        <w:rPr>
          <w:b/>
        </w:rPr>
        <w:t>0412. experience</w:t>
      </w:r>
      <w:r>
        <w:t xml:space="preserve"> - ɪkspˈɪriːʌns - tajriba</w:t>
      </w:r>
    </w:p>
    <w:p>
      <w:pPr>
        <w:spacing w:after="20"/>
      </w:pPr>
      <w:r>
        <w:rPr>
          <w:b/>
        </w:rPr>
        <w:t>0413. research</w:t>
      </w:r>
      <w:r>
        <w:t xml:space="preserve"> - riːsˈərtʃ - tadqiqot</w:t>
      </w:r>
    </w:p>
    <w:p>
      <w:pPr>
        <w:spacing w:after="20"/>
      </w:pPr>
      <w:r>
        <w:rPr>
          <w:b/>
        </w:rPr>
        <w:t>0414. study</w:t>
      </w:r>
      <w:r>
        <w:t xml:space="preserve"> - stˈʌdiː - o‘qimoq</w:t>
      </w:r>
    </w:p>
    <w:p>
      <w:pPr>
        <w:spacing w:after="20"/>
      </w:pPr>
      <w:r>
        <w:rPr>
          <w:b/>
        </w:rPr>
        <w:t>0415. learn</w:t>
      </w:r>
      <w:r>
        <w:t xml:space="preserve"> - lˈərn - o‘rganmoq</w:t>
      </w:r>
    </w:p>
    <w:p>
      <w:pPr>
        <w:spacing w:after="20"/>
      </w:pPr>
      <w:r>
        <w:rPr>
          <w:b/>
        </w:rPr>
        <w:t>0416. revise</w:t>
      </w:r>
      <w:r>
        <w:t xml:space="preserve"> - rɪvˈaɪz - takrorlamoq</w:t>
      </w:r>
    </w:p>
    <w:p>
      <w:pPr>
        <w:spacing w:after="20"/>
      </w:pPr>
      <w:r>
        <w:rPr>
          <w:b/>
        </w:rPr>
        <w:t>0417. memorise</w:t>
      </w:r>
      <w:r>
        <w:t xml:space="preserve"> - — - yodlamoq</w:t>
      </w:r>
    </w:p>
    <w:p>
      <w:pPr>
        <w:spacing w:after="20"/>
      </w:pPr>
      <w:r>
        <w:rPr>
          <w:b/>
        </w:rPr>
        <w:t>0418. understand</w:t>
      </w:r>
      <w:r>
        <w:t xml:space="preserve"> - ˌʌndərstˈænd - tushunmoq</w:t>
      </w:r>
    </w:p>
    <w:p>
      <w:pPr>
        <w:spacing w:after="20"/>
      </w:pPr>
      <w:r>
        <w:rPr>
          <w:b/>
        </w:rPr>
        <w:t>0419. explain</w:t>
      </w:r>
      <w:r>
        <w:t xml:space="preserve"> - ɪksplˈeɪn - tushuntirmoq</w:t>
      </w:r>
    </w:p>
    <w:p>
      <w:pPr>
        <w:spacing w:after="20"/>
      </w:pPr>
      <w:r>
        <w:rPr>
          <w:b/>
        </w:rPr>
        <w:t>0420. discuss</w:t>
      </w:r>
      <w:r>
        <w:t xml:space="preserve"> - dɪskˈʌs - muhokama qilmoq</w:t>
      </w:r>
    </w:p>
    <w:p>
      <w:pPr>
        <w:spacing w:after="20"/>
      </w:pPr>
      <w:r>
        <w:rPr>
          <w:b/>
        </w:rPr>
        <w:t>0421. compare</w:t>
      </w:r>
      <w:r>
        <w:t xml:space="preserve"> - kʌmpˈer - taqqoslamoq</w:t>
      </w:r>
    </w:p>
    <w:p>
      <w:pPr>
        <w:spacing w:after="20"/>
      </w:pPr>
      <w:r>
        <w:rPr>
          <w:b/>
        </w:rPr>
        <w:t>0422. analyse</w:t>
      </w:r>
      <w:r>
        <w:t xml:space="preserve"> - — - tahlil qilmoq</w:t>
      </w:r>
    </w:p>
    <w:p>
      <w:pPr>
        <w:spacing w:after="20"/>
      </w:pPr>
      <w:r>
        <w:rPr>
          <w:b/>
        </w:rPr>
        <w:t>0423. evaluate</w:t>
      </w:r>
      <w:r>
        <w:t xml:space="preserve"> - ɪvˈæljuːˌeɪt - baholamoq</w:t>
      </w:r>
    </w:p>
    <w:p>
      <w:pPr>
        <w:spacing w:after="20"/>
      </w:pPr>
      <w:r>
        <w:rPr>
          <w:b/>
        </w:rPr>
        <w:t>0424. improve</w:t>
      </w:r>
      <w:r>
        <w:t xml:space="preserve"> - ˌɪmprˈuːv - yaxshilamoq</w:t>
      </w:r>
    </w:p>
    <w:p>
      <w:pPr>
        <w:spacing w:after="20"/>
      </w:pPr>
      <w:r>
        <w:rPr>
          <w:b/>
        </w:rPr>
        <w:t>0425. practice</w:t>
      </w:r>
      <w:r>
        <w:t xml:space="preserve"> - prˈæktʌs - mashq qilmoq</w:t>
      </w:r>
    </w:p>
    <w:p>
      <w:pPr>
        <w:spacing w:after="20"/>
      </w:pPr>
      <w:r>
        <w:rPr>
          <w:b/>
        </w:rPr>
        <w:t>0426. concentrate</w:t>
      </w:r>
      <w:r>
        <w:t xml:space="preserve"> - kˈɑːnsʌntrˌeɪt - diqqatni jamlamoq</w:t>
      </w:r>
    </w:p>
    <w:p>
      <w:pPr>
        <w:spacing w:after="20"/>
      </w:pPr>
      <w:r>
        <w:rPr>
          <w:b/>
        </w:rPr>
        <w:t>0427. focus</w:t>
      </w:r>
      <w:r>
        <w:t xml:space="preserve"> - fˈoʊkʌs - e’tibor qaratmoq</w:t>
      </w:r>
    </w:p>
    <w:p>
      <w:pPr>
        <w:spacing w:after="20"/>
      </w:pPr>
      <w:r>
        <w:rPr>
          <w:b/>
        </w:rPr>
        <w:t>0428. graduate</w:t>
      </w:r>
      <w:r>
        <w:t xml:space="preserve"> - ɡrˈædʒʌwʌt - bitirmoq</w:t>
      </w:r>
    </w:p>
    <w:p>
      <w:pPr>
        <w:spacing w:after="20"/>
      </w:pPr>
      <w:r>
        <w:rPr>
          <w:b/>
        </w:rPr>
        <w:t>0429. academic</w:t>
      </w:r>
      <w:r>
        <w:t xml:space="preserve"> - ˌækʌdˈemɪk - akademik</w:t>
      </w:r>
    </w:p>
    <w:p>
      <w:pPr>
        <w:spacing w:after="20"/>
      </w:pPr>
      <w:r>
        <w:rPr>
          <w:b/>
        </w:rPr>
        <w:t>0430. educational</w:t>
      </w:r>
      <w:r>
        <w:t xml:space="preserve"> - ˌedʒʌkˈeɪʃʌnʌl - ta’limga oid</w:t>
      </w:r>
    </w:p>
    <w:p>
      <w:pPr>
        <w:spacing w:after="20"/>
      </w:pPr>
      <w:r>
        <w:rPr>
          <w:b/>
        </w:rPr>
        <w:t>0431. effective</w:t>
      </w:r>
      <w:r>
        <w:t xml:space="preserve"> - ɪfˈektɪv - samarali</w:t>
      </w:r>
    </w:p>
    <w:p>
      <w:pPr>
        <w:spacing w:after="20"/>
      </w:pPr>
      <w:r>
        <w:rPr>
          <w:b/>
        </w:rPr>
        <w:t>0432. independent</w:t>
      </w:r>
      <w:r>
        <w:t xml:space="preserve"> - ˌɪndɪpˈendʌnt - mustaqil</w:t>
      </w:r>
    </w:p>
    <w:p>
      <w:pPr>
        <w:spacing w:after="20"/>
      </w:pPr>
      <w:r>
        <w:rPr>
          <w:b/>
        </w:rPr>
        <w:t>0433. theory</w:t>
      </w:r>
      <w:r>
        <w:t xml:space="preserve"> - θˈɪriː - nazariya</w:t>
      </w:r>
    </w:p>
    <w:p>
      <w:pPr>
        <w:spacing w:after="20"/>
      </w:pPr>
      <w:r>
        <w:rPr>
          <w:b/>
        </w:rPr>
        <w:t>0434. method</w:t>
      </w:r>
      <w:r>
        <w:t xml:space="preserve"> - mˈeθʌd - usul</w:t>
      </w:r>
    </w:p>
    <w:p>
      <w:pPr>
        <w:spacing w:after="20"/>
      </w:pPr>
      <w:r>
        <w:rPr>
          <w:b/>
        </w:rPr>
        <w:t>0435. researcher</w:t>
      </w:r>
      <w:r>
        <w:t xml:space="preserve"> - rˈiːsərtʃər - tadqiqotchi</w:t>
      </w:r>
    </w:p>
    <w:p>
      <w:pPr>
        <w:spacing w:after="20"/>
      </w:pPr>
      <w:r>
        <w:rPr>
          <w:b/>
        </w:rPr>
        <w:t>0436. knowledgeable</w:t>
      </w:r>
      <w:r>
        <w:t xml:space="preserve"> - nˈɑːlʌdʒʌbʌl - bilimli</w:t>
      </w:r>
    </w:p>
    <w:p>
      <w:pPr>
        <w:spacing w:after="20"/>
      </w:pPr>
      <w:r>
        <w:rPr>
          <w:b/>
        </w:rPr>
        <w:t>0437. classroom</w:t>
      </w:r>
      <w:r>
        <w:t xml:space="preserve"> - klˈæsrˌuːm - sinf xonasi</w:t>
      </w:r>
    </w:p>
    <w:p>
      <w:pPr>
        <w:spacing w:after="20"/>
      </w:pPr>
      <w:r>
        <w:rPr>
          <w:b/>
        </w:rPr>
        <w:t>0438. textbook</w:t>
      </w:r>
      <w:r>
        <w:t xml:space="preserve"> - tˈekstbˌʊk - darslik</w:t>
      </w:r>
    </w:p>
    <w:p>
      <w:pPr>
        <w:spacing w:after="20"/>
      </w:pPr>
      <w:r>
        <w:rPr>
          <w:b/>
        </w:rPr>
        <w:t>0439. dictionary</w:t>
      </w:r>
      <w:r>
        <w:t xml:space="preserve"> - dˈɪkʃʌnˌeriː - lug‘at</w:t>
      </w:r>
    </w:p>
    <w:p>
      <w:pPr>
        <w:spacing w:after="20"/>
      </w:pPr>
      <w:r>
        <w:rPr>
          <w:b/>
        </w:rPr>
        <w:t>0440. timetable</w:t>
      </w:r>
      <w:r>
        <w:t xml:space="preserve"> - tˈaɪmtˌeɪbʌl - jadval</w:t>
      </w:r>
    </w:p>
    <w:p>
      <w:pPr>
        <w:spacing w:after="20"/>
      </w:pPr>
      <w:r>
        <w:rPr>
          <w:b/>
        </w:rPr>
        <w:t>0441. revision</w:t>
      </w:r>
      <w:r>
        <w:t xml:space="preserve"> - riːvˈɪʒʌn - takrorlash</w:t>
      </w:r>
    </w:p>
    <w:p>
      <w:pPr>
        <w:spacing w:after="20"/>
      </w:pPr>
      <w:r>
        <w:rPr>
          <w:b/>
        </w:rPr>
        <w:t>0442. academic year</w:t>
      </w:r>
      <w:r>
        <w:t xml:space="preserve"> - ˌækʌdˈemɪk jˈɪr - o‘quv yili</w:t>
      </w:r>
    </w:p>
    <w:p>
      <w:pPr>
        <w:pStyle w:val="Heading1"/>
      </w:pPr>
      <w:r>
        <w:t>Work &amp; career</w:t>
      </w:r>
    </w:p>
    <w:p>
      <w:pPr>
        <w:spacing w:after="20"/>
      </w:pPr>
      <w:r>
        <w:rPr>
          <w:b/>
        </w:rPr>
        <w:t>0443. job</w:t>
      </w:r>
      <w:r>
        <w:t xml:space="preserve"> - dʒˈɑːb - ish</w:t>
      </w:r>
    </w:p>
    <w:p>
      <w:pPr>
        <w:spacing w:after="20"/>
      </w:pPr>
      <w:r>
        <w:rPr>
          <w:b/>
        </w:rPr>
        <w:t>0444. workplace</w:t>
      </w:r>
      <w:r>
        <w:t xml:space="preserve"> - wˈərkplˌeɪs - ish joyi</w:t>
      </w:r>
    </w:p>
    <w:p>
      <w:pPr>
        <w:spacing w:after="20"/>
      </w:pPr>
      <w:r>
        <w:rPr>
          <w:b/>
        </w:rPr>
        <w:t>0445. career</w:t>
      </w:r>
      <w:r>
        <w:t xml:space="preserve"> - kərˈɪr - kasb faoliyati</w:t>
      </w:r>
    </w:p>
    <w:p>
      <w:pPr>
        <w:spacing w:after="20"/>
      </w:pPr>
      <w:r>
        <w:rPr>
          <w:b/>
        </w:rPr>
        <w:t>0446. profession</w:t>
      </w:r>
      <w:r>
        <w:t xml:space="preserve"> - prʌfˈeʃʌn - kasb</w:t>
      </w:r>
    </w:p>
    <w:p>
      <w:pPr>
        <w:spacing w:after="20"/>
      </w:pPr>
      <w:r>
        <w:rPr>
          <w:b/>
        </w:rPr>
        <w:t>0447. employee</w:t>
      </w:r>
      <w:r>
        <w:t xml:space="preserve"> - emplˈɔɪiː - xodim</w:t>
      </w:r>
    </w:p>
    <w:p>
      <w:pPr>
        <w:spacing w:after="20"/>
      </w:pPr>
      <w:r>
        <w:rPr>
          <w:b/>
        </w:rPr>
        <w:t>0448. employer</w:t>
      </w:r>
      <w:r>
        <w:t xml:space="preserve"> - emplˈɔɪər - ish beruvchi</w:t>
      </w:r>
    </w:p>
    <w:p>
      <w:pPr>
        <w:spacing w:after="20"/>
      </w:pPr>
      <w:r>
        <w:rPr>
          <w:b/>
        </w:rPr>
        <w:t>0449. manager</w:t>
      </w:r>
      <w:r>
        <w:t xml:space="preserve"> - mˈænʌdʒər - menejer</w:t>
      </w:r>
    </w:p>
    <w:p>
      <w:pPr>
        <w:spacing w:after="20"/>
      </w:pPr>
      <w:r>
        <w:rPr>
          <w:b/>
        </w:rPr>
        <w:t>0450. colleague</w:t>
      </w:r>
      <w:r>
        <w:t xml:space="preserve"> - kˈɑːliːɡ - hamkasb</w:t>
      </w:r>
    </w:p>
    <w:p>
      <w:pPr>
        <w:spacing w:after="20"/>
      </w:pPr>
      <w:r>
        <w:rPr>
          <w:b/>
        </w:rPr>
        <w:t>0451. boss</w:t>
      </w:r>
      <w:r>
        <w:t xml:space="preserve"> - bˈɑːs - rahbar</w:t>
      </w:r>
    </w:p>
    <w:p>
      <w:pPr>
        <w:spacing w:after="20"/>
      </w:pPr>
      <w:r>
        <w:rPr>
          <w:b/>
        </w:rPr>
        <w:t>0452. team</w:t>
      </w:r>
      <w:r>
        <w:t xml:space="preserve"> - tˈiːm - jamoa</w:t>
      </w:r>
    </w:p>
    <w:p>
      <w:pPr>
        <w:spacing w:after="20"/>
      </w:pPr>
      <w:r>
        <w:rPr>
          <w:b/>
        </w:rPr>
        <w:t>0453. department</w:t>
      </w:r>
      <w:r>
        <w:t xml:space="preserve"> - dɪpˈɑːrtmʌnt - bo‘lim</w:t>
      </w:r>
    </w:p>
    <w:p>
      <w:pPr>
        <w:spacing w:after="20"/>
      </w:pPr>
      <w:r>
        <w:rPr>
          <w:b/>
        </w:rPr>
        <w:t>0454. company</w:t>
      </w:r>
      <w:r>
        <w:t xml:space="preserve"> - kˈʌmpʌnˌiː - kompaniya</w:t>
      </w:r>
    </w:p>
    <w:p>
      <w:pPr>
        <w:spacing w:after="20"/>
      </w:pPr>
      <w:r>
        <w:rPr>
          <w:b/>
        </w:rPr>
        <w:t>0455. business</w:t>
      </w:r>
      <w:r>
        <w:t xml:space="preserve"> - bˈɪznʌs - biznes</w:t>
      </w:r>
    </w:p>
    <w:p>
      <w:pPr>
        <w:spacing w:after="20"/>
      </w:pPr>
      <w:r>
        <w:rPr>
          <w:b/>
        </w:rPr>
        <w:t>0456. industry</w:t>
      </w:r>
      <w:r>
        <w:t xml:space="preserve"> - ˈɪndʌstriː - sanoat</w:t>
      </w:r>
    </w:p>
    <w:p>
      <w:pPr>
        <w:spacing w:after="20"/>
      </w:pPr>
      <w:r>
        <w:rPr>
          <w:b/>
        </w:rPr>
        <w:t>0457. factory</w:t>
      </w:r>
      <w:r>
        <w:t xml:space="preserve"> - fˈæktəriː - zavod</w:t>
      </w:r>
    </w:p>
    <w:p>
      <w:pPr>
        <w:spacing w:after="20"/>
      </w:pPr>
      <w:r>
        <w:rPr>
          <w:b/>
        </w:rPr>
        <w:t>0458. meeting</w:t>
      </w:r>
      <w:r>
        <w:t xml:space="preserve"> - mˈiːtɪŋ - yig‘ilish</w:t>
      </w:r>
    </w:p>
    <w:p>
      <w:pPr>
        <w:spacing w:after="20"/>
      </w:pPr>
      <w:r>
        <w:rPr>
          <w:b/>
        </w:rPr>
        <w:t>0459. interview</w:t>
      </w:r>
      <w:r>
        <w:t xml:space="preserve"> - ˈɪntərvjˌuː - suhbat</w:t>
      </w:r>
    </w:p>
    <w:p>
      <w:pPr>
        <w:spacing w:after="20"/>
      </w:pPr>
      <w:r>
        <w:rPr>
          <w:b/>
        </w:rPr>
        <w:t>0460. CV</w:t>
      </w:r>
      <w:r>
        <w:t xml:space="preserve"> - sˌiːvˈiː - tarjimai hol</w:t>
      </w:r>
    </w:p>
    <w:p>
      <w:pPr>
        <w:spacing w:after="20"/>
      </w:pPr>
      <w:r>
        <w:rPr>
          <w:b/>
        </w:rPr>
        <w:t>0461. position</w:t>
      </w:r>
      <w:r>
        <w:t xml:space="preserve"> - pʌzˈɪʃʌn - lavozim</w:t>
      </w:r>
    </w:p>
    <w:p>
      <w:pPr>
        <w:spacing w:after="20"/>
      </w:pPr>
      <w:r>
        <w:rPr>
          <w:b/>
        </w:rPr>
        <w:t>0462. wage</w:t>
      </w:r>
      <w:r>
        <w:t xml:space="preserve"> - wˈeɪdʒ - ish haqi</w:t>
      </w:r>
    </w:p>
    <w:p>
      <w:pPr>
        <w:spacing w:after="20"/>
      </w:pPr>
      <w:r>
        <w:rPr>
          <w:b/>
        </w:rPr>
        <w:t>0463. promotion</w:t>
      </w:r>
      <w:r>
        <w:t xml:space="preserve"> - prʌmˈoʊʃʌn - lavozim ko‘tarilishi</w:t>
      </w:r>
    </w:p>
    <w:p>
      <w:pPr>
        <w:spacing w:after="20"/>
      </w:pPr>
      <w:r>
        <w:rPr>
          <w:b/>
        </w:rPr>
        <w:t>0464. training</w:t>
      </w:r>
      <w:r>
        <w:t xml:space="preserve"> - trˈeɪnɪŋ - malaka oshirish</w:t>
      </w:r>
    </w:p>
    <w:p>
      <w:pPr>
        <w:spacing w:after="20"/>
      </w:pPr>
      <w:r>
        <w:rPr>
          <w:b/>
        </w:rPr>
        <w:t>0465. contract</w:t>
      </w:r>
      <w:r>
        <w:t xml:space="preserve"> - kˈɑːntrˌækt - shartnoma</w:t>
      </w:r>
    </w:p>
    <w:p>
      <w:pPr>
        <w:spacing w:after="20"/>
      </w:pPr>
      <w:r>
        <w:rPr>
          <w:b/>
        </w:rPr>
        <w:t>0466. task</w:t>
      </w:r>
      <w:r>
        <w:t xml:space="preserve"> - tˈæsk - vazifa</w:t>
      </w:r>
    </w:p>
    <w:p>
      <w:pPr>
        <w:spacing w:after="20"/>
      </w:pPr>
      <w:r>
        <w:rPr>
          <w:b/>
        </w:rPr>
        <w:t>0467. duty</w:t>
      </w:r>
      <w:r>
        <w:t xml:space="preserve"> - dˈuːtiː - majburiyat</w:t>
      </w:r>
    </w:p>
    <w:p>
      <w:pPr>
        <w:spacing w:after="20"/>
      </w:pPr>
      <w:r>
        <w:rPr>
          <w:b/>
        </w:rPr>
        <w:t>0468. responsibility</w:t>
      </w:r>
      <w:r>
        <w:t xml:space="preserve"> - riːspˌɑːnsʌbˈɪlʌtiː - mas’uliyat</w:t>
      </w:r>
    </w:p>
    <w:p>
      <w:pPr>
        <w:spacing w:after="20"/>
      </w:pPr>
      <w:r>
        <w:rPr>
          <w:b/>
        </w:rPr>
        <w:t>0469. shift</w:t>
      </w:r>
      <w:r>
        <w:t xml:space="preserve"> - ʃˈɪft - smena</w:t>
      </w:r>
    </w:p>
    <w:p>
      <w:pPr>
        <w:spacing w:after="20"/>
      </w:pPr>
      <w:r>
        <w:rPr>
          <w:b/>
        </w:rPr>
        <w:t>0470. workload</w:t>
      </w:r>
      <w:r>
        <w:t xml:space="preserve"> - wˈərklˌoʊd - ish yuklamasi</w:t>
      </w:r>
    </w:p>
    <w:p>
      <w:pPr>
        <w:spacing w:after="20"/>
      </w:pPr>
      <w:r>
        <w:rPr>
          <w:b/>
        </w:rPr>
        <w:t>0471. qualification</w:t>
      </w:r>
      <w:r>
        <w:t xml:space="preserve"> - kwˌɑːlʌfʌkˈeɪʃʌn - malaka</w:t>
      </w:r>
    </w:p>
    <w:p>
      <w:pPr>
        <w:spacing w:after="20"/>
      </w:pPr>
      <w:r>
        <w:rPr>
          <w:b/>
        </w:rPr>
        <w:t>0472. achievement</w:t>
      </w:r>
      <w:r>
        <w:t xml:space="preserve"> - ʌtʃˈiːvmʌnt - yutuq</w:t>
      </w:r>
    </w:p>
    <w:p>
      <w:pPr>
        <w:spacing w:after="20"/>
      </w:pPr>
      <w:r>
        <w:rPr>
          <w:b/>
        </w:rPr>
        <w:t>0473. success</w:t>
      </w:r>
      <w:r>
        <w:t xml:space="preserve"> - sʌksˈes - muvaffaqiyat</w:t>
      </w:r>
    </w:p>
    <w:p>
      <w:pPr>
        <w:spacing w:after="20"/>
      </w:pPr>
      <w:r>
        <w:rPr>
          <w:b/>
        </w:rPr>
        <w:t>0474. failure</w:t>
      </w:r>
      <w:r>
        <w:t xml:space="preserve"> - fˈeɪljər - muvaffaqiyatsizlik</w:t>
      </w:r>
    </w:p>
    <w:p>
      <w:pPr>
        <w:spacing w:after="20"/>
      </w:pPr>
      <w:r>
        <w:rPr>
          <w:b/>
        </w:rPr>
        <w:t>0475. professional</w:t>
      </w:r>
      <w:r>
        <w:t xml:space="preserve"> - prʌfˈeʃʌnʌl - kasbiy</w:t>
      </w:r>
    </w:p>
    <w:p>
      <w:pPr>
        <w:spacing w:after="20"/>
      </w:pPr>
      <w:r>
        <w:rPr>
          <w:b/>
        </w:rPr>
        <w:t>0476. reliable</w:t>
      </w:r>
      <w:r>
        <w:t xml:space="preserve"> - rɪlˈaɪʌbʌl - ishonchli</w:t>
      </w:r>
    </w:p>
    <w:p>
      <w:pPr>
        <w:spacing w:after="20"/>
      </w:pPr>
      <w:r>
        <w:rPr>
          <w:b/>
        </w:rPr>
        <w:t>0477. flexible</w:t>
      </w:r>
      <w:r>
        <w:t xml:space="preserve"> - flˈeksʌbʌl - moslashuvchan</w:t>
      </w:r>
    </w:p>
    <w:p>
      <w:pPr>
        <w:spacing w:after="20"/>
      </w:pPr>
      <w:r>
        <w:rPr>
          <w:b/>
        </w:rPr>
        <w:t>0478. creative</w:t>
      </w:r>
      <w:r>
        <w:t xml:space="preserve"> - kriːˈeɪtɪv - ijodkor</w:t>
      </w:r>
    </w:p>
    <w:p>
      <w:pPr>
        <w:spacing w:after="20"/>
      </w:pPr>
      <w:r>
        <w:rPr>
          <w:b/>
        </w:rPr>
        <w:t>0479. productive</w:t>
      </w:r>
      <w:r>
        <w:t xml:space="preserve"> - prʌdˈʌktɪv - unumdor</w:t>
      </w:r>
    </w:p>
    <w:p>
      <w:pPr>
        <w:spacing w:after="20"/>
      </w:pPr>
      <w:r>
        <w:rPr>
          <w:b/>
        </w:rPr>
        <w:t>0480. efficient</w:t>
      </w:r>
      <w:r>
        <w:t xml:space="preserve"> - ɪfˈɪʃʌnt - samarali</w:t>
      </w:r>
    </w:p>
    <w:p>
      <w:pPr>
        <w:spacing w:after="20"/>
      </w:pPr>
      <w:r>
        <w:rPr>
          <w:b/>
        </w:rPr>
        <w:t>0481. competitive</w:t>
      </w:r>
      <w:r>
        <w:t xml:space="preserve"> - kʌmpˈetʌtɪv - raqobatbardosh</w:t>
      </w:r>
    </w:p>
    <w:p>
      <w:pPr>
        <w:spacing w:after="20"/>
      </w:pPr>
      <w:r>
        <w:rPr>
          <w:b/>
        </w:rPr>
        <w:t>0482. retire</w:t>
      </w:r>
      <w:r>
        <w:t xml:space="preserve"> - rɪtˈaɪr - nafaqaga chiqmoq</w:t>
      </w:r>
    </w:p>
    <w:p>
      <w:pPr>
        <w:spacing w:after="20"/>
      </w:pPr>
      <w:r>
        <w:rPr>
          <w:b/>
        </w:rPr>
        <w:t>0483. resign</w:t>
      </w:r>
      <w:r>
        <w:t xml:space="preserve"> - rɪzˈaɪn - iste’fo bermoq</w:t>
      </w:r>
    </w:p>
    <w:p>
      <w:pPr>
        <w:spacing w:after="20"/>
      </w:pPr>
      <w:r>
        <w:rPr>
          <w:b/>
        </w:rPr>
        <w:t>0484. occupation</w:t>
      </w:r>
      <w:r>
        <w:t xml:space="preserve"> - ˌɑːkjʌpˈeɪʃʌn - kasb</w:t>
      </w:r>
    </w:p>
    <w:p>
      <w:pPr>
        <w:spacing w:after="20"/>
      </w:pPr>
      <w:r>
        <w:rPr>
          <w:b/>
        </w:rPr>
        <w:t>0485. managerial</w:t>
      </w:r>
      <w:r>
        <w:t xml:space="preserve"> - mˌænɪdʒˈɪriːʌl - boshqaruvga oid</w:t>
      </w:r>
    </w:p>
    <w:p>
      <w:pPr>
        <w:spacing w:after="20"/>
      </w:pPr>
      <w:r>
        <w:rPr>
          <w:b/>
        </w:rPr>
        <w:t>0486. workmate</w:t>
      </w:r>
      <w:r>
        <w:t xml:space="preserve"> - — - ishdagi hamkasb</w:t>
      </w:r>
    </w:p>
    <w:p>
      <w:pPr>
        <w:spacing w:after="20"/>
      </w:pPr>
      <w:r>
        <w:rPr>
          <w:b/>
        </w:rPr>
        <w:t>0487. overtime</w:t>
      </w:r>
      <w:r>
        <w:t xml:space="preserve"> - ˈoʊvərtˌaɪm - qo‘shimcha ish vaqti</w:t>
      </w:r>
    </w:p>
    <w:p>
      <w:pPr>
        <w:spacing w:after="20"/>
      </w:pPr>
      <w:r>
        <w:rPr>
          <w:b/>
        </w:rPr>
        <w:t>0488. part-time</w:t>
      </w:r>
      <w:r>
        <w:t xml:space="preserve"> - pˈɑːrt tˈaɪm - yarim stavkali</w:t>
      </w:r>
    </w:p>
    <w:p>
      <w:pPr>
        <w:spacing w:after="20"/>
      </w:pPr>
      <w:r>
        <w:rPr>
          <w:b/>
        </w:rPr>
        <w:t>0489. full-time</w:t>
      </w:r>
      <w:r>
        <w:t xml:space="preserve"> - fˈʊl tˈaɪm - to‘liq stavkali</w:t>
      </w:r>
    </w:p>
    <w:p>
      <w:pPr>
        <w:pStyle w:val="Heading1"/>
      </w:pPr>
      <w:r>
        <w:t>Communication &amp; relationships</w:t>
      </w:r>
    </w:p>
    <w:p>
      <w:pPr>
        <w:spacing w:after="20"/>
      </w:pPr>
      <w:r>
        <w:rPr>
          <w:b/>
        </w:rPr>
        <w:t>0490. conversation</w:t>
      </w:r>
      <w:r>
        <w:t xml:space="preserve"> - kˌɑːnvərsˈeɪʃʌn - suhbat</w:t>
      </w:r>
    </w:p>
    <w:p>
      <w:pPr>
        <w:spacing w:after="20"/>
      </w:pPr>
      <w:r>
        <w:rPr>
          <w:b/>
        </w:rPr>
        <w:t>0491. discussion</w:t>
      </w:r>
      <w:r>
        <w:t xml:space="preserve"> - dɪskˈʌʃʌn - muhokama</w:t>
      </w:r>
    </w:p>
    <w:p>
      <w:pPr>
        <w:spacing w:after="20"/>
      </w:pPr>
      <w:r>
        <w:rPr>
          <w:b/>
        </w:rPr>
        <w:t>0492. communication</w:t>
      </w:r>
      <w:r>
        <w:t xml:space="preserve"> - kʌmjˌuːnʌkˈeɪʃʌn - muloqot</w:t>
      </w:r>
    </w:p>
    <w:p>
      <w:pPr>
        <w:spacing w:after="20"/>
      </w:pPr>
      <w:r>
        <w:rPr>
          <w:b/>
        </w:rPr>
        <w:t>0493. message</w:t>
      </w:r>
      <w:r>
        <w:t xml:space="preserve"> - mˈesʌdʒ - xabar</w:t>
      </w:r>
    </w:p>
    <w:p>
      <w:pPr>
        <w:spacing w:after="20"/>
      </w:pPr>
      <w:r>
        <w:rPr>
          <w:b/>
        </w:rPr>
        <w:t>0494. email</w:t>
      </w:r>
      <w:r>
        <w:t xml:space="preserve"> - iːmˈeɪl - elektron xat</w:t>
      </w:r>
    </w:p>
    <w:p>
      <w:pPr>
        <w:spacing w:after="20"/>
      </w:pPr>
      <w:r>
        <w:rPr>
          <w:b/>
        </w:rPr>
        <w:t>0495. phone call</w:t>
      </w:r>
      <w:r>
        <w:t xml:space="preserve"> - fˈoʊn kˈɔːl - telefon qo‘ng‘irog‘i</w:t>
      </w:r>
    </w:p>
    <w:p>
      <w:pPr>
        <w:spacing w:after="20"/>
      </w:pPr>
      <w:r>
        <w:rPr>
          <w:b/>
        </w:rPr>
        <w:t>0496. contact</w:t>
      </w:r>
      <w:r>
        <w:t xml:space="preserve"> - kˈɑːntˌækt - aloqa</w:t>
      </w:r>
    </w:p>
    <w:p>
      <w:pPr>
        <w:spacing w:after="20"/>
      </w:pPr>
      <w:r>
        <w:rPr>
          <w:b/>
        </w:rPr>
        <w:t>0497. friendship</w:t>
      </w:r>
      <w:r>
        <w:t xml:space="preserve"> - frˈendʃɪp - do‘stlik</w:t>
      </w:r>
    </w:p>
    <w:p>
      <w:pPr>
        <w:spacing w:after="20"/>
      </w:pPr>
      <w:r>
        <w:rPr>
          <w:b/>
        </w:rPr>
        <w:t>0498. relationship</w:t>
      </w:r>
      <w:r>
        <w:t xml:space="preserve"> - riːlˈeɪʃʌnʃˌɪp - munosabat</w:t>
      </w:r>
    </w:p>
    <w:p>
      <w:pPr>
        <w:spacing w:after="20"/>
      </w:pPr>
      <w:r>
        <w:rPr>
          <w:b/>
        </w:rPr>
        <w:t>0499. family</w:t>
      </w:r>
      <w:r>
        <w:t xml:space="preserve"> - fˈæmʌliː - oila</w:t>
      </w:r>
    </w:p>
    <w:p>
      <w:pPr>
        <w:spacing w:after="20"/>
      </w:pPr>
      <w:r>
        <w:rPr>
          <w:b/>
        </w:rPr>
        <w:t>0500. relative</w:t>
      </w:r>
      <w:r>
        <w:t xml:space="preserve"> - rˈelʌtɪv - qarindosh</w:t>
      </w:r>
    </w:p>
    <w:p>
      <w:pPr>
        <w:spacing w:after="20"/>
      </w:pPr>
      <w:r>
        <w:rPr>
          <w:b/>
        </w:rPr>
        <w:t>0501. partner</w:t>
      </w:r>
      <w:r>
        <w:t xml:space="preserve"> - pˈɑːrtnər - sherik</w:t>
      </w:r>
    </w:p>
    <w:p>
      <w:pPr>
        <w:spacing w:after="20"/>
      </w:pPr>
      <w:r>
        <w:rPr>
          <w:b/>
        </w:rPr>
        <w:t>0502. host</w:t>
      </w:r>
      <w:r>
        <w:t xml:space="preserve"> - hˈoʊst - mezbon</w:t>
      </w:r>
    </w:p>
    <w:p>
      <w:pPr>
        <w:spacing w:after="20"/>
      </w:pPr>
      <w:r>
        <w:rPr>
          <w:b/>
        </w:rPr>
        <w:t>0503. stranger</w:t>
      </w:r>
      <w:r>
        <w:t xml:space="preserve"> - strˈeɪndʒər - begona</w:t>
      </w:r>
    </w:p>
    <w:p>
      <w:pPr>
        <w:spacing w:after="20"/>
      </w:pPr>
      <w:r>
        <w:rPr>
          <w:b/>
        </w:rPr>
        <w:t>0504. support</w:t>
      </w:r>
      <w:r>
        <w:t xml:space="preserve"> - sʌpˈɔːrt - qo‘llab-quvvatlash</w:t>
      </w:r>
    </w:p>
    <w:p>
      <w:pPr>
        <w:spacing w:after="20"/>
      </w:pPr>
      <w:r>
        <w:rPr>
          <w:b/>
        </w:rPr>
        <w:t>0505. advice</w:t>
      </w:r>
      <w:r>
        <w:t xml:space="preserve"> - ædvˈaɪs - maslahat</w:t>
      </w:r>
    </w:p>
    <w:p>
      <w:pPr>
        <w:spacing w:after="20"/>
      </w:pPr>
      <w:r>
        <w:rPr>
          <w:b/>
        </w:rPr>
        <w:t>0506. opinion</w:t>
      </w:r>
      <w:r>
        <w:t xml:space="preserve"> - ʌpˈɪnjʌn - fikr</w:t>
      </w:r>
    </w:p>
    <w:p>
      <w:pPr>
        <w:spacing w:after="20"/>
      </w:pPr>
      <w:r>
        <w:rPr>
          <w:b/>
        </w:rPr>
        <w:t>0507. idea</w:t>
      </w:r>
      <w:r>
        <w:t xml:space="preserve"> - aɪdˈiːʌ - g‘oya</w:t>
      </w:r>
    </w:p>
    <w:p>
      <w:pPr>
        <w:spacing w:after="20"/>
      </w:pPr>
      <w:r>
        <w:rPr>
          <w:b/>
        </w:rPr>
        <w:t>0508. reason</w:t>
      </w:r>
      <w:r>
        <w:t xml:space="preserve"> - rˈiːzʌn - sabab</w:t>
      </w:r>
    </w:p>
    <w:p>
      <w:pPr>
        <w:spacing w:after="20"/>
      </w:pPr>
      <w:r>
        <w:rPr>
          <w:b/>
        </w:rPr>
        <w:t>0509. example</w:t>
      </w:r>
      <w:r>
        <w:t xml:space="preserve"> - ɪɡzˈæmpʌl - misol</w:t>
      </w:r>
    </w:p>
    <w:p>
      <w:pPr>
        <w:spacing w:after="20"/>
      </w:pPr>
      <w:r>
        <w:rPr>
          <w:b/>
        </w:rPr>
        <w:t>0510. question</w:t>
      </w:r>
      <w:r>
        <w:t xml:space="preserve"> - kwˈestʃʌn - savol</w:t>
      </w:r>
    </w:p>
    <w:p>
      <w:pPr>
        <w:spacing w:after="20"/>
      </w:pPr>
      <w:r>
        <w:rPr>
          <w:b/>
        </w:rPr>
        <w:t>0511. answer</w:t>
      </w:r>
      <w:r>
        <w:t xml:space="preserve"> - ˈænsər - javob</w:t>
      </w:r>
    </w:p>
    <w:p>
      <w:pPr>
        <w:spacing w:after="20"/>
      </w:pPr>
      <w:r>
        <w:rPr>
          <w:b/>
        </w:rPr>
        <w:t>0512. request</w:t>
      </w:r>
      <w:r>
        <w:t xml:space="preserve"> - rɪkwˈest - iltimos</w:t>
      </w:r>
    </w:p>
    <w:p>
      <w:pPr>
        <w:spacing w:after="20"/>
      </w:pPr>
      <w:r>
        <w:rPr>
          <w:b/>
        </w:rPr>
        <w:t>0513. suggestion</w:t>
      </w:r>
      <w:r>
        <w:t xml:space="preserve"> - sʌdʒˈestʃʌn - taklif</w:t>
      </w:r>
    </w:p>
    <w:p>
      <w:pPr>
        <w:spacing w:after="20"/>
      </w:pPr>
      <w:r>
        <w:rPr>
          <w:b/>
        </w:rPr>
        <w:t>0514. invitation</w:t>
      </w:r>
      <w:r>
        <w:t xml:space="preserve"> - ˌɪnvɪtˈeɪʃʌn - taklifnoma</w:t>
      </w:r>
    </w:p>
    <w:p>
      <w:pPr>
        <w:spacing w:after="20"/>
      </w:pPr>
      <w:r>
        <w:rPr>
          <w:b/>
        </w:rPr>
        <w:t>0515. promise</w:t>
      </w:r>
      <w:r>
        <w:t xml:space="preserve"> - prˈɑːmʌs - va’da</w:t>
      </w:r>
    </w:p>
    <w:p>
      <w:pPr>
        <w:spacing w:after="20"/>
      </w:pPr>
      <w:r>
        <w:rPr>
          <w:b/>
        </w:rPr>
        <w:t>0516. agreement</w:t>
      </w:r>
      <w:r>
        <w:t xml:space="preserve"> - ʌɡrˈiːmʌnt - kelishuv</w:t>
      </w:r>
    </w:p>
    <w:p>
      <w:pPr>
        <w:spacing w:after="20"/>
      </w:pPr>
      <w:r>
        <w:rPr>
          <w:b/>
        </w:rPr>
        <w:t>0517. argument</w:t>
      </w:r>
      <w:r>
        <w:t xml:space="preserve"> - ˈɑːrɡjʌmʌnt - bahs</w:t>
      </w:r>
    </w:p>
    <w:p>
      <w:pPr>
        <w:spacing w:after="20"/>
      </w:pPr>
      <w:r>
        <w:rPr>
          <w:b/>
        </w:rPr>
        <w:t>0518. conflict</w:t>
      </w:r>
      <w:r>
        <w:t xml:space="preserve"> - kˈɑːnflɪkt - nizo</w:t>
      </w:r>
    </w:p>
    <w:p>
      <w:pPr>
        <w:spacing w:after="20"/>
      </w:pPr>
      <w:r>
        <w:rPr>
          <w:b/>
        </w:rPr>
        <w:t>0519. trust</w:t>
      </w:r>
      <w:r>
        <w:t xml:space="preserve"> - trˈʌst - ishonch</w:t>
      </w:r>
    </w:p>
    <w:p>
      <w:pPr>
        <w:spacing w:after="20"/>
      </w:pPr>
      <w:r>
        <w:rPr>
          <w:b/>
        </w:rPr>
        <w:t>0520. respect</w:t>
      </w:r>
      <w:r>
        <w:t xml:space="preserve"> - rɪspˈekt - hurmat</w:t>
      </w:r>
    </w:p>
    <w:p>
      <w:pPr>
        <w:spacing w:after="20"/>
      </w:pPr>
      <w:r>
        <w:rPr>
          <w:b/>
        </w:rPr>
        <w:t>0521. polite</w:t>
      </w:r>
      <w:r>
        <w:t xml:space="preserve"> - pʌlˈaɪt - odobli</w:t>
      </w:r>
    </w:p>
    <w:p>
      <w:pPr>
        <w:spacing w:after="20"/>
      </w:pPr>
      <w:r>
        <w:rPr>
          <w:b/>
        </w:rPr>
        <w:t>0522. rude</w:t>
      </w:r>
      <w:r>
        <w:t xml:space="preserve"> - rˈuːd - qo‘pol</w:t>
      </w:r>
    </w:p>
    <w:p>
      <w:pPr>
        <w:spacing w:after="20"/>
      </w:pPr>
      <w:r>
        <w:rPr>
          <w:b/>
        </w:rPr>
        <w:t>0523. friendly</w:t>
      </w:r>
      <w:r>
        <w:t xml:space="preserve"> - frˈendliː - do‘stona</w:t>
      </w:r>
    </w:p>
    <w:p>
      <w:pPr>
        <w:spacing w:after="20"/>
      </w:pPr>
      <w:r>
        <w:rPr>
          <w:b/>
        </w:rPr>
        <w:t>0524. honest</w:t>
      </w:r>
      <w:r>
        <w:t xml:space="preserve"> - ˈɑːnʌst - halol</w:t>
      </w:r>
    </w:p>
    <w:p>
      <w:pPr>
        <w:spacing w:after="20"/>
      </w:pPr>
      <w:r>
        <w:rPr>
          <w:b/>
        </w:rPr>
        <w:t>0525. patient</w:t>
      </w:r>
      <w:r>
        <w:t xml:space="preserve"> - pˈeɪʃʌnt - sabrli</w:t>
      </w:r>
    </w:p>
    <w:p>
      <w:pPr>
        <w:spacing w:after="20"/>
      </w:pPr>
      <w:r>
        <w:rPr>
          <w:b/>
        </w:rPr>
        <w:t>0526. helpful</w:t>
      </w:r>
      <w:r>
        <w:t xml:space="preserve"> - hˈelpfʌl - yordam beradigan</w:t>
      </w:r>
    </w:p>
    <w:p>
      <w:pPr>
        <w:spacing w:after="20"/>
      </w:pPr>
      <w:r>
        <w:rPr>
          <w:b/>
        </w:rPr>
        <w:t>0527. social</w:t>
      </w:r>
      <w:r>
        <w:t xml:space="preserve"> - sˈoʊʃʌl - ijtimoiy</w:t>
      </w:r>
    </w:p>
    <w:p>
      <w:pPr>
        <w:spacing w:after="20"/>
      </w:pPr>
      <w:r>
        <w:rPr>
          <w:b/>
        </w:rPr>
        <w:t>0528. personal</w:t>
      </w:r>
      <w:r>
        <w:t xml:space="preserve"> - pˈərsɪnʌl - shaxsiy</w:t>
      </w:r>
    </w:p>
    <w:p>
      <w:pPr>
        <w:spacing w:after="20"/>
      </w:pPr>
      <w:r>
        <w:rPr>
          <w:b/>
        </w:rPr>
        <w:t>0529. informal</w:t>
      </w:r>
      <w:r>
        <w:t xml:space="preserve"> - ˌɪnfˈɔːrmʌl - norasmiy</w:t>
      </w:r>
    </w:p>
    <w:p>
      <w:pPr>
        <w:spacing w:after="20"/>
      </w:pPr>
      <w:r>
        <w:rPr>
          <w:b/>
        </w:rPr>
        <w:t>0530. mention</w:t>
      </w:r>
      <w:r>
        <w:t xml:space="preserve"> - mˈenʃʌn - tilga olmoq</w:t>
      </w:r>
    </w:p>
    <w:p>
      <w:pPr>
        <w:spacing w:after="20"/>
      </w:pPr>
      <w:r>
        <w:rPr>
          <w:b/>
        </w:rPr>
        <w:t>0531. describe</w:t>
      </w:r>
      <w:r>
        <w:t xml:space="preserve"> - dɪskrˈaɪb - tasvirlamoq</w:t>
      </w:r>
    </w:p>
    <w:p>
      <w:pPr>
        <w:spacing w:after="20"/>
      </w:pPr>
      <w:r>
        <w:rPr>
          <w:b/>
        </w:rPr>
        <w:t>0532. recommend</w:t>
      </w:r>
      <w:r>
        <w:t xml:space="preserve"> - rˌekʌmˈend - tavsiya qilmoq</w:t>
      </w:r>
    </w:p>
    <w:p>
      <w:pPr>
        <w:spacing w:after="20"/>
      </w:pPr>
      <w:r>
        <w:rPr>
          <w:b/>
        </w:rPr>
        <w:t>0533. invite</w:t>
      </w:r>
      <w:r>
        <w:t xml:space="preserve"> - ˌɪnvˈaɪt - taklif qilmoq</w:t>
      </w:r>
    </w:p>
    <w:p>
      <w:pPr>
        <w:spacing w:after="20"/>
      </w:pPr>
      <w:r>
        <w:rPr>
          <w:b/>
        </w:rPr>
        <w:t>0534. accept</w:t>
      </w:r>
      <w:r>
        <w:t xml:space="preserve"> - æksˈept - qabul qilmoq</w:t>
      </w:r>
    </w:p>
    <w:p>
      <w:pPr>
        <w:spacing w:after="20"/>
      </w:pPr>
      <w:r>
        <w:rPr>
          <w:b/>
        </w:rPr>
        <w:t>0535. refuse</w:t>
      </w:r>
      <w:r>
        <w:t xml:space="preserve"> - rʌfjˈuːz - rad etmoq</w:t>
      </w:r>
    </w:p>
    <w:p>
      <w:pPr>
        <w:spacing w:after="20"/>
      </w:pPr>
      <w:r>
        <w:rPr>
          <w:b/>
        </w:rPr>
        <w:t>0536. apologise</w:t>
      </w:r>
      <w:r>
        <w:t xml:space="preserve"> - ʌpˈɑːlʌdʒˌaɪz - uzr so‘ramoq</w:t>
      </w:r>
    </w:p>
    <w:p>
      <w:pPr>
        <w:spacing w:after="20"/>
      </w:pPr>
      <w:r>
        <w:rPr>
          <w:b/>
        </w:rPr>
        <w:t>0537. communicate</w:t>
      </w:r>
      <w:r>
        <w:t xml:space="preserve"> - kʌmjˈuːnʌkˌeɪt - muloqot qilmoq</w:t>
      </w:r>
    </w:p>
    <w:p>
      <w:pPr>
        <w:spacing w:after="20"/>
      </w:pPr>
      <w:r>
        <w:rPr>
          <w:b/>
        </w:rPr>
        <w:t>0538. expression</w:t>
      </w:r>
      <w:r>
        <w:t xml:space="preserve"> - ɪksprˈeʃʌn - ifoda</w:t>
      </w:r>
    </w:p>
    <w:p>
      <w:pPr>
        <w:spacing w:after="20"/>
      </w:pPr>
      <w:r>
        <w:rPr>
          <w:b/>
        </w:rPr>
        <w:t>0539. gesture</w:t>
      </w:r>
      <w:r>
        <w:t xml:space="preserve"> - dʒˈestʃər - imo-ishora</w:t>
      </w:r>
    </w:p>
    <w:p>
      <w:pPr>
        <w:spacing w:after="20"/>
      </w:pPr>
      <w:r>
        <w:rPr>
          <w:b/>
        </w:rPr>
        <w:t>0540. listener</w:t>
      </w:r>
      <w:r>
        <w:t xml:space="preserve"> - lˈɪsʌnər - tinglovchi</w:t>
      </w:r>
    </w:p>
    <w:p>
      <w:pPr>
        <w:spacing w:after="20"/>
      </w:pPr>
      <w:r>
        <w:rPr>
          <w:b/>
        </w:rPr>
        <w:t>0541. speaker</w:t>
      </w:r>
      <w:r>
        <w:t xml:space="preserve"> - spˈiːkər - so‘zlovchi</w:t>
      </w:r>
    </w:p>
    <w:p>
      <w:pPr>
        <w:spacing w:after="20"/>
      </w:pPr>
      <w:r>
        <w:rPr>
          <w:b/>
        </w:rPr>
        <w:t>0542. misunderstanding</w:t>
      </w:r>
      <w:r>
        <w:t xml:space="preserve"> - mˌɪsʌndərstˈændɪŋ - noto‘g‘ri tushunish</w:t>
      </w:r>
    </w:p>
    <w:p>
      <w:pPr>
        <w:spacing w:after="20"/>
      </w:pPr>
      <w:r>
        <w:rPr>
          <w:b/>
        </w:rPr>
        <w:t>0543. cooperate</w:t>
      </w:r>
      <w:r>
        <w:t xml:space="preserve"> - koʊˈɑːpərˌeɪt - hamkorlik qilmoq</w:t>
      </w:r>
    </w:p>
    <w:p>
      <w:pPr>
        <w:pStyle w:val="Heading1"/>
      </w:pPr>
      <w:r>
        <w:t>Health &amp; body</w:t>
      </w:r>
    </w:p>
    <w:p>
      <w:pPr>
        <w:spacing w:after="20"/>
      </w:pPr>
      <w:r>
        <w:rPr>
          <w:b/>
        </w:rPr>
        <w:t>0544. health</w:t>
      </w:r>
      <w:r>
        <w:t xml:space="preserve"> - hˈelθ - sog‘liq</w:t>
      </w:r>
    </w:p>
    <w:p>
      <w:pPr>
        <w:spacing w:after="20"/>
      </w:pPr>
      <w:r>
        <w:rPr>
          <w:b/>
        </w:rPr>
        <w:t>0545. illness</w:t>
      </w:r>
      <w:r>
        <w:t xml:space="preserve"> - ˈɪlnʌs - kasallik</w:t>
      </w:r>
    </w:p>
    <w:p>
      <w:pPr>
        <w:spacing w:after="20"/>
      </w:pPr>
      <w:r>
        <w:rPr>
          <w:b/>
        </w:rPr>
        <w:t>0546. disease</w:t>
      </w:r>
      <w:r>
        <w:t xml:space="preserve"> - dɪzˈiːz - kasallik</w:t>
      </w:r>
    </w:p>
    <w:p>
      <w:pPr>
        <w:spacing w:after="20"/>
      </w:pPr>
      <w:r>
        <w:rPr>
          <w:b/>
        </w:rPr>
        <w:t>0547. symptom</w:t>
      </w:r>
      <w:r>
        <w:t xml:space="preserve"> - sˈɪmptʌm - alomat</w:t>
      </w:r>
    </w:p>
    <w:p>
      <w:pPr>
        <w:spacing w:after="20"/>
      </w:pPr>
      <w:r>
        <w:rPr>
          <w:b/>
        </w:rPr>
        <w:t>0548. pain</w:t>
      </w:r>
      <w:r>
        <w:t xml:space="preserve"> - pˈeɪn - og‘riq</w:t>
      </w:r>
    </w:p>
    <w:p>
      <w:pPr>
        <w:spacing w:after="20"/>
      </w:pPr>
      <w:r>
        <w:rPr>
          <w:b/>
        </w:rPr>
        <w:t>0549. headache</w:t>
      </w:r>
      <w:r>
        <w:t xml:space="preserve"> - hˈedˌeɪk - bosh og‘rig‘i</w:t>
      </w:r>
    </w:p>
    <w:p>
      <w:pPr>
        <w:spacing w:after="20"/>
      </w:pPr>
      <w:r>
        <w:rPr>
          <w:b/>
        </w:rPr>
        <w:t>0550. fever</w:t>
      </w:r>
      <w:r>
        <w:t xml:space="preserve"> - fˈiːvər - isitma</w:t>
      </w:r>
    </w:p>
    <w:p>
      <w:pPr>
        <w:spacing w:after="20"/>
      </w:pPr>
      <w:r>
        <w:rPr>
          <w:b/>
        </w:rPr>
        <w:t>0551. cough</w:t>
      </w:r>
      <w:r>
        <w:t xml:space="preserve"> - kˈɑːf - yo‘tal</w:t>
      </w:r>
    </w:p>
    <w:p>
      <w:pPr>
        <w:spacing w:after="20"/>
      </w:pPr>
      <w:r>
        <w:rPr>
          <w:b/>
        </w:rPr>
        <w:t>0552. cold</w:t>
      </w:r>
      <w:r>
        <w:t xml:space="preserve"> - kˈoʊld - shamollash</w:t>
      </w:r>
    </w:p>
    <w:p>
      <w:pPr>
        <w:spacing w:after="20"/>
      </w:pPr>
      <w:r>
        <w:rPr>
          <w:b/>
        </w:rPr>
        <w:t>0553. flu</w:t>
      </w:r>
      <w:r>
        <w:t xml:space="preserve"> - flˈuː - gripp</w:t>
      </w:r>
    </w:p>
    <w:p>
      <w:pPr>
        <w:spacing w:after="20"/>
      </w:pPr>
      <w:r>
        <w:rPr>
          <w:b/>
        </w:rPr>
        <w:t>0554. medicine</w:t>
      </w:r>
      <w:r>
        <w:t xml:space="preserve"> - mˈedʌsʌn - dori</w:t>
      </w:r>
    </w:p>
    <w:p>
      <w:pPr>
        <w:spacing w:after="20"/>
      </w:pPr>
      <w:r>
        <w:rPr>
          <w:b/>
        </w:rPr>
        <w:t>0555. treatment</w:t>
      </w:r>
      <w:r>
        <w:t xml:space="preserve"> - trˈiːtmʌnt - davolash</w:t>
      </w:r>
    </w:p>
    <w:p>
      <w:pPr>
        <w:spacing w:after="20"/>
      </w:pPr>
      <w:r>
        <w:rPr>
          <w:b/>
        </w:rPr>
        <w:t>0556. doctor</w:t>
      </w:r>
      <w:r>
        <w:t xml:space="preserve"> - dˈɑːktər - shifokor</w:t>
      </w:r>
    </w:p>
    <w:p>
      <w:pPr>
        <w:spacing w:after="20"/>
      </w:pPr>
      <w:r>
        <w:rPr>
          <w:b/>
        </w:rPr>
        <w:t>0557. nurse</w:t>
      </w:r>
      <w:r>
        <w:t xml:space="preserve"> - nˈərs - hamshira</w:t>
      </w:r>
    </w:p>
    <w:p>
      <w:pPr>
        <w:spacing w:after="20"/>
      </w:pPr>
      <w:r>
        <w:rPr>
          <w:b/>
        </w:rPr>
        <w:t>0558. body</w:t>
      </w:r>
      <w:r>
        <w:t xml:space="preserve"> - bˈɑːdiː - tana</w:t>
      </w:r>
    </w:p>
    <w:p>
      <w:pPr>
        <w:spacing w:after="20"/>
      </w:pPr>
      <w:r>
        <w:rPr>
          <w:b/>
        </w:rPr>
        <w:t>0559. head</w:t>
      </w:r>
      <w:r>
        <w:t xml:space="preserve"> - hˈed - bosh</w:t>
      </w:r>
    </w:p>
    <w:p>
      <w:pPr>
        <w:spacing w:after="20"/>
      </w:pPr>
      <w:r>
        <w:rPr>
          <w:b/>
        </w:rPr>
        <w:t>0560. face</w:t>
      </w:r>
      <w:r>
        <w:t xml:space="preserve"> - fˈeɪs - yuz</w:t>
      </w:r>
    </w:p>
    <w:p>
      <w:pPr>
        <w:spacing w:after="20"/>
      </w:pPr>
      <w:r>
        <w:rPr>
          <w:b/>
        </w:rPr>
        <w:t>0561. eye</w:t>
      </w:r>
      <w:r>
        <w:t xml:space="preserve"> - ˈaɪ - ko‘z</w:t>
      </w:r>
    </w:p>
    <w:p>
      <w:pPr>
        <w:spacing w:after="20"/>
      </w:pPr>
      <w:r>
        <w:rPr>
          <w:b/>
        </w:rPr>
        <w:t>0562. ear</w:t>
      </w:r>
      <w:r>
        <w:t xml:space="preserve"> - ˈiːr - quloq</w:t>
      </w:r>
    </w:p>
    <w:p>
      <w:pPr>
        <w:spacing w:after="20"/>
      </w:pPr>
      <w:r>
        <w:rPr>
          <w:b/>
        </w:rPr>
        <w:t>0563. nose</w:t>
      </w:r>
      <w:r>
        <w:t xml:space="preserve"> - nˈoʊz - burun</w:t>
      </w:r>
    </w:p>
    <w:p>
      <w:pPr>
        <w:spacing w:after="20"/>
      </w:pPr>
      <w:r>
        <w:rPr>
          <w:b/>
        </w:rPr>
        <w:t>0564. mouth</w:t>
      </w:r>
      <w:r>
        <w:t xml:space="preserve"> - mˈaʊθ - og‘iz</w:t>
      </w:r>
    </w:p>
    <w:p>
      <w:pPr>
        <w:spacing w:after="20"/>
      </w:pPr>
      <w:r>
        <w:rPr>
          <w:b/>
        </w:rPr>
        <w:t>0565. tooth</w:t>
      </w:r>
      <w:r>
        <w:t xml:space="preserve"> - tˈuːθ - tish</w:t>
      </w:r>
    </w:p>
    <w:p>
      <w:pPr>
        <w:spacing w:after="20"/>
      </w:pPr>
      <w:r>
        <w:rPr>
          <w:b/>
        </w:rPr>
        <w:t>0566. neck</w:t>
      </w:r>
      <w:r>
        <w:t xml:space="preserve"> - nˈek - bo‘yin</w:t>
      </w:r>
    </w:p>
    <w:p>
      <w:pPr>
        <w:spacing w:after="20"/>
      </w:pPr>
      <w:r>
        <w:rPr>
          <w:b/>
        </w:rPr>
        <w:t>0567. shoulder</w:t>
      </w:r>
      <w:r>
        <w:t xml:space="preserve"> - ʃˈoʊldər - yelka</w:t>
      </w:r>
    </w:p>
    <w:p>
      <w:pPr>
        <w:spacing w:after="20"/>
      </w:pPr>
      <w:r>
        <w:rPr>
          <w:b/>
        </w:rPr>
        <w:t>0568. arm</w:t>
      </w:r>
      <w:r>
        <w:t xml:space="preserve"> - ˈɑːrm - qo‘l</w:t>
      </w:r>
    </w:p>
    <w:p>
      <w:pPr>
        <w:spacing w:after="20"/>
      </w:pPr>
      <w:r>
        <w:rPr>
          <w:b/>
        </w:rPr>
        <w:t>0569. hand</w:t>
      </w:r>
      <w:r>
        <w:t xml:space="preserve"> - hˈænd - qo‘l panjasi</w:t>
      </w:r>
    </w:p>
    <w:p>
      <w:pPr>
        <w:spacing w:after="20"/>
      </w:pPr>
      <w:r>
        <w:rPr>
          <w:b/>
        </w:rPr>
        <w:t>0570. finger</w:t>
      </w:r>
      <w:r>
        <w:t xml:space="preserve"> - fˈɪŋɡər - barmoq</w:t>
      </w:r>
    </w:p>
    <w:p>
      <w:pPr>
        <w:spacing w:after="20"/>
      </w:pPr>
      <w:r>
        <w:rPr>
          <w:b/>
        </w:rPr>
        <w:t>0571. chest</w:t>
      </w:r>
      <w:r>
        <w:t xml:space="preserve"> - tʃˈest - ko‘krak</w:t>
      </w:r>
    </w:p>
    <w:p>
      <w:pPr>
        <w:spacing w:after="20"/>
      </w:pPr>
      <w:r>
        <w:rPr>
          <w:b/>
        </w:rPr>
        <w:t>0572. back</w:t>
      </w:r>
      <w:r>
        <w:t xml:space="preserve"> - bˈæk - orqa</w:t>
      </w:r>
    </w:p>
    <w:p>
      <w:pPr>
        <w:spacing w:after="20"/>
      </w:pPr>
      <w:r>
        <w:rPr>
          <w:b/>
        </w:rPr>
        <w:t>0573. leg</w:t>
      </w:r>
      <w:r>
        <w:t xml:space="preserve"> - lˈeɡ - oyoq</w:t>
      </w:r>
    </w:p>
    <w:p>
      <w:pPr>
        <w:spacing w:after="20"/>
      </w:pPr>
      <w:r>
        <w:rPr>
          <w:b/>
        </w:rPr>
        <w:t>0574. knee</w:t>
      </w:r>
      <w:r>
        <w:t xml:space="preserve"> - nˈiː - tizza</w:t>
      </w:r>
    </w:p>
    <w:p>
      <w:pPr>
        <w:spacing w:after="20"/>
      </w:pPr>
      <w:r>
        <w:rPr>
          <w:b/>
        </w:rPr>
        <w:t>0575. foot</w:t>
      </w:r>
      <w:r>
        <w:t xml:space="preserve"> - fˈʊt - oyoq panjasi</w:t>
      </w:r>
    </w:p>
    <w:p>
      <w:pPr>
        <w:spacing w:after="20"/>
      </w:pPr>
      <w:r>
        <w:rPr>
          <w:b/>
        </w:rPr>
        <w:t>0576. heart</w:t>
      </w:r>
      <w:r>
        <w:t xml:space="preserve"> - hˈɑːrt - yurak</w:t>
      </w:r>
    </w:p>
    <w:p>
      <w:pPr>
        <w:spacing w:after="20"/>
      </w:pPr>
      <w:r>
        <w:rPr>
          <w:b/>
        </w:rPr>
        <w:t>0577. blood</w:t>
      </w:r>
      <w:r>
        <w:t xml:space="preserve"> - blˈʌd - qon</w:t>
      </w:r>
    </w:p>
    <w:p>
      <w:pPr>
        <w:spacing w:after="20"/>
      </w:pPr>
      <w:r>
        <w:rPr>
          <w:b/>
        </w:rPr>
        <w:t>0578. diet</w:t>
      </w:r>
      <w:r>
        <w:t xml:space="preserve"> - dˈaɪʌt - ovqatlanish tartibi</w:t>
      </w:r>
    </w:p>
    <w:p>
      <w:pPr>
        <w:spacing w:after="20"/>
      </w:pPr>
      <w:r>
        <w:rPr>
          <w:b/>
        </w:rPr>
        <w:t>0579. sleep</w:t>
      </w:r>
      <w:r>
        <w:t xml:space="preserve"> - slˈiːp - uyqu</w:t>
      </w:r>
    </w:p>
    <w:p>
      <w:pPr>
        <w:spacing w:after="20"/>
      </w:pPr>
      <w:r>
        <w:rPr>
          <w:b/>
        </w:rPr>
        <w:t>0580. stress</w:t>
      </w:r>
      <w:r>
        <w:t xml:space="preserve"> - strˈes - stress</w:t>
      </w:r>
    </w:p>
    <w:p>
      <w:pPr>
        <w:spacing w:after="20"/>
      </w:pPr>
      <w:r>
        <w:rPr>
          <w:b/>
        </w:rPr>
        <w:t>0581. rest</w:t>
      </w:r>
      <w:r>
        <w:t xml:space="preserve"> - rˈest - dam</w:t>
      </w:r>
    </w:p>
    <w:p>
      <w:pPr>
        <w:spacing w:after="20"/>
      </w:pPr>
      <w:r>
        <w:rPr>
          <w:b/>
        </w:rPr>
        <w:t>0582. recover</w:t>
      </w:r>
      <w:r>
        <w:t xml:space="preserve"> - rɪkˈʌvər - sog‘aymoq</w:t>
      </w:r>
    </w:p>
    <w:p>
      <w:pPr>
        <w:spacing w:after="20"/>
      </w:pPr>
      <w:r>
        <w:rPr>
          <w:b/>
        </w:rPr>
        <w:t>0583. prevent</w:t>
      </w:r>
      <w:r>
        <w:t xml:space="preserve"> - prɪvˈent - oldini olmoq</w:t>
      </w:r>
    </w:p>
    <w:p>
      <w:pPr>
        <w:spacing w:after="20"/>
      </w:pPr>
      <w:r>
        <w:rPr>
          <w:b/>
        </w:rPr>
        <w:t>0584. protect</w:t>
      </w:r>
      <w:r>
        <w:t xml:space="preserve"> - prʌtˈekt - himoya qilmoq</w:t>
      </w:r>
    </w:p>
    <w:p>
      <w:pPr>
        <w:spacing w:after="20"/>
      </w:pPr>
      <w:r>
        <w:rPr>
          <w:b/>
        </w:rPr>
        <w:t>0585. risk</w:t>
      </w:r>
      <w:r>
        <w:t xml:space="preserve"> - rˈɪsk - xavf</w:t>
      </w:r>
    </w:p>
    <w:p>
      <w:pPr>
        <w:spacing w:after="20"/>
      </w:pPr>
      <w:r>
        <w:rPr>
          <w:b/>
        </w:rPr>
        <w:t>0586. balanced</w:t>
      </w:r>
      <w:r>
        <w:t xml:space="preserve"> - bˈælʌnst - muvozanatli</w:t>
      </w:r>
    </w:p>
    <w:p>
      <w:pPr>
        <w:spacing w:after="20"/>
      </w:pPr>
      <w:r>
        <w:rPr>
          <w:b/>
        </w:rPr>
        <w:t>0587. fitness</w:t>
      </w:r>
      <w:r>
        <w:t xml:space="preserve"> - fˈɪtnʌs - jismoniy sog‘lomlik</w:t>
      </w:r>
    </w:p>
    <w:p>
      <w:pPr>
        <w:spacing w:after="20"/>
      </w:pPr>
      <w:r>
        <w:rPr>
          <w:b/>
        </w:rPr>
        <w:t>0588. injury</w:t>
      </w:r>
      <w:r>
        <w:t xml:space="preserve"> - ˈɪndʒəriː - jarohat</w:t>
      </w:r>
    </w:p>
    <w:p>
      <w:pPr>
        <w:spacing w:after="20"/>
      </w:pPr>
      <w:r>
        <w:rPr>
          <w:b/>
        </w:rPr>
        <w:t>0589. vitamin</w:t>
      </w:r>
      <w:r>
        <w:t xml:space="preserve"> - vˈaɪtʌmʌn - vitamin</w:t>
      </w:r>
    </w:p>
    <w:p>
      <w:pPr>
        <w:spacing w:after="20"/>
      </w:pPr>
      <w:r>
        <w:rPr>
          <w:b/>
        </w:rPr>
        <w:t>0590. medical</w:t>
      </w:r>
      <w:r>
        <w:t xml:space="preserve"> - mˈedʌkʌl - tibbiy</w:t>
      </w:r>
    </w:p>
    <w:p>
      <w:pPr>
        <w:spacing w:after="20"/>
      </w:pPr>
      <w:r>
        <w:rPr>
          <w:b/>
        </w:rPr>
        <w:t>0591. wellness</w:t>
      </w:r>
      <w:r>
        <w:t xml:space="preserve"> - wˈelnʌs - salomatlik</w:t>
      </w:r>
    </w:p>
    <w:p>
      <w:pPr>
        <w:pStyle w:val="Heading1"/>
      </w:pPr>
      <w:r>
        <w:t>Feelings &amp; personality</w:t>
      </w:r>
    </w:p>
    <w:p>
      <w:pPr>
        <w:spacing w:after="20"/>
      </w:pPr>
      <w:r>
        <w:rPr>
          <w:b/>
        </w:rPr>
        <w:t>0592. feeling</w:t>
      </w:r>
      <w:r>
        <w:t xml:space="preserve"> - fˈiːlɪŋ - his-tuyg‘u</w:t>
      </w:r>
    </w:p>
    <w:p>
      <w:pPr>
        <w:spacing w:after="20"/>
      </w:pPr>
      <w:r>
        <w:rPr>
          <w:b/>
        </w:rPr>
        <w:t>0593. emotion</w:t>
      </w:r>
      <w:r>
        <w:t xml:space="preserve"> - ɪmˈoʊʃʌn - hissiyot</w:t>
      </w:r>
    </w:p>
    <w:p>
      <w:pPr>
        <w:spacing w:after="20"/>
      </w:pPr>
      <w:r>
        <w:rPr>
          <w:b/>
        </w:rPr>
        <w:t>0594. mood</w:t>
      </w:r>
      <w:r>
        <w:t xml:space="preserve"> - mˈuːd - kayfiyat</w:t>
      </w:r>
    </w:p>
    <w:p>
      <w:pPr>
        <w:spacing w:after="20"/>
      </w:pPr>
      <w:r>
        <w:rPr>
          <w:b/>
        </w:rPr>
        <w:t>0595. happy</w:t>
      </w:r>
      <w:r>
        <w:t xml:space="preserve"> - hˈæpiː - xursand</w:t>
      </w:r>
    </w:p>
    <w:p>
      <w:pPr>
        <w:spacing w:after="20"/>
      </w:pPr>
      <w:r>
        <w:rPr>
          <w:b/>
        </w:rPr>
        <w:t>0596. sad</w:t>
      </w:r>
      <w:r>
        <w:t xml:space="preserve"> - sˈæd - xafa</w:t>
      </w:r>
    </w:p>
    <w:p>
      <w:pPr>
        <w:spacing w:after="20"/>
      </w:pPr>
      <w:r>
        <w:rPr>
          <w:b/>
        </w:rPr>
        <w:t>0597. angry</w:t>
      </w:r>
      <w:r>
        <w:t xml:space="preserve"> - ˈæŋɡriː - jahldor</w:t>
      </w:r>
    </w:p>
    <w:p>
      <w:pPr>
        <w:spacing w:after="20"/>
      </w:pPr>
      <w:r>
        <w:rPr>
          <w:b/>
        </w:rPr>
        <w:t>0598. calm</w:t>
      </w:r>
      <w:r>
        <w:t xml:space="preserve"> - kˈɑːm - xotirjam</w:t>
      </w:r>
    </w:p>
    <w:p>
      <w:pPr>
        <w:spacing w:after="20"/>
      </w:pPr>
      <w:r>
        <w:rPr>
          <w:b/>
        </w:rPr>
        <w:t>0599. nervous</w:t>
      </w:r>
      <w:r>
        <w:t xml:space="preserve"> - nˈərvʌs - asabiy</w:t>
      </w:r>
    </w:p>
    <w:p>
      <w:pPr>
        <w:spacing w:after="20"/>
      </w:pPr>
      <w:r>
        <w:rPr>
          <w:b/>
        </w:rPr>
        <w:t>0600. worried</w:t>
      </w:r>
      <w:r>
        <w:t xml:space="preserve"> - wˈəriːd - xavotirlangan</w:t>
      </w:r>
    </w:p>
    <w:p>
      <w:pPr>
        <w:spacing w:after="20"/>
      </w:pPr>
      <w:r>
        <w:rPr>
          <w:b/>
        </w:rPr>
        <w:t>0601. excited</w:t>
      </w:r>
      <w:r>
        <w:t xml:space="preserve"> - ɪksˈaɪtʌd - hayajonlangan</w:t>
      </w:r>
    </w:p>
    <w:p>
      <w:pPr>
        <w:spacing w:after="20"/>
      </w:pPr>
      <w:r>
        <w:rPr>
          <w:b/>
        </w:rPr>
        <w:t>0602. surprised</w:t>
      </w:r>
      <w:r>
        <w:t xml:space="preserve"> - sərprˈaɪzd - hayratlangan</w:t>
      </w:r>
    </w:p>
    <w:p>
      <w:pPr>
        <w:spacing w:after="20"/>
      </w:pPr>
      <w:r>
        <w:rPr>
          <w:b/>
        </w:rPr>
        <w:t>0603. bored</w:t>
      </w:r>
      <w:r>
        <w:t xml:space="preserve"> - bˈɔːrd - zerikkan</w:t>
      </w:r>
    </w:p>
    <w:p>
      <w:pPr>
        <w:spacing w:after="20"/>
      </w:pPr>
      <w:r>
        <w:rPr>
          <w:b/>
        </w:rPr>
        <w:t>0604. tired</w:t>
      </w:r>
      <w:r>
        <w:t xml:space="preserve"> - tˈaɪərd - charchagan</w:t>
      </w:r>
    </w:p>
    <w:p>
      <w:pPr>
        <w:spacing w:after="20"/>
      </w:pPr>
      <w:r>
        <w:rPr>
          <w:b/>
        </w:rPr>
        <w:t>0605. relaxed</w:t>
      </w:r>
      <w:r>
        <w:t xml:space="preserve"> - rɪlˈækst - bo‘shashgan</w:t>
      </w:r>
    </w:p>
    <w:p>
      <w:pPr>
        <w:spacing w:after="20"/>
      </w:pPr>
      <w:r>
        <w:rPr>
          <w:b/>
        </w:rPr>
        <w:t>0606. confident</w:t>
      </w:r>
      <w:r>
        <w:t xml:space="preserve"> - kˈɑːnfʌdʌnt - o‘ziga ishongan</w:t>
      </w:r>
    </w:p>
    <w:p>
      <w:pPr>
        <w:spacing w:after="20"/>
      </w:pPr>
      <w:r>
        <w:rPr>
          <w:b/>
        </w:rPr>
        <w:t>0607. shy</w:t>
      </w:r>
      <w:r>
        <w:t xml:space="preserve"> - ʃˈaɪ - uyatchan</w:t>
      </w:r>
    </w:p>
    <w:p>
      <w:pPr>
        <w:spacing w:after="20"/>
      </w:pPr>
      <w:r>
        <w:rPr>
          <w:b/>
        </w:rPr>
        <w:t>0608. proud</w:t>
      </w:r>
      <w:r>
        <w:t xml:space="preserve"> - prˈaʊd - faxrlangan</w:t>
      </w:r>
    </w:p>
    <w:p>
      <w:pPr>
        <w:spacing w:after="20"/>
      </w:pPr>
      <w:r>
        <w:rPr>
          <w:b/>
        </w:rPr>
        <w:t>0609. embarrassed</w:t>
      </w:r>
      <w:r>
        <w:t xml:space="preserve"> - ɪmbˈerʌst - uyalgan</w:t>
      </w:r>
    </w:p>
    <w:p>
      <w:pPr>
        <w:spacing w:after="20"/>
      </w:pPr>
      <w:r>
        <w:rPr>
          <w:b/>
        </w:rPr>
        <w:t>0610. disappointed</w:t>
      </w:r>
      <w:r>
        <w:t xml:space="preserve"> - dˌɪsʌpˈɔɪntɪd - hafsalasi pir bo‘lgan</w:t>
      </w:r>
    </w:p>
    <w:p>
      <w:pPr>
        <w:spacing w:after="20"/>
      </w:pPr>
      <w:r>
        <w:rPr>
          <w:b/>
        </w:rPr>
        <w:t>0611. satisfied</w:t>
      </w:r>
      <w:r>
        <w:t xml:space="preserve"> - sˈætʌsfˌaɪd - qoniqqan</w:t>
      </w:r>
    </w:p>
    <w:p>
      <w:pPr>
        <w:spacing w:after="20"/>
      </w:pPr>
      <w:r>
        <w:rPr>
          <w:b/>
        </w:rPr>
        <w:t>0612. kind</w:t>
      </w:r>
      <w:r>
        <w:t xml:space="preserve"> - kˈaɪnd - mehribon</w:t>
      </w:r>
    </w:p>
    <w:p>
      <w:pPr>
        <w:spacing w:after="20"/>
      </w:pPr>
      <w:r>
        <w:rPr>
          <w:b/>
        </w:rPr>
        <w:t>0613. generous</w:t>
      </w:r>
      <w:r>
        <w:t xml:space="preserve"> - dʒˈenərʌs - saxiy</w:t>
      </w:r>
    </w:p>
    <w:p>
      <w:pPr>
        <w:spacing w:after="20"/>
      </w:pPr>
      <w:r>
        <w:rPr>
          <w:b/>
        </w:rPr>
        <w:t>0614. selfish</w:t>
      </w:r>
      <w:r>
        <w:t xml:space="preserve"> - sˈelfɪʃ - xudbin</w:t>
      </w:r>
    </w:p>
    <w:p>
      <w:pPr>
        <w:spacing w:after="20"/>
      </w:pPr>
      <w:r>
        <w:rPr>
          <w:b/>
        </w:rPr>
        <w:t>0615. lazy</w:t>
      </w:r>
      <w:r>
        <w:t xml:space="preserve"> - lˈeɪziː - dangasa</w:t>
      </w:r>
    </w:p>
    <w:p>
      <w:pPr>
        <w:spacing w:after="20"/>
      </w:pPr>
      <w:r>
        <w:rPr>
          <w:b/>
        </w:rPr>
        <w:t>0616. active</w:t>
      </w:r>
      <w:r>
        <w:t xml:space="preserve"> - ˈæktɪv - faol</w:t>
      </w:r>
    </w:p>
    <w:p>
      <w:pPr>
        <w:spacing w:after="20"/>
      </w:pPr>
      <w:r>
        <w:rPr>
          <w:b/>
        </w:rPr>
        <w:t>0617. brave</w:t>
      </w:r>
      <w:r>
        <w:t xml:space="preserve"> - brˈeɪv - jasur</w:t>
      </w:r>
    </w:p>
    <w:p>
      <w:pPr>
        <w:spacing w:after="20"/>
      </w:pPr>
      <w:r>
        <w:rPr>
          <w:b/>
        </w:rPr>
        <w:t>0618. careful</w:t>
      </w:r>
      <w:r>
        <w:t xml:space="preserve"> - kˈerfʌl - ehtiyotkor</w:t>
      </w:r>
    </w:p>
    <w:p>
      <w:pPr>
        <w:spacing w:after="20"/>
      </w:pPr>
      <w:r>
        <w:rPr>
          <w:b/>
        </w:rPr>
        <w:t>0619. careless</w:t>
      </w:r>
      <w:r>
        <w:t xml:space="preserve"> - kˈerlʌs - beparvo</w:t>
      </w:r>
    </w:p>
    <w:p>
      <w:pPr>
        <w:spacing w:after="20"/>
      </w:pPr>
      <w:r>
        <w:rPr>
          <w:b/>
        </w:rPr>
        <w:t>0620. clever</w:t>
      </w:r>
      <w:r>
        <w:t xml:space="preserve"> - klˈevər - aqlli</w:t>
      </w:r>
    </w:p>
    <w:p>
      <w:pPr>
        <w:spacing w:after="20"/>
      </w:pPr>
      <w:r>
        <w:rPr>
          <w:b/>
        </w:rPr>
        <w:t>0621. curious</w:t>
      </w:r>
      <w:r>
        <w:t xml:space="preserve"> - kjˈʊriːʌs - qiziquvchan</w:t>
      </w:r>
    </w:p>
    <w:p>
      <w:pPr>
        <w:spacing w:after="20"/>
      </w:pPr>
      <w:r>
        <w:rPr>
          <w:b/>
        </w:rPr>
        <w:t>0622. serious</w:t>
      </w:r>
      <w:r>
        <w:t xml:space="preserve"> - sˈɪriːʌs - jiddiy</w:t>
      </w:r>
    </w:p>
    <w:p>
      <w:pPr>
        <w:spacing w:after="20"/>
      </w:pPr>
      <w:r>
        <w:rPr>
          <w:b/>
        </w:rPr>
        <w:t>0623. funny</w:t>
      </w:r>
      <w:r>
        <w:t xml:space="preserve"> - fˈʌniː - kulgili</w:t>
      </w:r>
    </w:p>
    <w:p>
      <w:pPr>
        <w:spacing w:after="20"/>
      </w:pPr>
      <w:r>
        <w:rPr>
          <w:b/>
        </w:rPr>
        <w:t>0624. outgoing</w:t>
      </w:r>
      <w:r>
        <w:t xml:space="preserve"> - ˈaʊtɡˌoʊɪŋ - kirishimli</w:t>
      </w:r>
    </w:p>
    <w:p>
      <w:pPr>
        <w:spacing w:after="20"/>
      </w:pPr>
      <w:r>
        <w:rPr>
          <w:b/>
        </w:rPr>
        <w:t>0625. responsible</w:t>
      </w:r>
      <w:r>
        <w:t xml:space="preserve"> - riːspˈɑːnsʌbʌl - mas’uliyatli</w:t>
      </w:r>
    </w:p>
    <w:p>
      <w:pPr>
        <w:spacing w:after="20"/>
      </w:pPr>
      <w:r>
        <w:rPr>
          <w:b/>
        </w:rPr>
        <w:t>0626. sensitive</w:t>
      </w:r>
      <w:r>
        <w:t xml:space="preserve"> - sˈensʌtɪv - ta’sirchan</w:t>
      </w:r>
    </w:p>
    <w:p>
      <w:pPr>
        <w:spacing w:after="20"/>
      </w:pPr>
      <w:r>
        <w:rPr>
          <w:b/>
        </w:rPr>
        <w:t>0627. positive</w:t>
      </w:r>
      <w:r>
        <w:t xml:space="preserve"> - pˈɑːzʌtɪv - ijobiy</w:t>
      </w:r>
    </w:p>
    <w:p>
      <w:pPr>
        <w:spacing w:after="20"/>
      </w:pPr>
      <w:r>
        <w:rPr>
          <w:b/>
        </w:rPr>
        <w:t>0628. negative</w:t>
      </w:r>
      <w:r>
        <w:t xml:space="preserve"> - nˈeɡʌtɪv - salbiy</w:t>
      </w:r>
    </w:p>
    <w:p>
      <w:pPr>
        <w:spacing w:after="20"/>
      </w:pPr>
      <w:r>
        <w:rPr>
          <w:b/>
        </w:rPr>
        <w:t>0629. prefer</w:t>
      </w:r>
      <w:r>
        <w:t xml:space="preserve"> - prʌfˈər - afzal ko‘rmoq</w:t>
      </w:r>
    </w:p>
    <w:p>
      <w:pPr>
        <w:spacing w:after="20"/>
      </w:pPr>
      <w:r>
        <w:rPr>
          <w:b/>
        </w:rPr>
        <w:t>0630. enjoy</w:t>
      </w:r>
      <w:r>
        <w:t xml:space="preserve"> - ˌendʒˈɔɪ - zavqlanmoq</w:t>
      </w:r>
    </w:p>
    <w:p>
      <w:pPr>
        <w:spacing w:after="20"/>
      </w:pPr>
      <w:r>
        <w:rPr>
          <w:b/>
        </w:rPr>
        <w:t>0631. hate</w:t>
      </w:r>
      <w:r>
        <w:t xml:space="preserve"> - hˈeɪt - yomon ko‘rmoq</w:t>
      </w:r>
    </w:p>
    <w:p>
      <w:pPr>
        <w:spacing w:after="20"/>
      </w:pPr>
      <w:r>
        <w:rPr>
          <w:b/>
        </w:rPr>
        <w:t>0632. fear</w:t>
      </w:r>
      <w:r>
        <w:t xml:space="preserve"> - fˈɪr - qo‘rqmoq</w:t>
      </w:r>
    </w:p>
    <w:p>
      <w:pPr>
        <w:spacing w:after="20"/>
      </w:pPr>
      <w:r>
        <w:rPr>
          <w:b/>
        </w:rPr>
        <w:t>0633. hope</w:t>
      </w:r>
      <w:r>
        <w:t xml:space="preserve"> - hˈoʊp - umid qilmoq</w:t>
      </w:r>
    </w:p>
    <w:p>
      <w:pPr>
        <w:spacing w:after="20"/>
      </w:pPr>
      <w:r>
        <w:rPr>
          <w:b/>
        </w:rPr>
        <w:t>0634. worry</w:t>
      </w:r>
      <w:r>
        <w:t xml:space="preserve"> - wˈəriː - xavotir olmoq</w:t>
      </w:r>
    </w:p>
    <w:p>
      <w:pPr>
        <w:spacing w:after="20"/>
      </w:pPr>
      <w:r>
        <w:rPr>
          <w:b/>
        </w:rPr>
        <w:t>0635. anxious</w:t>
      </w:r>
      <w:r>
        <w:t xml:space="preserve"> - ˈæŋkʃʌs - xavotirli</w:t>
      </w:r>
    </w:p>
    <w:p>
      <w:pPr>
        <w:spacing w:after="20"/>
      </w:pPr>
      <w:r>
        <w:rPr>
          <w:b/>
        </w:rPr>
        <w:t>0636. cheerful</w:t>
      </w:r>
      <w:r>
        <w:t xml:space="preserve"> - tʃˈɪrfʌl - quvnoq</w:t>
      </w:r>
    </w:p>
    <w:p>
      <w:pPr>
        <w:spacing w:after="20"/>
      </w:pPr>
      <w:r>
        <w:rPr>
          <w:b/>
        </w:rPr>
        <w:t>0637. determined</w:t>
      </w:r>
      <w:r>
        <w:t xml:space="preserve"> - dɪtˈərmʌnd - qat’iyatli</w:t>
      </w:r>
    </w:p>
    <w:p>
      <w:pPr>
        <w:spacing w:after="20"/>
      </w:pPr>
      <w:r>
        <w:rPr>
          <w:b/>
        </w:rPr>
        <w:t>0638. enthusiastic</w:t>
      </w:r>
      <w:r>
        <w:t xml:space="preserve"> - ɪnθˌuːziːˈæstɪk - ishtiyoqmand</w:t>
      </w:r>
    </w:p>
    <w:p>
      <w:pPr>
        <w:spacing w:after="20"/>
      </w:pPr>
      <w:r>
        <w:rPr>
          <w:b/>
        </w:rPr>
        <w:t>0639. thoughtful</w:t>
      </w:r>
      <w:r>
        <w:t xml:space="preserve"> - θˈɔːtfʌl - e’tiborli</w:t>
      </w:r>
    </w:p>
    <w:p>
      <w:pPr>
        <w:spacing w:after="20"/>
      </w:pPr>
      <w:r>
        <w:rPr>
          <w:b/>
        </w:rPr>
        <w:t>0640. optimistic</w:t>
      </w:r>
      <w:r>
        <w:t xml:space="preserve"> - ˌɑːptʌmˈɪstɪk - optimistik</w:t>
      </w:r>
    </w:p>
    <w:p>
      <w:pPr>
        <w:spacing w:after="20"/>
      </w:pPr>
      <w:r>
        <w:rPr>
          <w:b/>
        </w:rPr>
        <w:t>0641. pessimistic</w:t>
      </w:r>
      <w:r>
        <w:t xml:space="preserve"> - pˌesʌmˈɪstɪk - pessimistik</w:t>
      </w:r>
    </w:p>
    <w:p>
      <w:pPr>
        <w:pStyle w:val="Heading1"/>
      </w:pPr>
      <w:r>
        <w:t>Hobbies, sport &amp; entertainment</w:t>
      </w:r>
    </w:p>
    <w:p>
      <w:pPr>
        <w:spacing w:after="20"/>
      </w:pPr>
      <w:r>
        <w:rPr>
          <w:b/>
        </w:rPr>
        <w:t>0642. hobby</w:t>
      </w:r>
      <w:r>
        <w:t xml:space="preserve"> - hˈɑːbiː - sevimli mashg‘ulot</w:t>
      </w:r>
    </w:p>
    <w:p>
      <w:pPr>
        <w:spacing w:after="20"/>
      </w:pPr>
      <w:r>
        <w:rPr>
          <w:b/>
        </w:rPr>
        <w:t>0643. activity</w:t>
      </w:r>
      <w:r>
        <w:t xml:space="preserve"> - æktˈɪvʌtiː - faoliyat</w:t>
      </w:r>
    </w:p>
    <w:p>
      <w:pPr>
        <w:spacing w:after="20"/>
      </w:pPr>
      <w:r>
        <w:rPr>
          <w:b/>
        </w:rPr>
        <w:t>0644. sport</w:t>
      </w:r>
      <w:r>
        <w:t xml:space="preserve"> - spˈɔːrt - sport</w:t>
      </w:r>
    </w:p>
    <w:p>
      <w:pPr>
        <w:spacing w:after="20"/>
      </w:pPr>
      <w:r>
        <w:rPr>
          <w:b/>
        </w:rPr>
        <w:t>0645. football</w:t>
      </w:r>
      <w:r>
        <w:t xml:space="preserve"> - fˈʊtbˌɔːl - futbol</w:t>
      </w:r>
    </w:p>
    <w:p>
      <w:pPr>
        <w:spacing w:after="20"/>
      </w:pPr>
      <w:r>
        <w:rPr>
          <w:b/>
        </w:rPr>
        <w:t>0646. basketball</w:t>
      </w:r>
      <w:r>
        <w:t xml:space="preserve"> - bˈæskʌtbˌɔːl - basketbol</w:t>
      </w:r>
    </w:p>
    <w:p>
      <w:pPr>
        <w:spacing w:after="20"/>
      </w:pPr>
      <w:r>
        <w:rPr>
          <w:b/>
        </w:rPr>
        <w:t>0647. tennis</w:t>
      </w:r>
      <w:r>
        <w:t xml:space="preserve"> - tˈenʌs - tennis</w:t>
      </w:r>
    </w:p>
    <w:p>
      <w:pPr>
        <w:spacing w:after="20"/>
      </w:pPr>
      <w:r>
        <w:rPr>
          <w:b/>
        </w:rPr>
        <w:t>0648. swimming</w:t>
      </w:r>
      <w:r>
        <w:t xml:space="preserve"> - swˈɪmɪŋ - suzish</w:t>
      </w:r>
    </w:p>
    <w:p>
      <w:pPr>
        <w:spacing w:after="20"/>
      </w:pPr>
      <w:r>
        <w:rPr>
          <w:b/>
        </w:rPr>
        <w:t>0649. running</w:t>
      </w:r>
      <w:r>
        <w:t xml:space="preserve"> - rˈʌnɪŋ - yugurish</w:t>
      </w:r>
    </w:p>
    <w:p>
      <w:pPr>
        <w:spacing w:after="20"/>
      </w:pPr>
      <w:r>
        <w:rPr>
          <w:b/>
        </w:rPr>
        <w:t>0650. cycling</w:t>
      </w:r>
      <w:r>
        <w:t xml:space="preserve"> - sˈaɪkʌlɪŋ - velosiped haydash</w:t>
      </w:r>
    </w:p>
    <w:p>
      <w:pPr>
        <w:spacing w:after="20"/>
      </w:pPr>
      <w:r>
        <w:rPr>
          <w:b/>
        </w:rPr>
        <w:t>0651. gym</w:t>
      </w:r>
      <w:r>
        <w:t xml:space="preserve"> - dʒˈɪm - sport zali</w:t>
      </w:r>
    </w:p>
    <w:p>
      <w:pPr>
        <w:spacing w:after="20"/>
      </w:pPr>
      <w:r>
        <w:rPr>
          <w:b/>
        </w:rPr>
        <w:t>0652. match</w:t>
      </w:r>
      <w:r>
        <w:t xml:space="preserve"> - mˈætʃ - o‘yin</w:t>
      </w:r>
    </w:p>
    <w:p>
      <w:pPr>
        <w:spacing w:after="20"/>
      </w:pPr>
      <w:r>
        <w:rPr>
          <w:b/>
        </w:rPr>
        <w:t>0653. player</w:t>
      </w:r>
      <w:r>
        <w:t xml:space="preserve"> - plˈeɪər - o‘yinchi</w:t>
      </w:r>
    </w:p>
    <w:p>
      <w:pPr>
        <w:spacing w:after="20"/>
      </w:pPr>
      <w:r>
        <w:rPr>
          <w:b/>
        </w:rPr>
        <w:t>0654. competition</w:t>
      </w:r>
      <w:r>
        <w:t xml:space="preserve"> - kˌɑːmpʌtˈɪʃʌn - musobaqa</w:t>
      </w:r>
    </w:p>
    <w:p>
      <w:pPr>
        <w:spacing w:after="20"/>
      </w:pPr>
      <w:r>
        <w:rPr>
          <w:b/>
        </w:rPr>
        <w:t>0655. winner</w:t>
      </w:r>
      <w:r>
        <w:t xml:space="preserve"> - wˈɪnər - g‘olib</w:t>
      </w:r>
    </w:p>
    <w:p>
      <w:pPr>
        <w:spacing w:after="20"/>
      </w:pPr>
      <w:r>
        <w:rPr>
          <w:b/>
        </w:rPr>
        <w:t>0656. loser</w:t>
      </w:r>
      <w:r>
        <w:t xml:space="preserve"> - lˈuːzər - mag‘lub</w:t>
      </w:r>
    </w:p>
    <w:p>
      <w:pPr>
        <w:spacing w:after="20"/>
      </w:pPr>
      <w:r>
        <w:rPr>
          <w:b/>
        </w:rPr>
        <w:t>0657. score</w:t>
      </w:r>
      <w:r>
        <w:t xml:space="preserve"> - skˈɔːr - hisob</w:t>
      </w:r>
    </w:p>
    <w:p>
      <w:pPr>
        <w:spacing w:after="20"/>
      </w:pPr>
      <w:r>
        <w:rPr>
          <w:b/>
        </w:rPr>
        <w:t>0658. game</w:t>
      </w:r>
      <w:r>
        <w:t xml:space="preserve"> - ɡˈeɪm - o‘yin</w:t>
      </w:r>
    </w:p>
    <w:p>
      <w:pPr>
        <w:spacing w:after="20"/>
      </w:pPr>
      <w:r>
        <w:rPr>
          <w:b/>
        </w:rPr>
        <w:t>0659. music</w:t>
      </w:r>
      <w:r>
        <w:t xml:space="preserve"> - mjˈuːzɪk - musiqa</w:t>
      </w:r>
    </w:p>
    <w:p>
      <w:pPr>
        <w:spacing w:after="20"/>
      </w:pPr>
      <w:r>
        <w:rPr>
          <w:b/>
        </w:rPr>
        <w:t>0660. song</w:t>
      </w:r>
      <w:r>
        <w:t xml:space="preserve"> - sˈɔːŋ - qo‘shiq</w:t>
      </w:r>
    </w:p>
    <w:p>
      <w:pPr>
        <w:spacing w:after="20"/>
      </w:pPr>
      <w:r>
        <w:rPr>
          <w:b/>
        </w:rPr>
        <w:t>0661. singer</w:t>
      </w:r>
      <w:r>
        <w:t xml:space="preserve"> - sˈɪŋər - xonanda</w:t>
      </w:r>
    </w:p>
    <w:p>
      <w:pPr>
        <w:spacing w:after="20"/>
      </w:pPr>
      <w:r>
        <w:rPr>
          <w:b/>
        </w:rPr>
        <w:t>0662. concert</w:t>
      </w:r>
      <w:r>
        <w:t xml:space="preserve"> - kˈɑːnsərt - konsert</w:t>
      </w:r>
    </w:p>
    <w:p>
      <w:pPr>
        <w:spacing w:after="20"/>
      </w:pPr>
      <w:r>
        <w:rPr>
          <w:b/>
        </w:rPr>
        <w:t>0663. film</w:t>
      </w:r>
      <w:r>
        <w:t xml:space="preserve"> - fˈɪlm - film</w:t>
      </w:r>
    </w:p>
    <w:p>
      <w:pPr>
        <w:spacing w:after="20"/>
      </w:pPr>
      <w:r>
        <w:rPr>
          <w:b/>
        </w:rPr>
        <w:t>0664. movie</w:t>
      </w:r>
      <w:r>
        <w:t xml:space="preserve"> - mˈuːviː - kino</w:t>
      </w:r>
    </w:p>
    <w:p>
      <w:pPr>
        <w:spacing w:after="20"/>
      </w:pPr>
      <w:r>
        <w:rPr>
          <w:b/>
        </w:rPr>
        <w:t>0665. actor</w:t>
      </w:r>
      <w:r>
        <w:t xml:space="preserve"> - ˈæktər - aktyor</w:t>
      </w:r>
    </w:p>
    <w:p>
      <w:pPr>
        <w:spacing w:after="20"/>
      </w:pPr>
      <w:r>
        <w:rPr>
          <w:b/>
        </w:rPr>
        <w:t>0666. actress</w:t>
      </w:r>
      <w:r>
        <w:t xml:space="preserve"> - ˈæktrʌs - aktrisa</w:t>
      </w:r>
    </w:p>
    <w:p>
      <w:pPr>
        <w:spacing w:after="20"/>
      </w:pPr>
      <w:r>
        <w:rPr>
          <w:b/>
        </w:rPr>
        <w:t>0667. director</w:t>
      </w:r>
      <w:r>
        <w:t xml:space="preserve"> - dərˈektər - rejissyor</w:t>
      </w:r>
    </w:p>
    <w:p>
      <w:pPr>
        <w:spacing w:after="20"/>
      </w:pPr>
      <w:r>
        <w:rPr>
          <w:b/>
        </w:rPr>
        <w:t>0668. series</w:t>
      </w:r>
      <w:r>
        <w:t xml:space="preserve"> - sˈɪriːz - serial</w:t>
      </w:r>
    </w:p>
    <w:p>
      <w:pPr>
        <w:spacing w:after="20"/>
      </w:pPr>
      <w:r>
        <w:rPr>
          <w:b/>
        </w:rPr>
        <w:t>0669. episode</w:t>
      </w:r>
      <w:r>
        <w:t xml:space="preserve"> - ˈepʌsˌoʊd - qism</w:t>
      </w:r>
    </w:p>
    <w:p>
      <w:pPr>
        <w:spacing w:after="20"/>
      </w:pPr>
      <w:r>
        <w:rPr>
          <w:b/>
        </w:rPr>
        <w:t>0670. book</w:t>
      </w:r>
      <w:r>
        <w:t xml:space="preserve"> - bˈʊk - kitob</w:t>
      </w:r>
    </w:p>
    <w:p>
      <w:pPr>
        <w:spacing w:after="20"/>
      </w:pPr>
      <w:r>
        <w:rPr>
          <w:b/>
        </w:rPr>
        <w:t>0671. novel</w:t>
      </w:r>
      <w:r>
        <w:t xml:space="preserve"> - nˈɑːvʌl - roman</w:t>
      </w:r>
    </w:p>
    <w:p>
      <w:pPr>
        <w:spacing w:after="20"/>
      </w:pPr>
      <w:r>
        <w:rPr>
          <w:b/>
        </w:rPr>
        <w:t>0672. story</w:t>
      </w:r>
      <w:r>
        <w:t xml:space="preserve"> - stˈɔːriː - hikoya</w:t>
      </w:r>
    </w:p>
    <w:p>
      <w:pPr>
        <w:spacing w:after="20"/>
      </w:pPr>
      <w:r>
        <w:rPr>
          <w:b/>
        </w:rPr>
        <w:t>0673. author</w:t>
      </w:r>
      <w:r>
        <w:t xml:space="preserve"> - ˈɔːθər - muallif</w:t>
      </w:r>
    </w:p>
    <w:p>
      <w:pPr>
        <w:spacing w:after="20"/>
      </w:pPr>
      <w:r>
        <w:rPr>
          <w:b/>
        </w:rPr>
        <w:t>0674. magazine</w:t>
      </w:r>
      <w:r>
        <w:t xml:space="preserve"> - mˈæɡʌzˌiːn - jurnal</w:t>
      </w:r>
    </w:p>
    <w:p>
      <w:pPr>
        <w:spacing w:after="20"/>
      </w:pPr>
      <w:r>
        <w:rPr>
          <w:b/>
        </w:rPr>
        <w:t>0675. painting</w:t>
      </w:r>
      <w:r>
        <w:t xml:space="preserve"> - pˈeɪntɪŋ - rasm</w:t>
      </w:r>
    </w:p>
    <w:p>
      <w:pPr>
        <w:spacing w:after="20"/>
      </w:pPr>
      <w:r>
        <w:rPr>
          <w:b/>
        </w:rPr>
        <w:t>0676. art</w:t>
      </w:r>
      <w:r>
        <w:t xml:space="preserve"> - ˈɑːrt - san’at</w:t>
      </w:r>
    </w:p>
    <w:p>
      <w:pPr>
        <w:spacing w:after="20"/>
      </w:pPr>
      <w:r>
        <w:rPr>
          <w:b/>
        </w:rPr>
        <w:t>0677. photography</w:t>
      </w:r>
      <w:r>
        <w:t xml:space="preserve"> - fʌtˈɑːɡrʌfiː - fotografiya</w:t>
      </w:r>
    </w:p>
    <w:p>
      <w:pPr>
        <w:spacing w:after="20"/>
      </w:pPr>
      <w:r>
        <w:rPr>
          <w:b/>
        </w:rPr>
        <w:t>0678. dance</w:t>
      </w:r>
      <w:r>
        <w:t xml:space="preserve"> - dˈæns - raqs</w:t>
      </w:r>
    </w:p>
    <w:p>
      <w:pPr>
        <w:spacing w:after="20"/>
      </w:pPr>
      <w:r>
        <w:rPr>
          <w:b/>
        </w:rPr>
        <w:t>0679. festival</w:t>
      </w:r>
      <w:r>
        <w:t xml:space="preserve"> - fˈestʌvʌl - festival</w:t>
      </w:r>
    </w:p>
    <w:p>
      <w:pPr>
        <w:spacing w:after="20"/>
      </w:pPr>
      <w:r>
        <w:rPr>
          <w:b/>
        </w:rPr>
        <w:t>0680. party</w:t>
      </w:r>
      <w:r>
        <w:t xml:space="preserve"> - pˈɑːrtiː - bazm</w:t>
      </w:r>
    </w:p>
    <w:p>
      <w:pPr>
        <w:spacing w:after="20"/>
      </w:pPr>
      <w:r>
        <w:rPr>
          <w:b/>
        </w:rPr>
        <w:t>0681. celebrate</w:t>
      </w:r>
      <w:r>
        <w:t xml:space="preserve"> - sˈelʌbrˌeɪt - nishonlamoq</w:t>
      </w:r>
    </w:p>
    <w:p>
      <w:pPr>
        <w:spacing w:after="20"/>
      </w:pPr>
      <w:r>
        <w:rPr>
          <w:b/>
        </w:rPr>
        <w:t>0682. entertain</w:t>
      </w:r>
      <w:r>
        <w:t xml:space="preserve"> - ˌentərtˈeɪn - ko‘ngil ochmoq</w:t>
      </w:r>
    </w:p>
    <w:p>
      <w:pPr>
        <w:spacing w:after="20"/>
      </w:pPr>
      <w:r>
        <w:rPr>
          <w:b/>
        </w:rPr>
        <w:t>0683. perform</w:t>
      </w:r>
      <w:r>
        <w:t xml:space="preserve"> - pərfˈɔːrm - ijro etmoq</w:t>
      </w:r>
    </w:p>
    <w:p>
      <w:pPr>
        <w:spacing w:after="20"/>
      </w:pPr>
      <w:r>
        <w:rPr>
          <w:b/>
        </w:rPr>
        <w:t>0684. watch</w:t>
      </w:r>
      <w:r>
        <w:t xml:space="preserve"> - wˈɑːtʃ - tomosha qilmoq</w:t>
      </w:r>
    </w:p>
    <w:p>
      <w:pPr>
        <w:spacing w:after="20"/>
      </w:pPr>
      <w:r>
        <w:rPr>
          <w:b/>
        </w:rPr>
        <w:t>0685. listen</w:t>
      </w:r>
      <w:r>
        <w:t xml:space="preserve"> - lˈɪsʌn - tinglamoq</w:t>
      </w:r>
    </w:p>
    <w:p>
      <w:pPr>
        <w:spacing w:after="20"/>
      </w:pPr>
      <w:r>
        <w:rPr>
          <w:b/>
        </w:rPr>
        <w:t>0686. read</w:t>
      </w:r>
      <w:r>
        <w:t xml:space="preserve"> - rˈed - o‘qimoq</w:t>
      </w:r>
    </w:p>
    <w:p>
      <w:pPr>
        <w:spacing w:after="20"/>
      </w:pPr>
      <w:r>
        <w:rPr>
          <w:b/>
        </w:rPr>
        <w:t>0687. collect</w:t>
      </w:r>
      <w:r>
        <w:t xml:space="preserve"> - kʌlˈekt - to‘plamoq</w:t>
      </w:r>
    </w:p>
    <w:p>
      <w:pPr>
        <w:spacing w:after="20"/>
      </w:pPr>
      <w:r>
        <w:rPr>
          <w:b/>
        </w:rPr>
        <w:t>0688. equipment</w:t>
      </w:r>
      <w:r>
        <w:t xml:space="preserve"> - ɪkwˈɪpmʌnt - jihoz</w:t>
      </w:r>
    </w:p>
    <w:p>
      <w:pPr>
        <w:spacing w:after="20"/>
      </w:pPr>
      <w:r>
        <w:rPr>
          <w:b/>
        </w:rPr>
        <w:t>0689. leisure</w:t>
      </w:r>
      <w:r>
        <w:t xml:space="preserve"> - lˈeʒər - bo‘sh vaqt</w:t>
      </w:r>
    </w:p>
    <w:p>
      <w:pPr>
        <w:spacing w:after="20"/>
      </w:pPr>
      <w:r>
        <w:rPr>
          <w:b/>
        </w:rPr>
        <w:t>0690. spectator</w:t>
      </w:r>
      <w:r>
        <w:t xml:space="preserve"> - spˈekteɪtər - tomoshabin</w:t>
      </w:r>
    </w:p>
    <w:p>
      <w:pPr>
        <w:spacing w:after="20"/>
      </w:pPr>
      <w:r>
        <w:rPr>
          <w:b/>
        </w:rPr>
        <w:t>0691. talented</w:t>
      </w:r>
      <w:r>
        <w:t xml:space="preserve"> - tˈælʌntɪd - iste’dodli</w:t>
      </w:r>
    </w:p>
    <w:p>
      <w:pPr>
        <w:spacing w:after="20"/>
      </w:pPr>
      <w:r>
        <w:rPr>
          <w:b/>
        </w:rPr>
        <w:t>0692. tournament</w:t>
      </w:r>
      <w:r>
        <w:t xml:space="preserve"> - tˈʊrnʌmʌnt - turnir</w:t>
      </w:r>
    </w:p>
    <w:p>
      <w:pPr>
        <w:spacing w:after="20"/>
      </w:pPr>
      <w:r>
        <w:rPr>
          <w:b/>
        </w:rPr>
        <w:t>0693. audience</w:t>
      </w:r>
      <w:r>
        <w:t xml:space="preserve"> - ˈɑːdiːʌns - tomoshabinlar</w:t>
      </w:r>
    </w:p>
    <w:p>
      <w:pPr>
        <w:pStyle w:val="Heading1"/>
      </w:pPr>
      <w:r>
        <w:t>Technology &amp; media</w:t>
      </w:r>
    </w:p>
    <w:p>
      <w:pPr>
        <w:spacing w:after="20"/>
      </w:pPr>
      <w:r>
        <w:rPr>
          <w:b/>
        </w:rPr>
        <w:t>0694. technology</w:t>
      </w:r>
      <w:r>
        <w:t xml:space="preserve"> - teknˈɑːlʌdʒiː - texnologiya</w:t>
      </w:r>
    </w:p>
    <w:p>
      <w:pPr>
        <w:spacing w:after="20"/>
      </w:pPr>
      <w:r>
        <w:rPr>
          <w:b/>
        </w:rPr>
        <w:t>0695. device</w:t>
      </w:r>
      <w:r>
        <w:t xml:space="preserve"> - dɪvˈaɪs - qurilma</w:t>
      </w:r>
    </w:p>
    <w:p>
      <w:pPr>
        <w:spacing w:after="20"/>
      </w:pPr>
      <w:r>
        <w:rPr>
          <w:b/>
        </w:rPr>
        <w:t>0696. computer</w:t>
      </w:r>
      <w:r>
        <w:t xml:space="preserve"> - kʌmpjˈuːtər - kompyuter</w:t>
      </w:r>
    </w:p>
    <w:p>
      <w:pPr>
        <w:spacing w:after="20"/>
      </w:pPr>
      <w:r>
        <w:rPr>
          <w:b/>
        </w:rPr>
        <w:t>0697. laptop</w:t>
      </w:r>
      <w:r>
        <w:t xml:space="preserve"> - lˈæptˌɑːp - noutbuk</w:t>
      </w:r>
    </w:p>
    <w:p>
      <w:pPr>
        <w:spacing w:after="20"/>
      </w:pPr>
      <w:r>
        <w:rPr>
          <w:b/>
        </w:rPr>
        <w:t>0698. tablet</w:t>
      </w:r>
      <w:r>
        <w:t xml:space="preserve"> - tˈæblʌt - planshet</w:t>
      </w:r>
    </w:p>
    <w:p>
      <w:pPr>
        <w:spacing w:after="20"/>
      </w:pPr>
      <w:r>
        <w:rPr>
          <w:b/>
        </w:rPr>
        <w:t>0699. phone</w:t>
      </w:r>
      <w:r>
        <w:t xml:space="preserve"> - fˈoʊn - telefon</w:t>
      </w:r>
    </w:p>
    <w:p>
      <w:pPr>
        <w:spacing w:after="20"/>
      </w:pPr>
      <w:r>
        <w:rPr>
          <w:b/>
        </w:rPr>
        <w:t>0700. smartphone</w:t>
      </w:r>
      <w:r>
        <w:t xml:space="preserve"> - smˈɑːrtfˌoʊn - smartfon</w:t>
      </w:r>
    </w:p>
    <w:p>
      <w:pPr>
        <w:spacing w:after="20"/>
      </w:pPr>
      <w:r>
        <w:rPr>
          <w:b/>
        </w:rPr>
        <w:t>0701. screen</w:t>
      </w:r>
      <w:r>
        <w:t xml:space="preserve"> - skrˈiːn - ekran</w:t>
      </w:r>
    </w:p>
    <w:p>
      <w:pPr>
        <w:spacing w:after="20"/>
      </w:pPr>
      <w:r>
        <w:rPr>
          <w:b/>
        </w:rPr>
        <w:t>0702. keyboard</w:t>
      </w:r>
      <w:r>
        <w:t xml:space="preserve"> - kˈiːbˌɔːrd - klaviatura</w:t>
      </w:r>
    </w:p>
    <w:p>
      <w:pPr>
        <w:spacing w:after="20"/>
      </w:pPr>
      <w:r>
        <w:rPr>
          <w:b/>
        </w:rPr>
        <w:t>0703. mouse</w:t>
      </w:r>
      <w:r>
        <w:t xml:space="preserve"> - mˈaʊs - sichqoncha</w:t>
      </w:r>
    </w:p>
    <w:p>
      <w:pPr>
        <w:spacing w:after="20"/>
      </w:pPr>
      <w:r>
        <w:rPr>
          <w:b/>
        </w:rPr>
        <w:t>0704. website</w:t>
      </w:r>
      <w:r>
        <w:t xml:space="preserve"> - wˈebsˌaɪt - veb-sayt</w:t>
      </w:r>
    </w:p>
    <w:p>
      <w:pPr>
        <w:spacing w:after="20"/>
      </w:pPr>
      <w:r>
        <w:rPr>
          <w:b/>
        </w:rPr>
        <w:t>0705. internet</w:t>
      </w:r>
      <w:r>
        <w:t xml:space="preserve"> - ˈɪntərnˌet - internet</w:t>
      </w:r>
    </w:p>
    <w:p>
      <w:pPr>
        <w:spacing w:after="20"/>
      </w:pPr>
      <w:r>
        <w:rPr>
          <w:b/>
        </w:rPr>
        <w:t>0706. network</w:t>
      </w:r>
      <w:r>
        <w:t xml:space="preserve"> - nˈetwˌərk - tarmoq</w:t>
      </w:r>
    </w:p>
    <w:p>
      <w:pPr>
        <w:spacing w:after="20"/>
      </w:pPr>
      <w:r>
        <w:rPr>
          <w:b/>
        </w:rPr>
        <w:t>0707. account</w:t>
      </w:r>
      <w:r>
        <w:t xml:space="preserve"> - ʌkˈaʊnt - akkaunt</w:t>
      </w:r>
    </w:p>
    <w:p>
      <w:pPr>
        <w:spacing w:after="20"/>
      </w:pPr>
      <w:r>
        <w:rPr>
          <w:b/>
        </w:rPr>
        <w:t>0708. password</w:t>
      </w:r>
      <w:r>
        <w:t xml:space="preserve"> - pˈæswˌərd - parol</w:t>
      </w:r>
    </w:p>
    <w:p>
      <w:pPr>
        <w:spacing w:after="20"/>
      </w:pPr>
      <w:r>
        <w:rPr>
          <w:b/>
        </w:rPr>
        <w:t>0709. profile</w:t>
      </w:r>
      <w:r>
        <w:t xml:space="preserve"> - prˈoʊfˌaɪl - profil</w:t>
      </w:r>
    </w:p>
    <w:p>
      <w:pPr>
        <w:spacing w:after="20"/>
      </w:pPr>
      <w:r>
        <w:rPr>
          <w:b/>
        </w:rPr>
        <w:t>0710. software</w:t>
      </w:r>
      <w:r>
        <w:t xml:space="preserve"> - sˈɔːftwˌer - dasturiy ta’minot</w:t>
      </w:r>
    </w:p>
    <w:p>
      <w:pPr>
        <w:spacing w:after="20"/>
      </w:pPr>
      <w:r>
        <w:rPr>
          <w:b/>
        </w:rPr>
        <w:t>0711. program</w:t>
      </w:r>
      <w:r>
        <w:t xml:space="preserve"> - prˈoʊɡrˌæm - dastur</w:t>
      </w:r>
    </w:p>
    <w:p>
      <w:pPr>
        <w:spacing w:after="20"/>
      </w:pPr>
      <w:r>
        <w:rPr>
          <w:b/>
        </w:rPr>
        <w:t>0712. file</w:t>
      </w:r>
      <w:r>
        <w:t xml:space="preserve"> - fˈaɪl - fayl</w:t>
      </w:r>
    </w:p>
    <w:p>
      <w:pPr>
        <w:spacing w:after="20"/>
      </w:pPr>
      <w:r>
        <w:rPr>
          <w:b/>
        </w:rPr>
        <w:t>0713. folder</w:t>
      </w:r>
      <w:r>
        <w:t xml:space="preserve"> - fˈoʊldər - papka</w:t>
      </w:r>
    </w:p>
    <w:p>
      <w:pPr>
        <w:spacing w:after="20"/>
      </w:pPr>
      <w:r>
        <w:rPr>
          <w:b/>
        </w:rPr>
        <w:t>0714. data</w:t>
      </w:r>
      <w:r>
        <w:t xml:space="preserve"> - dˈeɪtʌ - ma’lumotlar</w:t>
      </w:r>
    </w:p>
    <w:p>
      <w:pPr>
        <w:spacing w:after="20"/>
      </w:pPr>
      <w:r>
        <w:rPr>
          <w:b/>
        </w:rPr>
        <w:t>0715. database</w:t>
      </w:r>
      <w:r>
        <w:t xml:space="preserve"> - dˈeɪtʌbˌeɪs - ma’lumotlar bazasi</w:t>
      </w:r>
    </w:p>
    <w:p>
      <w:pPr>
        <w:spacing w:after="20"/>
      </w:pPr>
      <w:r>
        <w:rPr>
          <w:b/>
        </w:rPr>
        <w:t>0716. search</w:t>
      </w:r>
      <w:r>
        <w:t xml:space="preserve"> - sˈərtʃ - qidirmoq</w:t>
      </w:r>
    </w:p>
    <w:p>
      <w:pPr>
        <w:spacing w:after="20"/>
      </w:pPr>
      <w:r>
        <w:rPr>
          <w:b/>
        </w:rPr>
        <w:t>0717. download</w:t>
      </w:r>
      <w:r>
        <w:t xml:space="preserve"> - dˈaʊnlˌoʊd - yuklab olmoq</w:t>
      </w:r>
    </w:p>
    <w:p>
      <w:pPr>
        <w:spacing w:after="20"/>
      </w:pPr>
      <w:r>
        <w:rPr>
          <w:b/>
        </w:rPr>
        <w:t>0718. upload</w:t>
      </w:r>
      <w:r>
        <w:t xml:space="preserve"> - ˈʌplˌoʊd - yuklamoq</w:t>
      </w:r>
    </w:p>
    <w:p>
      <w:pPr>
        <w:spacing w:after="20"/>
      </w:pPr>
      <w:r>
        <w:rPr>
          <w:b/>
        </w:rPr>
        <w:t>0719. click</w:t>
      </w:r>
      <w:r>
        <w:t xml:space="preserve"> - klˈɪk - bosmoq</w:t>
      </w:r>
    </w:p>
    <w:p>
      <w:pPr>
        <w:spacing w:after="20"/>
      </w:pPr>
      <w:r>
        <w:rPr>
          <w:b/>
        </w:rPr>
        <w:t>0720. type</w:t>
      </w:r>
      <w:r>
        <w:t xml:space="preserve"> - tˈaɪp - yozmoq</w:t>
      </w:r>
    </w:p>
    <w:p>
      <w:pPr>
        <w:spacing w:after="20"/>
      </w:pPr>
      <w:r>
        <w:rPr>
          <w:b/>
        </w:rPr>
        <w:t>0721. send</w:t>
      </w:r>
      <w:r>
        <w:t xml:space="preserve"> - sˈend - jo‘natmoq</w:t>
      </w:r>
    </w:p>
    <w:p>
      <w:pPr>
        <w:spacing w:after="20"/>
      </w:pPr>
      <w:r>
        <w:rPr>
          <w:b/>
        </w:rPr>
        <w:t>0722. receive</w:t>
      </w:r>
      <w:r>
        <w:t xml:space="preserve"> - rʌsˈiːv - qabul qilmoq</w:t>
      </w:r>
    </w:p>
    <w:p>
      <w:pPr>
        <w:spacing w:after="20"/>
      </w:pPr>
      <w:r>
        <w:rPr>
          <w:b/>
        </w:rPr>
        <w:t>0723. connect</w:t>
      </w:r>
      <w:r>
        <w:t xml:space="preserve"> - kʌnˈekt - ulamoq</w:t>
      </w:r>
    </w:p>
    <w:p>
      <w:pPr>
        <w:spacing w:after="20"/>
      </w:pPr>
      <w:r>
        <w:rPr>
          <w:b/>
        </w:rPr>
        <w:t>0724. delete</w:t>
      </w:r>
      <w:r>
        <w:t xml:space="preserve"> - dɪlˈiːt - o‘chirmoq</w:t>
      </w:r>
    </w:p>
    <w:p>
      <w:pPr>
        <w:spacing w:after="20"/>
      </w:pPr>
      <w:r>
        <w:rPr>
          <w:b/>
        </w:rPr>
        <w:t>0725. update</w:t>
      </w:r>
      <w:r>
        <w:t xml:space="preserve"> - ʌpdˈeɪt - yangilamoq</w:t>
      </w:r>
    </w:p>
    <w:p>
      <w:pPr>
        <w:spacing w:after="20"/>
      </w:pPr>
      <w:r>
        <w:rPr>
          <w:b/>
        </w:rPr>
        <w:t>0726. install</w:t>
      </w:r>
      <w:r>
        <w:t xml:space="preserve"> - ˌɪnstˈɔːl - o‘rnatmoq</w:t>
      </w:r>
    </w:p>
    <w:p>
      <w:pPr>
        <w:spacing w:after="20"/>
      </w:pPr>
      <w:r>
        <w:rPr>
          <w:b/>
        </w:rPr>
        <w:t>0727. online</w:t>
      </w:r>
      <w:r>
        <w:t xml:space="preserve"> - ˈɔːnlˌaɪn - onlayn</w:t>
      </w:r>
    </w:p>
    <w:p>
      <w:pPr>
        <w:spacing w:after="20"/>
      </w:pPr>
      <w:r>
        <w:rPr>
          <w:b/>
        </w:rPr>
        <w:t>0728. digital</w:t>
      </w:r>
      <w:r>
        <w:t xml:space="preserve"> - dˈɪdʒʌtʌl - raqamli</w:t>
      </w:r>
    </w:p>
    <w:p>
      <w:pPr>
        <w:spacing w:after="20"/>
      </w:pPr>
      <w:r>
        <w:rPr>
          <w:b/>
        </w:rPr>
        <w:t>0729. social media</w:t>
      </w:r>
      <w:r>
        <w:t xml:space="preserve"> - sˈoʊʃʌl mˈiːdiːʌ - ijtimoiy tarmoqlar</w:t>
      </w:r>
    </w:p>
    <w:p>
      <w:pPr>
        <w:spacing w:after="20"/>
      </w:pPr>
      <w:r>
        <w:rPr>
          <w:b/>
        </w:rPr>
        <w:t>0730. news</w:t>
      </w:r>
      <w:r>
        <w:t xml:space="preserve"> - nˈuːz - yangiliklar</w:t>
      </w:r>
    </w:p>
    <w:p>
      <w:pPr>
        <w:spacing w:after="20"/>
      </w:pPr>
      <w:r>
        <w:rPr>
          <w:b/>
        </w:rPr>
        <w:t>0731. article</w:t>
      </w:r>
      <w:r>
        <w:t xml:space="preserve"> - ˈɑːrtʌkʌl - maqola</w:t>
      </w:r>
    </w:p>
    <w:p>
      <w:pPr>
        <w:spacing w:after="20"/>
      </w:pPr>
      <w:r>
        <w:rPr>
          <w:b/>
        </w:rPr>
        <w:t>0732. channel</w:t>
      </w:r>
      <w:r>
        <w:t xml:space="preserve"> - tʃˈænʌl - kanal</w:t>
      </w:r>
    </w:p>
    <w:p>
      <w:pPr>
        <w:spacing w:after="20"/>
      </w:pPr>
      <w:r>
        <w:rPr>
          <w:b/>
        </w:rPr>
        <w:t>0733. advertisement</w:t>
      </w:r>
      <w:r>
        <w:t xml:space="preserve"> - ædvˈərtʌzmʌnt - reklama</w:t>
      </w:r>
    </w:p>
    <w:p>
      <w:pPr>
        <w:spacing w:after="20"/>
      </w:pPr>
      <w:r>
        <w:rPr>
          <w:b/>
        </w:rPr>
        <w:t>0734. content</w:t>
      </w:r>
      <w:r>
        <w:t xml:space="preserve"> - kˈɑːntent - kontent</w:t>
      </w:r>
    </w:p>
    <w:p>
      <w:pPr>
        <w:spacing w:after="20"/>
      </w:pPr>
      <w:r>
        <w:rPr>
          <w:b/>
        </w:rPr>
        <w:t>0735. source</w:t>
      </w:r>
      <w:r>
        <w:t xml:space="preserve"> - sˈɔːrs - manba</w:t>
      </w:r>
    </w:p>
    <w:p>
      <w:pPr>
        <w:spacing w:after="20"/>
      </w:pPr>
      <w:r>
        <w:rPr>
          <w:b/>
        </w:rPr>
        <w:t>0736. privacy</w:t>
      </w:r>
      <w:r>
        <w:t xml:space="preserve"> - prˈaɪvʌsiː - maxfiylik</w:t>
      </w:r>
    </w:p>
    <w:p>
      <w:pPr>
        <w:spacing w:after="20"/>
      </w:pPr>
      <w:r>
        <w:rPr>
          <w:b/>
        </w:rPr>
        <w:t>0737. secure</w:t>
      </w:r>
      <w:r>
        <w:t xml:space="preserve"> - sɪkjˈʊr - xavfsiz</w:t>
      </w:r>
    </w:p>
    <w:p>
      <w:pPr>
        <w:spacing w:after="20"/>
      </w:pPr>
      <w:r>
        <w:rPr>
          <w:b/>
        </w:rPr>
        <w:t>0738. modern</w:t>
      </w:r>
      <w:r>
        <w:t xml:space="preserve"> - mˈɑːdərn - zamonaviy</w:t>
      </w:r>
    </w:p>
    <w:p>
      <w:pPr>
        <w:spacing w:after="20"/>
      </w:pPr>
      <w:r>
        <w:rPr>
          <w:b/>
        </w:rPr>
        <w:t>0739. browser</w:t>
      </w:r>
      <w:r>
        <w:t xml:space="preserve"> - brˈaʊzər - brauzer</w:t>
      </w:r>
    </w:p>
    <w:p>
      <w:pPr>
        <w:spacing w:after="20"/>
      </w:pPr>
      <w:r>
        <w:rPr>
          <w:b/>
        </w:rPr>
        <w:t>0740. connection</w:t>
      </w:r>
      <w:r>
        <w:t xml:space="preserve"> - kʌnˈekʃʌn - ulanish</w:t>
      </w:r>
    </w:p>
    <w:p>
      <w:pPr>
        <w:spacing w:after="20"/>
      </w:pPr>
      <w:r>
        <w:rPr>
          <w:b/>
        </w:rPr>
        <w:t>0741. cybersecurity</w:t>
      </w:r>
      <w:r>
        <w:t xml:space="preserve"> - — - kiberxavfsizlik</w:t>
      </w:r>
    </w:p>
    <w:p>
      <w:pPr>
        <w:spacing w:after="20"/>
      </w:pPr>
      <w:r>
        <w:rPr>
          <w:b/>
        </w:rPr>
        <w:t>0742. notification</w:t>
      </w:r>
      <w:r>
        <w:t xml:space="preserve"> - nˌoʊtʌfʌkˈeɪʃʌn - bildirishnoma</w:t>
      </w:r>
    </w:p>
    <w:p>
      <w:pPr>
        <w:spacing w:after="20"/>
      </w:pPr>
      <w:r>
        <w:rPr>
          <w:b/>
        </w:rPr>
        <w:t>0743. searchable</w:t>
      </w:r>
      <w:r>
        <w:t xml:space="preserve"> - — - qidirish mumkin bo‘lgan</w:t>
      </w:r>
    </w:p>
    <w:p>
      <w:pPr>
        <w:spacing w:after="20"/>
      </w:pPr>
      <w:r>
        <w:rPr>
          <w:b/>
        </w:rPr>
        <w:t>0744. artificial</w:t>
      </w:r>
      <w:r>
        <w:t xml:space="preserve"> - ˌɑːrtʌfˈɪʃʌl - sun’iy</w:t>
      </w:r>
    </w:p>
    <w:p>
      <w:pPr>
        <w:spacing w:after="20"/>
      </w:pPr>
      <w:r>
        <w:rPr>
          <w:b/>
        </w:rPr>
        <w:t>0745. virtual</w:t>
      </w:r>
      <w:r>
        <w:t xml:space="preserve"> - vˈərtʃuːʌl - virtual</w:t>
      </w:r>
    </w:p>
    <w:p>
      <w:pPr>
        <w:pStyle w:val="Heading1"/>
      </w:pPr>
      <w:r>
        <w:t>Environment &amp; nature</w:t>
      </w:r>
    </w:p>
    <w:p>
      <w:pPr>
        <w:spacing w:after="20"/>
      </w:pPr>
      <w:r>
        <w:rPr>
          <w:b/>
        </w:rPr>
        <w:t>0746. environment</w:t>
      </w:r>
      <w:r>
        <w:t xml:space="preserve"> - ɪnvˈaɪrʌnmʌnt - atrof-muhit</w:t>
      </w:r>
    </w:p>
    <w:p>
      <w:pPr>
        <w:spacing w:after="20"/>
      </w:pPr>
      <w:r>
        <w:rPr>
          <w:b/>
        </w:rPr>
        <w:t>0747. nature</w:t>
      </w:r>
      <w:r>
        <w:t xml:space="preserve"> - nˈeɪtʃər - tabiat</w:t>
      </w:r>
    </w:p>
    <w:p>
      <w:pPr>
        <w:spacing w:after="20"/>
      </w:pPr>
      <w:r>
        <w:rPr>
          <w:b/>
        </w:rPr>
        <w:t>0748. climate</w:t>
      </w:r>
      <w:r>
        <w:t xml:space="preserve"> - klˈaɪmʌt - iqlim</w:t>
      </w:r>
    </w:p>
    <w:p>
      <w:pPr>
        <w:spacing w:after="20"/>
      </w:pPr>
      <w:r>
        <w:rPr>
          <w:b/>
        </w:rPr>
        <w:t>0749. weather</w:t>
      </w:r>
      <w:r>
        <w:t xml:space="preserve"> - wˈeðər - ob-havo</w:t>
      </w:r>
    </w:p>
    <w:p>
      <w:pPr>
        <w:spacing w:after="20"/>
      </w:pPr>
      <w:r>
        <w:rPr>
          <w:b/>
        </w:rPr>
        <w:t>0750. temperature</w:t>
      </w:r>
      <w:r>
        <w:t xml:space="preserve"> - tˈemprʌtʃər - harorat</w:t>
      </w:r>
    </w:p>
    <w:p>
      <w:pPr>
        <w:spacing w:after="20"/>
      </w:pPr>
      <w:r>
        <w:rPr>
          <w:b/>
        </w:rPr>
        <w:t>0751. season</w:t>
      </w:r>
      <w:r>
        <w:t xml:space="preserve"> - sˈiːzʌn - fasl</w:t>
      </w:r>
    </w:p>
    <w:p>
      <w:pPr>
        <w:spacing w:after="20"/>
      </w:pPr>
      <w:r>
        <w:rPr>
          <w:b/>
        </w:rPr>
        <w:t>0752. spring</w:t>
      </w:r>
      <w:r>
        <w:t xml:space="preserve"> - sprˈɪŋ - bahor</w:t>
      </w:r>
    </w:p>
    <w:p>
      <w:pPr>
        <w:spacing w:after="20"/>
      </w:pPr>
      <w:r>
        <w:rPr>
          <w:b/>
        </w:rPr>
        <w:t>0753. summer</w:t>
      </w:r>
      <w:r>
        <w:t xml:space="preserve"> - sˈʌmər - yoz</w:t>
      </w:r>
    </w:p>
    <w:p>
      <w:pPr>
        <w:spacing w:after="20"/>
      </w:pPr>
      <w:r>
        <w:rPr>
          <w:b/>
        </w:rPr>
        <w:t>0754. autumn</w:t>
      </w:r>
      <w:r>
        <w:t xml:space="preserve"> - ˈɔːtʌm - kuz</w:t>
      </w:r>
    </w:p>
    <w:p>
      <w:pPr>
        <w:spacing w:after="20"/>
      </w:pPr>
      <w:r>
        <w:rPr>
          <w:b/>
        </w:rPr>
        <w:t>0755. winter</w:t>
      </w:r>
      <w:r>
        <w:t xml:space="preserve"> - wˈɪntər - qish</w:t>
      </w:r>
    </w:p>
    <w:p>
      <w:pPr>
        <w:spacing w:after="20"/>
      </w:pPr>
      <w:r>
        <w:rPr>
          <w:b/>
        </w:rPr>
        <w:t>0756. rain</w:t>
      </w:r>
      <w:r>
        <w:t xml:space="preserve"> - rˈeɪn - yomg‘ir</w:t>
      </w:r>
    </w:p>
    <w:p>
      <w:pPr>
        <w:spacing w:after="20"/>
      </w:pPr>
      <w:r>
        <w:rPr>
          <w:b/>
        </w:rPr>
        <w:t>0757. snow</w:t>
      </w:r>
      <w:r>
        <w:t xml:space="preserve"> - snˈoʊ - qor</w:t>
      </w:r>
    </w:p>
    <w:p>
      <w:pPr>
        <w:spacing w:after="20"/>
      </w:pPr>
      <w:r>
        <w:rPr>
          <w:b/>
        </w:rPr>
        <w:t>0758. wind</w:t>
      </w:r>
      <w:r>
        <w:t xml:space="preserve"> - wˈaɪnd - shamol</w:t>
      </w:r>
    </w:p>
    <w:p>
      <w:pPr>
        <w:spacing w:after="20"/>
      </w:pPr>
      <w:r>
        <w:rPr>
          <w:b/>
        </w:rPr>
        <w:t>0759. storm</w:t>
      </w:r>
      <w:r>
        <w:t xml:space="preserve"> - stˈɔːrm - bo‘ron</w:t>
      </w:r>
    </w:p>
    <w:p>
      <w:pPr>
        <w:spacing w:after="20"/>
      </w:pPr>
      <w:r>
        <w:rPr>
          <w:b/>
        </w:rPr>
        <w:t>0760. flood</w:t>
      </w:r>
      <w:r>
        <w:t xml:space="preserve"> - flˈʌd - toshqin</w:t>
      </w:r>
    </w:p>
    <w:p>
      <w:pPr>
        <w:spacing w:after="20"/>
      </w:pPr>
      <w:r>
        <w:rPr>
          <w:b/>
        </w:rPr>
        <w:t>0761. drought</w:t>
      </w:r>
      <w:r>
        <w:t xml:space="preserve"> - drˈaʊt - qurg‘oqchilik</w:t>
      </w:r>
    </w:p>
    <w:p>
      <w:pPr>
        <w:spacing w:after="20"/>
      </w:pPr>
      <w:r>
        <w:rPr>
          <w:b/>
        </w:rPr>
        <w:t>0762. sunlight</w:t>
      </w:r>
      <w:r>
        <w:t xml:space="preserve"> - sˈʌnlˌaɪt - quyosh nuri</w:t>
      </w:r>
    </w:p>
    <w:p>
      <w:pPr>
        <w:spacing w:after="20"/>
      </w:pPr>
      <w:r>
        <w:rPr>
          <w:b/>
        </w:rPr>
        <w:t>0763. air</w:t>
      </w:r>
      <w:r>
        <w:t xml:space="preserve"> - ˈer - havo</w:t>
      </w:r>
    </w:p>
    <w:p>
      <w:pPr>
        <w:spacing w:after="20"/>
      </w:pPr>
      <w:r>
        <w:rPr>
          <w:b/>
        </w:rPr>
        <w:t>0764. water</w:t>
      </w:r>
      <w:r>
        <w:t xml:space="preserve"> - wˈɔːtər - suv</w:t>
      </w:r>
    </w:p>
    <w:p>
      <w:pPr>
        <w:spacing w:after="20"/>
      </w:pPr>
      <w:r>
        <w:rPr>
          <w:b/>
        </w:rPr>
        <w:t>0765. river</w:t>
      </w:r>
      <w:r>
        <w:t xml:space="preserve"> - rˈɪvər - daryo</w:t>
      </w:r>
    </w:p>
    <w:p>
      <w:pPr>
        <w:spacing w:after="20"/>
      </w:pPr>
      <w:r>
        <w:rPr>
          <w:b/>
        </w:rPr>
        <w:t>0766. lake</w:t>
      </w:r>
      <w:r>
        <w:t xml:space="preserve"> - lˈeɪk - ko‘l</w:t>
      </w:r>
    </w:p>
    <w:p>
      <w:pPr>
        <w:spacing w:after="20"/>
      </w:pPr>
      <w:r>
        <w:rPr>
          <w:b/>
        </w:rPr>
        <w:t>0767. sea</w:t>
      </w:r>
      <w:r>
        <w:t xml:space="preserve"> - sˈiː - dengiz</w:t>
      </w:r>
    </w:p>
    <w:p>
      <w:pPr>
        <w:spacing w:after="20"/>
      </w:pPr>
      <w:r>
        <w:rPr>
          <w:b/>
        </w:rPr>
        <w:t>0768. ocean</w:t>
      </w:r>
      <w:r>
        <w:t xml:space="preserve"> - ˈoʊʃʌn - okean</w:t>
      </w:r>
    </w:p>
    <w:p>
      <w:pPr>
        <w:spacing w:after="20"/>
      </w:pPr>
      <w:r>
        <w:rPr>
          <w:b/>
        </w:rPr>
        <w:t>0769. forest</w:t>
      </w:r>
      <w:r>
        <w:t xml:space="preserve"> - fˈɔːrʌst - o‘rmon</w:t>
      </w:r>
    </w:p>
    <w:p>
      <w:pPr>
        <w:spacing w:after="20"/>
      </w:pPr>
      <w:r>
        <w:rPr>
          <w:b/>
        </w:rPr>
        <w:t>0770. desert</w:t>
      </w:r>
      <w:r>
        <w:t xml:space="preserve"> - dˈezərt - cho‘l</w:t>
      </w:r>
    </w:p>
    <w:p>
      <w:pPr>
        <w:spacing w:after="20"/>
      </w:pPr>
      <w:r>
        <w:rPr>
          <w:b/>
        </w:rPr>
        <w:t>0771. plant</w:t>
      </w:r>
      <w:r>
        <w:t xml:space="preserve"> - plˈænt - o‘simlik</w:t>
      </w:r>
    </w:p>
    <w:p>
      <w:pPr>
        <w:spacing w:after="20"/>
      </w:pPr>
      <w:r>
        <w:rPr>
          <w:b/>
        </w:rPr>
        <w:t>0772. tree</w:t>
      </w:r>
      <w:r>
        <w:t xml:space="preserve"> - trˈiː - daraxt</w:t>
      </w:r>
    </w:p>
    <w:p>
      <w:pPr>
        <w:spacing w:after="20"/>
      </w:pPr>
      <w:r>
        <w:rPr>
          <w:b/>
        </w:rPr>
        <w:t>0773. flower</w:t>
      </w:r>
      <w:r>
        <w:t xml:space="preserve"> - flˈaʊər - gul</w:t>
      </w:r>
    </w:p>
    <w:p>
      <w:pPr>
        <w:spacing w:after="20"/>
      </w:pPr>
      <w:r>
        <w:rPr>
          <w:b/>
        </w:rPr>
        <w:t>0774. animal</w:t>
      </w:r>
      <w:r>
        <w:t xml:space="preserve"> - ˈænʌmʌl - hayvon</w:t>
      </w:r>
    </w:p>
    <w:p>
      <w:pPr>
        <w:spacing w:after="20"/>
      </w:pPr>
      <w:r>
        <w:rPr>
          <w:b/>
        </w:rPr>
        <w:t>0775. wildlife</w:t>
      </w:r>
      <w:r>
        <w:t xml:space="preserve"> - wˈaɪldlˌaɪf - yovvoyi tabiat</w:t>
      </w:r>
    </w:p>
    <w:p>
      <w:pPr>
        <w:spacing w:after="20"/>
      </w:pPr>
      <w:r>
        <w:rPr>
          <w:b/>
        </w:rPr>
        <w:t>0776. pollution</w:t>
      </w:r>
      <w:r>
        <w:t xml:space="preserve"> - pʌlˈuːʃʌn - ifloslanish</w:t>
      </w:r>
    </w:p>
    <w:p>
      <w:pPr>
        <w:spacing w:after="20"/>
      </w:pPr>
      <w:r>
        <w:rPr>
          <w:b/>
        </w:rPr>
        <w:t>0777. plastic</w:t>
      </w:r>
      <w:r>
        <w:t xml:space="preserve"> - plˈæstɪk - plastik</w:t>
      </w:r>
    </w:p>
    <w:p>
      <w:pPr>
        <w:spacing w:after="20"/>
      </w:pPr>
      <w:r>
        <w:rPr>
          <w:b/>
        </w:rPr>
        <w:t>0778. recycle</w:t>
      </w:r>
      <w:r>
        <w:t xml:space="preserve"> - riːsˈaɪkʌl - qayta ishlamoq</w:t>
      </w:r>
    </w:p>
    <w:p>
      <w:pPr>
        <w:spacing w:after="20"/>
      </w:pPr>
      <w:r>
        <w:rPr>
          <w:b/>
        </w:rPr>
        <w:t>0779. energy</w:t>
      </w:r>
      <w:r>
        <w:t xml:space="preserve"> - ˈenərdʒiː - energiya</w:t>
      </w:r>
    </w:p>
    <w:p>
      <w:pPr>
        <w:spacing w:after="20"/>
      </w:pPr>
      <w:r>
        <w:rPr>
          <w:b/>
        </w:rPr>
        <w:t>0780. electricity</w:t>
      </w:r>
      <w:r>
        <w:t xml:space="preserve"> - ɪlˌektrˈɪsʌtiː - elektr</w:t>
      </w:r>
    </w:p>
    <w:p>
      <w:pPr>
        <w:spacing w:after="20"/>
      </w:pPr>
      <w:r>
        <w:rPr>
          <w:b/>
        </w:rPr>
        <w:t>0781. fuel</w:t>
      </w:r>
      <w:r>
        <w:t xml:space="preserve"> - fjˈuːʌl - yoqilg‘i</w:t>
      </w:r>
    </w:p>
    <w:p>
      <w:pPr>
        <w:spacing w:after="20"/>
      </w:pPr>
      <w:r>
        <w:rPr>
          <w:b/>
        </w:rPr>
        <w:t>0782. resource</w:t>
      </w:r>
      <w:r>
        <w:t xml:space="preserve"> - rˈiːsɔːrs - resurs</w:t>
      </w:r>
    </w:p>
    <w:p>
      <w:pPr>
        <w:spacing w:after="20"/>
      </w:pPr>
      <w:r>
        <w:rPr>
          <w:b/>
        </w:rPr>
        <w:t>0783. natural</w:t>
      </w:r>
      <w:r>
        <w:t xml:space="preserve"> - nˈætʃərʌl - tabiiy</w:t>
      </w:r>
    </w:p>
    <w:p>
      <w:pPr>
        <w:spacing w:after="20"/>
      </w:pPr>
      <w:r>
        <w:rPr>
          <w:b/>
        </w:rPr>
        <w:t>0784. environmental</w:t>
      </w:r>
      <w:r>
        <w:t xml:space="preserve"> - ɪnvˌaɪrʌnmˈentʌl - ekologik</w:t>
      </w:r>
    </w:p>
    <w:p>
      <w:pPr>
        <w:spacing w:after="20"/>
      </w:pPr>
      <w:r>
        <w:rPr>
          <w:b/>
        </w:rPr>
        <w:t>0785. damage</w:t>
      </w:r>
      <w:r>
        <w:t xml:space="preserve"> - dˈæmʌdʒ - zarar yetkazmoq</w:t>
      </w:r>
    </w:p>
    <w:p>
      <w:pPr>
        <w:spacing w:after="20"/>
      </w:pPr>
      <w:r>
        <w:rPr>
          <w:b/>
        </w:rPr>
        <w:t>0786. reduce</w:t>
      </w:r>
      <w:r>
        <w:t xml:space="preserve"> - rʌdˈuːs - kamaytirmoq</w:t>
      </w:r>
    </w:p>
    <w:p>
      <w:pPr>
        <w:spacing w:after="20"/>
      </w:pPr>
      <w:r>
        <w:rPr>
          <w:b/>
        </w:rPr>
        <w:t>0787. increase</w:t>
      </w:r>
      <w:r>
        <w:t xml:space="preserve"> - ˌɪnkrˈiːs - oshirmoq</w:t>
      </w:r>
    </w:p>
    <w:p>
      <w:pPr>
        <w:spacing w:after="20"/>
      </w:pPr>
      <w:r>
        <w:rPr>
          <w:b/>
        </w:rPr>
        <w:t>0788. destroy</w:t>
      </w:r>
      <w:r>
        <w:t xml:space="preserve"> - dɪstrˈɔɪ - yo‘q qilmoq</w:t>
      </w:r>
    </w:p>
    <w:p>
      <w:pPr>
        <w:spacing w:after="20"/>
      </w:pPr>
      <w:r>
        <w:rPr>
          <w:b/>
        </w:rPr>
        <w:t>0789. global</w:t>
      </w:r>
      <w:r>
        <w:t xml:space="preserve"> - ɡlˈoʊbʌl - global</w:t>
      </w:r>
    </w:p>
    <w:p>
      <w:pPr>
        <w:spacing w:after="20"/>
      </w:pPr>
      <w:r>
        <w:rPr>
          <w:b/>
        </w:rPr>
        <w:t>0790. sustainable</w:t>
      </w:r>
      <w:r>
        <w:t xml:space="preserve"> - sʌstˈeɪnʌbʌl - barqaror</w:t>
      </w:r>
    </w:p>
    <w:p>
      <w:pPr>
        <w:spacing w:after="20"/>
      </w:pPr>
      <w:r>
        <w:rPr>
          <w:b/>
        </w:rPr>
        <w:t>0791. agriculture</w:t>
      </w:r>
      <w:r>
        <w:t xml:space="preserve"> - ˈæɡrɪkˌʌltʃər - qishloq xo‘jaligi</w:t>
      </w:r>
    </w:p>
    <w:p>
      <w:pPr>
        <w:spacing w:after="20"/>
      </w:pPr>
      <w:r>
        <w:rPr>
          <w:b/>
        </w:rPr>
        <w:t>0792. atmosphere</w:t>
      </w:r>
      <w:r>
        <w:t xml:space="preserve"> - ˈætmʌsfˌɪr - atmosfera</w:t>
      </w:r>
    </w:p>
    <w:p>
      <w:pPr>
        <w:spacing w:after="20"/>
      </w:pPr>
      <w:r>
        <w:rPr>
          <w:b/>
        </w:rPr>
        <w:t>0793. coastal</w:t>
      </w:r>
      <w:r>
        <w:t xml:space="preserve"> - kˈoʊstʌl - sohilga oid</w:t>
      </w:r>
    </w:p>
    <w:p>
      <w:pPr>
        <w:spacing w:after="20"/>
      </w:pPr>
      <w:r>
        <w:rPr>
          <w:b/>
        </w:rPr>
        <w:t>0794. deforestation</w:t>
      </w:r>
      <w:r>
        <w:t xml:space="preserve"> - dɪfˌɔːrɪstˈeɪʃʌn - o‘rmonlarning kesilishi</w:t>
      </w:r>
    </w:p>
    <w:p>
      <w:pPr>
        <w:spacing w:after="20"/>
      </w:pPr>
      <w:r>
        <w:rPr>
          <w:b/>
        </w:rPr>
        <w:t>0795. habitat</w:t>
      </w:r>
      <w:r>
        <w:t xml:space="preserve"> - hˈæbʌtˌæt - yashash muhiti</w:t>
      </w:r>
    </w:p>
    <w:p>
      <w:pPr>
        <w:spacing w:after="20"/>
      </w:pPr>
      <w:r>
        <w:rPr>
          <w:b/>
        </w:rPr>
        <w:t>0796. reusable</w:t>
      </w:r>
      <w:r>
        <w:t xml:space="preserve"> - riːˈuːzʌbʌl - qayta ishlatiladigan</w:t>
      </w:r>
    </w:p>
    <w:p>
      <w:pPr>
        <w:spacing w:after="20"/>
      </w:pPr>
      <w:r>
        <w:rPr>
          <w:b/>
        </w:rPr>
        <w:t>0797. endangered</w:t>
      </w:r>
      <w:r>
        <w:t xml:space="preserve"> - endˈeɪndʒərd - yo‘qolib ketish xavfidagi</w:t>
      </w:r>
    </w:p>
    <w:p>
      <w:pPr>
        <w:pStyle w:val="Heading1"/>
      </w:pPr>
      <w:r>
        <w:t>Society, government &amp; community</w:t>
      </w:r>
    </w:p>
    <w:p>
      <w:pPr>
        <w:spacing w:after="20"/>
      </w:pPr>
      <w:r>
        <w:rPr>
          <w:b/>
        </w:rPr>
        <w:t>0798. society</w:t>
      </w:r>
      <w:r>
        <w:t xml:space="preserve"> - sʌsˈaɪʌtiː - jamiyat</w:t>
      </w:r>
    </w:p>
    <w:p>
      <w:pPr>
        <w:spacing w:after="20"/>
      </w:pPr>
      <w:r>
        <w:rPr>
          <w:b/>
        </w:rPr>
        <w:t>0799. citizen</w:t>
      </w:r>
      <w:r>
        <w:t xml:space="preserve"> - sˈɪtʌzʌn - fuqaro</w:t>
      </w:r>
    </w:p>
    <w:p>
      <w:pPr>
        <w:spacing w:after="20"/>
      </w:pPr>
      <w:r>
        <w:rPr>
          <w:b/>
        </w:rPr>
        <w:t>0800. country</w:t>
      </w:r>
      <w:r>
        <w:t xml:space="preserve"> - kˈʌntriː - mamlakat</w:t>
      </w:r>
    </w:p>
    <w:p>
      <w:pPr>
        <w:spacing w:after="20"/>
      </w:pPr>
      <w:r>
        <w:rPr>
          <w:b/>
        </w:rPr>
        <w:t>0801. nation</w:t>
      </w:r>
      <w:r>
        <w:t xml:space="preserve"> - nˈeɪʃʌn - millat</w:t>
      </w:r>
    </w:p>
    <w:p>
      <w:pPr>
        <w:spacing w:after="20"/>
      </w:pPr>
      <w:r>
        <w:rPr>
          <w:b/>
        </w:rPr>
        <w:t>0802. state</w:t>
      </w:r>
      <w:r>
        <w:t xml:space="preserve"> - stˈeɪt - davlat</w:t>
      </w:r>
    </w:p>
    <w:p>
      <w:pPr>
        <w:spacing w:after="20"/>
      </w:pPr>
      <w:r>
        <w:rPr>
          <w:b/>
        </w:rPr>
        <w:t>0803. law</w:t>
      </w:r>
      <w:r>
        <w:t xml:space="preserve"> - lˈɔː - qonun</w:t>
      </w:r>
    </w:p>
    <w:p>
      <w:pPr>
        <w:spacing w:after="20"/>
      </w:pPr>
      <w:r>
        <w:rPr>
          <w:b/>
        </w:rPr>
        <w:t>0804. rule</w:t>
      </w:r>
      <w:r>
        <w:t xml:space="preserve"> - rˈuːl - qoida</w:t>
      </w:r>
    </w:p>
    <w:p>
      <w:pPr>
        <w:spacing w:after="20"/>
      </w:pPr>
      <w:r>
        <w:rPr>
          <w:b/>
        </w:rPr>
        <w:t>0805. policy</w:t>
      </w:r>
      <w:r>
        <w:t xml:space="preserve"> - pˈɑːlʌsiː - siyosat</w:t>
      </w:r>
    </w:p>
    <w:p>
      <w:pPr>
        <w:spacing w:after="20"/>
      </w:pPr>
      <w:r>
        <w:rPr>
          <w:b/>
        </w:rPr>
        <w:t>0806. election</w:t>
      </w:r>
      <w:r>
        <w:t xml:space="preserve"> - ɪlˈekʃʌn - saylov</w:t>
      </w:r>
    </w:p>
    <w:p>
      <w:pPr>
        <w:spacing w:after="20"/>
      </w:pPr>
      <w:r>
        <w:rPr>
          <w:b/>
        </w:rPr>
        <w:t>0807. vote</w:t>
      </w:r>
      <w:r>
        <w:t xml:space="preserve"> - vˈoʊt - ovoz bermoq</w:t>
      </w:r>
    </w:p>
    <w:p>
      <w:pPr>
        <w:spacing w:after="20"/>
      </w:pPr>
      <w:r>
        <w:rPr>
          <w:b/>
        </w:rPr>
        <w:t>0808. politician</w:t>
      </w:r>
      <w:r>
        <w:t xml:space="preserve"> - pˌɑːlʌtˈɪʃʌn - siyosatchi</w:t>
      </w:r>
    </w:p>
    <w:p>
      <w:pPr>
        <w:spacing w:after="20"/>
      </w:pPr>
      <w:r>
        <w:rPr>
          <w:b/>
        </w:rPr>
        <w:t>0809. president</w:t>
      </w:r>
      <w:r>
        <w:t xml:space="preserve"> - prˈezʌdˌent - prezident</w:t>
      </w:r>
    </w:p>
    <w:p>
      <w:pPr>
        <w:spacing w:after="20"/>
      </w:pPr>
      <w:r>
        <w:rPr>
          <w:b/>
        </w:rPr>
        <w:t>0810. minister</w:t>
      </w:r>
      <w:r>
        <w:t xml:space="preserve"> - mˈɪnʌstər - vazir</w:t>
      </w:r>
    </w:p>
    <w:p>
      <w:pPr>
        <w:spacing w:after="20"/>
      </w:pPr>
      <w:r>
        <w:rPr>
          <w:b/>
        </w:rPr>
        <w:t>0811. leader</w:t>
      </w:r>
      <w:r>
        <w:t xml:space="preserve"> - lˈiːdər - rahbar</w:t>
      </w:r>
    </w:p>
    <w:p>
      <w:pPr>
        <w:spacing w:after="20"/>
      </w:pPr>
      <w:r>
        <w:rPr>
          <w:b/>
        </w:rPr>
        <w:t>0812. authority</w:t>
      </w:r>
      <w:r>
        <w:t xml:space="preserve"> - ʌθˈɔːrʌtiː - hokimiyat</w:t>
      </w:r>
    </w:p>
    <w:p>
      <w:pPr>
        <w:spacing w:after="20"/>
      </w:pPr>
      <w:r>
        <w:rPr>
          <w:b/>
        </w:rPr>
        <w:t>0813. healthcare</w:t>
      </w:r>
      <w:r>
        <w:t xml:space="preserve"> - hˈelθkˌer - sog‘liqni saqlash</w:t>
      </w:r>
    </w:p>
    <w:p>
      <w:pPr>
        <w:spacing w:after="20"/>
      </w:pPr>
      <w:r>
        <w:rPr>
          <w:b/>
        </w:rPr>
        <w:t>0814. housing</w:t>
      </w:r>
      <w:r>
        <w:t xml:space="preserve"> - hˈaʊzɪŋ - uy-joy</w:t>
      </w:r>
    </w:p>
    <w:p>
      <w:pPr>
        <w:spacing w:after="20"/>
      </w:pPr>
      <w:r>
        <w:rPr>
          <w:b/>
        </w:rPr>
        <w:t>0815. employment</w:t>
      </w:r>
      <w:r>
        <w:t xml:space="preserve"> - emplˈɔɪmʌnt - bandlik</w:t>
      </w:r>
    </w:p>
    <w:p>
      <w:pPr>
        <w:spacing w:after="20"/>
      </w:pPr>
      <w:r>
        <w:rPr>
          <w:b/>
        </w:rPr>
        <w:t>0816. poverty</w:t>
      </w:r>
      <w:r>
        <w:t xml:space="preserve"> - pˈɑːvərtiː - qashshoqlik</w:t>
      </w:r>
    </w:p>
    <w:p>
      <w:pPr>
        <w:spacing w:after="20"/>
      </w:pPr>
      <w:r>
        <w:rPr>
          <w:b/>
        </w:rPr>
        <w:t>0817. wealth</w:t>
      </w:r>
      <w:r>
        <w:t xml:space="preserve"> - wˈelθ - boylik</w:t>
      </w:r>
    </w:p>
    <w:p>
      <w:pPr>
        <w:spacing w:after="20"/>
      </w:pPr>
      <w:r>
        <w:rPr>
          <w:b/>
        </w:rPr>
        <w:t>0818. equality</w:t>
      </w:r>
      <w:r>
        <w:t xml:space="preserve"> - ɪkwˈɑːlʌtiː - tenglik</w:t>
      </w:r>
    </w:p>
    <w:p>
      <w:pPr>
        <w:spacing w:after="20"/>
      </w:pPr>
      <w:r>
        <w:rPr>
          <w:b/>
        </w:rPr>
        <w:t>0819. freedom</w:t>
      </w:r>
      <w:r>
        <w:t xml:space="preserve"> - frˈiːdʌm - erkinlik</w:t>
      </w:r>
    </w:p>
    <w:p>
      <w:pPr>
        <w:spacing w:after="20"/>
      </w:pPr>
      <w:r>
        <w:rPr>
          <w:b/>
        </w:rPr>
        <w:t>0820. justice</w:t>
      </w:r>
      <w:r>
        <w:t xml:space="preserve"> - dʒˈʌstʌs - adolat</w:t>
      </w:r>
    </w:p>
    <w:p>
      <w:pPr>
        <w:spacing w:after="20"/>
      </w:pPr>
      <w:r>
        <w:rPr>
          <w:b/>
        </w:rPr>
        <w:t>0821. crime</w:t>
      </w:r>
      <w:r>
        <w:t xml:space="preserve"> - krˈaɪm - jinoyat</w:t>
      </w:r>
    </w:p>
    <w:p>
      <w:pPr>
        <w:spacing w:after="20"/>
      </w:pPr>
      <w:r>
        <w:rPr>
          <w:b/>
        </w:rPr>
        <w:t>0822. criminal</w:t>
      </w:r>
      <w:r>
        <w:t xml:space="preserve"> - krˈɪmʌnʌl - jinoyatchi</w:t>
      </w:r>
    </w:p>
    <w:p>
      <w:pPr>
        <w:spacing w:after="20"/>
      </w:pPr>
      <w:r>
        <w:rPr>
          <w:b/>
        </w:rPr>
        <w:t>0823. victim</w:t>
      </w:r>
      <w:r>
        <w:t xml:space="preserve"> - vˈɪktʌm - jabrlanuvchi</w:t>
      </w:r>
    </w:p>
    <w:p>
      <w:pPr>
        <w:spacing w:after="20"/>
      </w:pPr>
      <w:r>
        <w:rPr>
          <w:b/>
        </w:rPr>
        <w:t>0824. court</w:t>
      </w:r>
      <w:r>
        <w:t xml:space="preserve"> - kˈɔːrt - sud</w:t>
      </w:r>
    </w:p>
    <w:p>
      <w:pPr>
        <w:spacing w:after="20"/>
      </w:pPr>
      <w:r>
        <w:rPr>
          <w:b/>
        </w:rPr>
        <w:t>0825. prison</w:t>
      </w:r>
      <w:r>
        <w:t xml:space="preserve"> - prˈɪzʌn - qamoqxona</w:t>
      </w:r>
    </w:p>
    <w:p>
      <w:pPr>
        <w:spacing w:after="20"/>
      </w:pPr>
      <w:r>
        <w:rPr>
          <w:b/>
        </w:rPr>
        <w:t>0826. charity</w:t>
      </w:r>
      <w:r>
        <w:t xml:space="preserve"> - tʃˈerɪtiː - xayriya</w:t>
      </w:r>
    </w:p>
    <w:p>
      <w:pPr>
        <w:spacing w:after="20"/>
      </w:pPr>
      <w:r>
        <w:rPr>
          <w:b/>
        </w:rPr>
        <w:t>0827. volunteer</w:t>
      </w:r>
      <w:r>
        <w:t xml:space="preserve"> - vˌɑːlʌntˈɪr - ko‘ngilli</w:t>
      </w:r>
    </w:p>
    <w:p>
      <w:pPr>
        <w:spacing w:after="20"/>
      </w:pPr>
      <w:r>
        <w:rPr>
          <w:b/>
        </w:rPr>
        <w:t>0828. develop</w:t>
      </w:r>
      <w:r>
        <w:t xml:space="preserve"> - dɪvˈelʌp - rivojlantirmoq</w:t>
      </w:r>
    </w:p>
    <w:p>
      <w:pPr>
        <w:spacing w:after="20"/>
      </w:pPr>
      <w:r>
        <w:rPr>
          <w:b/>
        </w:rPr>
        <w:t>0829. provide</w:t>
      </w:r>
      <w:r>
        <w:t xml:space="preserve"> - prʌvˈaɪd - ta’minlamoq</w:t>
      </w:r>
    </w:p>
    <w:p>
      <w:pPr>
        <w:spacing w:after="20"/>
      </w:pPr>
      <w:r>
        <w:rPr>
          <w:b/>
        </w:rPr>
        <w:t>0830. allow</w:t>
      </w:r>
      <w:r>
        <w:t xml:space="preserve"> - ʌlˈaʊ - ruxsat bermoq</w:t>
      </w:r>
    </w:p>
    <w:p>
      <w:pPr>
        <w:spacing w:after="20"/>
      </w:pPr>
      <w:r>
        <w:rPr>
          <w:b/>
        </w:rPr>
        <w:t>0831. require</w:t>
      </w:r>
      <w:r>
        <w:t xml:space="preserve"> - rˌiːkwˈaɪər - talab qilmoq</w:t>
      </w:r>
    </w:p>
    <w:p>
      <w:pPr>
        <w:spacing w:after="20"/>
      </w:pPr>
      <w:r>
        <w:rPr>
          <w:b/>
        </w:rPr>
        <w:t>0832. affect</w:t>
      </w:r>
      <w:r>
        <w:t xml:space="preserve"> - ʌfˈekt - ta’sir qilmoq</w:t>
      </w:r>
    </w:p>
    <w:p>
      <w:pPr>
        <w:spacing w:after="20"/>
      </w:pPr>
      <w:r>
        <w:rPr>
          <w:b/>
        </w:rPr>
        <w:t>0833. benefit</w:t>
      </w:r>
      <w:r>
        <w:t xml:space="preserve"> - bˈenʌfɪt - foyda</w:t>
      </w:r>
    </w:p>
    <w:p>
      <w:pPr>
        <w:spacing w:after="20"/>
      </w:pPr>
      <w:r>
        <w:rPr>
          <w:b/>
        </w:rPr>
        <w:t>0834. issue</w:t>
      </w:r>
      <w:r>
        <w:t xml:space="preserve"> - ˈɪʃuː - muammo</w:t>
      </w:r>
    </w:p>
    <w:p>
      <w:pPr>
        <w:spacing w:after="20"/>
      </w:pPr>
      <w:r>
        <w:rPr>
          <w:b/>
        </w:rPr>
        <w:t>0835. democracy</w:t>
      </w:r>
      <w:r>
        <w:t xml:space="preserve"> - dɪmˈɑːkrʌsiː - demokratiya</w:t>
      </w:r>
    </w:p>
    <w:p>
      <w:pPr>
        <w:spacing w:after="20"/>
      </w:pPr>
      <w:r>
        <w:rPr>
          <w:b/>
        </w:rPr>
        <w:t>0836. lawyer</w:t>
      </w:r>
      <w:r>
        <w:t xml:space="preserve"> - lˈɔːjər - advokat</w:t>
      </w:r>
    </w:p>
    <w:p>
      <w:pPr>
        <w:spacing w:after="20"/>
      </w:pPr>
      <w:r>
        <w:rPr>
          <w:b/>
        </w:rPr>
        <w:t>0837. legal</w:t>
      </w:r>
      <w:r>
        <w:t xml:space="preserve"> - lˈiːɡʌl - qonuniy</w:t>
      </w:r>
    </w:p>
    <w:p>
      <w:pPr>
        <w:spacing w:after="20"/>
      </w:pPr>
      <w:r>
        <w:rPr>
          <w:b/>
        </w:rPr>
        <w:t>0838. national</w:t>
      </w:r>
      <w:r>
        <w:t xml:space="preserve"> - nˈæʃʌnʌl - milliy</w:t>
      </w:r>
    </w:p>
    <w:p>
      <w:pPr>
        <w:spacing w:after="20"/>
      </w:pPr>
      <w:r>
        <w:rPr>
          <w:b/>
        </w:rPr>
        <w:t>0839. official</w:t>
      </w:r>
      <w:r>
        <w:t xml:space="preserve"> - ʌfˈɪʃʌl - rasmiy</w:t>
      </w:r>
    </w:p>
    <w:p>
      <w:pPr>
        <w:spacing w:after="20"/>
      </w:pPr>
      <w:r>
        <w:rPr>
          <w:b/>
        </w:rPr>
        <w:t>0840. resident</w:t>
      </w:r>
      <w:r>
        <w:t xml:space="preserve"> - rˈezɪdʌnt - rezident</w:t>
      </w:r>
    </w:p>
    <w:p>
      <w:pPr>
        <w:spacing w:after="20"/>
      </w:pPr>
      <w:r>
        <w:rPr>
          <w:b/>
        </w:rPr>
        <w:t>0841. rights</w:t>
      </w:r>
      <w:r>
        <w:t xml:space="preserve"> - rˈaɪts - huquqlar</w:t>
      </w:r>
    </w:p>
    <w:p>
      <w:pPr>
        <w:spacing w:after="20"/>
      </w:pPr>
      <w:r>
        <w:rPr>
          <w:b/>
        </w:rPr>
        <w:t>0842. welfare</w:t>
      </w:r>
      <w:r>
        <w:t xml:space="preserve"> - wˈelfˌer - farovonlik</w:t>
      </w:r>
    </w:p>
    <w:p>
      <w:pPr>
        <w:spacing w:after="20"/>
      </w:pPr>
      <w:r>
        <w:rPr>
          <w:b/>
        </w:rPr>
        <w:t>0843. publicity</w:t>
      </w:r>
      <w:r>
        <w:t xml:space="preserve"> - pʌblˈɪsʌtiː - ommaviylik</w:t>
      </w:r>
    </w:p>
    <w:p>
      <w:pPr>
        <w:spacing w:after="20"/>
      </w:pPr>
      <w:r>
        <w:rPr>
          <w:b/>
        </w:rPr>
        <w:t>0844. security</w:t>
      </w:r>
      <w:r>
        <w:t xml:space="preserve"> - sɪkjˈʊrʌtiː - xavfsizlik</w:t>
      </w:r>
    </w:p>
    <w:p>
      <w:pPr>
        <w:pStyle w:val="Heading1"/>
      </w:pPr>
      <w:r>
        <w:t>IELTS: education, skills &amp; learning</w:t>
      </w:r>
    </w:p>
    <w:p>
      <w:pPr>
        <w:spacing w:after="20"/>
      </w:pPr>
      <w:r>
        <w:rPr>
          <w:b/>
        </w:rPr>
        <w:t>0845. assessment</w:t>
      </w:r>
      <w:r>
        <w:t xml:space="preserve"> - ʌsˈesmʌnt - baholash</w:t>
      </w:r>
    </w:p>
    <w:p>
      <w:pPr>
        <w:spacing w:after="20"/>
      </w:pPr>
      <w:r>
        <w:rPr>
          <w:b/>
        </w:rPr>
        <w:t>0846. curriculum</w:t>
      </w:r>
      <w:r>
        <w:t xml:space="preserve"> - kərˈɪkjʌlʌm - o‘quv dasturi</w:t>
      </w:r>
    </w:p>
    <w:p>
      <w:pPr>
        <w:spacing w:after="20"/>
      </w:pPr>
      <w:r>
        <w:rPr>
          <w:b/>
        </w:rPr>
        <w:t>0847. literacy</w:t>
      </w:r>
      <w:r>
        <w:t xml:space="preserve"> - lˈɪtərʌsiː - savodxonlik</w:t>
      </w:r>
    </w:p>
    <w:p>
      <w:pPr>
        <w:spacing w:after="20"/>
      </w:pPr>
      <w:r>
        <w:rPr>
          <w:b/>
        </w:rPr>
        <w:t>0848. numeracy</w:t>
      </w:r>
      <w:r>
        <w:t xml:space="preserve"> - — - hisoblash savodxonligi</w:t>
      </w:r>
    </w:p>
    <w:p>
      <w:pPr>
        <w:spacing w:after="20"/>
      </w:pPr>
      <w:r>
        <w:rPr>
          <w:b/>
        </w:rPr>
        <w:t>0849. scholarship</w:t>
      </w:r>
      <w:r>
        <w:t xml:space="preserve"> - skˈɑːlərʃˌɪp - stipendiya</w:t>
      </w:r>
    </w:p>
    <w:p>
      <w:pPr>
        <w:spacing w:after="20"/>
      </w:pPr>
      <w:r>
        <w:rPr>
          <w:b/>
        </w:rPr>
        <w:t>0850. tuition</w:t>
      </w:r>
      <w:r>
        <w:t xml:space="preserve"> - tjuːˈɪʃʌn - o‘qish to‘lovi</w:t>
      </w:r>
    </w:p>
    <w:p>
      <w:pPr>
        <w:spacing w:after="20"/>
      </w:pPr>
      <w:r>
        <w:rPr>
          <w:b/>
        </w:rPr>
        <w:t>0851. institution</w:t>
      </w:r>
      <w:r>
        <w:t xml:space="preserve"> - ˌɪnstɪtˈuːʃʌn - muassasa</w:t>
      </w:r>
    </w:p>
    <w:p>
      <w:pPr>
        <w:spacing w:after="20"/>
      </w:pPr>
      <w:r>
        <w:rPr>
          <w:b/>
        </w:rPr>
        <w:t>0852. discipline</w:t>
      </w:r>
      <w:r>
        <w:t xml:space="preserve"> - dˈɪsʌplʌn - intizom</w:t>
      </w:r>
    </w:p>
    <w:p>
      <w:pPr>
        <w:spacing w:after="20"/>
      </w:pPr>
      <w:r>
        <w:rPr>
          <w:b/>
        </w:rPr>
        <w:t>0853. competence</w:t>
      </w:r>
      <w:r>
        <w:t xml:space="preserve"> - kˈɑːmpʌtɪns - qobiliyat</w:t>
      </w:r>
    </w:p>
    <w:p>
      <w:pPr>
        <w:spacing w:after="20"/>
      </w:pPr>
      <w:r>
        <w:rPr>
          <w:b/>
        </w:rPr>
        <w:t>0854. ability</w:t>
      </w:r>
      <w:r>
        <w:t xml:space="preserve"> - ʌbˈɪlʌtˌiː - qobiliyat</w:t>
      </w:r>
    </w:p>
    <w:p>
      <w:pPr>
        <w:spacing w:after="20"/>
      </w:pPr>
      <w:r>
        <w:rPr>
          <w:b/>
        </w:rPr>
        <w:t>0855. talent</w:t>
      </w:r>
      <w:r>
        <w:t xml:space="preserve"> - tˈælʌnt - iste’dod</w:t>
      </w:r>
    </w:p>
    <w:p>
      <w:pPr>
        <w:spacing w:after="20"/>
      </w:pPr>
      <w:r>
        <w:rPr>
          <w:b/>
        </w:rPr>
        <w:t>0856. motivation</w:t>
      </w:r>
      <w:r>
        <w:t xml:space="preserve"> - mˌoʊtʌvˈeɪʃʌn - motivatsiya</w:t>
      </w:r>
    </w:p>
    <w:p>
      <w:pPr>
        <w:spacing w:after="20"/>
      </w:pPr>
      <w:r>
        <w:rPr>
          <w:b/>
        </w:rPr>
        <w:t>0857. progress</w:t>
      </w:r>
      <w:r>
        <w:t xml:space="preserve"> - prˈɑːɡrˌes - taraqqiyot</w:t>
      </w:r>
    </w:p>
    <w:p>
      <w:pPr>
        <w:spacing w:after="20"/>
      </w:pPr>
      <w:r>
        <w:rPr>
          <w:b/>
        </w:rPr>
        <w:t>0858. performance</w:t>
      </w:r>
      <w:r>
        <w:t xml:space="preserve"> - pərfˈɔːrmʌns - natija</w:t>
      </w:r>
    </w:p>
    <w:p>
      <w:pPr>
        <w:spacing w:after="20"/>
      </w:pPr>
      <w:r>
        <w:rPr>
          <w:b/>
        </w:rPr>
        <w:t>0859. feedback</w:t>
      </w:r>
      <w:r>
        <w:t xml:space="preserve"> - fˈiːdbˌæk - fikr-mulohaza</w:t>
      </w:r>
    </w:p>
    <w:p>
      <w:pPr>
        <w:spacing w:after="20"/>
      </w:pPr>
      <w:r>
        <w:rPr>
          <w:b/>
        </w:rPr>
        <w:t>0860. experiment</w:t>
      </w:r>
      <w:r>
        <w:t xml:space="preserve"> - ɪkspˈerʌmʌnt - tajriba</w:t>
      </w:r>
    </w:p>
    <w:p>
      <w:pPr>
        <w:spacing w:after="20"/>
      </w:pPr>
      <w:r>
        <w:rPr>
          <w:b/>
        </w:rPr>
        <w:t>0861. evidence</w:t>
      </w:r>
      <w:r>
        <w:t xml:space="preserve"> - ˈevʌdʌns - dalil</w:t>
      </w:r>
    </w:p>
    <w:p>
      <w:pPr>
        <w:spacing w:after="20"/>
      </w:pPr>
      <w:r>
        <w:rPr>
          <w:b/>
        </w:rPr>
        <w:t>0862. approach</w:t>
      </w:r>
      <w:r>
        <w:t xml:space="preserve"> - ʌprˈoʊtʃ - yondashuv</w:t>
      </w:r>
    </w:p>
    <w:p>
      <w:pPr>
        <w:spacing w:after="20"/>
      </w:pPr>
      <w:r>
        <w:rPr>
          <w:b/>
        </w:rPr>
        <w:t>0863. strategy</w:t>
      </w:r>
      <w:r>
        <w:t xml:space="preserve"> - strˈætʌdʒiː - strategiya</w:t>
      </w:r>
    </w:p>
    <w:p>
      <w:pPr>
        <w:spacing w:after="20"/>
      </w:pPr>
      <w:r>
        <w:rPr>
          <w:b/>
        </w:rPr>
        <w:t>0864. access</w:t>
      </w:r>
      <w:r>
        <w:t xml:space="preserve"> - ˈæksˌes - foydalanish imkoniyati</w:t>
      </w:r>
    </w:p>
    <w:p>
      <w:pPr>
        <w:spacing w:after="20"/>
      </w:pPr>
      <w:r>
        <w:rPr>
          <w:b/>
        </w:rPr>
        <w:t>0865. opportunity</w:t>
      </w:r>
      <w:r>
        <w:t xml:space="preserve"> - ˌɑːpərtˈuːnʌtiː - imkoniyat</w:t>
      </w:r>
    </w:p>
    <w:p>
      <w:pPr>
        <w:spacing w:after="20"/>
      </w:pPr>
      <w:r>
        <w:rPr>
          <w:b/>
        </w:rPr>
        <w:t>0866. challenge</w:t>
      </w:r>
      <w:r>
        <w:t xml:space="preserve"> - tʃˈælʌndʒ - qiyinchilik</w:t>
      </w:r>
    </w:p>
    <w:p>
      <w:pPr>
        <w:spacing w:after="20"/>
      </w:pPr>
      <w:r>
        <w:rPr>
          <w:b/>
        </w:rPr>
        <w:t>0867. advantage</w:t>
      </w:r>
      <w:r>
        <w:t xml:space="preserve"> - ædvˈæntɪdʒ - afzallik</w:t>
      </w:r>
    </w:p>
    <w:p>
      <w:pPr>
        <w:spacing w:after="20"/>
      </w:pPr>
      <w:r>
        <w:rPr>
          <w:b/>
        </w:rPr>
        <w:t>0868. disadvantage</w:t>
      </w:r>
      <w:r>
        <w:t xml:space="preserve"> - dˌɪsʌdvˈæntɪdʒ - kamchilik</w:t>
      </w:r>
    </w:p>
    <w:p>
      <w:pPr>
        <w:spacing w:after="20"/>
      </w:pPr>
      <w:r>
        <w:rPr>
          <w:b/>
        </w:rPr>
        <w:t>0869. impact</w:t>
      </w:r>
      <w:r>
        <w:t xml:space="preserve"> - ˌɪmpˈækt - ta’sir</w:t>
      </w:r>
    </w:p>
    <w:p>
      <w:pPr>
        <w:spacing w:after="20"/>
      </w:pPr>
      <w:r>
        <w:rPr>
          <w:b/>
        </w:rPr>
        <w:t>0870. factor</w:t>
      </w:r>
      <w:r>
        <w:t xml:space="preserve"> - fˈæktər - omil</w:t>
      </w:r>
    </w:p>
    <w:p>
      <w:pPr>
        <w:spacing w:after="20"/>
      </w:pPr>
      <w:r>
        <w:rPr>
          <w:b/>
        </w:rPr>
        <w:t>0871. cause</w:t>
      </w:r>
      <w:r>
        <w:t xml:space="preserve"> - kˈɑːz - sabab</w:t>
      </w:r>
    </w:p>
    <w:p>
      <w:pPr>
        <w:spacing w:after="20"/>
      </w:pPr>
      <w:r>
        <w:rPr>
          <w:b/>
        </w:rPr>
        <w:t>0872. effect</w:t>
      </w:r>
      <w:r>
        <w:t xml:space="preserve"> - ɪfˈekt - ta’sir/natija</w:t>
      </w:r>
    </w:p>
    <w:p>
      <w:pPr>
        <w:spacing w:after="20"/>
      </w:pPr>
      <w:r>
        <w:rPr>
          <w:b/>
        </w:rPr>
        <w:t>0873. outcome</w:t>
      </w:r>
      <w:r>
        <w:t xml:space="preserve"> - ˈaʊtkˌʌm - yakuniy natija</w:t>
      </w:r>
    </w:p>
    <w:p>
      <w:pPr>
        <w:spacing w:after="20"/>
      </w:pPr>
      <w:r>
        <w:rPr>
          <w:b/>
        </w:rPr>
        <w:t>0874. decrease</w:t>
      </w:r>
      <w:r>
        <w:t xml:space="preserve"> - dɪkrˈiːs - kamayish</w:t>
      </w:r>
    </w:p>
    <w:p>
      <w:pPr>
        <w:spacing w:after="20"/>
      </w:pPr>
      <w:r>
        <w:rPr>
          <w:b/>
        </w:rPr>
        <w:t>0875. encourage</w:t>
      </w:r>
      <w:r>
        <w:t xml:space="preserve"> - enkˈərɪdʒ - rag‘batlantirmoq</w:t>
      </w:r>
    </w:p>
    <w:p>
      <w:pPr>
        <w:spacing w:after="20"/>
      </w:pPr>
      <w:r>
        <w:rPr>
          <w:b/>
        </w:rPr>
        <w:t>0876. achieve</w:t>
      </w:r>
      <w:r>
        <w:t xml:space="preserve"> - ʌtʃˈiːv - erishmoq</w:t>
      </w:r>
    </w:p>
    <w:p>
      <w:pPr>
        <w:spacing w:after="20"/>
      </w:pPr>
      <w:r>
        <w:rPr>
          <w:b/>
        </w:rPr>
        <w:t>0877. participate</w:t>
      </w:r>
      <w:r>
        <w:t xml:space="preserve"> - pɑːrtˈɪsʌpˌeɪt - qatnashmoq</w:t>
      </w:r>
    </w:p>
    <w:p>
      <w:pPr>
        <w:spacing w:after="20"/>
      </w:pPr>
      <w:r>
        <w:rPr>
          <w:b/>
        </w:rPr>
        <w:t>0878. acquire</w:t>
      </w:r>
      <w:r>
        <w:t xml:space="preserve"> - ʌkwˈaɪər - egallamoq</w:t>
      </w:r>
    </w:p>
    <w:p>
      <w:pPr>
        <w:spacing w:after="20"/>
      </w:pPr>
      <w:r>
        <w:rPr>
          <w:b/>
        </w:rPr>
        <w:t>0879. adapt</w:t>
      </w:r>
      <w:r>
        <w:t xml:space="preserve"> - ʌdˈæpt - moslashmoq</w:t>
      </w:r>
    </w:p>
    <w:p>
      <w:pPr>
        <w:spacing w:after="20"/>
      </w:pPr>
      <w:r>
        <w:rPr>
          <w:b/>
        </w:rPr>
        <w:t>0880. critical</w:t>
      </w:r>
      <w:r>
        <w:t xml:space="preserve"> - krˈɪtɪkʌl - tanqidiy</w:t>
      </w:r>
    </w:p>
    <w:p>
      <w:pPr>
        <w:spacing w:after="20"/>
      </w:pPr>
      <w:r>
        <w:rPr>
          <w:b/>
        </w:rPr>
        <w:t>0881. practical</w:t>
      </w:r>
      <w:r>
        <w:t xml:space="preserve"> - prˈæktʌkʌl - amaliy</w:t>
      </w:r>
    </w:p>
    <w:p>
      <w:pPr>
        <w:spacing w:after="20"/>
      </w:pPr>
      <w:r>
        <w:rPr>
          <w:b/>
        </w:rPr>
        <w:t>0882. theoretical</w:t>
      </w:r>
      <w:r>
        <w:t xml:space="preserve"> - θˌiːərˈetɪkʌl - nazariy</w:t>
      </w:r>
    </w:p>
    <w:p>
      <w:pPr>
        <w:spacing w:after="20"/>
      </w:pPr>
      <w:r>
        <w:rPr>
          <w:b/>
        </w:rPr>
        <w:t>0883. innovative</w:t>
      </w:r>
      <w:r>
        <w:t xml:space="preserve"> - ˈɪnʌvˌeɪtɪv - yangilikka asoslangan</w:t>
      </w:r>
    </w:p>
    <w:p>
      <w:pPr>
        <w:pStyle w:val="Heading1"/>
      </w:pPr>
      <w:r>
        <w:t>IELTS: work, economy &amp; business</w:t>
      </w:r>
    </w:p>
    <w:p>
      <w:pPr>
        <w:spacing w:after="20"/>
      </w:pPr>
      <w:r>
        <w:rPr>
          <w:b/>
        </w:rPr>
        <w:t>0884. economy</w:t>
      </w:r>
      <w:r>
        <w:t xml:space="preserve"> - ɪkˈɑːnʌmiː - iqtisodiyot</w:t>
      </w:r>
    </w:p>
    <w:p>
      <w:pPr>
        <w:spacing w:after="20"/>
      </w:pPr>
      <w:r>
        <w:rPr>
          <w:b/>
        </w:rPr>
        <w:t>0885. economic</w:t>
      </w:r>
      <w:r>
        <w:t xml:space="preserve"> - ˌekʌnˈɑːmɪk - iqtisodiy</w:t>
      </w:r>
    </w:p>
    <w:p>
      <w:pPr>
        <w:spacing w:after="20"/>
      </w:pPr>
      <w:r>
        <w:rPr>
          <w:b/>
        </w:rPr>
        <w:t>0886. finance</w:t>
      </w:r>
      <w:r>
        <w:t xml:space="preserve"> - fʌnˈæns - moliya</w:t>
      </w:r>
    </w:p>
    <w:p>
      <w:pPr>
        <w:spacing w:after="20"/>
      </w:pPr>
      <w:r>
        <w:rPr>
          <w:b/>
        </w:rPr>
        <w:t>0887. financial</w:t>
      </w:r>
      <w:r>
        <w:t xml:space="preserve"> - fʌnˈænʃʌl - moliyaviy</w:t>
      </w:r>
    </w:p>
    <w:p>
      <w:pPr>
        <w:spacing w:after="20"/>
      </w:pPr>
      <w:r>
        <w:rPr>
          <w:b/>
        </w:rPr>
        <w:t>0888. corporation</w:t>
      </w:r>
      <w:r>
        <w:t xml:space="preserve"> - kˌɔːrpərˈeɪʃʌn - korporatsiya</w:t>
      </w:r>
    </w:p>
    <w:p>
      <w:pPr>
        <w:spacing w:after="20"/>
      </w:pPr>
      <w:r>
        <w:rPr>
          <w:b/>
        </w:rPr>
        <w:t>0889. trade</w:t>
      </w:r>
      <w:r>
        <w:t xml:space="preserve"> - trˈeɪd - savdo</w:t>
      </w:r>
    </w:p>
    <w:p>
      <w:pPr>
        <w:spacing w:after="20"/>
      </w:pPr>
      <w:r>
        <w:rPr>
          <w:b/>
        </w:rPr>
        <w:t>0890. unemployment</w:t>
      </w:r>
      <w:r>
        <w:t xml:space="preserve"> - ˌʌnɪmplˈɔɪmʌnt - ishsizlik</w:t>
      </w:r>
    </w:p>
    <w:p>
      <w:pPr>
        <w:spacing w:after="20"/>
      </w:pPr>
      <w:r>
        <w:rPr>
          <w:b/>
        </w:rPr>
        <w:t>0891. worker</w:t>
      </w:r>
      <w:r>
        <w:t xml:space="preserve"> - wˈərkər - ishchi</w:t>
      </w:r>
    </w:p>
    <w:p>
      <w:pPr>
        <w:spacing w:after="20"/>
      </w:pPr>
      <w:r>
        <w:rPr>
          <w:b/>
        </w:rPr>
        <w:t>0892. workforce</w:t>
      </w:r>
      <w:r>
        <w:t xml:space="preserve"> - wˈərkfˌɔːrs - ishchi kuchi</w:t>
      </w:r>
    </w:p>
    <w:p>
      <w:pPr>
        <w:spacing w:after="20"/>
      </w:pPr>
      <w:r>
        <w:rPr>
          <w:b/>
        </w:rPr>
        <w:t>0893. profit</w:t>
      </w:r>
      <w:r>
        <w:t xml:space="preserve"> - prˈɑːfʌt - foyda</w:t>
      </w:r>
    </w:p>
    <w:p>
      <w:pPr>
        <w:spacing w:after="20"/>
      </w:pPr>
      <w:r>
        <w:rPr>
          <w:b/>
        </w:rPr>
        <w:t>0894. loss</w:t>
      </w:r>
      <w:r>
        <w:t xml:space="preserve"> - lˈɔːs - zarar</w:t>
      </w:r>
    </w:p>
    <w:p>
      <w:pPr>
        <w:spacing w:after="20"/>
      </w:pPr>
      <w:r>
        <w:rPr>
          <w:b/>
        </w:rPr>
        <w:t>0895. demand</w:t>
      </w:r>
      <w:r>
        <w:t xml:space="preserve"> - dɪmˈænd - talab</w:t>
      </w:r>
    </w:p>
    <w:p>
      <w:pPr>
        <w:spacing w:after="20"/>
      </w:pPr>
      <w:r>
        <w:rPr>
          <w:b/>
        </w:rPr>
        <w:t>0896. supply</w:t>
      </w:r>
      <w:r>
        <w:t xml:space="preserve"> - sʌplˈaɪ - taklif</w:t>
      </w:r>
    </w:p>
    <w:p>
      <w:pPr>
        <w:spacing w:after="20"/>
      </w:pPr>
      <w:r>
        <w:rPr>
          <w:b/>
        </w:rPr>
        <w:t>0897. consumer</w:t>
      </w:r>
      <w:r>
        <w:t xml:space="preserve"> - kʌnsˈuːmər - iste’molchi</w:t>
      </w:r>
    </w:p>
    <w:p>
      <w:pPr>
        <w:spacing w:after="20"/>
      </w:pPr>
      <w:r>
        <w:rPr>
          <w:b/>
        </w:rPr>
        <w:t>0898. productivity</w:t>
      </w:r>
      <w:r>
        <w:t xml:space="preserve"> - prˌoʊdʌktˈɪvʌtiː - unumdorlik</w:t>
      </w:r>
    </w:p>
    <w:p>
      <w:pPr>
        <w:spacing w:after="20"/>
      </w:pPr>
      <w:r>
        <w:rPr>
          <w:b/>
        </w:rPr>
        <w:t>0899. investment</w:t>
      </w:r>
      <w:r>
        <w:t xml:space="preserve"> - ˌɪnvˈestmʌnt - investitsiya</w:t>
      </w:r>
    </w:p>
    <w:p>
      <w:pPr>
        <w:spacing w:after="20"/>
      </w:pPr>
      <w:r>
        <w:rPr>
          <w:b/>
        </w:rPr>
        <w:t>0900. tax</w:t>
      </w:r>
      <w:r>
        <w:t xml:space="preserve"> - tˈæks - soliq</w:t>
      </w:r>
    </w:p>
    <w:p>
      <w:pPr>
        <w:spacing w:after="20"/>
      </w:pPr>
      <w:r>
        <w:rPr>
          <w:b/>
        </w:rPr>
        <w:t>0901. taxpayer</w:t>
      </w:r>
      <w:r>
        <w:t xml:space="preserve"> - tˈækspˌeɪər - soliq to‘lovchi</w:t>
      </w:r>
    </w:p>
    <w:p>
      <w:pPr>
        <w:spacing w:after="20"/>
      </w:pPr>
      <w:r>
        <w:rPr>
          <w:b/>
        </w:rPr>
        <w:t>0902. export</w:t>
      </w:r>
      <w:r>
        <w:t xml:space="preserve"> - ˈekspɔːrt - eksport</w:t>
      </w:r>
    </w:p>
    <w:p>
      <w:pPr>
        <w:spacing w:after="20"/>
      </w:pPr>
      <w:r>
        <w:rPr>
          <w:b/>
        </w:rPr>
        <w:t>0903. import</w:t>
      </w:r>
      <w:r>
        <w:t xml:space="preserve"> - ˌɪmpˈɔːrt - import</w:t>
      </w:r>
    </w:p>
    <w:p>
      <w:pPr>
        <w:spacing w:after="20"/>
      </w:pPr>
      <w:r>
        <w:rPr>
          <w:b/>
        </w:rPr>
        <w:t>0904. globalisation</w:t>
      </w:r>
      <w:r>
        <w:t xml:space="preserve"> - — - globallashuv</w:t>
      </w:r>
    </w:p>
    <w:p>
      <w:pPr>
        <w:spacing w:after="20"/>
      </w:pPr>
      <w:r>
        <w:rPr>
          <w:b/>
        </w:rPr>
        <w:t>0905. growth</w:t>
      </w:r>
      <w:r>
        <w:t xml:space="preserve"> - ɡrˈoʊθ - o‘sish</w:t>
      </w:r>
    </w:p>
    <w:p>
      <w:pPr>
        <w:spacing w:after="20"/>
      </w:pPr>
      <w:r>
        <w:rPr>
          <w:b/>
        </w:rPr>
        <w:t>0906. development</w:t>
      </w:r>
      <w:r>
        <w:t xml:space="preserve"> - dɪvˈelʌpmʌnt - rivojlanish</w:t>
      </w:r>
    </w:p>
    <w:p>
      <w:pPr>
        <w:spacing w:after="20"/>
      </w:pPr>
      <w:r>
        <w:rPr>
          <w:b/>
        </w:rPr>
        <w:t>0907. recession</w:t>
      </w:r>
      <w:r>
        <w:t xml:space="preserve"> - rɪsˈeʃʌn - iqtisodiy pasayish</w:t>
      </w:r>
    </w:p>
    <w:p>
      <w:pPr>
        <w:spacing w:after="20"/>
      </w:pPr>
      <w:r>
        <w:rPr>
          <w:b/>
        </w:rPr>
        <w:t>0908. affordable</w:t>
      </w:r>
      <w:r>
        <w:t xml:space="preserve"> - ʌfˈɔːrdʌbʌl - hamyonbop</w:t>
      </w:r>
    </w:p>
    <w:p>
      <w:pPr>
        <w:spacing w:after="20"/>
      </w:pPr>
      <w:r>
        <w:rPr>
          <w:b/>
        </w:rPr>
        <w:t>0909. entrepreneur</w:t>
      </w:r>
      <w:r>
        <w:t xml:space="preserve"> - ˌɑːntrʌprʌnˈər - tadbirkor</w:t>
      </w:r>
    </w:p>
    <w:p>
      <w:pPr>
        <w:spacing w:after="20"/>
      </w:pPr>
      <w:r>
        <w:rPr>
          <w:b/>
        </w:rPr>
        <w:t>0910. commercial</w:t>
      </w:r>
      <w:r>
        <w:t xml:space="preserve"> - kʌmˈərʃʌl - tijoriy</w:t>
      </w:r>
    </w:p>
    <w:p>
      <w:pPr>
        <w:spacing w:after="20"/>
      </w:pPr>
      <w:r>
        <w:rPr>
          <w:b/>
        </w:rPr>
        <w:t>0911. enterprise</w:t>
      </w:r>
      <w:r>
        <w:t xml:space="preserve"> - ˈentərprˌaɪz - korxona</w:t>
      </w:r>
    </w:p>
    <w:p>
      <w:pPr>
        <w:spacing w:after="20"/>
      </w:pPr>
      <w:r>
        <w:rPr>
          <w:b/>
        </w:rPr>
        <w:t>0912. labour</w:t>
      </w:r>
      <w:r>
        <w:t xml:space="preserve"> - lˈeɪbər - mehnat</w:t>
      </w:r>
    </w:p>
    <w:p>
      <w:pPr>
        <w:spacing w:after="20"/>
      </w:pPr>
      <w:r>
        <w:rPr>
          <w:b/>
        </w:rPr>
        <w:t>0913. manufacture</w:t>
      </w:r>
      <w:r>
        <w:t xml:space="preserve"> - mˌænjʌfˈæktʃər - ishlab chiqarmoq</w:t>
      </w:r>
    </w:p>
    <w:p>
      <w:pPr>
        <w:spacing w:after="20"/>
      </w:pPr>
      <w:r>
        <w:rPr>
          <w:b/>
        </w:rPr>
        <w:t>0914. revenue</w:t>
      </w:r>
      <w:r>
        <w:t xml:space="preserve"> - rˈevʌnˌuː - daromad</w:t>
      </w:r>
    </w:p>
    <w:p>
      <w:pPr>
        <w:spacing w:after="20"/>
      </w:pPr>
      <w:r>
        <w:rPr>
          <w:b/>
        </w:rPr>
        <w:t>0915. sector</w:t>
      </w:r>
      <w:r>
        <w:t xml:space="preserve"> - sˈektər - soha</w:t>
      </w:r>
    </w:p>
    <w:p>
      <w:pPr>
        <w:spacing w:after="20"/>
      </w:pPr>
      <w:r>
        <w:rPr>
          <w:b/>
        </w:rPr>
        <w:t>0916. unskilled</w:t>
      </w:r>
      <w:r>
        <w:t xml:space="preserve"> - ʌnskˈɪld - malakasiz</w:t>
      </w:r>
    </w:p>
    <w:p>
      <w:pPr>
        <w:pStyle w:val="Heading1"/>
      </w:pPr>
      <w:r>
        <w:t>IELTS: science, health &amp; environment</w:t>
      </w:r>
    </w:p>
    <w:p>
      <w:pPr>
        <w:spacing w:after="20"/>
      </w:pPr>
      <w:r>
        <w:rPr>
          <w:b/>
        </w:rPr>
        <w:t>0917. science</w:t>
      </w:r>
      <w:r>
        <w:t xml:space="preserve"> - sˈaɪʌns - fan</w:t>
      </w:r>
    </w:p>
    <w:p>
      <w:pPr>
        <w:spacing w:after="20"/>
      </w:pPr>
      <w:r>
        <w:rPr>
          <w:b/>
        </w:rPr>
        <w:t>0918. scientific</w:t>
      </w:r>
      <w:r>
        <w:t xml:space="preserve"> - sˌaɪʌntˈɪfɪk - ilmiy</w:t>
      </w:r>
    </w:p>
    <w:p>
      <w:pPr>
        <w:spacing w:after="20"/>
      </w:pPr>
      <w:r>
        <w:rPr>
          <w:b/>
        </w:rPr>
        <w:t>0919. scientist</w:t>
      </w:r>
      <w:r>
        <w:t xml:space="preserve"> - sˈaɪʌntɪst - olim</w:t>
      </w:r>
    </w:p>
    <w:p>
      <w:pPr>
        <w:spacing w:after="20"/>
      </w:pPr>
      <w:r>
        <w:rPr>
          <w:b/>
        </w:rPr>
        <w:t>0920. innovation</w:t>
      </w:r>
      <w:r>
        <w:t xml:space="preserve"> - ˌɪnʌvˈeɪʃʌn - innovatsiya</w:t>
      </w:r>
    </w:p>
    <w:p>
      <w:pPr>
        <w:spacing w:after="20"/>
      </w:pPr>
      <w:r>
        <w:rPr>
          <w:b/>
        </w:rPr>
        <w:t>0921. discovery</w:t>
      </w:r>
      <w:r>
        <w:t xml:space="preserve"> - dɪskˈʌvəriː - kashfiyot</w:t>
      </w:r>
    </w:p>
    <w:p>
      <w:pPr>
        <w:spacing w:after="20"/>
      </w:pPr>
      <w:r>
        <w:rPr>
          <w:b/>
        </w:rPr>
        <w:t>0922. invention</w:t>
      </w:r>
      <w:r>
        <w:t xml:space="preserve"> - ˌɪnvˈenʃʌn - ixtiro</w:t>
      </w:r>
    </w:p>
    <w:p>
      <w:pPr>
        <w:spacing w:after="20"/>
      </w:pPr>
      <w:r>
        <w:rPr>
          <w:b/>
        </w:rPr>
        <w:t>0923. laboratory</w:t>
      </w:r>
      <w:r>
        <w:t xml:space="preserve"> - lˈæbrʌtˌɔːriː - laboratoriya</w:t>
      </w:r>
    </w:p>
    <w:p>
      <w:pPr>
        <w:spacing w:after="20"/>
      </w:pPr>
      <w:r>
        <w:rPr>
          <w:b/>
        </w:rPr>
        <w:t>0924. process</w:t>
      </w:r>
      <w:r>
        <w:t xml:space="preserve"> - prˈɑːsˌes - jarayon</w:t>
      </w:r>
    </w:p>
    <w:p>
      <w:pPr>
        <w:spacing w:after="20"/>
      </w:pPr>
      <w:r>
        <w:rPr>
          <w:b/>
        </w:rPr>
        <w:t>0925. analysis</w:t>
      </w:r>
      <w:r>
        <w:t xml:space="preserve"> - ʌnˈælʌsʌs - tahlil</w:t>
      </w:r>
    </w:p>
    <w:p>
      <w:pPr>
        <w:spacing w:after="20"/>
      </w:pPr>
      <w:r>
        <w:rPr>
          <w:b/>
        </w:rPr>
        <w:t>0926. survey</w:t>
      </w:r>
      <w:r>
        <w:t xml:space="preserve"> - sərvˈeɪ - so‘rovnoma</w:t>
      </w:r>
    </w:p>
    <w:p>
      <w:pPr>
        <w:spacing w:after="20"/>
      </w:pPr>
      <w:r>
        <w:rPr>
          <w:b/>
        </w:rPr>
        <w:t>0927. prevention</w:t>
      </w:r>
      <w:r>
        <w:t xml:space="preserve"> - priːvˈenʃʌn - oldini olish</w:t>
      </w:r>
    </w:p>
    <w:p>
      <w:pPr>
        <w:spacing w:after="20"/>
      </w:pPr>
      <w:r>
        <w:rPr>
          <w:b/>
        </w:rPr>
        <w:t>0928. nutrition</w:t>
      </w:r>
      <w:r>
        <w:t xml:space="preserve"> - nuːtrˈɪʃʌn - ovqatlanish</w:t>
      </w:r>
    </w:p>
    <w:p>
      <w:pPr>
        <w:spacing w:after="20"/>
      </w:pPr>
      <w:r>
        <w:rPr>
          <w:b/>
        </w:rPr>
        <w:t>0929. obesity</w:t>
      </w:r>
      <w:r>
        <w:t xml:space="preserve"> - oʊbˈiːsʌtiː - semizlik</w:t>
      </w:r>
    </w:p>
    <w:p>
      <w:pPr>
        <w:spacing w:after="20"/>
      </w:pPr>
      <w:r>
        <w:rPr>
          <w:b/>
        </w:rPr>
        <w:t>0930. mental</w:t>
      </w:r>
      <w:r>
        <w:t xml:space="preserve"> - mˈentʌl - ruhiy</w:t>
      </w:r>
    </w:p>
    <w:p>
      <w:pPr>
        <w:spacing w:after="20"/>
      </w:pPr>
      <w:r>
        <w:rPr>
          <w:b/>
        </w:rPr>
        <w:t>0931. physical</w:t>
      </w:r>
      <w:r>
        <w:t xml:space="preserve"> - fˈɪzɪkʌl - jismoniy</w:t>
      </w:r>
    </w:p>
    <w:p>
      <w:pPr>
        <w:spacing w:after="20"/>
      </w:pPr>
      <w:r>
        <w:rPr>
          <w:b/>
        </w:rPr>
        <w:t>0932. emission</w:t>
      </w:r>
      <w:r>
        <w:t xml:space="preserve"> - ɪmˈɪʃʌn - chiqindi gazi</w:t>
      </w:r>
    </w:p>
    <w:p>
      <w:pPr>
        <w:spacing w:after="20"/>
      </w:pPr>
      <w:r>
        <w:rPr>
          <w:b/>
        </w:rPr>
        <w:t>0933. carbon</w:t>
      </w:r>
      <w:r>
        <w:t xml:space="preserve"> - kˈɑːrbʌn - uglerod</w:t>
      </w:r>
    </w:p>
    <w:p>
      <w:pPr>
        <w:spacing w:after="20"/>
      </w:pPr>
      <w:r>
        <w:rPr>
          <w:b/>
        </w:rPr>
        <w:t>0934. global warming</w:t>
      </w:r>
      <w:r>
        <w:t xml:space="preserve"> - ɡlˈoʊbʌl wˈɔːrmɪŋ - global isish</w:t>
      </w:r>
    </w:p>
    <w:p>
      <w:pPr>
        <w:spacing w:after="20"/>
      </w:pPr>
      <w:r>
        <w:rPr>
          <w:b/>
        </w:rPr>
        <w:t>0935. greenhouse</w:t>
      </w:r>
      <w:r>
        <w:t xml:space="preserve"> - ɡrˈiːnhˌaʊs - issiqxona</w:t>
      </w:r>
    </w:p>
    <w:p>
      <w:pPr>
        <w:spacing w:after="20"/>
      </w:pPr>
      <w:r>
        <w:rPr>
          <w:b/>
        </w:rPr>
        <w:t>0936. renewable</w:t>
      </w:r>
      <w:r>
        <w:t xml:space="preserve"> - riːnˈuːʌbʌl - qayta tiklanadigan</w:t>
      </w:r>
    </w:p>
    <w:p>
      <w:pPr>
        <w:spacing w:after="20"/>
      </w:pPr>
      <w:r>
        <w:rPr>
          <w:b/>
        </w:rPr>
        <w:t>0937. solar</w:t>
      </w:r>
      <w:r>
        <w:t xml:space="preserve"> - sˈoʊlər - quyoshga oid</w:t>
      </w:r>
    </w:p>
    <w:p>
      <w:pPr>
        <w:spacing w:after="20"/>
      </w:pPr>
      <w:r>
        <w:rPr>
          <w:b/>
        </w:rPr>
        <w:t>0938. conservation</w:t>
      </w:r>
      <w:r>
        <w:t xml:space="preserve"> - kˌɑːnsərvˈeɪʃʌn - asrash</w:t>
      </w:r>
    </w:p>
    <w:p>
      <w:pPr>
        <w:spacing w:after="20"/>
      </w:pPr>
      <w:r>
        <w:rPr>
          <w:b/>
        </w:rPr>
        <w:t>0939. biodiversity</w:t>
      </w:r>
      <w:r>
        <w:t xml:space="preserve"> - bˌaɪoʊdaɪvˈərsʌtiː - biologik xilma-xillik</w:t>
      </w:r>
    </w:p>
    <w:p>
      <w:pPr>
        <w:spacing w:after="20"/>
      </w:pPr>
      <w:r>
        <w:rPr>
          <w:b/>
        </w:rPr>
        <w:t>0940. ecosystem</w:t>
      </w:r>
      <w:r>
        <w:t xml:space="preserve"> - ˈiːkoʊsˌɪstʌm - ekotizim</w:t>
      </w:r>
    </w:p>
    <w:p>
      <w:pPr>
        <w:spacing w:after="20"/>
      </w:pPr>
      <w:r>
        <w:rPr>
          <w:b/>
        </w:rPr>
        <w:t>0941. adaptation</w:t>
      </w:r>
      <w:r>
        <w:t xml:space="preserve"> - ˌædʌptˈeɪʃʌn - moslashuv</w:t>
      </w:r>
    </w:p>
    <w:p>
      <w:pPr>
        <w:spacing w:after="20"/>
      </w:pPr>
      <w:r>
        <w:rPr>
          <w:b/>
        </w:rPr>
        <w:t>0942. chemical</w:t>
      </w:r>
      <w:r>
        <w:t xml:space="preserve"> - kˈemʌkʌl - kimyoviy</w:t>
      </w:r>
    </w:p>
    <w:p>
      <w:pPr>
        <w:spacing w:after="20"/>
      </w:pPr>
      <w:r>
        <w:rPr>
          <w:b/>
        </w:rPr>
        <w:t>0943. genetic</w:t>
      </w:r>
      <w:r>
        <w:t xml:space="preserve"> - dʒʌnˈetɪk - genetik</w:t>
      </w:r>
    </w:p>
    <w:p>
      <w:pPr>
        <w:spacing w:after="20"/>
      </w:pPr>
      <w:r>
        <w:rPr>
          <w:b/>
        </w:rPr>
        <w:t>0944. organism</w:t>
      </w:r>
      <w:r>
        <w:t xml:space="preserve"> - ˈɔːrɡʌnˌɪzʌm - organizm</w:t>
      </w:r>
    </w:p>
    <w:p>
      <w:pPr>
        <w:spacing w:after="20"/>
      </w:pPr>
      <w:r>
        <w:rPr>
          <w:b/>
        </w:rPr>
        <w:t>0945. technological</w:t>
      </w:r>
      <w:r>
        <w:t xml:space="preserve"> - tˌeknʌlˈɑːdʒɪkʌl - texnologik</w:t>
      </w:r>
    </w:p>
    <w:p>
      <w:pPr>
        <w:pStyle w:val="Heading1"/>
      </w:pPr>
      <w:r>
        <w:t>IELTS: abstract language, opinions &amp; arguments</w:t>
      </w:r>
    </w:p>
    <w:p>
      <w:pPr>
        <w:spacing w:after="20"/>
      </w:pPr>
      <w:r>
        <w:rPr>
          <w:b/>
        </w:rPr>
        <w:t>0946. topic</w:t>
      </w:r>
      <w:r>
        <w:t xml:space="preserve"> - tˈɑːpɪk - mavzu</w:t>
      </w:r>
    </w:p>
    <w:p>
      <w:pPr>
        <w:spacing w:after="20"/>
      </w:pPr>
      <w:r>
        <w:rPr>
          <w:b/>
        </w:rPr>
        <w:t>0947. aspect</w:t>
      </w:r>
      <w:r>
        <w:t xml:space="preserve"> - ˈæspˌekt - jihat</w:t>
      </w:r>
    </w:p>
    <w:p>
      <w:pPr>
        <w:spacing w:after="20"/>
      </w:pPr>
      <w:r>
        <w:rPr>
          <w:b/>
        </w:rPr>
        <w:t>0948. claim</w:t>
      </w:r>
      <w:r>
        <w:t xml:space="preserve"> - klˈeɪm - da’vo</w:t>
      </w:r>
    </w:p>
    <w:p>
      <w:pPr>
        <w:spacing w:after="20"/>
      </w:pPr>
      <w:r>
        <w:rPr>
          <w:b/>
        </w:rPr>
        <w:t>0949. point</w:t>
      </w:r>
      <w:r>
        <w:t xml:space="preserve"> - pˈɔɪnt - fikr</w:t>
      </w:r>
    </w:p>
    <w:p>
      <w:pPr>
        <w:spacing w:after="20"/>
      </w:pPr>
      <w:r>
        <w:rPr>
          <w:b/>
        </w:rPr>
        <w:t>0950. consequence</w:t>
      </w:r>
      <w:r>
        <w:t xml:space="preserve"> - kˈɑːnsʌkwʌns - oqibat</w:t>
      </w:r>
    </w:p>
    <w:p>
      <w:pPr>
        <w:spacing w:after="20"/>
      </w:pPr>
      <w:r>
        <w:rPr>
          <w:b/>
        </w:rPr>
        <w:t>0951. solution</w:t>
      </w:r>
      <w:r>
        <w:t xml:space="preserve"> - sʌlˈuːʃʌn - yechim</w:t>
      </w:r>
    </w:p>
    <w:p>
      <w:pPr>
        <w:spacing w:after="20"/>
      </w:pPr>
      <w:r>
        <w:rPr>
          <w:b/>
        </w:rPr>
        <w:t>0952. problem</w:t>
      </w:r>
      <w:r>
        <w:t xml:space="preserve"> - prˈɑːblʌm - muammo</w:t>
      </w:r>
    </w:p>
    <w:p>
      <w:pPr>
        <w:spacing w:after="20"/>
      </w:pPr>
      <w:r>
        <w:rPr>
          <w:b/>
        </w:rPr>
        <w:t>0953. drawback</w:t>
      </w:r>
      <w:r>
        <w:t xml:space="preserve"> - drˈɔːbˌæk - salbiy jihat</w:t>
      </w:r>
    </w:p>
    <w:p>
      <w:pPr>
        <w:spacing w:after="20"/>
      </w:pPr>
      <w:r>
        <w:rPr>
          <w:b/>
        </w:rPr>
        <w:t>0954. case</w:t>
      </w:r>
      <w:r>
        <w:t xml:space="preserve"> - kˈeɪs - holat</w:t>
      </w:r>
    </w:p>
    <w:p>
      <w:pPr>
        <w:spacing w:after="20"/>
      </w:pPr>
      <w:r>
        <w:rPr>
          <w:b/>
        </w:rPr>
        <w:t>0955. trend</w:t>
      </w:r>
      <w:r>
        <w:t xml:space="preserve"> - trˈend - tendensiya</w:t>
      </w:r>
    </w:p>
    <w:p>
      <w:pPr>
        <w:spacing w:after="20"/>
      </w:pPr>
      <w:r>
        <w:rPr>
          <w:b/>
        </w:rPr>
        <w:t>0956. pattern</w:t>
      </w:r>
      <w:r>
        <w:t xml:space="preserve"> - pˈætərn - namuna</w:t>
      </w:r>
    </w:p>
    <w:p>
      <w:pPr>
        <w:spacing w:after="20"/>
      </w:pPr>
      <w:r>
        <w:rPr>
          <w:b/>
        </w:rPr>
        <w:t>0957. change</w:t>
      </w:r>
      <w:r>
        <w:t xml:space="preserve"> - tʃˈeɪndʒ - o‘zgarish</w:t>
      </w:r>
    </w:p>
    <w:p>
      <w:pPr>
        <w:spacing w:after="20"/>
      </w:pPr>
      <w:r>
        <w:rPr>
          <w:b/>
        </w:rPr>
        <w:t>0958. rise</w:t>
      </w:r>
      <w:r>
        <w:t xml:space="preserve"> - rˈaɪz - ko‘tarilish</w:t>
      </w:r>
    </w:p>
    <w:p>
      <w:pPr>
        <w:spacing w:after="20"/>
      </w:pPr>
      <w:r>
        <w:rPr>
          <w:b/>
        </w:rPr>
        <w:t>0959. fall</w:t>
      </w:r>
      <w:r>
        <w:t xml:space="preserve"> - fˈɔːl - pasayish</w:t>
      </w:r>
    </w:p>
    <w:p>
      <w:pPr>
        <w:spacing w:after="20"/>
      </w:pPr>
      <w:r>
        <w:rPr>
          <w:b/>
        </w:rPr>
        <w:t>0960. remain</w:t>
      </w:r>
      <w:r>
        <w:t xml:space="preserve"> - rɪmˈeɪn - saqlanib qolmoq</w:t>
      </w:r>
    </w:p>
    <w:p>
      <w:pPr>
        <w:spacing w:after="20"/>
      </w:pPr>
      <w:r>
        <w:rPr>
          <w:b/>
        </w:rPr>
        <w:t>0961. vary</w:t>
      </w:r>
      <w:r>
        <w:t xml:space="preserve"> - vˈeriː - o‘zgarib turmoq</w:t>
      </w:r>
    </w:p>
    <w:p>
      <w:pPr>
        <w:spacing w:after="20"/>
      </w:pPr>
      <w:r>
        <w:rPr>
          <w:b/>
        </w:rPr>
        <w:t>0962. contrast</w:t>
      </w:r>
      <w:r>
        <w:t xml:space="preserve"> - kˈɑːntræst - qarama-qarshi qo‘ymoq</w:t>
      </w:r>
    </w:p>
    <w:p>
      <w:pPr>
        <w:spacing w:after="20"/>
      </w:pPr>
      <w:r>
        <w:rPr>
          <w:b/>
        </w:rPr>
        <w:t>0963. suggest</w:t>
      </w:r>
      <w:r>
        <w:t xml:space="preserve"> - sʌdʒˈest - taklif qilmoq</w:t>
      </w:r>
    </w:p>
    <w:p>
      <w:pPr>
        <w:spacing w:after="20"/>
      </w:pPr>
      <w:r>
        <w:rPr>
          <w:b/>
        </w:rPr>
        <w:t>0964. argue</w:t>
      </w:r>
      <w:r>
        <w:t xml:space="preserve"> - ˈɑːrɡjuː - fikrni himoya qilmoq</w:t>
      </w:r>
    </w:p>
    <w:p>
      <w:pPr>
        <w:spacing w:after="20"/>
      </w:pPr>
      <w:r>
        <w:rPr>
          <w:b/>
        </w:rPr>
        <w:t>0965. agree</w:t>
      </w:r>
      <w:r>
        <w:t xml:space="preserve"> - ʌɡrˈiː - rozi bo‘lmoq</w:t>
      </w:r>
    </w:p>
    <w:p>
      <w:pPr>
        <w:spacing w:after="20"/>
      </w:pPr>
      <w:r>
        <w:rPr>
          <w:b/>
        </w:rPr>
        <w:t>0966. disagree</w:t>
      </w:r>
      <w:r>
        <w:t xml:space="preserve"> - dɪsʌɡrˈiː - rozi bo‘lmaslik</w:t>
      </w:r>
    </w:p>
    <w:p>
      <w:pPr>
        <w:spacing w:after="20"/>
      </w:pPr>
      <w:r>
        <w:rPr>
          <w:b/>
        </w:rPr>
        <w:t>0967. believe</w:t>
      </w:r>
      <w:r>
        <w:t xml:space="preserve"> - bɪlˈiːv - ishonmoq</w:t>
      </w:r>
    </w:p>
    <w:p>
      <w:pPr>
        <w:spacing w:after="20"/>
      </w:pPr>
      <w:r>
        <w:rPr>
          <w:b/>
        </w:rPr>
        <w:t>0968. consider</w:t>
      </w:r>
      <w:r>
        <w:t xml:space="preserve"> - kʌnsˈɪdər - deb hisoblamoq</w:t>
      </w:r>
    </w:p>
    <w:p>
      <w:pPr>
        <w:spacing w:after="20"/>
      </w:pPr>
      <w:r>
        <w:rPr>
          <w:b/>
        </w:rPr>
        <w:t>0969. assume</w:t>
      </w:r>
      <w:r>
        <w:t xml:space="preserve"> - ʌsˈuːm - taxmin qilmoq</w:t>
      </w:r>
    </w:p>
    <w:p>
      <w:pPr>
        <w:spacing w:after="20"/>
      </w:pPr>
      <w:r>
        <w:rPr>
          <w:b/>
        </w:rPr>
        <w:t>0970. indicate</w:t>
      </w:r>
      <w:r>
        <w:t xml:space="preserve"> - ˈɪndʌkˌeɪt - ko‘rsatmoq</w:t>
      </w:r>
    </w:p>
    <w:p>
      <w:pPr>
        <w:spacing w:after="20"/>
      </w:pPr>
      <w:r>
        <w:rPr>
          <w:b/>
        </w:rPr>
        <w:t>0971. demonstrate</w:t>
      </w:r>
      <w:r>
        <w:t xml:space="preserve"> - dˈemʌnstrˌeɪt - namoyish etmoq</w:t>
      </w:r>
    </w:p>
    <w:p>
      <w:pPr>
        <w:spacing w:after="20"/>
      </w:pPr>
      <w:r>
        <w:rPr>
          <w:b/>
        </w:rPr>
        <w:t>0972. significant</w:t>
      </w:r>
      <w:r>
        <w:t xml:space="preserve"> - sʌɡnˈɪfɪkʌnt - muhim</w:t>
      </w:r>
    </w:p>
    <w:p>
      <w:pPr>
        <w:spacing w:after="20"/>
      </w:pPr>
      <w:r>
        <w:rPr>
          <w:b/>
        </w:rPr>
        <w:t>0973. similar</w:t>
      </w:r>
      <w:r>
        <w:t xml:space="preserve"> - sˈɪmʌlər - o‘xshash</w:t>
      </w:r>
    </w:p>
    <w:p>
      <w:pPr>
        <w:spacing w:after="20"/>
      </w:pPr>
      <w:r>
        <w:rPr>
          <w:b/>
        </w:rPr>
        <w:t>0974. different</w:t>
      </w:r>
      <w:r>
        <w:t xml:space="preserve"> - dˈɪfərʌnt - turli</w:t>
      </w:r>
    </w:p>
    <w:p>
      <w:pPr>
        <w:spacing w:after="20"/>
      </w:pPr>
      <w:r>
        <w:rPr>
          <w:b/>
        </w:rPr>
        <w:t>0975. although</w:t>
      </w:r>
      <w:r>
        <w:t xml:space="preserve"> - ˌɔːlðˈoʊ - garchi</w:t>
      </w:r>
    </w:p>
    <w:p>
      <w:pPr>
        <w:spacing w:after="20"/>
      </w:pPr>
      <w:r>
        <w:rPr>
          <w:b/>
        </w:rPr>
        <w:t>0976. however</w:t>
      </w:r>
      <w:r>
        <w:t xml:space="preserve"> - hˌaʊˈevər - biroq</w:t>
      </w:r>
    </w:p>
    <w:p>
      <w:pPr>
        <w:spacing w:after="20"/>
      </w:pPr>
      <w:r>
        <w:rPr>
          <w:b/>
        </w:rPr>
        <w:t>0977. moreover</w:t>
      </w:r>
      <w:r>
        <w:t xml:space="preserve"> - mɔːrˈoʊvər - bundan tashqari</w:t>
      </w:r>
    </w:p>
    <w:p>
      <w:pPr>
        <w:spacing w:after="20"/>
      </w:pPr>
      <w:r>
        <w:rPr>
          <w:b/>
        </w:rPr>
        <w:t>0978. therefore</w:t>
      </w:r>
      <w:r>
        <w:t xml:space="preserve"> - ðˈerfˌɔːr - shuning uchun</w:t>
      </w:r>
    </w:p>
    <w:p>
      <w:pPr>
        <w:spacing w:after="20"/>
      </w:pPr>
      <w:r>
        <w:rPr>
          <w:b/>
        </w:rPr>
        <w:t>0979. whereas</w:t>
      </w:r>
      <w:r>
        <w:t xml:space="preserve"> - werˈæz - holbuki</w:t>
      </w:r>
    </w:p>
    <w:p>
      <w:pPr>
        <w:spacing w:after="20"/>
      </w:pPr>
      <w:r>
        <w:rPr>
          <w:b/>
        </w:rPr>
        <w:t>0980. despite</w:t>
      </w:r>
      <w:r>
        <w:t xml:space="preserve"> - dɪspˈaɪt - ...ga qaramay</w:t>
      </w:r>
    </w:p>
    <w:p>
      <w:pPr>
        <w:spacing w:after="20"/>
      </w:pPr>
      <w:r>
        <w:rPr>
          <w:b/>
        </w:rPr>
        <w:t>0981. overall</w:t>
      </w:r>
      <w:r>
        <w:t xml:space="preserve"> - ˈoʊvərˌɔːl - umuman olganda</w:t>
      </w:r>
    </w:p>
    <w:p>
      <w:pPr>
        <w:spacing w:after="20"/>
      </w:pPr>
      <w:r>
        <w:rPr>
          <w:b/>
        </w:rPr>
        <w:t>0982. approximately</w:t>
      </w:r>
      <w:r>
        <w:t xml:space="preserve"> - ʌprˈɑːksʌmʌtliː - taxminan</w:t>
      </w:r>
    </w:p>
    <w:p>
      <w:pPr>
        <w:spacing w:after="20"/>
      </w:pPr>
      <w:r>
        <w:rPr>
          <w:b/>
        </w:rPr>
        <w:t>0983. perspective</w:t>
      </w:r>
      <w:r>
        <w:t xml:space="preserve"> - pərspˈektɪv - nuqtayi nazar</w:t>
      </w:r>
    </w:p>
    <w:p>
      <w:pPr>
        <w:spacing w:after="20"/>
      </w:pPr>
      <w:r>
        <w:rPr>
          <w:b/>
        </w:rPr>
        <w:t>0984. alternative</w:t>
      </w:r>
      <w:r>
        <w:t xml:space="preserve"> - ɔːltˈərnʌtɪv - muqobil</w:t>
      </w:r>
    </w:p>
    <w:p>
      <w:pPr>
        <w:spacing w:after="20"/>
      </w:pPr>
      <w:r>
        <w:rPr>
          <w:b/>
        </w:rPr>
        <w:t>0985. accessible</w:t>
      </w:r>
      <w:r>
        <w:t xml:space="preserve"> - æksˈesʌbʌl - foydalanish mumkin bo‘lgan</w:t>
      </w:r>
    </w:p>
    <w:p>
      <w:pPr>
        <w:spacing w:after="20"/>
      </w:pPr>
      <w:r>
        <w:rPr>
          <w:b/>
        </w:rPr>
        <w:t>0986. accurate</w:t>
      </w:r>
      <w:r>
        <w:t xml:space="preserve"> - ˈækjərʌt - aniq</w:t>
      </w:r>
    </w:p>
    <w:p>
      <w:pPr>
        <w:spacing w:after="20"/>
      </w:pPr>
      <w:r>
        <w:rPr>
          <w:b/>
        </w:rPr>
        <w:t>0987. appropriate</w:t>
      </w:r>
      <w:r>
        <w:t xml:space="preserve"> - ʌprˈoʊpriːʌt - mos</w:t>
      </w:r>
    </w:p>
    <w:p>
      <w:pPr>
        <w:spacing w:after="20"/>
      </w:pPr>
      <w:r>
        <w:rPr>
          <w:b/>
        </w:rPr>
        <w:t>0988. complex</w:t>
      </w:r>
      <w:r>
        <w:t xml:space="preserve"> - kˈɑːmpleks - murakkab</w:t>
      </w:r>
    </w:p>
    <w:p>
      <w:pPr>
        <w:spacing w:after="20"/>
      </w:pPr>
      <w:r>
        <w:rPr>
          <w:b/>
        </w:rPr>
        <w:t>0989. essential</w:t>
      </w:r>
      <w:r>
        <w:t xml:space="preserve"> - esˈenʃʌl - zarur</w:t>
      </w:r>
    </w:p>
    <w:p>
      <w:pPr>
        <w:spacing w:after="20"/>
      </w:pPr>
      <w:r>
        <w:rPr>
          <w:b/>
        </w:rPr>
        <w:t>0990. major</w:t>
      </w:r>
      <w:r>
        <w:t xml:space="preserve"> - mˈeɪdʒər - asosiy</w:t>
      </w:r>
    </w:p>
    <w:p>
      <w:pPr>
        <w:spacing w:after="20"/>
      </w:pPr>
      <w:r>
        <w:rPr>
          <w:b/>
        </w:rPr>
        <w:t>0991. minor</w:t>
      </w:r>
      <w:r>
        <w:t xml:space="preserve"> - mˈaɪnər - kichik</w:t>
      </w:r>
    </w:p>
    <w:p>
      <w:pPr>
        <w:spacing w:after="20"/>
      </w:pPr>
      <w:r>
        <w:rPr>
          <w:b/>
        </w:rPr>
        <w:t>0992. ordinary</w:t>
      </w:r>
      <w:r>
        <w:t xml:space="preserve"> - ˈɔːrdʌnˌeriː - oddiy</w:t>
      </w:r>
    </w:p>
    <w:p>
      <w:pPr>
        <w:spacing w:after="20"/>
      </w:pPr>
      <w:r>
        <w:rPr>
          <w:b/>
        </w:rPr>
        <w:t>0993. particular</w:t>
      </w:r>
      <w:r>
        <w:t xml:space="preserve"> - pərtˈɪkjʌlər - muayyan</w:t>
      </w:r>
    </w:p>
    <w:p>
      <w:pPr>
        <w:spacing w:after="20"/>
      </w:pPr>
      <w:r>
        <w:rPr>
          <w:b/>
        </w:rPr>
        <w:t>0994. potential</w:t>
      </w:r>
      <w:r>
        <w:t xml:space="preserve"> - pʌtˈenʃʌl - ehtimoliy</w:t>
      </w:r>
    </w:p>
    <w:p>
      <w:pPr>
        <w:spacing w:after="20"/>
      </w:pPr>
      <w:r>
        <w:rPr>
          <w:b/>
        </w:rPr>
        <w:t>0995. previous</w:t>
      </w:r>
      <w:r>
        <w:t xml:space="preserve"> - prˈiːviːʌs - oldingi</w:t>
      </w:r>
    </w:p>
    <w:p>
      <w:pPr>
        <w:spacing w:after="20"/>
      </w:pPr>
      <w:r>
        <w:rPr>
          <w:b/>
        </w:rPr>
        <w:t>0996. similarity</w:t>
      </w:r>
      <w:r>
        <w:t xml:space="preserve"> - sˌɪmʌlˈerʌtiː - o‘xshashlik</w:t>
      </w:r>
    </w:p>
    <w:p>
      <w:pPr>
        <w:spacing w:after="20"/>
      </w:pPr>
      <w:r>
        <w:rPr>
          <w:b/>
        </w:rPr>
        <w:t>0997. variety</w:t>
      </w:r>
      <w:r>
        <w:t xml:space="preserve"> - vərˈaɪʌtiː - xilma-xillik</w:t>
      </w:r>
    </w:p>
    <w:p>
      <w:pPr>
        <w:spacing w:after="20"/>
      </w:pPr>
      <w:r>
        <w:rPr>
          <w:b/>
        </w:rPr>
        <w:t>0998. valuable</w:t>
      </w:r>
      <w:r>
        <w:t xml:space="preserve"> - vˈæljʌbʌl - qimmatli</w:t>
      </w:r>
    </w:p>
    <w:p>
      <w:pPr>
        <w:spacing w:after="20"/>
      </w:pPr>
      <w:r>
        <w:rPr>
          <w:b/>
        </w:rPr>
        <w:t>0999. visible</w:t>
      </w:r>
      <w:r>
        <w:t xml:space="preserve"> - vˈɪzʌbʌl - ko‘rinadigan</w:t>
      </w:r>
    </w:p>
    <w:p>
      <w:pPr>
        <w:spacing w:after="20"/>
      </w:pPr>
      <w:r>
        <w:rPr>
          <w:b/>
        </w:rPr>
        <w:t>1000. average</w:t>
      </w:r>
      <w:r>
        <w:t xml:space="preserve"> - ˈævərɪdʒ - o‘rtacha</w:t>
      </w:r>
    </w:p>
    <w:sectPr w:rsidR="00FC693F" w:rsidRPr="0006063C" w:rsidSect="00034616"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