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📒 7 kunlik Pul-kundalik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Kun</w:t>
            </w:r>
          </w:p>
        </w:tc>
        <w:tc>
          <w:tcPr>
            <w:tcW w:type="dxa" w:w="2160"/>
          </w:tcPr>
          <w:p>
            <w:r>
              <w:t>Mashq nomi</w:t>
            </w:r>
          </w:p>
        </w:tc>
        <w:tc>
          <w:tcPr>
            <w:tcW w:type="dxa" w:w="2160"/>
          </w:tcPr>
          <w:p>
            <w:r>
              <w:t>Topshiriq</w:t>
            </w:r>
          </w:p>
        </w:tc>
        <w:tc>
          <w:tcPr>
            <w:tcW w:type="dxa" w:w="2160"/>
          </w:tcPr>
          <w:p>
            <w:r>
              <w:t>Kundalik yozuvi</w:t>
            </w:r>
          </w:p>
        </w:tc>
      </w:tr>
      <w:tr>
        <w:tc>
          <w:tcPr>
            <w:tcW w:type="dxa" w:w="2160"/>
          </w:tcPr>
          <w:p>
            <w:r>
              <w:t>1-kun</w:t>
            </w:r>
          </w:p>
        </w:tc>
        <w:tc>
          <w:tcPr>
            <w:tcW w:type="dxa" w:w="2160"/>
          </w:tcPr>
          <w:p>
            <w:r>
              <w:t>E’tiqodlarni aniqlash</w:t>
            </w:r>
          </w:p>
        </w:tc>
        <w:tc>
          <w:tcPr>
            <w:tcW w:type="dxa" w:w="2160"/>
          </w:tcPr>
          <w:p>
            <w:r>
              <w:t>Pul haqida 5ta fikr yozing va ijobiy e’tiqodga aylantiring.</w:t>
            </w:r>
          </w:p>
        </w:tc>
        <w:tc>
          <w:tcPr>
            <w:tcW w:type="dxa" w:w="2160"/>
          </w:tcPr>
          <w:p>
            <w:r>
              <w:t>Salbiy e’tiqodim va yangisi...</w:t>
            </w:r>
          </w:p>
        </w:tc>
      </w:tr>
      <w:tr>
        <w:tc>
          <w:tcPr>
            <w:tcW w:type="dxa" w:w="2160"/>
          </w:tcPr>
          <w:p>
            <w:r>
              <w:t>2-kun</w:t>
            </w:r>
          </w:p>
        </w:tc>
        <w:tc>
          <w:tcPr>
            <w:tcW w:type="dxa" w:w="2160"/>
          </w:tcPr>
          <w:p>
            <w:r>
              <w:t>Pul bilan do‘stlashish</w:t>
            </w:r>
          </w:p>
        </w:tc>
        <w:tc>
          <w:tcPr>
            <w:tcW w:type="dxa" w:w="2160"/>
          </w:tcPr>
          <w:p>
            <w:r>
              <w:t>Pulni ko‘rganda: 'Rahmat, sen imkoniyatsan' deb ayting va kayfiyatingizni yozing.</w:t>
            </w:r>
          </w:p>
        </w:tc>
        <w:tc>
          <w:tcPr>
            <w:tcW w:type="dxa" w:w="2160"/>
          </w:tcPr>
          <w:p>
            <w:r>
              <w:t>Bugun pulga qarashim...</w:t>
            </w:r>
          </w:p>
        </w:tc>
      </w:tr>
      <w:tr>
        <w:tc>
          <w:tcPr>
            <w:tcW w:type="dxa" w:w="2160"/>
          </w:tcPr>
          <w:p>
            <w:r>
              <w:t>3-kun</w:t>
            </w:r>
          </w:p>
        </w:tc>
        <w:tc>
          <w:tcPr>
            <w:tcW w:type="dxa" w:w="2160"/>
          </w:tcPr>
          <w:p>
            <w:r>
              <w:t>Pul oqimini kuzatish</w:t>
            </w:r>
          </w:p>
        </w:tc>
        <w:tc>
          <w:tcPr>
            <w:tcW w:type="dxa" w:w="2160"/>
          </w:tcPr>
          <w:p>
            <w:r>
              <w:t>Daromad va xarajatlarni yozing. Ularni 'foyda' va 'yo‘qolgan'ga ajrating.</w:t>
            </w:r>
          </w:p>
        </w:tc>
        <w:tc>
          <w:tcPr>
            <w:tcW w:type="dxa" w:w="2160"/>
          </w:tcPr>
          <w:p>
            <w:r>
              <w:t>Qaysi ustun ko‘proq bo‘ldi...</w:t>
            </w:r>
          </w:p>
        </w:tc>
      </w:tr>
      <w:tr>
        <w:tc>
          <w:tcPr>
            <w:tcW w:type="dxa" w:w="2160"/>
          </w:tcPr>
          <w:p>
            <w:r>
              <w:t>4-kun</w:t>
            </w:r>
          </w:p>
        </w:tc>
        <w:tc>
          <w:tcPr>
            <w:tcW w:type="dxa" w:w="2160"/>
          </w:tcPr>
          <w:p>
            <w:r>
              <w:t>O‘zini qadrlash</w:t>
            </w:r>
          </w:p>
        </w:tc>
        <w:tc>
          <w:tcPr>
            <w:tcW w:type="dxa" w:w="2160"/>
          </w:tcPr>
          <w:p>
            <w:r>
              <w:t>3 marta yozing: Men pul topishga loyiqman..., Men boylikni boshqaraman..., Men imkoniyatlarga ochiqman...</w:t>
            </w:r>
          </w:p>
        </w:tc>
        <w:tc>
          <w:tcPr>
            <w:tcW w:type="dxa" w:w="2160"/>
          </w:tcPr>
          <w:p>
            <w:r>
              <w:t>Eng ko‘p ruhlantirgan jumla...</w:t>
            </w:r>
          </w:p>
        </w:tc>
      </w:tr>
      <w:tr>
        <w:tc>
          <w:tcPr>
            <w:tcW w:type="dxa" w:w="2160"/>
          </w:tcPr>
          <w:p>
            <w:r>
              <w:t>5-kun</w:t>
            </w:r>
          </w:p>
        </w:tc>
        <w:tc>
          <w:tcPr>
            <w:tcW w:type="dxa" w:w="2160"/>
          </w:tcPr>
          <w:p>
            <w:r>
              <w:t>Pul va his-tuyg‘ular</w:t>
            </w:r>
          </w:p>
        </w:tc>
        <w:tc>
          <w:tcPr>
            <w:tcW w:type="dxa" w:w="2160"/>
          </w:tcPr>
          <w:p>
            <w:r>
              <w:t>Pul haqida o‘ylaganda qanday his qildingiz? Qaysi holatda quvonch, qaysi holatda xavotir bo‘ldi?</w:t>
            </w:r>
          </w:p>
        </w:tc>
        <w:tc>
          <w:tcPr>
            <w:tcW w:type="dxa" w:w="2160"/>
          </w:tcPr>
          <w:p>
            <w:r>
              <w:t>His-tuyg‘ularim va sababi...</w:t>
            </w:r>
          </w:p>
        </w:tc>
      </w:tr>
      <w:tr>
        <w:tc>
          <w:tcPr>
            <w:tcW w:type="dxa" w:w="2160"/>
          </w:tcPr>
          <w:p>
            <w:r>
              <w:t>6-kun</w:t>
            </w:r>
          </w:p>
        </w:tc>
        <w:tc>
          <w:tcPr>
            <w:tcW w:type="dxa" w:w="2160"/>
          </w:tcPr>
          <w:p>
            <w:r>
              <w:t>Minnatdorlik kuni</w:t>
            </w:r>
          </w:p>
        </w:tc>
        <w:tc>
          <w:tcPr>
            <w:tcW w:type="dxa" w:w="2160"/>
          </w:tcPr>
          <w:p>
            <w:r>
              <w:t>Pul sababli hayotingizda 5ta narsaga minnatdorchilik yozing.</w:t>
            </w:r>
          </w:p>
        </w:tc>
        <w:tc>
          <w:tcPr>
            <w:tcW w:type="dxa" w:w="2160"/>
          </w:tcPr>
          <w:p>
            <w:r>
              <w:t>Minnatdorlik yozgandan keyin kayfiyatim...</w:t>
            </w:r>
          </w:p>
        </w:tc>
      </w:tr>
      <w:tr>
        <w:tc>
          <w:tcPr>
            <w:tcW w:type="dxa" w:w="2160"/>
          </w:tcPr>
          <w:p>
            <w:r>
              <w:t>7-kun</w:t>
            </w:r>
          </w:p>
        </w:tc>
        <w:tc>
          <w:tcPr>
            <w:tcW w:type="dxa" w:w="2160"/>
          </w:tcPr>
          <w:p>
            <w:r>
              <w:t>Yangi pul e’tiqodi</w:t>
            </w:r>
          </w:p>
        </w:tc>
        <w:tc>
          <w:tcPr>
            <w:tcW w:type="dxa" w:w="2160"/>
          </w:tcPr>
          <w:p>
            <w:r>
              <w:t>Yangi shior yozing (masalan: 'Pul men uchun erkinlik vositasi'). Uni 3 marta yozing va ayting.</w:t>
            </w:r>
          </w:p>
        </w:tc>
        <w:tc>
          <w:tcPr>
            <w:tcW w:type="dxa" w:w="2160"/>
          </w:tcPr>
          <w:p>
            <w:r>
              <w:t>Yangi e’tiqoddan olgan hissiyotim...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