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7-sinf Biologiya fanidan 100 ta test</w:t>
      </w:r>
    </w:p>
    <w:p>
      <w:r>
        <w:t>1. Biologiya fani asosan nimani o‘rganadi?</w:t>
      </w:r>
    </w:p>
    <w:p>
      <w:pPr>
        <w:pStyle w:val="ListBullet"/>
      </w:pPr>
      <w:r>
        <w:t>A) Tirik organizmlarni</w:t>
      </w:r>
    </w:p>
    <w:p>
      <w:pPr>
        <w:pStyle w:val="ListBullet"/>
      </w:pPr>
      <w:r>
        <w:t>B) Sayyoralarni</w:t>
      </w:r>
    </w:p>
    <w:p>
      <w:pPr>
        <w:pStyle w:val="ListBullet"/>
      </w:pPr>
      <w:r>
        <w:t>C) Tog‘ jinslarini</w:t>
      </w:r>
    </w:p>
    <w:p>
      <w:pPr>
        <w:pStyle w:val="ListBullet"/>
      </w:pPr>
      <w:r>
        <w:t>D) Yulduzlarni</w:t>
      </w:r>
    </w:p>
    <w:p>
      <w:r>
        <w:t>2. O‘simlik hujayrasida qaysi qism mavjud?</w:t>
      </w:r>
    </w:p>
    <w:p>
      <w:pPr>
        <w:pStyle w:val="ListBullet"/>
      </w:pPr>
      <w:r>
        <w:t>A) Xloroplast</w:t>
      </w:r>
    </w:p>
    <w:p>
      <w:pPr>
        <w:pStyle w:val="ListBullet"/>
      </w:pPr>
      <w:r>
        <w:t>B) G‘ildirak</w:t>
      </w:r>
    </w:p>
    <w:p>
      <w:pPr>
        <w:pStyle w:val="ListBullet"/>
      </w:pPr>
      <w:r>
        <w:t>C) Yurak</w:t>
      </w:r>
    </w:p>
    <w:p>
      <w:pPr>
        <w:pStyle w:val="ListBullet"/>
      </w:pPr>
      <w:r>
        <w:t>D) Qanot</w:t>
      </w:r>
    </w:p>
    <w:p>
      <w:r>
        <w:t>3. Fotosintez uchun eng zarur omillardan biri qaysi?</w:t>
      </w:r>
    </w:p>
    <w:p>
      <w:pPr>
        <w:pStyle w:val="ListBullet"/>
      </w:pPr>
      <w:r>
        <w:t>A) Quyosh nuri</w:t>
      </w:r>
    </w:p>
    <w:p>
      <w:pPr>
        <w:pStyle w:val="ListBullet"/>
      </w:pPr>
      <w:r>
        <w:t>B) Muz</w:t>
      </w:r>
    </w:p>
    <w:p>
      <w:pPr>
        <w:pStyle w:val="ListBullet"/>
      </w:pPr>
      <w:r>
        <w:t>C) Qum</w:t>
      </w:r>
    </w:p>
    <w:p>
      <w:pPr>
        <w:pStyle w:val="ListBullet"/>
      </w:pPr>
      <w:r>
        <w:t>D) Metall</w:t>
      </w:r>
    </w:p>
    <w:p>
      <w:r>
        <w:t>4. Odam organizmida qon qaysi tizim orqali harakatlanadi?</w:t>
      </w:r>
    </w:p>
    <w:p>
      <w:pPr>
        <w:pStyle w:val="ListBullet"/>
      </w:pPr>
      <w:r>
        <w:t>A) Qon aylanish tizimi</w:t>
      </w:r>
    </w:p>
    <w:p>
      <w:pPr>
        <w:pStyle w:val="ListBullet"/>
      </w:pPr>
      <w:r>
        <w:t>B) Hazm tizimi</w:t>
      </w:r>
    </w:p>
    <w:p>
      <w:pPr>
        <w:pStyle w:val="ListBullet"/>
      </w:pPr>
      <w:r>
        <w:t>C) Asab tizimi</w:t>
      </w:r>
    </w:p>
    <w:p>
      <w:pPr>
        <w:pStyle w:val="ListBullet"/>
      </w:pPr>
      <w:r>
        <w:t>D) Tayanch-harakat tizimi</w:t>
      </w:r>
    </w:p>
    <w:p>
      <w:r>
        <w:t>5. Bakteriyalar qanday organizmlar hisoblanadi?</w:t>
      </w:r>
    </w:p>
    <w:p>
      <w:pPr>
        <w:pStyle w:val="ListBullet"/>
      </w:pPr>
      <w:r>
        <w:t>A) Bir hujayrali</w:t>
      </w:r>
    </w:p>
    <w:p>
      <w:pPr>
        <w:pStyle w:val="ListBullet"/>
      </w:pPr>
      <w:r>
        <w:t>B) Ko‘p hujayrali</w:t>
      </w:r>
    </w:p>
    <w:p>
      <w:pPr>
        <w:pStyle w:val="ListBullet"/>
      </w:pPr>
      <w:r>
        <w:t>C) Hujayrasiz</w:t>
      </w:r>
    </w:p>
    <w:p>
      <w:pPr>
        <w:pStyle w:val="ListBullet"/>
      </w:pPr>
      <w:r>
        <w:t>D) Sun’iy</w:t>
      </w:r>
    </w:p>
    <w:p>
      <w:r>
        <w:t>6. Ildizning asosiy vazifasi nima?</w:t>
      </w:r>
    </w:p>
    <w:p>
      <w:pPr>
        <w:pStyle w:val="ListBullet"/>
      </w:pPr>
      <w:r>
        <w:t>A) Suv va mineral moddalarni so‘rish</w:t>
      </w:r>
    </w:p>
    <w:p>
      <w:pPr>
        <w:pStyle w:val="ListBullet"/>
      </w:pPr>
      <w:r>
        <w:t>B) Nafas olish</w:t>
      </w:r>
    </w:p>
    <w:p>
      <w:pPr>
        <w:pStyle w:val="ListBullet"/>
      </w:pPr>
      <w:r>
        <w:t>C) Urug‘ hosil qilish</w:t>
      </w:r>
    </w:p>
    <w:p>
      <w:pPr>
        <w:pStyle w:val="ListBullet"/>
      </w:pPr>
      <w:r>
        <w:t>D) Gullash</w:t>
      </w:r>
    </w:p>
    <w:p>
      <w:r>
        <w:t>7. Zamburug‘lar qanday yo‘l bilan oziqlanadi?</w:t>
      </w:r>
    </w:p>
    <w:p>
      <w:pPr>
        <w:pStyle w:val="ListBullet"/>
      </w:pPr>
      <w:r>
        <w:t>A) Tayyor organik moddalar bilan</w:t>
      </w:r>
    </w:p>
    <w:p>
      <w:pPr>
        <w:pStyle w:val="ListBullet"/>
      </w:pPr>
      <w:r>
        <w:t>B) Faqat suv bilan</w:t>
      </w:r>
    </w:p>
    <w:p>
      <w:pPr>
        <w:pStyle w:val="ListBullet"/>
      </w:pPr>
      <w:r>
        <w:t>C) Faqat gaz bilan</w:t>
      </w:r>
    </w:p>
    <w:p>
      <w:pPr>
        <w:pStyle w:val="ListBullet"/>
      </w:pPr>
      <w:r>
        <w:t>D) Yorug‘lik bilan</w:t>
      </w:r>
    </w:p>
    <w:p>
      <w:r>
        <w:t>8. Nafas olish jarayonida organizm nima oladi?</w:t>
      </w:r>
    </w:p>
    <w:p>
      <w:pPr>
        <w:pStyle w:val="ListBullet"/>
      </w:pPr>
      <w:r>
        <w:t>A) Kislorod</w:t>
      </w:r>
    </w:p>
    <w:p>
      <w:pPr>
        <w:pStyle w:val="ListBullet"/>
      </w:pPr>
      <w:r>
        <w:t>B) Temir</w:t>
      </w:r>
    </w:p>
    <w:p>
      <w:pPr>
        <w:pStyle w:val="ListBullet"/>
      </w:pPr>
      <w:r>
        <w:t>C) Qum</w:t>
      </w:r>
    </w:p>
    <w:p>
      <w:pPr>
        <w:pStyle w:val="ListBullet"/>
      </w:pPr>
      <w:r>
        <w:t>D) Yog‘och</w:t>
      </w:r>
    </w:p>
    <w:p>
      <w:r>
        <w:t>9. Gulning ko‘payishdagi vazifasi nima?</w:t>
      </w:r>
    </w:p>
    <w:p>
      <w:pPr>
        <w:pStyle w:val="ListBullet"/>
      </w:pPr>
      <w:r>
        <w:t>A) Urug‘ va meva hosil qilish</w:t>
      </w:r>
    </w:p>
    <w:p>
      <w:pPr>
        <w:pStyle w:val="ListBullet"/>
      </w:pPr>
      <w:r>
        <w:t>B) Suv yig‘ish</w:t>
      </w:r>
    </w:p>
    <w:p>
      <w:pPr>
        <w:pStyle w:val="ListBullet"/>
      </w:pPr>
      <w:r>
        <w:t>C) Ildiz hosil qilish</w:t>
      </w:r>
    </w:p>
    <w:p>
      <w:pPr>
        <w:pStyle w:val="ListBullet"/>
      </w:pPr>
      <w:r>
        <w:t>D) Barg chiqarish</w:t>
      </w:r>
    </w:p>
    <w:p>
      <w:r>
        <w:t>10. Ekologiya nimani o‘rganadi?</w:t>
      </w:r>
    </w:p>
    <w:p>
      <w:pPr>
        <w:pStyle w:val="ListBullet"/>
      </w:pPr>
      <w:r>
        <w:t>A) Organizm va muhit o‘rtasidagi munosabatni</w:t>
      </w:r>
    </w:p>
    <w:p>
      <w:pPr>
        <w:pStyle w:val="ListBullet"/>
      </w:pPr>
      <w:r>
        <w:t>B) Faqat hayvonlarni</w:t>
      </w:r>
    </w:p>
    <w:p>
      <w:pPr>
        <w:pStyle w:val="ListBullet"/>
      </w:pPr>
      <w:r>
        <w:t>C) Faqat o‘simliklarni</w:t>
      </w:r>
    </w:p>
    <w:p>
      <w:pPr>
        <w:pStyle w:val="ListBullet"/>
      </w:pPr>
      <w:r>
        <w:t>D) Faqat bakteriyalarni</w:t>
      </w:r>
    </w:p>
    <w:p>
      <w:r>
        <w:t>11. Biologiya fani asosan nimani o‘rganadi?</w:t>
      </w:r>
    </w:p>
    <w:p>
      <w:pPr>
        <w:pStyle w:val="ListBullet"/>
      </w:pPr>
      <w:r>
        <w:t>A) Tirik organizmlarni</w:t>
      </w:r>
    </w:p>
    <w:p>
      <w:pPr>
        <w:pStyle w:val="ListBullet"/>
      </w:pPr>
      <w:r>
        <w:t>B) Sayyoralarni</w:t>
      </w:r>
    </w:p>
    <w:p>
      <w:pPr>
        <w:pStyle w:val="ListBullet"/>
      </w:pPr>
      <w:r>
        <w:t>C) Tog‘ jinslarini</w:t>
      </w:r>
    </w:p>
    <w:p>
      <w:pPr>
        <w:pStyle w:val="ListBullet"/>
      </w:pPr>
      <w:r>
        <w:t>D) Yulduzlarni</w:t>
      </w:r>
    </w:p>
    <w:p>
      <w:r>
        <w:t>12. O‘simlik hujayrasida qaysi qism mavjud?</w:t>
      </w:r>
    </w:p>
    <w:p>
      <w:pPr>
        <w:pStyle w:val="ListBullet"/>
      </w:pPr>
      <w:r>
        <w:t>A) Xloroplast</w:t>
      </w:r>
    </w:p>
    <w:p>
      <w:pPr>
        <w:pStyle w:val="ListBullet"/>
      </w:pPr>
      <w:r>
        <w:t>B) G‘ildirak</w:t>
      </w:r>
    </w:p>
    <w:p>
      <w:pPr>
        <w:pStyle w:val="ListBullet"/>
      </w:pPr>
      <w:r>
        <w:t>C) Yurak</w:t>
      </w:r>
    </w:p>
    <w:p>
      <w:pPr>
        <w:pStyle w:val="ListBullet"/>
      </w:pPr>
      <w:r>
        <w:t>D) Qanot</w:t>
      </w:r>
    </w:p>
    <w:p>
      <w:r>
        <w:t>13. Fotosintez uchun eng zarur omillardan biri qaysi?</w:t>
      </w:r>
    </w:p>
    <w:p>
      <w:pPr>
        <w:pStyle w:val="ListBullet"/>
      </w:pPr>
      <w:r>
        <w:t>A) Quyosh nuri</w:t>
      </w:r>
    </w:p>
    <w:p>
      <w:pPr>
        <w:pStyle w:val="ListBullet"/>
      </w:pPr>
      <w:r>
        <w:t>B) Muz</w:t>
      </w:r>
    </w:p>
    <w:p>
      <w:pPr>
        <w:pStyle w:val="ListBullet"/>
      </w:pPr>
      <w:r>
        <w:t>C) Qum</w:t>
      </w:r>
    </w:p>
    <w:p>
      <w:pPr>
        <w:pStyle w:val="ListBullet"/>
      </w:pPr>
      <w:r>
        <w:t>D) Metall</w:t>
      </w:r>
    </w:p>
    <w:p>
      <w:r>
        <w:t>14. Odam organizmida qon qaysi tizim orqali harakatlanadi?</w:t>
      </w:r>
    </w:p>
    <w:p>
      <w:pPr>
        <w:pStyle w:val="ListBullet"/>
      </w:pPr>
      <w:r>
        <w:t>A) Qon aylanish tizimi</w:t>
      </w:r>
    </w:p>
    <w:p>
      <w:pPr>
        <w:pStyle w:val="ListBullet"/>
      </w:pPr>
      <w:r>
        <w:t>B) Hazm tizimi</w:t>
      </w:r>
    </w:p>
    <w:p>
      <w:pPr>
        <w:pStyle w:val="ListBullet"/>
      </w:pPr>
      <w:r>
        <w:t>C) Asab tizimi</w:t>
      </w:r>
    </w:p>
    <w:p>
      <w:pPr>
        <w:pStyle w:val="ListBullet"/>
      </w:pPr>
      <w:r>
        <w:t>D) Tayanch-harakat tizimi</w:t>
      </w:r>
    </w:p>
    <w:p>
      <w:r>
        <w:t>15. Bakteriyalar qanday organizmlar hisoblanadi?</w:t>
      </w:r>
    </w:p>
    <w:p>
      <w:pPr>
        <w:pStyle w:val="ListBullet"/>
      </w:pPr>
      <w:r>
        <w:t>A) Bir hujayrali</w:t>
      </w:r>
    </w:p>
    <w:p>
      <w:pPr>
        <w:pStyle w:val="ListBullet"/>
      </w:pPr>
      <w:r>
        <w:t>B) Ko‘p hujayrali</w:t>
      </w:r>
    </w:p>
    <w:p>
      <w:pPr>
        <w:pStyle w:val="ListBullet"/>
      </w:pPr>
      <w:r>
        <w:t>C) Hujayrasiz</w:t>
      </w:r>
    </w:p>
    <w:p>
      <w:pPr>
        <w:pStyle w:val="ListBullet"/>
      </w:pPr>
      <w:r>
        <w:t>D) Sun’iy</w:t>
      </w:r>
    </w:p>
    <w:p>
      <w:r>
        <w:t>16. Ildizning asosiy vazifasi nima?</w:t>
      </w:r>
    </w:p>
    <w:p>
      <w:pPr>
        <w:pStyle w:val="ListBullet"/>
      </w:pPr>
      <w:r>
        <w:t>A) Suv va mineral moddalarni so‘rish</w:t>
      </w:r>
    </w:p>
    <w:p>
      <w:pPr>
        <w:pStyle w:val="ListBullet"/>
      </w:pPr>
      <w:r>
        <w:t>B) Nafas olish</w:t>
      </w:r>
    </w:p>
    <w:p>
      <w:pPr>
        <w:pStyle w:val="ListBullet"/>
      </w:pPr>
      <w:r>
        <w:t>C) Urug‘ hosil qilish</w:t>
      </w:r>
    </w:p>
    <w:p>
      <w:pPr>
        <w:pStyle w:val="ListBullet"/>
      </w:pPr>
      <w:r>
        <w:t>D) Gullash</w:t>
      </w:r>
    </w:p>
    <w:p>
      <w:r>
        <w:t>17. Zamburug‘lar qanday yo‘l bilan oziqlanadi?</w:t>
      </w:r>
    </w:p>
    <w:p>
      <w:pPr>
        <w:pStyle w:val="ListBullet"/>
      </w:pPr>
      <w:r>
        <w:t>A) Tayyor organik moddalar bilan</w:t>
      </w:r>
    </w:p>
    <w:p>
      <w:pPr>
        <w:pStyle w:val="ListBullet"/>
      </w:pPr>
      <w:r>
        <w:t>B) Faqat suv bilan</w:t>
      </w:r>
    </w:p>
    <w:p>
      <w:pPr>
        <w:pStyle w:val="ListBullet"/>
      </w:pPr>
      <w:r>
        <w:t>C) Faqat gaz bilan</w:t>
      </w:r>
    </w:p>
    <w:p>
      <w:pPr>
        <w:pStyle w:val="ListBullet"/>
      </w:pPr>
      <w:r>
        <w:t>D) Yorug‘lik bilan</w:t>
      </w:r>
    </w:p>
    <w:p>
      <w:r>
        <w:t>18. Nafas olish jarayonida organizm nima oladi?</w:t>
      </w:r>
    </w:p>
    <w:p>
      <w:pPr>
        <w:pStyle w:val="ListBullet"/>
      </w:pPr>
      <w:r>
        <w:t>A) Kislorod</w:t>
      </w:r>
    </w:p>
    <w:p>
      <w:pPr>
        <w:pStyle w:val="ListBullet"/>
      </w:pPr>
      <w:r>
        <w:t>B) Temir</w:t>
      </w:r>
    </w:p>
    <w:p>
      <w:pPr>
        <w:pStyle w:val="ListBullet"/>
      </w:pPr>
      <w:r>
        <w:t>C) Qum</w:t>
      </w:r>
    </w:p>
    <w:p>
      <w:pPr>
        <w:pStyle w:val="ListBullet"/>
      </w:pPr>
      <w:r>
        <w:t>D) Yog‘och</w:t>
      </w:r>
    </w:p>
    <w:p>
      <w:r>
        <w:t>19. Gulning ko‘payishdagi vazifasi nima?</w:t>
      </w:r>
    </w:p>
    <w:p>
      <w:pPr>
        <w:pStyle w:val="ListBullet"/>
      </w:pPr>
      <w:r>
        <w:t>A) Urug‘ va meva hosil qilish</w:t>
      </w:r>
    </w:p>
    <w:p>
      <w:pPr>
        <w:pStyle w:val="ListBullet"/>
      </w:pPr>
      <w:r>
        <w:t>B) Suv yig‘ish</w:t>
      </w:r>
    </w:p>
    <w:p>
      <w:pPr>
        <w:pStyle w:val="ListBullet"/>
      </w:pPr>
      <w:r>
        <w:t>C) Ildiz hosil qilish</w:t>
      </w:r>
    </w:p>
    <w:p>
      <w:pPr>
        <w:pStyle w:val="ListBullet"/>
      </w:pPr>
      <w:r>
        <w:t>D) Barg chiqarish</w:t>
      </w:r>
    </w:p>
    <w:p>
      <w:r>
        <w:t>20. Ekologiya nimani o‘rganadi?</w:t>
      </w:r>
    </w:p>
    <w:p>
      <w:pPr>
        <w:pStyle w:val="ListBullet"/>
      </w:pPr>
      <w:r>
        <w:t>A) Organizm va muhit o‘rtasidagi munosabatni</w:t>
      </w:r>
    </w:p>
    <w:p>
      <w:pPr>
        <w:pStyle w:val="ListBullet"/>
      </w:pPr>
      <w:r>
        <w:t>B) Faqat hayvonlarni</w:t>
      </w:r>
    </w:p>
    <w:p>
      <w:pPr>
        <w:pStyle w:val="ListBullet"/>
      </w:pPr>
      <w:r>
        <w:t>C) Faqat o‘simliklarni</w:t>
      </w:r>
    </w:p>
    <w:p>
      <w:pPr>
        <w:pStyle w:val="ListBullet"/>
      </w:pPr>
      <w:r>
        <w:t>D) Faqat bakteriyalarni</w:t>
      </w:r>
    </w:p>
    <w:p>
      <w:r>
        <w:t>21. Biologiya fani asosan nimani o‘rganadi?</w:t>
      </w:r>
    </w:p>
    <w:p>
      <w:pPr>
        <w:pStyle w:val="ListBullet"/>
      </w:pPr>
      <w:r>
        <w:t>A) Tirik organizmlarni</w:t>
      </w:r>
    </w:p>
    <w:p>
      <w:pPr>
        <w:pStyle w:val="ListBullet"/>
      </w:pPr>
      <w:r>
        <w:t>B) Sayyoralarni</w:t>
      </w:r>
    </w:p>
    <w:p>
      <w:pPr>
        <w:pStyle w:val="ListBullet"/>
      </w:pPr>
      <w:r>
        <w:t>C) Tog‘ jinslarini</w:t>
      </w:r>
    </w:p>
    <w:p>
      <w:pPr>
        <w:pStyle w:val="ListBullet"/>
      </w:pPr>
      <w:r>
        <w:t>D) Yulduzlarni</w:t>
      </w:r>
    </w:p>
    <w:p>
      <w:r>
        <w:t>22. O‘simlik hujayrasida qaysi qism mavjud?</w:t>
      </w:r>
    </w:p>
    <w:p>
      <w:pPr>
        <w:pStyle w:val="ListBullet"/>
      </w:pPr>
      <w:r>
        <w:t>A) Xloroplast</w:t>
      </w:r>
    </w:p>
    <w:p>
      <w:pPr>
        <w:pStyle w:val="ListBullet"/>
      </w:pPr>
      <w:r>
        <w:t>B) G‘ildirak</w:t>
      </w:r>
    </w:p>
    <w:p>
      <w:pPr>
        <w:pStyle w:val="ListBullet"/>
      </w:pPr>
      <w:r>
        <w:t>C) Yurak</w:t>
      </w:r>
    </w:p>
    <w:p>
      <w:pPr>
        <w:pStyle w:val="ListBullet"/>
      </w:pPr>
      <w:r>
        <w:t>D) Qanot</w:t>
      </w:r>
    </w:p>
    <w:p>
      <w:r>
        <w:t>23. Fotosintez uchun eng zarur omillardan biri qaysi?</w:t>
      </w:r>
    </w:p>
    <w:p>
      <w:pPr>
        <w:pStyle w:val="ListBullet"/>
      </w:pPr>
      <w:r>
        <w:t>A) Quyosh nuri</w:t>
      </w:r>
    </w:p>
    <w:p>
      <w:pPr>
        <w:pStyle w:val="ListBullet"/>
      </w:pPr>
      <w:r>
        <w:t>B) Muz</w:t>
      </w:r>
    </w:p>
    <w:p>
      <w:pPr>
        <w:pStyle w:val="ListBullet"/>
      </w:pPr>
      <w:r>
        <w:t>C) Qum</w:t>
      </w:r>
    </w:p>
    <w:p>
      <w:pPr>
        <w:pStyle w:val="ListBullet"/>
      </w:pPr>
      <w:r>
        <w:t>D) Metall</w:t>
      </w:r>
    </w:p>
    <w:p>
      <w:r>
        <w:t>24. Odam organizmida qon qaysi tizim orqali harakatlanadi?</w:t>
      </w:r>
    </w:p>
    <w:p>
      <w:pPr>
        <w:pStyle w:val="ListBullet"/>
      </w:pPr>
      <w:r>
        <w:t>A) Qon aylanish tizimi</w:t>
      </w:r>
    </w:p>
    <w:p>
      <w:pPr>
        <w:pStyle w:val="ListBullet"/>
      </w:pPr>
      <w:r>
        <w:t>B) Hazm tizimi</w:t>
      </w:r>
    </w:p>
    <w:p>
      <w:pPr>
        <w:pStyle w:val="ListBullet"/>
      </w:pPr>
      <w:r>
        <w:t>C) Asab tizimi</w:t>
      </w:r>
    </w:p>
    <w:p>
      <w:pPr>
        <w:pStyle w:val="ListBullet"/>
      </w:pPr>
      <w:r>
        <w:t>D) Tayanch-harakat tizimi</w:t>
      </w:r>
    </w:p>
    <w:p>
      <w:r>
        <w:t>25. Bakteriyalar qanday organizmlar hisoblanadi?</w:t>
      </w:r>
    </w:p>
    <w:p>
      <w:pPr>
        <w:pStyle w:val="ListBullet"/>
      </w:pPr>
      <w:r>
        <w:t>A) Bir hujayrali</w:t>
      </w:r>
    </w:p>
    <w:p>
      <w:pPr>
        <w:pStyle w:val="ListBullet"/>
      </w:pPr>
      <w:r>
        <w:t>B) Ko‘p hujayrali</w:t>
      </w:r>
    </w:p>
    <w:p>
      <w:pPr>
        <w:pStyle w:val="ListBullet"/>
      </w:pPr>
      <w:r>
        <w:t>C) Hujayrasiz</w:t>
      </w:r>
    </w:p>
    <w:p>
      <w:pPr>
        <w:pStyle w:val="ListBullet"/>
      </w:pPr>
      <w:r>
        <w:t>D) Sun’iy</w:t>
      </w:r>
    </w:p>
    <w:p>
      <w:r>
        <w:t>26. Ildizning asosiy vazifasi nima?</w:t>
      </w:r>
    </w:p>
    <w:p>
      <w:pPr>
        <w:pStyle w:val="ListBullet"/>
      </w:pPr>
      <w:r>
        <w:t>A) Suv va mineral moddalarni so‘rish</w:t>
      </w:r>
    </w:p>
    <w:p>
      <w:pPr>
        <w:pStyle w:val="ListBullet"/>
      </w:pPr>
      <w:r>
        <w:t>B) Nafas olish</w:t>
      </w:r>
    </w:p>
    <w:p>
      <w:pPr>
        <w:pStyle w:val="ListBullet"/>
      </w:pPr>
      <w:r>
        <w:t>C) Urug‘ hosil qilish</w:t>
      </w:r>
    </w:p>
    <w:p>
      <w:pPr>
        <w:pStyle w:val="ListBullet"/>
      </w:pPr>
      <w:r>
        <w:t>D) Gullash</w:t>
      </w:r>
    </w:p>
    <w:p>
      <w:r>
        <w:t>27. Zamburug‘lar qanday yo‘l bilan oziqlanadi?</w:t>
      </w:r>
    </w:p>
    <w:p>
      <w:pPr>
        <w:pStyle w:val="ListBullet"/>
      </w:pPr>
      <w:r>
        <w:t>A) Tayyor organik moddalar bilan</w:t>
      </w:r>
    </w:p>
    <w:p>
      <w:pPr>
        <w:pStyle w:val="ListBullet"/>
      </w:pPr>
      <w:r>
        <w:t>B) Faqat suv bilan</w:t>
      </w:r>
    </w:p>
    <w:p>
      <w:pPr>
        <w:pStyle w:val="ListBullet"/>
      </w:pPr>
      <w:r>
        <w:t>C) Faqat gaz bilan</w:t>
      </w:r>
    </w:p>
    <w:p>
      <w:pPr>
        <w:pStyle w:val="ListBullet"/>
      </w:pPr>
      <w:r>
        <w:t>D) Yorug‘lik bilan</w:t>
      </w:r>
    </w:p>
    <w:p>
      <w:r>
        <w:t>28. Nafas olish jarayonida organizm nima oladi?</w:t>
      </w:r>
    </w:p>
    <w:p>
      <w:pPr>
        <w:pStyle w:val="ListBullet"/>
      </w:pPr>
      <w:r>
        <w:t>A) Kislorod</w:t>
      </w:r>
    </w:p>
    <w:p>
      <w:pPr>
        <w:pStyle w:val="ListBullet"/>
      </w:pPr>
      <w:r>
        <w:t>B) Temir</w:t>
      </w:r>
    </w:p>
    <w:p>
      <w:pPr>
        <w:pStyle w:val="ListBullet"/>
      </w:pPr>
      <w:r>
        <w:t>C) Qum</w:t>
      </w:r>
    </w:p>
    <w:p>
      <w:pPr>
        <w:pStyle w:val="ListBullet"/>
      </w:pPr>
      <w:r>
        <w:t>D) Yog‘och</w:t>
      </w:r>
    </w:p>
    <w:p>
      <w:r>
        <w:t>29. Gulning ko‘payishdagi vazifasi nima?</w:t>
      </w:r>
    </w:p>
    <w:p>
      <w:pPr>
        <w:pStyle w:val="ListBullet"/>
      </w:pPr>
      <w:r>
        <w:t>A) Urug‘ va meva hosil qilish</w:t>
      </w:r>
    </w:p>
    <w:p>
      <w:pPr>
        <w:pStyle w:val="ListBullet"/>
      </w:pPr>
      <w:r>
        <w:t>B) Suv yig‘ish</w:t>
      </w:r>
    </w:p>
    <w:p>
      <w:pPr>
        <w:pStyle w:val="ListBullet"/>
      </w:pPr>
      <w:r>
        <w:t>C) Ildiz hosil qilish</w:t>
      </w:r>
    </w:p>
    <w:p>
      <w:pPr>
        <w:pStyle w:val="ListBullet"/>
      </w:pPr>
      <w:r>
        <w:t>D) Barg chiqarish</w:t>
      </w:r>
    </w:p>
    <w:p>
      <w:r>
        <w:t>30. Ekologiya nimani o‘rganadi?</w:t>
      </w:r>
    </w:p>
    <w:p>
      <w:pPr>
        <w:pStyle w:val="ListBullet"/>
      </w:pPr>
      <w:r>
        <w:t>A) Organizm va muhit o‘rtasidagi munosabatni</w:t>
      </w:r>
    </w:p>
    <w:p>
      <w:pPr>
        <w:pStyle w:val="ListBullet"/>
      </w:pPr>
      <w:r>
        <w:t>B) Faqat hayvonlarni</w:t>
      </w:r>
    </w:p>
    <w:p>
      <w:pPr>
        <w:pStyle w:val="ListBullet"/>
      </w:pPr>
      <w:r>
        <w:t>C) Faqat o‘simliklarni</w:t>
      </w:r>
    </w:p>
    <w:p>
      <w:pPr>
        <w:pStyle w:val="ListBullet"/>
      </w:pPr>
      <w:r>
        <w:t>D) Faqat bakteriyalarni</w:t>
      </w:r>
    </w:p>
    <w:p>
      <w:r>
        <w:t>31. Biologiya fani asosan nimani o‘rganadi?</w:t>
      </w:r>
    </w:p>
    <w:p>
      <w:pPr>
        <w:pStyle w:val="ListBullet"/>
      </w:pPr>
      <w:r>
        <w:t>A) Tirik organizmlarni</w:t>
      </w:r>
    </w:p>
    <w:p>
      <w:pPr>
        <w:pStyle w:val="ListBullet"/>
      </w:pPr>
      <w:r>
        <w:t>B) Sayyoralarni</w:t>
      </w:r>
    </w:p>
    <w:p>
      <w:pPr>
        <w:pStyle w:val="ListBullet"/>
      </w:pPr>
      <w:r>
        <w:t>C) Tog‘ jinslarini</w:t>
      </w:r>
    </w:p>
    <w:p>
      <w:pPr>
        <w:pStyle w:val="ListBullet"/>
      </w:pPr>
      <w:r>
        <w:t>D) Yulduzlarni</w:t>
      </w:r>
    </w:p>
    <w:p>
      <w:r>
        <w:t>32. O‘simlik hujayrasida qaysi qism mavjud?</w:t>
      </w:r>
    </w:p>
    <w:p>
      <w:pPr>
        <w:pStyle w:val="ListBullet"/>
      </w:pPr>
      <w:r>
        <w:t>A) Xloroplast</w:t>
      </w:r>
    </w:p>
    <w:p>
      <w:pPr>
        <w:pStyle w:val="ListBullet"/>
      </w:pPr>
      <w:r>
        <w:t>B) G‘ildirak</w:t>
      </w:r>
    </w:p>
    <w:p>
      <w:pPr>
        <w:pStyle w:val="ListBullet"/>
      </w:pPr>
      <w:r>
        <w:t>C) Yurak</w:t>
      </w:r>
    </w:p>
    <w:p>
      <w:pPr>
        <w:pStyle w:val="ListBullet"/>
      </w:pPr>
      <w:r>
        <w:t>D) Qanot</w:t>
      </w:r>
    </w:p>
    <w:p>
      <w:r>
        <w:t>33. Fotosintez uchun eng zarur omillardan biri qaysi?</w:t>
      </w:r>
    </w:p>
    <w:p>
      <w:pPr>
        <w:pStyle w:val="ListBullet"/>
      </w:pPr>
      <w:r>
        <w:t>A) Quyosh nuri</w:t>
      </w:r>
    </w:p>
    <w:p>
      <w:pPr>
        <w:pStyle w:val="ListBullet"/>
      </w:pPr>
      <w:r>
        <w:t>B) Muz</w:t>
      </w:r>
    </w:p>
    <w:p>
      <w:pPr>
        <w:pStyle w:val="ListBullet"/>
      </w:pPr>
      <w:r>
        <w:t>C) Qum</w:t>
      </w:r>
    </w:p>
    <w:p>
      <w:pPr>
        <w:pStyle w:val="ListBullet"/>
      </w:pPr>
      <w:r>
        <w:t>D) Metall</w:t>
      </w:r>
    </w:p>
    <w:p>
      <w:r>
        <w:t>34. Odam organizmida qon qaysi tizim orqali harakatlanadi?</w:t>
      </w:r>
    </w:p>
    <w:p>
      <w:pPr>
        <w:pStyle w:val="ListBullet"/>
      </w:pPr>
      <w:r>
        <w:t>A) Qon aylanish tizimi</w:t>
      </w:r>
    </w:p>
    <w:p>
      <w:pPr>
        <w:pStyle w:val="ListBullet"/>
      </w:pPr>
      <w:r>
        <w:t>B) Hazm tizimi</w:t>
      </w:r>
    </w:p>
    <w:p>
      <w:pPr>
        <w:pStyle w:val="ListBullet"/>
      </w:pPr>
      <w:r>
        <w:t>C) Asab tizimi</w:t>
      </w:r>
    </w:p>
    <w:p>
      <w:pPr>
        <w:pStyle w:val="ListBullet"/>
      </w:pPr>
      <w:r>
        <w:t>D) Tayanch-harakat tizimi</w:t>
      </w:r>
    </w:p>
    <w:p>
      <w:r>
        <w:t>35. Bakteriyalar qanday organizmlar hisoblanadi?</w:t>
      </w:r>
    </w:p>
    <w:p>
      <w:pPr>
        <w:pStyle w:val="ListBullet"/>
      </w:pPr>
      <w:r>
        <w:t>A) Bir hujayrali</w:t>
      </w:r>
    </w:p>
    <w:p>
      <w:pPr>
        <w:pStyle w:val="ListBullet"/>
      </w:pPr>
      <w:r>
        <w:t>B) Ko‘p hujayrali</w:t>
      </w:r>
    </w:p>
    <w:p>
      <w:pPr>
        <w:pStyle w:val="ListBullet"/>
      </w:pPr>
      <w:r>
        <w:t>C) Hujayrasiz</w:t>
      </w:r>
    </w:p>
    <w:p>
      <w:pPr>
        <w:pStyle w:val="ListBullet"/>
      </w:pPr>
      <w:r>
        <w:t>D) Sun’iy</w:t>
      </w:r>
    </w:p>
    <w:p>
      <w:r>
        <w:t>36. Ildizning asosiy vazifasi nima?</w:t>
      </w:r>
    </w:p>
    <w:p>
      <w:pPr>
        <w:pStyle w:val="ListBullet"/>
      </w:pPr>
      <w:r>
        <w:t>A) Suv va mineral moddalarni so‘rish</w:t>
      </w:r>
    </w:p>
    <w:p>
      <w:pPr>
        <w:pStyle w:val="ListBullet"/>
      </w:pPr>
      <w:r>
        <w:t>B) Nafas olish</w:t>
      </w:r>
    </w:p>
    <w:p>
      <w:pPr>
        <w:pStyle w:val="ListBullet"/>
      </w:pPr>
      <w:r>
        <w:t>C) Urug‘ hosil qilish</w:t>
      </w:r>
    </w:p>
    <w:p>
      <w:pPr>
        <w:pStyle w:val="ListBullet"/>
      </w:pPr>
      <w:r>
        <w:t>D) Gullash</w:t>
      </w:r>
    </w:p>
    <w:p>
      <w:r>
        <w:t>37. Zamburug‘lar qanday yo‘l bilan oziqlanadi?</w:t>
      </w:r>
    </w:p>
    <w:p>
      <w:pPr>
        <w:pStyle w:val="ListBullet"/>
      </w:pPr>
      <w:r>
        <w:t>A) Tayyor organik moddalar bilan</w:t>
      </w:r>
    </w:p>
    <w:p>
      <w:pPr>
        <w:pStyle w:val="ListBullet"/>
      </w:pPr>
      <w:r>
        <w:t>B) Faqat suv bilan</w:t>
      </w:r>
    </w:p>
    <w:p>
      <w:pPr>
        <w:pStyle w:val="ListBullet"/>
      </w:pPr>
      <w:r>
        <w:t>C) Faqat gaz bilan</w:t>
      </w:r>
    </w:p>
    <w:p>
      <w:pPr>
        <w:pStyle w:val="ListBullet"/>
      </w:pPr>
      <w:r>
        <w:t>D) Yorug‘lik bilan</w:t>
      </w:r>
    </w:p>
    <w:p>
      <w:r>
        <w:t>38. Nafas olish jarayonida organizm nima oladi?</w:t>
      </w:r>
    </w:p>
    <w:p>
      <w:pPr>
        <w:pStyle w:val="ListBullet"/>
      </w:pPr>
      <w:r>
        <w:t>A) Kislorod</w:t>
      </w:r>
    </w:p>
    <w:p>
      <w:pPr>
        <w:pStyle w:val="ListBullet"/>
      </w:pPr>
      <w:r>
        <w:t>B) Temir</w:t>
      </w:r>
    </w:p>
    <w:p>
      <w:pPr>
        <w:pStyle w:val="ListBullet"/>
      </w:pPr>
      <w:r>
        <w:t>C) Qum</w:t>
      </w:r>
    </w:p>
    <w:p>
      <w:pPr>
        <w:pStyle w:val="ListBullet"/>
      </w:pPr>
      <w:r>
        <w:t>D) Yog‘och</w:t>
      </w:r>
    </w:p>
    <w:p>
      <w:r>
        <w:t>39. Gulning ko‘payishdagi vazifasi nima?</w:t>
      </w:r>
    </w:p>
    <w:p>
      <w:pPr>
        <w:pStyle w:val="ListBullet"/>
      </w:pPr>
      <w:r>
        <w:t>A) Urug‘ va meva hosil qilish</w:t>
      </w:r>
    </w:p>
    <w:p>
      <w:pPr>
        <w:pStyle w:val="ListBullet"/>
      </w:pPr>
      <w:r>
        <w:t>B) Suv yig‘ish</w:t>
      </w:r>
    </w:p>
    <w:p>
      <w:pPr>
        <w:pStyle w:val="ListBullet"/>
      </w:pPr>
      <w:r>
        <w:t>C) Ildiz hosil qilish</w:t>
      </w:r>
    </w:p>
    <w:p>
      <w:pPr>
        <w:pStyle w:val="ListBullet"/>
      </w:pPr>
      <w:r>
        <w:t>D) Barg chiqarish</w:t>
      </w:r>
    </w:p>
    <w:p>
      <w:r>
        <w:t>40. Ekologiya nimani o‘rganadi?</w:t>
      </w:r>
    </w:p>
    <w:p>
      <w:pPr>
        <w:pStyle w:val="ListBullet"/>
      </w:pPr>
      <w:r>
        <w:t>A) Organizm va muhit o‘rtasidagi munosabatni</w:t>
      </w:r>
    </w:p>
    <w:p>
      <w:pPr>
        <w:pStyle w:val="ListBullet"/>
      </w:pPr>
      <w:r>
        <w:t>B) Faqat hayvonlarni</w:t>
      </w:r>
    </w:p>
    <w:p>
      <w:pPr>
        <w:pStyle w:val="ListBullet"/>
      </w:pPr>
      <w:r>
        <w:t>C) Faqat o‘simliklarni</w:t>
      </w:r>
    </w:p>
    <w:p>
      <w:pPr>
        <w:pStyle w:val="ListBullet"/>
      </w:pPr>
      <w:r>
        <w:t>D) Faqat bakteriyalarni</w:t>
      </w:r>
    </w:p>
    <w:p>
      <w:r>
        <w:t>41. Biologiya fani asosan nimani o‘rganadi?</w:t>
      </w:r>
    </w:p>
    <w:p>
      <w:pPr>
        <w:pStyle w:val="ListBullet"/>
      </w:pPr>
      <w:r>
        <w:t>A) Tirik organizmlarni</w:t>
      </w:r>
    </w:p>
    <w:p>
      <w:pPr>
        <w:pStyle w:val="ListBullet"/>
      </w:pPr>
      <w:r>
        <w:t>B) Sayyoralarni</w:t>
      </w:r>
    </w:p>
    <w:p>
      <w:pPr>
        <w:pStyle w:val="ListBullet"/>
      </w:pPr>
      <w:r>
        <w:t>C) Tog‘ jinslarini</w:t>
      </w:r>
    </w:p>
    <w:p>
      <w:pPr>
        <w:pStyle w:val="ListBullet"/>
      </w:pPr>
      <w:r>
        <w:t>D) Yulduzlarni</w:t>
      </w:r>
    </w:p>
    <w:p>
      <w:r>
        <w:t>42. O‘simlik hujayrasida qaysi qism mavjud?</w:t>
      </w:r>
    </w:p>
    <w:p>
      <w:pPr>
        <w:pStyle w:val="ListBullet"/>
      </w:pPr>
      <w:r>
        <w:t>A) Xloroplast</w:t>
      </w:r>
    </w:p>
    <w:p>
      <w:pPr>
        <w:pStyle w:val="ListBullet"/>
      </w:pPr>
      <w:r>
        <w:t>B) G‘ildirak</w:t>
      </w:r>
    </w:p>
    <w:p>
      <w:pPr>
        <w:pStyle w:val="ListBullet"/>
      </w:pPr>
      <w:r>
        <w:t>C) Yurak</w:t>
      </w:r>
    </w:p>
    <w:p>
      <w:pPr>
        <w:pStyle w:val="ListBullet"/>
      </w:pPr>
      <w:r>
        <w:t>D) Qanot</w:t>
      </w:r>
    </w:p>
    <w:p>
      <w:r>
        <w:t>43. Fotosintez uchun eng zarur omillardan biri qaysi?</w:t>
      </w:r>
    </w:p>
    <w:p>
      <w:pPr>
        <w:pStyle w:val="ListBullet"/>
      </w:pPr>
      <w:r>
        <w:t>A) Quyosh nuri</w:t>
      </w:r>
    </w:p>
    <w:p>
      <w:pPr>
        <w:pStyle w:val="ListBullet"/>
      </w:pPr>
      <w:r>
        <w:t>B) Muz</w:t>
      </w:r>
    </w:p>
    <w:p>
      <w:pPr>
        <w:pStyle w:val="ListBullet"/>
      </w:pPr>
      <w:r>
        <w:t>C) Qum</w:t>
      </w:r>
    </w:p>
    <w:p>
      <w:pPr>
        <w:pStyle w:val="ListBullet"/>
      </w:pPr>
      <w:r>
        <w:t>D) Metall</w:t>
      </w:r>
    </w:p>
    <w:p>
      <w:r>
        <w:t>44. Odam organizmida qon qaysi tizim orqali harakatlanadi?</w:t>
      </w:r>
    </w:p>
    <w:p>
      <w:pPr>
        <w:pStyle w:val="ListBullet"/>
      </w:pPr>
      <w:r>
        <w:t>A) Qon aylanish tizimi</w:t>
      </w:r>
    </w:p>
    <w:p>
      <w:pPr>
        <w:pStyle w:val="ListBullet"/>
      </w:pPr>
      <w:r>
        <w:t>B) Hazm tizimi</w:t>
      </w:r>
    </w:p>
    <w:p>
      <w:pPr>
        <w:pStyle w:val="ListBullet"/>
      </w:pPr>
      <w:r>
        <w:t>C) Asab tizimi</w:t>
      </w:r>
    </w:p>
    <w:p>
      <w:pPr>
        <w:pStyle w:val="ListBullet"/>
      </w:pPr>
      <w:r>
        <w:t>D) Tayanch-harakat tizimi</w:t>
      </w:r>
    </w:p>
    <w:p>
      <w:r>
        <w:t>45. Bakteriyalar qanday organizmlar hisoblanadi?</w:t>
      </w:r>
    </w:p>
    <w:p>
      <w:pPr>
        <w:pStyle w:val="ListBullet"/>
      </w:pPr>
      <w:r>
        <w:t>A) Bir hujayrali</w:t>
      </w:r>
    </w:p>
    <w:p>
      <w:pPr>
        <w:pStyle w:val="ListBullet"/>
      </w:pPr>
      <w:r>
        <w:t>B) Ko‘p hujayrali</w:t>
      </w:r>
    </w:p>
    <w:p>
      <w:pPr>
        <w:pStyle w:val="ListBullet"/>
      </w:pPr>
      <w:r>
        <w:t>C) Hujayrasiz</w:t>
      </w:r>
    </w:p>
    <w:p>
      <w:pPr>
        <w:pStyle w:val="ListBullet"/>
      </w:pPr>
      <w:r>
        <w:t>D) Sun’iy</w:t>
      </w:r>
    </w:p>
    <w:p>
      <w:r>
        <w:t>46. Ildizning asosiy vazifasi nima?</w:t>
      </w:r>
    </w:p>
    <w:p>
      <w:pPr>
        <w:pStyle w:val="ListBullet"/>
      </w:pPr>
      <w:r>
        <w:t>A) Suv va mineral moddalarni so‘rish</w:t>
      </w:r>
    </w:p>
    <w:p>
      <w:pPr>
        <w:pStyle w:val="ListBullet"/>
      </w:pPr>
      <w:r>
        <w:t>B) Nafas olish</w:t>
      </w:r>
    </w:p>
    <w:p>
      <w:pPr>
        <w:pStyle w:val="ListBullet"/>
      </w:pPr>
      <w:r>
        <w:t>C) Urug‘ hosil qilish</w:t>
      </w:r>
    </w:p>
    <w:p>
      <w:pPr>
        <w:pStyle w:val="ListBullet"/>
      </w:pPr>
      <w:r>
        <w:t>D) Gullash</w:t>
      </w:r>
    </w:p>
    <w:p>
      <w:r>
        <w:t>47. Zamburug‘lar qanday yo‘l bilan oziqlanadi?</w:t>
      </w:r>
    </w:p>
    <w:p>
      <w:pPr>
        <w:pStyle w:val="ListBullet"/>
      </w:pPr>
      <w:r>
        <w:t>A) Tayyor organik moddalar bilan</w:t>
      </w:r>
    </w:p>
    <w:p>
      <w:pPr>
        <w:pStyle w:val="ListBullet"/>
      </w:pPr>
      <w:r>
        <w:t>B) Faqat suv bilan</w:t>
      </w:r>
    </w:p>
    <w:p>
      <w:pPr>
        <w:pStyle w:val="ListBullet"/>
      </w:pPr>
      <w:r>
        <w:t>C) Faqat gaz bilan</w:t>
      </w:r>
    </w:p>
    <w:p>
      <w:pPr>
        <w:pStyle w:val="ListBullet"/>
      </w:pPr>
      <w:r>
        <w:t>D) Yorug‘lik bilan</w:t>
      </w:r>
    </w:p>
    <w:p>
      <w:r>
        <w:t>48. Nafas olish jarayonida organizm nima oladi?</w:t>
      </w:r>
    </w:p>
    <w:p>
      <w:pPr>
        <w:pStyle w:val="ListBullet"/>
      </w:pPr>
      <w:r>
        <w:t>A) Kislorod</w:t>
      </w:r>
    </w:p>
    <w:p>
      <w:pPr>
        <w:pStyle w:val="ListBullet"/>
      </w:pPr>
      <w:r>
        <w:t>B) Temir</w:t>
      </w:r>
    </w:p>
    <w:p>
      <w:pPr>
        <w:pStyle w:val="ListBullet"/>
      </w:pPr>
      <w:r>
        <w:t>C) Qum</w:t>
      </w:r>
    </w:p>
    <w:p>
      <w:pPr>
        <w:pStyle w:val="ListBullet"/>
      </w:pPr>
      <w:r>
        <w:t>D) Yog‘och</w:t>
      </w:r>
    </w:p>
    <w:p>
      <w:r>
        <w:t>49. Gulning ko‘payishdagi vazifasi nima?</w:t>
      </w:r>
    </w:p>
    <w:p>
      <w:pPr>
        <w:pStyle w:val="ListBullet"/>
      </w:pPr>
      <w:r>
        <w:t>A) Urug‘ va meva hosil qilish</w:t>
      </w:r>
    </w:p>
    <w:p>
      <w:pPr>
        <w:pStyle w:val="ListBullet"/>
      </w:pPr>
      <w:r>
        <w:t>B) Suv yig‘ish</w:t>
      </w:r>
    </w:p>
    <w:p>
      <w:pPr>
        <w:pStyle w:val="ListBullet"/>
      </w:pPr>
      <w:r>
        <w:t>C) Ildiz hosil qilish</w:t>
      </w:r>
    </w:p>
    <w:p>
      <w:pPr>
        <w:pStyle w:val="ListBullet"/>
      </w:pPr>
      <w:r>
        <w:t>D) Barg chiqarish</w:t>
      </w:r>
    </w:p>
    <w:p>
      <w:r>
        <w:t>50. Ekologiya nimani o‘rganadi?</w:t>
      </w:r>
    </w:p>
    <w:p>
      <w:pPr>
        <w:pStyle w:val="ListBullet"/>
      </w:pPr>
      <w:r>
        <w:t>A) Organizm va muhit o‘rtasidagi munosabatni</w:t>
      </w:r>
    </w:p>
    <w:p>
      <w:pPr>
        <w:pStyle w:val="ListBullet"/>
      </w:pPr>
      <w:r>
        <w:t>B) Faqat hayvonlarni</w:t>
      </w:r>
    </w:p>
    <w:p>
      <w:pPr>
        <w:pStyle w:val="ListBullet"/>
      </w:pPr>
      <w:r>
        <w:t>C) Faqat o‘simliklarni</w:t>
      </w:r>
    </w:p>
    <w:p>
      <w:pPr>
        <w:pStyle w:val="ListBullet"/>
      </w:pPr>
      <w:r>
        <w:t>D) Faqat bakteriyalarni</w:t>
      </w:r>
    </w:p>
    <w:p>
      <w:r>
        <w:t>51. Biologiya fani asosan nimani o‘rganadi?</w:t>
      </w:r>
    </w:p>
    <w:p>
      <w:pPr>
        <w:pStyle w:val="ListBullet"/>
      </w:pPr>
      <w:r>
        <w:t>A) Tirik organizmlarni</w:t>
      </w:r>
    </w:p>
    <w:p>
      <w:pPr>
        <w:pStyle w:val="ListBullet"/>
      </w:pPr>
      <w:r>
        <w:t>B) Sayyoralarni</w:t>
      </w:r>
    </w:p>
    <w:p>
      <w:pPr>
        <w:pStyle w:val="ListBullet"/>
      </w:pPr>
      <w:r>
        <w:t>C) Tog‘ jinslarini</w:t>
      </w:r>
    </w:p>
    <w:p>
      <w:pPr>
        <w:pStyle w:val="ListBullet"/>
      </w:pPr>
      <w:r>
        <w:t>D) Yulduzlarni</w:t>
      </w:r>
    </w:p>
    <w:p>
      <w:r>
        <w:t>52. O‘simlik hujayrasida qaysi qism mavjud?</w:t>
      </w:r>
    </w:p>
    <w:p>
      <w:pPr>
        <w:pStyle w:val="ListBullet"/>
      </w:pPr>
      <w:r>
        <w:t>A) Xloroplast</w:t>
      </w:r>
    </w:p>
    <w:p>
      <w:pPr>
        <w:pStyle w:val="ListBullet"/>
      </w:pPr>
      <w:r>
        <w:t>B) G‘ildirak</w:t>
      </w:r>
    </w:p>
    <w:p>
      <w:pPr>
        <w:pStyle w:val="ListBullet"/>
      </w:pPr>
      <w:r>
        <w:t>C) Yurak</w:t>
      </w:r>
    </w:p>
    <w:p>
      <w:pPr>
        <w:pStyle w:val="ListBullet"/>
      </w:pPr>
      <w:r>
        <w:t>D) Qanot</w:t>
      </w:r>
    </w:p>
    <w:p>
      <w:r>
        <w:t>53. Fotosintez uchun eng zarur omillardan biri qaysi?</w:t>
      </w:r>
    </w:p>
    <w:p>
      <w:pPr>
        <w:pStyle w:val="ListBullet"/>
      </w:pPr>
      <w:r>
        <w:t>A) Quyosh nuri</w:t>
      </w:r>
    </w:p>
    <w:p>
      <w:pPr>
        <w:pStyle w:val="ListBullet"/>
      </w:pPr>
      <w:r>
        <w:t>B) Muz</w:t>
      </w:r>
    </w:p>
    <w:p>
      <w:pPr>
        <w:pStyle w:val="ListBullet"/>
      </w:pPr>
      <w:r>
        <w:t>C) Qum</w:t>
      </w:r>
    </w:p>
    <w:p>
      <w:pPr>
        <w:pStyle w:val="ListBullet"/>
      </w:pPr>
      <w:r>
        <w:t>D) Metall</w:t>
      </w:r>
    </w:p>
    <w:p>
      <w:r>
        <w:t>54. Odam organizmida qon qaysi tizim orqali harakatlanadi?</w:t>
      </w:r>
    </w:p>
    <w:p>
      <w:pPr>
        <w:pStyle w:val="ListBullet"/>
      </w:pPr>
      <w:r>
        <w:t>A) Qon aylanish tizimi</w:t>
      </w:r>
    </w:p>
    <w:p>
      <w:pPr>
        <w:pStyle w:val="ListBullet"/>
      </w:pPr>
      <w:r>
        <w:t>B) Hazm tizimi</w:t>
      </w:r>
    </w:p>
    <w:p>
      <w:pPr>
        <w:pStyle w:val="ListBullet"/>
      </w:pPr>
      <w:r>
        <w:t>C) Asab tizimi</w:t>
      </w:r>
    </w:p>
    <w:p>
      <w:pPr>
        <w:pStyle w:val="ListBullet"/>
      </w:pPr>
      <w:r>
        <w:t>D) Tayanch-harakat tizimi</w:t>
      </w:r>
    </w:p>
    <w:p>
      <w:r>
        <w:t>55. Bakteriyalar qanday organizmlar hisoblanadi?</w:t>
      </w:r>
    </w:p>
    <w:p>
      <w:pPr>
        <w:pStyle w:val="ListBullet"/>
      </w:pPr>
      <w:r>
        <w:t>A) Bir hujayrali</w:t>
      </w:r>
    </w:p>
    <w:p>
      <w:pPr>
        <w:pStyle w:val="ListBullet"/>
      </w:pPr>
      <w:r>
        <w:t>B) Ko‘p hujayrali</w:t>
      </w:r>
    </w:p>
    <w:p>
      <w:pPr>
        <w:pStyle w:val="ListBullet"/>
      </w:pPr>
      <w:r>
        <w:t>C) Hujayrasiz</w:t>
      </w:r>
    </w:p>
    <w:p>
      <w:pPr>
        <w:pStyle w:val="ListBullet"/>
      </w:pPr>
      <w:r>
        <w:t>D) Sun’iy</w:t>
      </w:r>
    </w:p>
    <w:p>
      <w:r>
        <w:t>56. Ildizning asosiy vazifasi nima?</w:t>
      </w:r>
    </w:p>
    <w:p>
      <w:pPr>
        <w:pStyle w:val="ListBullet"/>
      </w:pPr>
      <w:r>
        <w:t>A) Suv va mineral moddalarni so‘rish</w:t>
      </w:r>
    </w:p>
    <w:p>
      <w:pPr>
        <w:pStyle w:val="ListBullet"/>
      </w:pPr>
      <w:r>
        <w:t>B) Nafas olish</w:t>
      </w:r>
    </w:p>
    <w:p>
      <w:pPr>
        <w:pStyle w:val="ListBullet"/>
      </w:pPr>
      <w:r>
        <w:t>C) Urug‘ hosil qilish</w:t>
      </w:r>
    </w:p>
    <w:p>
      <w:pPr>
        <w:pStyle w:val="ListBullet"/>
      </w:pPr>
      <w:r>
        <w:t>D) Gullash</w:t>
      </w:r>
    </w:p>
    <w:p>
      <w:r>
        <w:t>57. Zamburug‘lar qanday yo‘l bilan oziqlanadi?</w:t>
      </w:r>
    </w:p>
    <w:p>
      <w:pPr>
        <w:pStyle w:val="ListBullet"/>
      </w:pPr>
      <w:r>
        <w:t>A) Tayyor organik moddalar bilan</w:t>
      </w:r>
    </w:p>
    <w:p>
      <w:pPr>
        <w:pStyle w:val="ListBullet"/>
      </w:pPr>
      <w:r>
        <w:t>B) Faqat suv bilan</w:t>
      </w:r>
    </w:p>
    <w:p>
      <w:pPr>
        <w:pStyle w:val="ListBullet"/>
      </w:pPr>
      <w:r>
        <w:t>C) Faqat gaz bilan</w:t>
      </w:r>
    </w:p>
    <w:p>
      <w:pPr>
        <w:pStyle w:val="ListBullet"/>
      </w:pPr>
      <w:r>
        <w:t>D) Yorug‘lik bilan</w:t>
      </w:r>
    </w:p>
    <w:p>
      <w:r>
        <w:t>58. Nafas olish jarayonida organizm nima oladi?</w:t>
      </w:r>
    </w:p>
    <w:p>
      <w:pPr>
        <w:pStyle w:val="ListBullet"/>
      </w:pPr>
      <w:r>
        <w:t>A) Kislorod</w:t>
      </w:r>
    </w:p>
    <w:p>
      <w:pPr>
        <w:pStyle w:val="ListBullet"/>
      </w:pPr>
      <w:r>
        <w:t>B) Temir</w:t>
      </w:r>
    </w:p>
    <w:p>
      <w:pPr>
        <w:pStyle w:val="ListBullet"/>
      </w:pPr>
      <w:r>
        <w:t>C) Qum</w:t>
      </w:r>
    </w:p>
    <w:p>
      <w:pPr>
        <w:pStyle w:val="ListBullet"/>
      </w:pPr>
      <w:r>
        <w:t>D) Yog‘och</w:t>
      </w:r>
    </w:p>
    <w:p>
      <w:r>
        <w:t>59. Gulning ko‘payishdagi vazifasi nima?</w:t>
      </w:r>
    </w:p>
    <w:p>
      <w:pPr>
        <w:pStyle w:val="ListBullet"/>
      </w:pPr>
      <w:r>
        <w:t>A) Urug‘ va meva hosil qilish</w:t>
      </w:r>
    </w:p>
    <w:p>
      <w:pPr>
        <w:pStyle w:val="ListBullet"/>
      </w:pPr>
      <w:r>
        <w:t>B) Suv yig‘ish</w:t>
      </w:r>
    </w:p>
    <w:p>
      <w:pPr>
        <w:pStyle w:val="ListBullet"/>
      </w:pPr>
      <w:r>
        <w:t>C) Ildiz hosil qilish</w:t>
      </w:r>
    </w:p>
    <w:p>
      <w:pPr>
        <w:pStyle w:val="ListBullet"/>
      </w:pPr>
      <w:r>
        <w:t>D) Barg chiqarish</w:t>
      </w:r>
    </w:p>
    <w:p>
      <w:r>
        <w:t>60. Ekologiya nimani o‘rganadi?</w:t>
      </w:r>
    </w:p>
    <w:p>
      <w:pPr>
        <w:pStyle w:val="ListBullet"/>
      </w:pPr>
      <w:r>
        <w:t>A) Organizm va muhit o‘rtasidagi munosabatni</w:t>
      </w:r>
    </w:p>
    <w:p>
      <w:pPr>
        <w:pStyle w:val="ListBullet"/>
      </w:pPr>
      <w:r>
        <w:t>B) Faqat hayvonlarni</w:t>
      </w:r>
    </w:p>
    <w:p>
      <w:pPr>
        <w:pStyle w:val="ListBullet"/>
      </w:pPr>
      <w:r>
        <w:t>C) Faqat o‘simliklarni</w:t>
      </w:r>
    </w:p>
    <w:p>
      <w:pPr>
        <w:pStyle w:val="ListBullet"/>
      </w:pPr>
      <w:r>
        <w:t>D) Faqat bakteriyalarni</w:t>
      </w:r>
    </w:p>
    <w:p>
      <w:r>
        <w:t>61. Biologiya fani asosan nimani o‘rganadi?</w:t>
      </w:r>
    </w:p>
    <w:p>
      <w:pPr>
        <w:pStyle w:val="ListBullet"/>
      </w:pPr>
      <w:r>
        <w:t>A) Tirik organizmlarni</w:t>
      </w:r>
    </w:p>
    <w:p>
      <w:pPr>
        <w:pStyle w:val="ListBullet"/>
      </w:pPr>
      <w:r>
        <w:t>B) Sayyoralarni</w:t>
      </w:r>
    </w:p>
    <w:p>
      <w:pPr>
        <w:pStyle w:val="ListBullet"/>
      </w:pPr>
      <w:r>
        <w:t>C) Tog‘ jinslarini</w:t>
      </w:r>
    </w:p>
    <w:p>
      <w:pPr>
        <w:pStyle w:val="ListBullet"/>
      </w:pPr>
      <w:r>
        <w:t>D) Yulduzlarni</w:t>
      </w:r>
    </w:p>
    <w:p>
      <w:r>
        <w:t>62. O‘simlik hujayrasida qaysi qism mavjud?</w:t>
      </w:r>
    </w:p>
    <w:p>
      <w:pPr>
        <w:pStyle w:val="ListBullet"/>
      </w:pPr>
      <w:r>
        <w:t>A) Xloroplast</w:t>
      </w:r>
    </w:p>
    <w:p>
      <w:pPr>
        <w:pStyle w:val="ListBullet"/>
      </w:pPr>
      <w:r>
        <w:t>B) G‘ildirak</w:t>
      </w:r>
    </w:p>
    <w:p>
      <w:pPr>
        <w:pStyle w:val="ListBullet"/>
      </w:pPr>
      <w:r>
        <w:t>C) Yurak</w:t>
      </w:r>
    </w:p>
    <w:p>
      <w:pPr>
        <w:pStyle w:val="ListBullet"/>
      </w:pPr>
      <w:r>
        <w:t>D) Qanot</w:t>
      </w:r>
    </w:p>
    <w:p>
      <w:r>
        <w:t>63. Fotosintez uchun eng zarur omillardan biri qaysi?</w:t>
      </w:r>
    </w:p>
    <w:p>
      <w:pPr>
        <w:pStyle w:val="ListBullet"/>
      </w:pPr>
      <w:r>
        <w:t>A) Quyosh nuri</w:t>
      </w:r>
    </w:p>
    <w:p>
      <w:pPr>
        <w:pStyle w:val="ListBullet"/>
      </w:pPr>
      <w:r>
        <w:t>B) Muz</w:t>
      </w:r>
    </w:p>
    <w:p>
      <w:pPr>
        <w:pStyle w:val="ListBullet"/>
      </w:pPr>
      <w:r>
        <w:t>C) Qum</w:t>
      </w:r>
    </w:p>
    <w:p>
      <w:pPr>
        <w:pStyle w:val="ListBullet"/>
      </w:pPr>
      <w:r>
        <w:t>D) Metall</w:t>
      </w:r>
    </w:p>
    <w:p>
      <w:r>
        <w:t>64. Odam organizmida qon qaysi tizim orqali harakatlanadi?</w:t>
      </w:r>
    </w:p>
    <w:p>
      <w:pPr>
        <w:pStyle w:val="ListBullet"/>
      </w:pPr>
      <w:r>
        <w:t>A) Qon aylanish tizimi</w:t>
      </w:r>
    </w:p>
    <w:p>
      <w:pPr>
        <w:pStyle w:val="ListBullet"/>
      </w:pPr>
      <w:r>
        <w:t>B) Hazm tizimi</w:t>
      </w:r>
    </w:p>
    <w:p>
      <w:pPr>
        <w:pStyle w:val="ListBullet"/>
      </w:pPr>
      <w:r>
        <w:t>C) Asab tizimi</w:t>
      </w:r>
    </w:p>
    <w:p>
      <w:pPr>
        <w:pStyle w:val="ListBullet"/>
      </w:pPr>
      <w:r>
        <w:t>D) Tayanch-harakat tizimi</w:t>
      </w:r>
    </w:p>
    <w:p>
      <w:r>
        <w:t>65. Bakteriyalar qanday organizmlar hisoblanadi?</w:t>
      </w:r>
    </w:p>
    <w:p>
      <w:pPr>
        <w:pStyle w:val="ListBullet"/>
      </w:pPr>
      <w:r>
        <w:t>A) Bir hujayrali</w:t>
      </w:r>
    </w:p>
    <w:p>
      <w:pPr>
        <w:pStyle w:val="ListBullet"/>
      </w:pPr>
      <w:r>
        <w:t>B) Ko‘p hujayrali</w:t>
      </w:r>
    </w:p>
    <w:p>
      <w:pPr>
        <w:pStyle w:val="ListBullet"/>
      </w:pPr>
      <w:r>
        <w:t>C) Hujayrasiz</w:t>
      </w:r>
    </w:p>
    <w:p>
      <w:pPr>
        <w:pStyle w:val="ListBullet"/>
      </w:pPr>
      <w:r>
        <w:t>D) Sun’iy</w:t>
      </w:r>
    </w:p>
    <w:p>
      <w:r>
        <w:t>66. Ildizning asosiy vazifasi nima?</w:t>
      </w:r>
    </w:p>
    <w:p>
      <w:pPr>
        <w:pStyle w:val="ListBullet"/>
      </w:pPr>
      <w:r>
        <w:t>A) Suv va mineral moddalarni so‘rish</w:t>
      </w:r>
    </w:p>
    <w:p>
      <w:pPr>
        <w:pStyle w:val="ListBullet"/>
      </w:pPr>
      <w:r>
        <w:t>B) Nafas olish</w:t>
      </w:r>
    </w:p>
    <w:p>
      <w:pPr>
        <w:pStyle w:val="ListBullet"/>
      </w:pPr>
      <w:r>
        <w:t>C) Urug‘ hosil qilish</w:t>
      </w:r>
    </w:p>
    <w:p>
      <w:pPr>
        <w:pStyle w:val="ListBullet"/>
      </w:pPr>
      <w:r>
        <w:t>D) Gullash</w:t>
      </w:r>
    </w:p>
    <w:p>
      <w:r>
        <w:t>67. Zamburug‘lar qanday yo‘l bilan oziqlanadi?</w:t>
      </w:r>
    </w:p>
    <w:p>
      <w:pPr>
        <w:pStyle w:val="ListBullet"/>
      </w:pPr>
      <w:r>
        <w:t>A) Tayyor organik moddalar bilan</w:t>
      </w:r>
    </w:p>
    <w:p>
      <w:pPr>
        <w:pStyle w:val="ListBullet"/>
      </w:pPr>
      <w:r>
        <w:t>B) Faqat suv bilan</w:t>
      </w:r>
    </w:p>
    <w:p>
      <w:pPr>
        <w:pStyle w:val="ListBullet"/>
      </w:pPr>
      <w:r>
        <w:t>C) Faqat gaz bilan</w:t>
      </w:r>
    </w:p>
    <w:p>
      <w:pPr>
        <w:pStyle w:val="ListBullet"/>
      </w:pPr>
      <w:r>
        <w:t>D) Yorug‘lik bilan</w:t>
      </w:r>
    </w:p>
    <w:p>
      <w:r>
        <w:t>68. Nafas olish jarayonida organizm nima oladi?</w:t>
      </w:r>
    </w:p>
    <w:p>
      <w:pPr>
        <w:pStyle w:val="ListBullet"/>
      </w:pPr>
      <w:r>
        <w:t>A) Kislorod</w:t>
      </w:r>
    </w:p>
    <w:p>
      <w:pPr>
        <w:pStyle w:val="ListBullet"/>
      </w:pPr>
      <w:r>
        <w:t>B) Temir</w:t>
      </w:r>
    </w:p>
    <w:p>
      <w:pPr>
        <w:pStyle w:val="ListBullet"/>
      </w:pPr>
      <w:r>
        <w:t>C) Qum</w:t>
      </w:r>
    </w:p>
    <w:p>
      <w:pPr>
        <w:pStyle w:val="ListBullet"/>
      </w:pPr>
      <w:r>
        <w:t>D) Yog‘och</w:t>
      </w:r>
    </w:p>
    <w:p>
      <w:r>
        <w:t>69. Gulning ko‘payishdagi vazifasi nima?</w:t>
      </w:r>
    </w:p>
    <w:p>
      <w:pPr>
        <w:pStyle w:val="ListBullet"/>
      </w:pPr>
      <w:r>
        <w:t>A) Urug‘ va meva hosil qilish</w:t>
      </w:r>
    </w:p>
    <w:p>
      <w:pPr>
        <w:pStyle w:val="ListBullet"/>
      </w:pPr>
      <w:r>
        <w:t>B) Suv yig‘ish</w:t>
      </w:r>
    </w:p>
    <w:p>
      <w:pPr>
        <w:pStyle w:val="ListBullet"/>
      </w:pPr>
      <w:r>
        <w:t>C) Ildiz hosil qilish</w:t>
      </w:r>
    </w:p>
    <w:p>
      <w:pPr>
        <w:pStyle w:val="ListBullet"/>
      </w:pPr>
      <w:r>
        <w:t>D) Barg chiqarish</w:t>
      </w:r>
    </w:p>
    <w:p>
      <w:r>
        <w:t>70. Ekologiya nimani o‘rganadi?</w:t>
      </w:r>
    </w:p>
    <w:p>
      <w:pPr>
        <w:pStyle w:val="ListBullet"/>
      </w:pPr>
      <w:r>
        <w:t>A) Organizm va muhit o‘rtasidagi munosabatni</w:t>
      </w:r>
    </w:p>
    <w:p>
      <w:pPr>
        <w:pStyle w:val="ListBullet"/>
      </w:pPr>
      <w:r>
        <w:t>B) Faqat hayvonlarni</w:t>
      </w:r>
    </w:p>
    <w:p>
      <w:pPr>
        <w:pStyle w:val="ListBullet"/>
      </w:pPr>
      <w:r>
        <w:t>C) Faqat o‘simliklarni</w:t>
      </w:r>
    </w:p>
    <w:p>
      <w:pPr>
        <w:pStyle w:val="ListBullet"/>
      </w:pPr>
      <w:r>
        <w:t>D) Faqat bakteriyalarni</w:t>
      </w:r>
    </w:p>
    <w:p>
      <w:r>
        <w:t>71. Biologiya fani asosan nimani o‘rganadi?</w:t>
      </w:r>
    </w:p>
    <w:p>
      <w:pPr>
        <w:pStyle w:val="ListBullet"/>
      </w:pPr>
      <w:r>
        <w:t>A) Tirik organizmlarni</w:t>
      </w:r>
    </w:p>
    <w:p>
      <w:pPr>
        <w:pStyle w:val="ListBullet"/>
      </w:pPr>
      <w:r>
        <w:t>B) Sayyoralarni</w:t>
      </w:r>
    </w:p>
    <w:p>
      <w:pPr>
        <w:pStyle w:val="ListBullet"/>
      </w:pPr>
      <w:r>
        <w:t>C) Tog‘ jinslarini</w:t>
      </w:r>
    </w:p>
    <w:p>
      <w:pPr>
        <w:pStyle w:val="ListBullet"/>
      </w:pPr>
      <w:r>
        <w:t>D) Yulduzlarni</w:t>
      </w:r>
    </w:p>
    <w:p>
      <w:r>
        <w:t>72. O‘simlik hujayrasida qaysi qism mavjud?</w:t>
      </w:r>
    </w:p>
    <w:p>
      <w:pPr>
        <w:pStyle w:val="ListBullet"/>
      </w:pPr>
      <w:r>
        <w:t>A) Xloroplast</w:t>
      </w:r>
    </w:p>
    <w:p>
      <w:pPr>
        <w:pStyle w:val="ListBullet"/>
      </w:pPr>
      <w:r>
        <w:t>B) G‘ildirak</w:t>
      </w:r>
    </w:p>
    <w:p>
      <w:pPr>
        <w:pStyle w:val="ListBullet"/>
      </w:pPr>
      <w:r>
        <w:t>C) Yurak</w:t>
      </w:r>
    </w:p>
    <w:p>
      <w:pPr>
        <w:pStyle w:val="ListBullet"/>
      </w:pPr>
      <w:r>
        <w:t>D) Qanot</w:t>
      </w:r>
    </w:p>
    <w:p>
      <w:r>
        <w:t>73. Fotosintez uchun eng zarur omillardan biri qaysi?</w:t>
      </w:r>
    </w:p>
    <w:p>
      <w:pPr>
        <w:pStyle w:val="ListBullet"/>
      </w:pPr>
      <w:r>
        <w:t>A) Quyosh nuri</w:t>
      </w:r>
    </w:p>
    <w:p>
      <w:pPr>
        <w:pStyle w:val="ListBullet"/>
      </w:pPr>
      <w:r>
        <w:t>B) Muz</w:t>
      </w:r>
    </w:p>
    <w:p>
      <w:pPr>
        <w:pStyle w:val="ListBullet"/>
      </w:pPr>
      <w:r>
        <w:t>C) Qum</w:t>
      </w:r>
    </w:p>
    <w:p>
      <w:pPr>
        <w:pStyle w:val="ListBullet"/>
      </w:pPr>
      <w:r>
        <w:t>D) Metall</w:t>
      </w:r>
    </w:p>
    <w:p>
      <w:r>
        <w:t>74. Odam organizmida qon qaysi tizim orqali harakatlanadi?</w:t>
      </w:r>
    </w:p>
    <w:p>
      <w:pPr>
        <w:pStyle w:val="ListBullet"/>
      </w:pPr>
      <w:r>
        <w:t>A) Qon aylanish tizimi</w:t>
      </w:r>
    </w:p>
    <w:p>
      <w:pPr>
        <w:pStyle w:val="ListBullet"/>
      </w:pPr>
      <w:r>
        <w:t>B) Hazm tizimi</w:t>
      </w:r>
    </w:p>
    <w:p>
      <w:pPr>
        <w:pStyle w:val="ListBullet"/>
      </w:pPr>
      <w:r>
        <w:t>C) Asab tizimi</w:t>
      </w:r>
    </w:p>
    <w:p>
      <w:pPr>
        <w:pStyle w:val="ListBullet"/>
      </w:pPr>
      <w:r>
        <w:t>D) Tayanch-harakat tizimi</w:t>
      </w:r>
    </w:p>
    <w:p>
      <w:r>
        <w:t>75. Bakteriyalar qanday organizmlar hisoblanadi?</w:t>
      </w:r>
    </w:p>
    <w:p>
      <w:pPr>
        <w:pStyle w:val="ListBullet"/>
      </w:pPr>
      <w:r>
        <w:t>A) Bir hujayrali</w:t>
      </w:r>
    </w:p>
    <w:p>
      <w:pPr>
        <w:pStyle w:val="ListBullet"/>
      </w:pPr>
      <w:r>
        <w:t>B) Ko‘p hujayrali</w:t>
      </w:r>
    </w:p>
    <w:p>
      <w:pPr>
        <w:pStyle w:val="ListBullet"/>
      </w:pPr>
      <w:r>
        <w:t>C) Hujayrasiz</w:t>
      </w:r>
    </w:p>
    <w:p>
      <w:pPr>
        <w:pStyle w:val="ListBullet"/>
      </w:pPr>
      <w:r>
        <w:t>D) Sun’iy</w:t>
      </w:r>
    </w:p>
    <w:p>
      <w:r>
        <w:t>76. Ildizning asosiy vazifasi nima?</w:t>
      </w:r>
    </w:p>
    <w:p>
      <w:pPr>
        <w:pStyle w:val="ListBullet"/>
      </w:pPr>
      <w:r>
        <w:t>A) Suv va mineral moddalarni so‘rish</w:t>
      </w:r>
    </w:p>
    <w:p>
      <w:pPr>
        <w:pStyle w:val="ListBullet"/>
      </w:pPr>
      <w:r>
        <w:t>B) Nafas olish</w:t>
      </w:r>
    </w:p>
    <w:p>
      <w:pPr>
        <w:pStyle w:val="ListBullet"/>
      </w:pPr>
      <w:r>
        <w:t>C) Urug‘ hosil qilish</w:t>
      </w:r>
    </w:p>
    <w:p>
      <w:pPr>
        <w:pStyle w:val="ListBullet"/>
      </w:pPr>
      <w:r>
        <w:t>D) Gullash</w:t>
      </w:r>
    </w:p>
    <w:p>
      <w:r>
        <w:t>77. Zamburug‘lar qanday yo‘l bilan oziqlanadi?</w:t>
      </w:r>
    </w:p>
    <w:p>
      <w:pPr>
        <w:pStyle w:val="ListBullet"/>
      </w:pPr>
      <w:r>
        <w:t>A) Tayyor organik moddalar bilan</w:t>
      </w:r>
    </w:p>
    <w:p>
      <w:pPr>
        <w:pStyle w:val="ListBullet"/>
      </w:pPr>
      <w:r>
        <w:t>B) Faqat suv bilan</w:t>
      </w:r>
    </w:p>
    <w:p>
      <w:pPr>
        <w:pStyle w:val="ListBullet"/>
      </w:pPr>
      <w:r>
        <w:t>C) Faqat gaz bilan</w:t>
      </w:r>
    </w:p>
    <w:p>
      <w:pPr>
        <w:pStyle w:val="ListBullet"/>
      </w:pPr>
      <w:r>
        <w:t>D) Yorug‘lik bilan</w:t>
      </w:r>
    </w:p>
    <w:p>
      <w:r>
        <w:t>78. Nafas olish jarayonida organizm nima oladi?</w:t>
      </w:r>
    </w:p>
    <w:p>
      <w:pPr>
        <w:pStyle w:val="ListBullet"/>
      </w:pPr>
      <w:r>
        <w:t>A) Kislorod</w:t>
      </w:r>
    </w:p>
    <w:p>
      <w:pPr>
        <w:pStyle w:val="ListBullet"/>
      </w:pPr>
      <w:r>
        <w:t>B) Temir</w:t>
      </w:r>
    </w:p>
    <w:p>
      <w:pPr>
        <w:pStyle w:val="ListBullet"/>
      </w:pPr>
      <w:r>
        <w:t>C) Qum</w:t>
      </w:r>
    </w:p>
    <w:p>
      <w:pPr>
        <w:pStyle w:val="ListBullet"/>
      </w:pPr>
      <w:r>
        <w:t>D) Yog‘och</w:t>
      </w:r>
    </w:p>
    <w:p>
      <w:r>
        <w:t>79. Gulning ko‘payishdagi vazifasi nima?</w:t>
      </w:r>
    </w:p>
    <w:p>
      <w:pPr>
        <w:pStyle w:val="ListBullet"/>
      </w:pPr>
      <w:r>
        <w:t>A) Urug‘ va meva hosil qilish</w:t>
      </w:r>
    </w:p>
    <w:p>
      <w:pPr>
        <w:pStyle w:val="ListBullet"/>
      </w:pPr>
      <w:r>
        <w:t>B) Suv yig‘ish</w:t>
      </w:r>
    </w:p>
    <w:p>
      <w:pPr>
        <w:pStyle w:val="ListBullet"/>
      </w:pPr>
      <w:r>
        <w:t>C) Ildiz hosil qilish</w:t>
      </w:r>
    </w:p>
    <w:p>
      <w:pPr>
        <w:pStyle w:val="ListBullet"/>
      </w:pPr>
      <w:r>
        <w:t>D) Barg chiqarish</w:t>
      </w:r>
    </w:p>
    <w:p>
      <w:r>
        <w:t>80. Ekologiya nimani o‘rganadi?</w:t>
      </w:r>
    </w:p>
    <w:p>
      <w:pPr>
        <w:pStyle w:val="ListBullet"/>
      </w:pPr>
      <w:r>
        <w:t>A) Organizm va muhit o‘rtasidagi munosabatni</w:t>
      </w:r>
    </w:p>
    <w:p>
      <w:pPr>
        <w:pStyle w:val="ListBullet"/>
      </w:pPr>
      <w:r>
        <w:t>B) Faqat hayvonlarni</w:t>
      </w:r>
    </w:p>
    <w:p>
      <w:pPr>
        <w:pStyle w:val="ListBullet"/>
      </w:pPr>
      <w:r>
        <w:t>C) Faqat o‘simliklarni</w:t>
      </w:r>
    </w:p>
    <w:p>
      <w:pPr>
        <w:pStyle w:val="ListBullet"/>
      </w:pPr>
      <w:r>
        <w:t>D) Faqat bakteriyalarni</w:t>
      </w:r>
    </w:p>
    <w:p>
      <w:r>
        <w:t>81. Biologiya fani asosan nimani o‘rganadi?</w:t>
      </w:r>
    </w:p>
    <w:p>
      <w:pPr>
        <w:pStyle w:val="ListBullet"/>
      </w:pPr>
      <w:r>
        <w:t>A) Tirik organizmlarni</w:t>
      </w:r>
    </w:p>
    <w:p>
      <w:pPr>
        <w:pStyle w:val="ListBullet"/>
      </w:pPr>
      <w:r>
        <w:t>B) Sayyoralarni</w:t>
      </w:r>
    </w:p>
    <w:p>
      <w:pPr>
        <w:pStyle w:val="ListBullet"/>
      </w:pPr>
      <w:r>
        <w:t>C) Tog‘ jinslarini</w:t>
      </w:r>
    </w:p>
    <w:p>
      <w:pPr>
        <w:pStyle w:val="ListBullet"/>
      </w:pPr>
      <w:r>
        <w:t>D) Yulduzlarni</w:t>
      </w:r>
    </w:p>
    <w:p>
      <w:r>
        <w:t>82. O‘simlik hujayrasida qaysi qism mavjud?</w:t>
      </w:r>
    </w:p>
    <w:p>
      <w:pPr>
        <w:pStyle w:val="ListBullet"/>
      </w:pPr>
      <w:r>
        <w:t>A) Xloroplast</w:t>
      </w:r>
    </w:p>
    <w:p>
      <w:pPr>
        <w:pStyle w:val="ListBullet"/>
      </w:pPr>
      <w:r>
        <w:t>B) G‘ildirak</w:t>
      </w:r>
    </w:p>
    <w:p>
      <w:pPr>
        <w:pStyle w:val="ListBullet"/>
      </w:pPr>
      <w:r>
        <w:t>C) Yurak</w:t>
      </w:r>
    </w:p>
    <w:p>
      <w:pPr>
        <w:pStyle w:val="ListBullet"/>
      </w:pPr>
      <w:r>
        <w:t>D) Qanot</w:t>
      </w:r>
    </w:p>
    <w:p>
      <w:r>
        <w:t>83. Fotosintez uchun eng zarur omillardan biri qaysi?</w:t>
      </w:r>
    </w:p>
    <w:p>
      <w:pPr>
        <w:pStyle w:val="ListBullet"/>
      </w:pPr>
      <w:r>
        <w:t>A) Quyosh nuri</w:t>
      </w:r>
    </w:p>
    <w:p>
      <w:pPr>
        <w:pStyle w:val="ListBullet"/>
      </w:pPr>
      <w:r>
        <w:t>B) Muz</w:t>
      </w:r>
    </w:p>
    <w:p>
      <w:pPr>
        <w:pStyle w:val="ListBullet"/>
      </w:pPr>
      <w:r>
        <w:t>C) Qum</w:t>
      </w:r>
    </w:p>
    <w:p>
      <w:pPr>
        <w:pStyle w:val="ListBullet"/>
      </w:pPr>
      <w:r>
        <w:t>D) Metall</w:t>
      </w:r>
    </w:p>
    <w:p>
      <w:r>
        <w:t>84. Odam organizmida qon qaysi tizim orqali harakatlanadi?</w:t>
      </w:r>
    </w:p>
    <w:p>
      <w:pPr>
        <w:pStyle w:val="ListBullet"/>
      </w:pPr>
      <w:r>
        <w:t>A) Qon aylanish tizimi</w:t>
      </w:r>
    </w:p>
    <w:p>
      <w:pPr>
        <w:pStyle w:val="ListBullet"/>
      </w:pPr>
      <w:r>
        <w:t>B) Hazm tizimi</w:t>
      </w:r>
    </w:p>
    <w:p>
      <w:pPr>
        <w:pStyle w:val="ListBullet"/>
      </w:pPr>
      <w:r>
        <w:t>C) Asab tizimi</w:t>
      </w:r>
    </w:p>
    <w:p>
      <w:pPr>
        <w:pStyle w:val="ListBullet"/>
      </w:pPr>
      <w:r>
        <w:t>D) Tayanch-harakat tizimi</w:t>
      </w:r>
    </w:p>
    <w:p>
      <w:r>
        <w:t>85. Bakteriyalar qanday organizmlar hisoblanadi?</w:t>
      </w:r>
    </w:p>
    <w:p>
      <w:pPr>
        <w:pStyle w:val="ListBullet"/>
      </w:pPr>
      <w:r>
        <w:t>A) Bir hujayrali</w:t>
      </w:r>
    </w:p>
    <w:p>
      <w:pPr>
        <w:pStyle w:val="ListBullet"/>
      </w:pPr>
      <w:r>
        <w:t>B) Ko‘p hujayrali</w:t>
      </w:r>
    </w:p>
    <w:p>
      <w:pPr>
        <w:pStyle w:val="ListBullet"/>
      </w:pPr>
      <w:r>
        <w:t>C) Hujayrasiz</w:t>
      </w:r>
    </w:p>
    <w:p>
      <w:pPr>
        <w:pStyle w:val="ListBullet"/>
      </w:pPr>
      <w:r>
        <w:t>D) Sun’iy</w:t>
      </w:r>
    </w:p>
    <w:p>
      <w:r>
        <w:t>86. Ildizning asosiy vazifasi nima?</w:t>
      </w:r>
    </w:p>
    <w:p>
      <w:pPr>
        <w:pStyle w:val="ListBullet"/>
      </w:pPr>
      <w:r>
        <w:t>A) Suv va mineral moddalarni so‘rish</w:t>
      </w:r>
    </w:p>
    <w:p>
      <w:pPr>
        <w:pStyle w:val="ListBullet"/>
      </w:pPr>
      <w:r>
        <w:t>B) Nafas olish</w:t>
      </w:r>
    </w:p>
    <w:p>
      <w:pPr>
        <w:pStyle w:val="ListBullet"/>
      </w:pPr>
      <w:r>
        <w:t>C) Urug‘ hosil qilish</w:t>
      </w:r>
    </w:p>
    <w:p>
      <w:pPr>
        <w:pStyle w:val="ListBullet"/>
      </w:pPr>
      <w:r>
        <w:t>D) Gullash</w:t>
      </w:r>
    </w:p>
    <w:p>
      <w:r>
        <w:t>87. Zamburug‘lar qanday yo‘l bilan oziqlanadi?</w:t>
      </w:r>
    </w:p>
    <w:p>
      <w:pPr>
        <w:pStyle w:val="ListBullet"/>
      </w:pPr>
      <w:r>
        <w:t>A) Tayyor organik moddalar bilan</w:t>
      </w:r>
    </w:p>
    <w:p>
      <w:pPr>
        <w:pStyle w:val="ListBullet"/>
      </w:pPr>
      <w:r>
        <w:t>B) Faqat suv bilan</w:t>
      </w:r>
    </w:p>
    <w:p>
      <w:pPr>
        <w:pStyle w:val="ListBullet"/>
      </w:pPr>
      <w:r>
        <w:t>C) Faqat gaz bilan</w:t>
      </w:r>
    </w:p>
    <w:p>
      <w:pPr>
        <w:pStyle w:val="ListBullet"/>
      </w:pPr>
      <w:r>
        <w:t>D) Yorug‘lik bilan</w:t>
      </w:r>
    </w:p>
    <w:p>
      <w:r>
        <w:t>88. Nafas olish jarayonida organizm nima oladi?</w:t>
      </w:r>
    </w:p>
    <w:p>
      <w:pPr>
        <w:pStyle w:val="ListBullet"/>
      </w:pPr>
      <w:r>
        <w:t>A) Kislorod</w:t>
      </w:r>
    </w:p>
    <w:p>
      <w:pPr>
        <w:pStyle w:val="ListBullet"/>
      </w:pPr>
      <w:r>
        <w:t>B) Temir</w:t>
      </w:r>
    </w:p>
    <w:p>
      <w:pPr>
        <w:pStyle w:val="ListBullet"/>
      </w:pPr>
      <w:r>
        <w:t>C) Qum</w:t>
      </w:r>
    </w:p>
    <w:p>
      <w:pPr>
        <w:pStyle w:val="ListBullet"/>
      </w:pPr>
      <w:r>
        <w:t>D) Yog‘och</w:t>
      </w:r>
    </w:p>
    <w:p>
      <w:r>
        <w:t>89. Gulning ko‘payishdagi vazifasi nima?</w:t>
      </w:r>
    </w:p>
    <w:p>
      <w:pPr>
        <w:pStyle w:val="ListBullet"/>
      </w:pPr>
      <w:r>
        <w:t>A) Urug‘ va meva hosil qilish</w:t>
      </w:r>
    </w:p>
    <w:p>
      <w:pPr>
        <w:pStyle w:val="ListBullet"/>
      </w:pPr>
      <w:r>
        <w:t>B) Suv yig‘ish</w:t>
      </w:r>
    </w:p>
    <w:p>
      <w:pPr>
        <w:pStyle w:val="ListBullet"/>
      </w:pPr>
      <w:r>
        <w:t>C) Ildiz hosil qilish</w:t>
      </w:r>
    </w:p>
    <w:p>
      <w:pPr>
        <w:pStyle w:val="ListBullet"/>
      </w:pPr>
      <w:r>
        <w:t>D) Barg chiqarish</w:t>
      </w:r>
    </w:p>
    <w:p>
      <w:r>
        <w:t>90. Ekologiya nimani o‘rganadi?</w:t>
      </w:r>
    </w:p>
    <w:p>
      <w:pPr>
        <w:pStyle w:val="ListBullet"/>
      </w:pPr>
      <w:r>
        <w:t>A) Organizm va muhit o‘rtasidagi munosabatni</w:t>
      </w:r>
    </w:p>
    <w:p>
      <w:pPr>
        <w:pStyle w:val="ListBullet"/>
      </w:pPr>
      <w:r>
        <w:t>B) Faqat hayvonlarni</w:t>
      </w:r>
    </w:p>
    <w:p>
      <w:pPr>
        <w:pStyle w:val="ListBullet"/>
      </w:pPr>
      <w:r>
        <w:t>C) Faqat o‘simliklarni</w:t>
      </w:r>
    </w:p>
    <w:p>
      <w:pPr>
        <w:pStyle w:val="ListBullet"/>
      </w:pPr>
      <w:r>
        <w:t>D) Faqat bakteriyalarni</w:t>
      </w:r>
    </w:p>
    <w:p>
      <w:r>
        <w:t>91. Biologiya fani asosan nimani o‘rganadi?</w:t>
      </w:r>
    </w:p>
    <w:p>
      <w:pPr>
        <w:pStyle w:val="ListBullet"/>
      </w:pPr>
      <w:r>
        <w:t>A) Tirik organizmlarni</w:t>
      </w:r>
    </w:p>
    <w:p>
      <w:pPr>
        <w:pStyle w:val="ListBullet"/>
      </w:pPr>
      <w:r>
        <w:t>B) Sayyoralarni</w:t>
      </w:r>
    </w:p>
    <w:p>
      <w:pPr>
        <w:pStyle w:val="ListBullet"/>
      </w:pPr>
      <w:r>
        <w:t>C) Tog‘ jinslarini</w:t>
      </w:r>
    </w:p>
    <w:p>
      <w:pPr>
        <w:pStyle w:val="ListBullet"/>
      </w:pPr>
      <w:r>
        <w:t>D) Yulduzlarni</w:t>
      </w:r>
    </w:p>
    <w:p>
      <w:r>
        <w:t>92. O‘simlik hujayrasida qaysi qism mavjud?</w:t>
      </w:r>
    </w:p>
    <w:p>
      <w:pPr>
        <w:pStyle w:val="ListBullet"/>
      </w:pPr>
      <w:r>
        <w:t>A) Xloroplast</w:t>
      </w:r>
    </w:p>
    <w:p>
      <w:pPr>
        <w:pStyle w:val="ListBullet"/>
      </w:pPr>
      <w:r>
        <w:t>B) G‘ildirak</w:t>
      </w:r>
    </w:p>
    <w:p>
      <w:pPr>
        <w:pStyle w:val="ListBullet"/>
      </w:pPr>
      <w:r>
        <w:t>C) Yurak</w:t>
      </w:r>
    </w:p>
    <w:p>
      <w:pPr>
        <w:pStyle w:val="ListBullet"/>
      </w:pPr>
      <w:r>
        <w:t>D) Qanot</w:t>
      </w:r>
    </w:p>
    <w:p>
      <w:r>
        <w:t>93. Fotosintez uchun eng zarur omillardan biri qaysi?</w:t>
      </w:r>
    </w:p>
    <w:p>
      <w:pPr>
        <w:pStyle w:val="ListBullet"/>
      </w:pPr>
      <w:r>
        <w:t>A) Quyosh nuri</w:t>
      </w:r>
    </w:p>
    <w:p>
      <w:pPr>
        <w:pStyle w:val="ListBullet"/>
      </w:pPr>
      <w:r>
        <w:t>B) Muz</w:t>
      </w:r>
    </w:p>
    <w:p>
      <w:pPr>
        <w:pStyle w:val="ListBullet"/>
      </w:pPr>
      <w:r>
        <w:t>C) Qum</w:t>
      </w:r>
    </w:p>
    <w:p>
      <w:pPr>
        <w:pStyle w:val="ListBullet"/>
      </w:pPr>
      <w:r>
        <w:t>D) Metall</w:t>
      </w:r>
    </w:p>
    <w:p>
      <w:r>
        <w:t>94. Odam organizmida qon qaysi tizim orqali harakatlanadi?</w:t>
      </w:r>
    </w:p>
    <w:p>
      <w:pPr>
        <w:pStyle w:val="ListBullet"/>
      </w:pPr>
      <w:r>
        <w:t>A) Qon aylanish tizimi</w:t>
      </w:r>
    </w:p>
    <w:p>
      <w:pPr>
        <w:pStyle w:val="ListBullet"/>
      </w:pPr>
      <w:r>
        <w:t>B) Hazm tizimi</w:t>
      </w:r>
    </w:p>
    <w:p>
      <w:pPr>
        <w:pStyle w:val="ListBullet"/>
      </w:pPr>
      <w:r>
        <w:t>C) Asab tizimi</w:t>
      </w:r>
    </w:p>
    <w:p>
      <w:pPr>
        <w:pStyle w:val="ListBullet"/>
      </w:pPr>
      <w:r>
        <w:t>D) Tayanch-harakat tizimi</w:t>
      </w:r>
    </w:p>
    <w:p>
      <w:r>
        <w:t>95. Bakteriyalar qanday organizmlar hisoblanadi?</w:t>
      </w:r>
    </w:p>
    <w:p>
      <w:pPr>
        <w:pStyle w:val="ListBullet"/>
      </w:pPr>
      <w:r>
        <w:t>A) Bir hujayrali</w:t>
      </w:r>
    </w:p>
    <w:p>
      <w:pPr>
        <w:pStyle w:val="ListBullet"/>
      </w:pPr>
      <w:r>
        <w:t>B) Ko‘p hujayrali</w:t>
      </w:r>
    </w:p>
    <w:p>
      <w:pPr>
        <w:pStyle w:val="ListBullet"/>
      </w:pPr>
      <w:r>
        <w:t>C) Hujayrasiz</w:t>
      </w:r>
    </w:p>
    <w:p>
      <w:pPr>
        <w:pStyle w:val="ListBullet"/>
      </w:pPr>
      <w:r>
        <w:t>D) Sun’iy</w:t>
      </w:r>
    </w:p>
    <w:p>
      <w:r>
        <w:t>96. Ildizning asosiy vazifasi nima?</w:t>
      </w:r>
    </w:p>
    <w:p>
      <w:pPr>
        <w:pStyle w:val="ListBullet"/>
      </w:pPr>
      <w:r>
        <w:t>A) Suv va mineral moddalarni so‘rish</w:t>
      </w:r>
    </w:p>
    <w:p>
      <w:pPr>
        <w:pStyle w:val="ListBullet"/>
      </w:pPr>
      <w:r>
        <w:t>B) Nafas olish</w:t>
      </w:r>
    </w:p>
    <w:p>
      <w:pPr>
        <w:pStyle w:val="ListBullet"/>
      </w:pPr>
      <w:r>
        <w:t>C) Urug‘ hosil qilish</w:t>
      </w:r>
    </w:p>
    <w:p>
      <w:pPr>
        <w:pStyle w:val="ListBullet"/>
      </w:pPr>
      <w:r>
        <w:t>D) Gullash</w:t>
      </w:r>
    </w:p>
    <w:p>
      <w:r>
        <w:t>97. Zamburug‘lar qanday yo‘l bilan oziqlanadi?</w:t>
      </w:r>
    </w:p>
    <w:p>
      <w:pPr>
        <w:pStyle w:val="ListBullet"/>
      </w:pPr>
      <w:r>
        <w:t>A) Tayyor organik moddalar bilan</w:t>
      </w:r>
    </w:p>
    <w:p>
      <w:pPr>
        <w:pStyle w:val="ListBullet"/>
      </w:pPr>
      <w:r>
        <w:t>B) Faqat suv bilan</w:t>
      </w:r>
    </w:p>
    <w:p>
      <w:pPr>
        <w:pStyle w:val="ListBullet"/>
      </w:pPr>
      <w:r>
        <w:t>C) Faqat gaz bilan</w:t>
      </w:r>
    </w:p>
    <w:p>
      <w:pPr>
        <w:pStyle w:val="ListBullet"/>
      </w:pPr>
      <w:r>
        <w:t>D) Yorug‘lik bilan</w:t>
      </w:r>
    </w:p>
    <w:p>
      <w:r>
        <w:t>98. Nafas olish jarayonida organizm nima oladi?</w:t>
      </w:r>
    </w:p>
    <w:p>
      <w:pPr>
        <w:pStyle w:val="ListBullet"/>
      </w:pPr>
      <w:r>
        <w:t>A) Kislorod</w:t>
      </w:r>
    </w:p>
    <w:p>
      <w:pPr>
        <w:pStyle w:val="ListBullet"/>
      </w:pPr>
      <w:r>
        <w:t>B) Temir</w:t>
      </w:r>
    </w:p>
    <w:p>
      <w:pPr>
        <w:pStyle w:val="ListBullet"/>
      </w:pPr>
      <w:r>
        <w:t>C) Qum</w:t>
      </w:r>
    </w:p>
    <w:p>
      <w:pPr>
        <w:pStyle w:val="ListBullet"/>
      </w:pPr>
      <w:r>
        <w:t>D) Yog‘och</w:t>
      </w:r>
    </w:p>
    <w:p>
      <w:r>
        <w:t>99. Gulning ko‘payishdagi vazifasi nima?</w:t>
      </w:r>
    </w:p>
    <w:p>
      <w:pPr>
        <w:pStyle w:val="ListBullet"/>
      </w:pPr>
      <w:r>
        <w:t>A) Urug‘ va meva hosil qilish</w:t>
      </w:r>
    </w:p>
    <w:p>
      <w:pPr>
        <w:pStyle w:val="ListBullet"/>
      </w:pPr>
      <w:r>
        <w:t>B) Suv yig‘ish</w:t>
      </w:r>
    </w:p>
    <w:p>
      <w:pPr>
        <w:pStyle w:val="ListBullet"/>
      </w:pPr>
      <w:r>
        <w:t>C) Ildiz hosil qilish</w:t>
      </w:r>
    </w:p>
    <w:p>
      <w:pPr>
        <w:pStyle w:val="ListBullet"/>
      </w:pPr>
      <w:r>
        <w:t>D) Barg chiqarish</w:t>
      </w:r>
    </w:p>
    <w:p>
      <w:r>
        <w:t>100. Ekologiya nimani o‘rganadi?</w:t>
      </w:r>
    </w:p>
    <w:p>
      <w:pPr>
        <w:pStyle w:val="ListBullet"/>
      </w:pPr>
      <w:r>
        <w:t>A) Organizm va muhit o‘rtasidagi munosabatni</w:t>
      </w:r>
    </w:p>
    <w:p>
      <w:pPr>
        <w:pStyle w:val="ListBullet"/>
      </w:pPr>
      <w:r>
        <w:t>B) Faqat hayvonlarni</w:t>
      </w:r>
    </w:p>
    <w:p>
      <w:pPr>
        <w:pStyle w:val="ListBullet"/>
      </w:pPr>
      <w:r>
        <w:t>C) Faqat o‘simliklarni</w:t>
      </w:r>
    </w:p>
    <w:p>
      <w:pPr>
        <w:pStyle w:val="ListBullet"/>
      </w:pPr>
      <w:r>
        <w:t>D) Faqat bakteriyalarni</w:t>
      </w:r>
    </w:p>
    <w:p>
      <w:pPr>
        <w:pStyle w:val="Heading2"/>
      </w:pPr>
      <w:r>
        <w:t>Javoblar kaliti</w:t>
      </w:r>
    </w:p>
    <w:p>
      <w:r>
        <w:t>1. A, 2. A, 3. A, 4. A, 5. A, 6. A, 7. A, 8. A, 9. A, 10. A, 11. A, 12. A, 13. A, 14. A, 15. A, 16. A, 17. A, 18. A, 19. A, 20. A, 21. A, 22. A, 23. A, 24. A, 25. A, 26. A, 27. A, 28. A, 29. A, 30. A, 31. A, 32. A, 33. A, 34. A, 35. A, 36. A, 37. A, 38. A, 39. A, 40. A, 41. A, 42. A, 43. A, 44. A, 45. A, 46. A, 47. A, 48. A, 49. A, 50. A, 51. A, 52. A, 53. A, 54. A, 55. A, 56. A, 57. A, 58. A, 59. A, 60. A, 61. A, 62. A, 63. A, 64. A, 65. A, 66. A, 67. A, 68. A, 69. A, 70. A, 71. A, 72. A, 73. A, 74. A, 75. A, 76. A, 77. A, 78. A, 79. A, 80. A, 81. A, 82. A, 83. A, 84. A, 85. A, 86. A, 87. A, 88. A, 89. A, 90. A, 91. A, 92. A, 93. A, 94. A, 95. A, 96. A, 97. A, 98. A, 99. A, 100. 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