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720"/>
      </w:pPr>
    </w:p>
    <w:p>
      <w:pPr>
        <w:keepNext w:val="0"/>
        <w:spacing w:before="240"/>
        <w:jc w:val="center"/>
      </w:pPr>
      <w:r>
        <w:rPr>
          <w:rFonts w:ascii="Times New Roman" w:hAnsi="Times New Roman"/>
          <w:b w:val="0"/>
          <w:i w:val="0"/>
          <w:sz w:val="24"/>
        </w:rPr>
        <w:t>___________________ область _______________ район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В ведении отдела дошкольного и школьного образования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___ - общеобразовательная школа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учителя 2 класса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sz w:val="24"/>
        </w:rPr>
        <w:t>Файзуллаевна.</w:t>
      </w:r>
    </w:p>
    <w:p>
      <w:pPr>
        <w:keepNext w:val="0"/>
        <w:spacing w:before="280"/>
        <w:jc w:val="center"/>
      </w:pPr>
      <w:r>
        <w:rPr>
          <w:rFonts w:ascii="Times New Roman" w:hAnsi="Times New Roman"/>
          <w:b/>
          <w:i w:val="0"/>
          <w:color w:val="2E7D32"/>
          <w:sz w:val="24"/>
        </w:rPr>
        <w:t>по предмету Русский язык для 2 класса</w:t>
      </w:r>
    </w:p>
    <w:p>
      <w:pPr>
        <w:keepNext w:val="0"/>
        <w:spacing w:before="200"/>
        <w:jc w:val="center"/>
      </w:pPr>
      <w:r>
        <w:rPr>
          <w:rFonts w:ascii="Comic Sans MS" w:hAnsi="Comic Sans MS"/>
          <w:b/>
          <w:i w:val="0"/>
          <w:color w:val="C62828"/>
          <w:sz w:val="32"/>
        </w:rPr>
        <w:t>«Сложное слово»</w:t>
      </w:r>
    </w:p>
    <w:p>
      <w:pPr>
        <w:keepNext w:val="0"/>
        <w:spacing w:before="240"/>
        <w:jc w:val="center"/>
      </w:pPr>
      <w:r>
        <w:rPr>
          <w:rFonts w:ascii="Comic Sans MS" w:hAnsi="Comic Sans MS"/>
          <w:b/>
          <w:i w:val="0"/>
          <w:color w:val="E65100"/>
          <w:sz w:val="60"/>
        </w:rPr>
        <w:t>ПЛАН УРОКА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31920" cy="3931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45427ca-1ecd-4861-8616-82389dd30a6e_0_2c20cd2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39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/>
      </w:pPr>
      <w:r>
        <w:rPr>
          <w:rFonts w:ascii="Times New Roman" w:hAnsi="Times New Roman"/>
          <w:b w:val="0"/>
          <w:i w:val="0"/>
          <w:sz w:val="24"/>
        </w:rPr>
        <w:t>Дата:________________________________</w:t>
      </w:r>
    </w:p>
    <w:p>
      <w:r>
        <w:rPr>
          <w:rFonts w:ascii="Times New Roman" w:hAnsi="Times New Roman"/>
          <w:b/>
          <w:sz w:val="24"/>
        </w:rPr>
        <w:t xml:space="preserve">Тема: </w:t>
      </w:r>
      <w:r>
        <w:rPr>
          <w:rFonts w:ascii="Times New Roman" w:hAnsi="Times New Roman"/>
          <w:b w:val="0"/>
          <w:i w:val="0"/>
          <w:sz w:val="24"/>
        </w:rPr>
        <w:t>Сложное слово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Цель урока:</w:t>
      </w:r>
    </w:p>
    <w:p>
      <w:r>
        <w:rPr>
          <w:rFonts w:ascii="Times New Roman" w:hAnsi="Times New Roman"/>
          <w:b/>
          <w:sz w:val="24"/>
        </w:rPr>
        <w:t xml:space="preserve">Образовательная: </w:t>
      </w:r>
      <w:r>
        <w:rPr>
          <w:rFonts w:ascii="Times New Roman" w:hAnsi="Times New Roman"/>
          <w:b w:val="0"/>
          <w:i w:val="0"/>
          <w:sz w:val="24"/>
        </w:rPr>
        <w:t>Познакомить учащихся с понятием «сложное слово», научить находить сложные слова в тексте и составлять их.</w:t>
      </w:r>
    </w:p>
    <w:p>
      <w:r>
        <w:rPr>
          <w:rFonts w:ascii="Times New Roman" w:hAnsi="Times New Roman"/>
          <w:b/>
          <w:sz w:val="24"/>
        </w:rPr>
        <w:t xml:space="preserve">Воспитательная: </w:t>
      </w:r>
      <w:r>
        <w:rPr>
          <w:rFonts w:ascii="Times New Roman" w:hAnsi="Times New Roman"/>
          <w:b w:val="0"/>
          <w:i w:val="0"/>
          <w:sz w:val="24"/>
        </w:rPr>
        <w:t>Воспитывать интерес к русскому языку и умение работать в команде.</w:t>
      </w:r>
    </w:p>
    <w:p>
      <w:r>
        <w:rPr>
          <w:rFonts w:ascii="Times New Roman" w:hAnsi="Times New Roman"/>
          <w:b/>
          <w:sz w:val="24"/>
        </w:rPr>
        <w:t xml:space="preserve">Развивающая: </w:t>
      </w:r>
      <w:r>
        <w:rPr>
          <w:rFonts w:ascii="Times New Roman" w:hAnsi="Times New Roman"/>
          <w:b w:val="0"/>
          <w:i w:val="0"/>
          <w:sz w:val="24"/>
        </w:rPr>
        <w:t>Развивать внимание, память, логическое мышление и устную речь учащихся.</w:t>
      </w:r>
    </w:p>
    <w:p>
      <w:pPr>
        <w:spacing w:before="120"/>
      </w:pPr>
      <w:r>
        <w:rPr>
          <w:rFonts w:ascii="Times New Roman" w:hAnsi="Times New Roman"/>
          <w:b/>
          <w:sz w:val="24"/>
        </w:rPr>
        <w:t xml:space="preserve">Тип урока: </w:t>
      </w:r>
      <w:r>
        <w:rPr>
          <w:rFonts w:ascii="Times New Roman" w:hAnsi="Times New Roman"/>
          <w:b w:val="0"/>
          <w:i w:val="0"/>
          <w:sz w:val="24"/>
        </w:rPr>
        <w:t>Изучение нового материала</w:t>
      </w:r>
    </w:p>
    <w:p>
      <w:r>
        <w:rPr>
          <w:rFonts w:ascii="Times New Roman" w:hAnsi="Times New Roman"/>
          <w:b/>
          <w:sz w:val="24"/>
        </w:rPr>
        <w:t xml:space="preserve">Методы: </w:t>
      </w:r>
      <w:r>
        <w:rPr>
          <w:rFonts w:ascii="Times New Roman" w:hAnsi="Times New Roman"/>
          <w:b w:val="0"/>
          <w:i w:val="0"/>
          <w:sz w:val="24"/>
        </w:rPr>
        <w:t>Объяснительно-иллюстративный, Частично-поисковый, Игровой метод, Работа в парах, Составь слово</w:t>
      </w:r>
    </w:p>
    <w:p>
      <w:r>
        <w:rPr>
          <w:rFonts w:ascii="Times New Roman" w:hAnsi="Times New Roman"/>
          <w:b/>
          <w:sz w:val="24"/>
        </w:rPr>
        <w:t xml:space="preserve">Оборудование: </w:t>
      </w:r>
      <w:r>
        <w:rPr>
          <w:rFonts w:ascii="Times New Roman" w:hAnsi="Times New Roman"/>
          <w:b w:val="0"/>
          <w:i w:val="0"/>
          <w:sz w:val="24"/>
        </w:rPr>
        <w:t>Учебник русского языка, Рабочая тетрадь, Карточки со словами, Доска, Мел, Наглядные пособия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Ожидаемые результаты:</w:t>
      </w:r>
    </w:p>
    <w:p>
      <w:r>
        <w:rPr>
          <w:rFonts w:ascii="Times New Roman" w:hAnsi="Times New Roman"/>
          <w:b/>
          <w:sz w:val="24"/>
        </w:rPr>
        <w:t xml:space="preserve">Учитель: </w:t>
      </w:r>
      <w:r>
        <w:rPr>
          <w:rFonts w:ascii="Times New Roman" w:hAnsi="Times New Roman"/>
          <w:b w:val="0"/>
          <w:i w:val="0"/>
          <w:sz w:val="24"/>
        </w:rPr>
        <w:t>Учитель сможет провести урок, используя разнообразные методы и приемы, направленные на достижение поставленных целей. Учитель обеспечит активное участие каждого ученика в процессе обучения.</w:t>
      </w:r>
    </w:p>
    <w:p>
      <w:r>
        <w:rPr>
          <w:rFonts w:ascii="Times New Roman" w:hAnsi="Times New Roman"/>
          <w:b/>
          <w:sz w:val="24"/>
        </w:rPr>
        <w:t xml:space="preserve">Ученик: </w:t>
      </w:r>
      <w:r>
        <w:rPr>
          <w:rFonts w:ascii="Times New Roman" w:hAnsi="Times New Roman"/>
          <w:b w:val="0"/>
          <w:i w:val="0"/>
          <w:sz w:val="24"/>
        </w:rPr>
        <w:t>Ученики научатся определять сложные слова, понимать их значение и правильно употреблять в речи. Ученики смогут самостоятельно находить и создавать новые сложные слова.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976D2"/>
          <w:sz w:val="24"/>
        </w:rPr>
        <w:t>Ход урока: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№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Этап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Время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1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Организационная часть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2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пройденной темы</w:t>
            </w:r>
          </w:p>
        </w:tc>
        <w:tc>
          <w:tcPr>
            <w:tcW w:type="dxa" w:w="3105"/>
          </w:tcPr>
          <w:p>
            <w:r>
              <w:t>7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3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Изложение новой темы</w:t>
            </w:r>
          </w:p>
        </w:tc>
        <w:tc>
          <w:tcPr>
            <w:tcW w:type="dxa" w:w="3105"/>
            <w:shd w:val="clear" w:fill="FFF8E1"/>
          </w:tcPr>
          <w:p>
            <w:r>
              <w:t>15 минут</w:t>
            </w:r>
          </w:p>
        </w:tc>
      </w:tr>
      <w:tr>
        <w:tc>
          <w:tcPr>
            <w:tcW w:type="dxa" w:w="3105"/>
          </w:tcPr>
          <w:p>
            <w:r>
              <w:t>4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новой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5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Поощрение учащихся. Завершение урока.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6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Домашнее задание</w:t>
            </w:r>
          </w:p>
        </w:tc>
        <w:tc>
          <w:tcPr>
            <w:tcW w:type="dxa" w:w="3105"/>
          </w:tcPr>
          <w:p>
            <w:r>
              <w:t>2 минут</w:t>
            </w:r>
          </w:p>
        </w:tc>
      </w:tr>
      <w:tr>
        <w:tc>
          <w:tcPr>
            <w:tcW w:type="dxa" w:w="3105"/>
          </w:tcPr>
          <w:p/>
        </w:tc>
        <w:tc>
          <w:tcPr>
            <w:tcW w:type="dxa" w:w="3105"/>
          </w:tcPr>
          <w:p>
            <w:r>
              <w:rPr>
                <w:b/>
              </w:rPr>
              <w:t>Всего</w:t>
            </w:r>
          </w:p>
        </w:tc>
        <w:tc>
          <w:tcPr>
            <w:tcW w:type="dxa" w:w="3105"/>
          </w:tcPr>
          <w:p>
            <w:r>
              <w:rPr>
                <w:b/>
              </w:rPr>
              <w:t>45 минут</w:t>
            </w:r>
          </w:p>
        </w:tc>
      </w:tr>
    </w:tbl>
    <w:p>
      <w:pPr>
        <w:keepNext/>
        <w:pageBreakBefore/>
        <w:jc w:val="center"/>
      </w:pPr>
      <w:r>
        <w:rPr>
          <w:rFonts w:ascii="Times New Roman" w:hAnsi="Times New Roman"/>
          <w:b/>
          <w:i w:val="0"/>
          <w:color w:val="1976D2"/>
          <w:sz w:val="26"/>
        </w:rPr>
        <w:t>Наглядные пособия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45427ca-1ecd-4861-8616-82389dd30a6e_1_74c64ec5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Друзья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45427ca-1ecd-4861-8616-82389dd30a6e_2_e416f833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Солнце и облако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45427ca-1ecd-4861-8616-82389dd30a6e_3_b94b4d71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Поезд и машина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C62828"/>
          <w:sz w:val="26"/>
        </w:rPr>
        <w:t>I. Организационная часть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Приветствие, проверка посещаемости, подготовка учащихся к уроку.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Здравствуйте, ребята, мои дорогие!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Снова вместе мы, как всегда, дружные.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Урок русского языка мы начнём,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Сложное слово сегодня узнаём!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45427ca-1ecd-4861-8616-82389dd30a6e_6_686894f4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1565C0"/>
          <w:sz w:val="26"/>
        </w:rPr>
        <w:t>II. Закрепление пройденной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Знания и навыки учащихся проверяются вопросами, спрашивается домашнее задание, учащиеся оцениваются.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5570"/>
      </w:tblGrid>
      <w:tr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45427ca-1ecd-4861-8616-82389dd30a6e_10_30c03b64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70"/>
            <w:vAlign w:val="center"/>
          </w:tcPr>
          <w:p>
            <w:pPr>
              <w:keepNext/>
              <w:jc w:val="center"/>
            </w:pPr>
            <w:r>
              <w:rPr>
                <w:rFonts w:ascii="Times New Roman" w:hAnsi="Times New Roman"/>
                <w:b/>
                <w:i/>
                <w:color w:val="C62828"/>
                <w:sz w:val="24"/>
              </w:rPr>
              <w:t>Весёлая зарядка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Руки вверх, тянемся к солнцу!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Раз, два, три - хлопнем в ладоши!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Ножками потопаем,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Весело попрыгаем!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Наклонились, разогнулись,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тихонько повернулись,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А теперь садимся дружно,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Нам учиться нужно!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2E7D32"/>
          <w:sz w:val="26"/>
        </w:rPr>
        <w:t>III. Изложение новой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Здравствуйте, ребята! Сегодня мы с вами отправимся в увлекательное путешествие в мир слов. Вы уже знаете много разных слов: существительные, которые называют предметы, и глаголы, которые называют действия. А теперь представьте, что некоторые слова очень любят дружить и объединяться вместе, чтобы получились новые, интересные слова. Вот такие слова, которые состоят из двух, а иногда и больше, самостоятельных частей, мы и будем сегодня изучать. Они называются </w:t>
      </w:r>
      <w:r>
        <w:rPr>
          <w:rFonts w:ascii="Times New Roman" w:hAnsi="Times New Roman"/>
          <w:b/>
          <w:i w:val="0"/>
          <w:color w:val="C2185B"/>
          <w:sz w:val="24"/>
        </w:rPr>
        <w:t>сложные слова</w:t>
      </w:r>
      <w:r>
        <w:rPr>
          <w:rFonts w:ascii="Times New Roman" w:hAnsi="Times New Roman"/>
          <w:b w:val="0"/>
          <w:i w:val="0"/>
          <w:sz w:val="24"/>
        </w:rPr>
        <w:t>. Это как будто два слова взялись за руки и стали одним новым словом, которое обозначает что-то новое или уточняет старое. Например, слово 'самолет' образовалось от слов 'сам' и 'летит'. Здорово, правда?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Ключевые термины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Сложное слово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Слово, состоящее из двух или более самостоятельных частей, объединенных в одно целое.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Составная часть слова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Каждая самостоятельная часть, из которых состоит сложное слово.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Корень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Главная значимая часть слова, содержащая его основное лексическое значение.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Итак, запомните правило: </w:t>
      </w:r>
      <w:r>
        <w:rPr>
          <w:rFonts w:ascii="Times New Roman" w:hAnsi="Times New Roman"/>
          <w:b/>
          <w:i w:val="0"/>
          <w:color w:val="C2185B"/>
          <w:sz w:val="24"/>
        </w:rPr>
        <w:t>сложные слова</w:t>
      </w:r>
      <w:r>
        <w:rPr>
          <w:rFonts w:ascii="Times New Roman" w:hAnsi="Times New Roman"/>
          <w:b w:val="0"/>
          <w:i w:val="0"/>
          <w:sz w:val="24"/>
        </w:rPr>
        <w:t xml:space="preserve"> образуются путем соединения двух основ (или корней) в одно слово. Часто такие слова соединяются с помощью специальной буквы — соединительной гласной 'о' или 'е'. Например, слово 'пароход' состоит из двух частей: 'пар' и 'ход'. Вместе они образуют новое слово. Или 'лес' + 'степь' = 'лесостепь'. А вот слово 'водопад' образовалось из 'вода' и 'падать'. Посмотрите, как много интересных слов мы можем составить, если два слова дружат!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Давайте разберем одно слово вместе. Возьмем, к примеру, слово 'мореплаватель'. Как вы думаете, из каких частей оно могло образоваться? Правильно, из слов 'море' и 'плавать'. И получилось слово, которое обозначает человека, который плавает по морю. Первая часть – 'море', вторая – 'плаватель'. Они соединились, чтобы назвать одного человека. Еще пример: 'пылесос'. От каких слов оно могло образоваться? От 'пыль' и 'сосать'. Ведь пылесос и правда сосет пыль! Вот так, соединяя знакомые слова, мы получаем новые.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45427ca-1ecd-4861-8616-82389dd30a6e_16_60b66f2d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5570"/>
      </w:tblGrid>
      <w:tr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45427ca-1ecd-4861-8616-82389dd30a6e_18_7a50bc85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70"/>
            <w:vAlign w:val="center"/>
          </w:tcPr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Сложные слова встречаются нам повсюду: в названиях транспорта ('вездеход', 'самолет'), в названиях профессий ('рыболов', 'лесник'), в описании природы ('водопад', 'громоотвод'). Часто ребята путают сложные слова с обычными словосочетаниями, например, говорят 'дом который стоит' вместо 'дом-замок'. Или забывают, что части сложного слова пишутся слитно, как одно слово, например, 'снегоход', а не 'снег ход'. Будьте внимательны, и вы научитесь находить и правильно писать такие слова!</w:t>
            </w:r>
          </w:p>
        </w:tc>
      </w:tr>
    </w:tbl>
    <w:p>
      <w:pPr>
        <w:spacing w:before="0" w:after="80"/>
      </w:pPr>
    </w:p>
    <w:p>
      <w:pPr>
        <w:keepNext/>
        <w:spacing w:before="160"/>
      </w:pPr>
      <w:r>
        <w:rPr>
          <w:rFonts w:ascii="Times New Roman" w:hAnsi="Times New Roman"/>
          <w:b/>
          <w:i w:val="0"/>
          <w:color w:val="C2185B"/>
          <w:sz w:val="24"/>
        </w:rPr>
        <w:t>Сложные слова и их части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B74D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Сложное слово</w:t>
            </w:r>
          </w:p>
        </w:tc>
        <w:tc>
          <w:tcPr>
            <w:tcW w:type="dxa" w:w="3105"/>
            <w:shd w:val="clear" w:fill="81C78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Первая часть</w:t>
            </w:r>
          </w:p>
        </w:tc>
        <w:tc>
          <w:tcPr>
            <w:tcW w:type="dxa" w:w="3105"/>
            <w:shd w:val="clear" w:fill="64B5F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Вторая часть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пароход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пар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ход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пылесос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пыль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сосать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лесник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лес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ник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самолет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сам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лет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водопад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вода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пад</w:t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А знаете ли вы?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Знаете ли вы, что самое длинное сложное слово в русском языке – 'превысокомногорассмотрительствующий'? Оно состоит из 13 корней и приставок!</w:t>
            </w:r>
          </w:p>
        </w:tc>
      </w:tr>
    </w:tbl>
    <w:p>
      <w:pPr>
        <w:spacing w:before="0" w:after="80"/>
      </w:pP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1. </w:t>
      </w:r>
      <w:r>
        <w:rPr>
          <w:rFonts w:ascii="Times New Roman" w:hAnsi="Times New Roman"/>
          <w:b w:val="0"/>
          <w:i w:val="0"/>
          <w:sz w:val="24"/>
        </w:rPr>
        <w:t>Прочитайте слова. Найдите среди них сложные слова.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Сложные слова: пароход, лесник, самолет, водопад, пылесос.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2. </w:t>
      </w:r>
      <w:r>
        <w:rPr>
          <w:rFonts w:ascii="Times New Roman" w:hAnsi="Times New Roman"/>
          <w:b w:val="0"/>
          <w:i w:val="0"/>
          <w:sz w:val="24"/>
        </w:rPr>
        <w:t>Соедините части слов, чтобы получилось сложное слово. Запишите его.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земля + трясти = землетрясение</w:t>
        <w:br/>
        <w:t>вода + нос = водонос</w:t>
        <w:br/>
        <w:t>снег + ход = снегоход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3. </w:t>
      </w:r>
      <w:r>
        <w:rPr>
          <w:rFonts w:ascii="Times New Roman" w:hAnsi="Times New Roman"/>
          <w:b w:val="0"/>
          <w:i w:val="0"/>
          <w:sz w:val="24"/>
        </w:rPr>
        <w:t>Вставьте пропущенные соединительные гласные 'о' или 'е', где это необходимо. Запишите слова.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г</w:t>
      </w:r>
      <w:r>
        <w:rPr>
          <w:rFonts w:ascii="Times New Roman" w:hAnsi="Times New Roman"/>
          <w:b/>
          <w:i w:val="0"/>
          <w:sz w:val="24"/>
        </w:rPr>
        <w:t>о</w:t>
      </w:r>
      <w:r>
        <w:rPr>
          <w:rFonts w:ascii="Times New Roman" w:hAnsi="Times New Roman"/>
          <w:b w:val="0"/>
          <w:i w:val="0"/>
          <w:sz w:val="24"/>
        </w:rPr>
        <w:t>р</w:t>
      </w:r>
      <w:r>
        <w:rPr>
          <w:rFonts w:ascii="Times New Roman" w:hAnsi="Times New Roman"/>
          <w:b/>
          <w:i w:val="0"/>
          <w:sz w:val="24"/>
        </w:rPr>
        <w:t>о</w:t>
      </w:r>
      <w:r>
        <w:rPr>
          <w:rFonts w:ascii="Times New Roman" w:hAnsi="Times New Roman"/>
          <w:b w:val="0"/>
          <w:i w:val="0"/>
          <w:sz w:val="24"/>
        </w:rPr>
        <w:t>дск</w:t>
      </w:r>
      <w:r>
        <w:rPr>
          <w:rFonts w:ascii="Times New Roman" w:hAnsi="Times New Roman"/>
          <w:b/>
          <w:i w:val="0"/>
          <w:sz w:val="24"/>
        </w:rPr>
        <w:t>о</w:t>
      </w:r>
      <w:r>
        <w:rPr>
          <w:rFonts w:ascii="Times New Roman" w:hAnsi="Times New Roman"/>
          <w:b w:val="0"/>
          <w:i w:val="0"/>
          <w:sz w:val="24"/>
        </w:rPr>
        <w:t>й, п</w:t>
      </w:r>
      <w:r>
        <w:rPr>
          <w:rFonts w:ascii="Times New Roman" w:hAnsi="Times New Roman"/>
          <w:b/>
          <w:i w:val="0"/>
          <w:sz w:val="24"/>
        </w:rPr>
        <w:t>а</w:t>
      </w:r>
      <w:r>
        <w:rPr>
          <w:rFonts w:ascii="Times New Roman" w:hAnsi="Times New Roman"/>
          <w:b w:val="0"/>
          <w:i w:val="0"/>
          <w:sz w:val="24"/>
        </w:rPr>
        <w:t>р</w:t>
      </w:r>
      <w:r>
        <w:rPr>
          <w:rFonts w:ascii="Times New Roman" w:hAnsi="Times New Roman"/>
          <w:b/>
          <w:i w:val="0"/>
          <w:sz w:val="24"/>
        </w:rPr>
        <w:t>о</w:t>
      </w:r>
      <w:r>
        <w:rPr>
          <w:rFonts w:ascii="Times New Roman" w:hAnsi="Times New Roman"/>
          <w:b w:val="0"/>
          <w:i w:val="0"/>
          <w:sz w:val="24"/>
        </w:rPr>
        <w:t>в</w:t>
      </w:r>
      <w:r>
        <w:rPr>
          <w:rFonts w:ascii="Times New Roman" w:hAnsi="Times New Roman"/>
          <w:b/>
          <w:i w:val="0"/>
          <w:sz w:val="24"/>
        </w:rPr>
        <w:t>о</w:t>
      </w:r>
      <w:r>
        <w:rPr>
          <w:rFonts w:ascii="Times New Roman" w:hAnsi="Times New Roman"/>
          <w:b w:val="0"/>
          <w:i w:val="0"/>
          <w:sz w:val="24"/>
        </w:rPr>
        <w:t>з, л</w:t>
      </w:r>
      <w:r>
        <w:rPr>
          <w:rFonts w:ascii="Times New Roman" w:hAnsi="Times New Roman"/>
          <w:b/>
          <w:i w:val="0"/>
          <w:sz w:val="24"/>
        </w:rPr>
        <w:t>е</w:t>
      </w:r>
      <w:r>
        <w:rPr>
          <w:rFonts w:ascii="Times New Roman" w:hAnsi="Times New Roman"/>
          <w:b w:val="0"/>
          <w:i w:val="0"/>
          <w:sz w:val="24"/>
        </w:rPr>
        <w:t>с</w:t>
      </w:r>
      <w:r>
        <w:rPr>
          <w:rFonts w:ascii="Times New Roman" w:hAnsi="Times New Roman"/>
          <w:b/>
          <w:i w:val="0"/>
          <w:sz w:val="24"/>
        </w:rPr>
        <w:t>о</w:t>
      </w:r>
      <w:r>
        <w:rPr>
          <w:rFonts w:ascii="Times New Roman" w:hAnsi="Times New Roman"/>
          <w:b w:val="0"/>
          <w:i w:val="0"/>
          <w:sz w:val="24"/>
        </w:rPr>
        <w:t>п</w:t>
      </w:r>
      <w:r>
        <w:rPr>
          <w:rFonts w:ascii="Times New Roman" w:hAnsi="Times New Roman"/>
          <w:b/>
          <w:i w:val="0"/>
          <w:sz w:val="24"/>
        </w:rPr>
        <w:t>а</w:t>
      </w:r>
      <w:r>
        <w:rPr>
          <w:rFonts w:ascii="Times New Roman" w:hAnsi="Times New Roman"/>
          <w:b w:val="0"/>
          <w:i w:val="0"/>
          <w:sz w:val="24"/>
        </w:rPr>
        <w:t>рк, п</w:t>
      </w:r>
      <w:r>
        <w:rPr>
          <w:rFonts w:ascii="Times New Roman" w:hAnsi="Times New Roman"/>
          <w:b/>
          <w:i w:val="0"/>
          <w:sz w:val="24"/>
        </w:rPr>
        <w:t>е</w:t>
      </w:r>
      <w:r>
        <w:rPr>
          <w:rFonts w:ascii="Times New Roman" w:hAnsi="Times New Roman"/>
          <w:b w:val="0"/>
          <w:i w:val="0"/>
          <w:sz w:val="24"/>
        </w:rPr>
        <w:t>ш</w:t>
      </w:r>
      <w:r>
        <w:rPr>
          <w:rFonts w:ascii="Times New Roman" w:hAnsi="Times New Roman"/>
          <w:b/>
          <w:i w:val="0"/>
          <w:sz w:val="24"/>
        </w:rPr>
        <w:t>е</w:t>
      </w:r>
      <w:r>
        <w:rPr>
          <w:rFonts w:ascii="Times New Roman" w:hAnsi="Times New Roman"/>
          <w:b w:val="0"/>
          <w:i w:val="0"/>
          <w:sz w:val="24"/>
        </w:rPr>
        <w:t>х</w:t>
      </w:r>
      <w:r>
        <w:rPr>
          <w:rFonts w:ascii="Times New Roman" w:hAnsi="Times New Roman"/>
          <w:b/>
          <w:i w:val="0"/>
          <w:sz w:val="24"/>
        </w:rPr>
        <w:t>о</w:t>
      </w:r>
      <w:r>
        <w:rPr>
          <w:rFonts w:ascii="Times New Roman" w:hAnsi="Times New Roman"/>
          <w:b w:val="0"/>
          <w:i w:val="0"/>
          <w:sz w:val="24"/>
        </w:rPr>
        <w:t>д, в</w:t>
      </w:r>
      <w:r>
        <w:rPr>
          <w:rFonts w:ascii="Times New Roman" w:hAnsi="Times New Roman"/>
          <w:b/>
          <w:i w:val="0"/>
          <w:sz w:val="24"/>
        </w:rPr>
        <w:t>о</w:t>
      </w:r>
      <w:r>
        <w:rPr>
          <w:rFonts w:ascii="Times New Roman" w:hAnsi="Times New Roman"/>
          <w:b w:val="0"/>
          <w:i w:val="0"/>
          <w:sz w:val="24"/>
        </w:rPr>
        <w:t>д</w:t>
      </w:r>
      <w:r>
        <w:rPr>
          <w:rFonts w:ascii="Times New Roman" w:hAnsi="Times New Roman"/>
          <w:b/>
          <w:i w:val="0"/>
          <w:sz w:val="24"/>
        </w:rPr>
        <w:t>о</w:t>
      </w:r>
      <w:r>
        <w:rPr>
          <w:rFonts w:ascii="Times New Roman" w:hAnsi="Times New Roman"/>
          <w:b w:val="0"/>
          <w:i w:val="0"/>
          <w:sz w:val="24"/>
        </w:rPr>
        <w:t>п</w:t>
      </w:r>
      <w:r>
        <w:rPr>
          <w:rFonts w:ascii="Times New Roman" w:hAnsi="Times New Roman"/>
          <w:b/>
          <w:i w:val="0"/>
          <w:sz w:val="24"/>
        </w:rPr>
        <w:t>о</w:t>
      </w:r>
      <w:r>
        <w:rPr>
          <w:rFonts w:ascii="Times New Roman" w:hAnsi="Times New Roman"/>
          <w:b w:val="0"/>
          <w:i w:val="0"/>
          <w:sz w:val="24"/>
        </w:rPr>
        <w:t>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🎲 Интерактивная игра: Найди пару (5 минут)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/>
                <w:sz w:val="24"/>
              </w:rPr>
              <w:t>Научиться находить части сложных слов и правильно их соединять.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1. Учитель раздает карточки с частями сложных слов (например, 'пар' и 'ход').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2. Дети ищут свои пары.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3. Найдя пару, дети составляют сложное слово и говорят его учителю.</w:t>
            </w:r>
          </w:p>
        </w:tc>
      </w:tr>
    </w:tbl>
    <w:p>
      <w:pPr>
        <w:spacing w:before="0" w:after="80"/>
      </w:pP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4. </w:t>
      </w:r>
      <w:r>
        <w:rPr>
          <w:rFonts w:ascii="Times New Roman" w:hAnsi="Times New Roman"/>
          <w:b w:val="0"/>
          <w:i w:val="0"/>
          <w:sz w:val="24"/>
        </w:rPr>
        <w:t>Образуйте сложные слова от данных пар слов. Запишите их.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вода + воз = водовоз</w:t>
        <w:br/>
        <w:t>лес + поле = лесополь</w:t>
        <w:br/>
        <w:t>сам + лет = самолет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5. </w:t>
      </w:r>
      <w:r>
        <w:rPr>
          <w:rFonts w:ascii="Times New Roman" w:hAnsi="Times New Roman"/>
          <w:b w:val="0"/>
          <w:i w:val="0"/>
          <w:sz w:val="24"/>
        </w:rPr>
        <w:t>Вставьте подходящие по смыслу сложные слова в предложения.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На реке появился новый </w:t>
      </w:r>
      <w:r>
        <w:rPr>
          <w:rFonts w:ascii="Times New Roman" w:hAnsi="Times New Roman"/>
          <w:b/>
          <w:i w:val="0"/>
          <w:sz w:val="24"/>
        </w:rPr>
        <w:t>пароход</w:t>
      </w:r>
      <w:r>
        <w:rPr>
          <w:rFonts w:ascii="Times New Roman" w:hAnsi="Times New Roman"/>
          <w:b w:val="0"/>
          <w:i w:val="0"/>
          <w:sz w:val="24"/>
        </w:rPr>
        <w:t xml:space="preserve">. </w:t>
        <w:br/>
        <w:t xml:space="preserve">Зимой мы катаемся на </w:t>
      </w:r>
      <w:r>
        <w:rPr>
          <w:rFonts w:ascii="Times New Roman" w:hAnsi="Times New Roman"/>
          <w:b/>
          <w:i w:val="0"/>
          <w:sz w:val="24"/>
        </w:rPr>
        <w:t>снегоходе</w:t>
      </w:r>
      <w:r>
        <w:rPr>
          <w:rFonts w:ascii="Times New Roman" w:hAnsi="Times New Roman"/>
          <w:b w:val="0"/>
          <w:i w:val="0"/>
          <w:sz w:val="24"/>
        </w:rPr>
        <w:t xml:space="preserve">. </w:t>
        <w:br/>
        <w:t xml:space="preserve">В нашем городе много </w:t>
      </w:r>
      <w:r>
        <w:rPr>
          <w:rFonts w:ascii="Times New Roman" w:hAnsi="Times New Roman"/>
          <w:b/>
          <w:i w:val="0"/>
          <w:sz w:val="24"/>
        </w:rPr>
        <w:t>пешеходов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6. </w:t>
      </w:r>
      <w:r>
        <w:rPr>
          <w:rFonts w:ascii="Times New Roman" w:hAnsi="Times New Roman"/>
          <w:b w:val="0"/>
          <w:i w:val="0"/>
          <w:sz w:val="24"/>
        </w:rPr>
        <w:t>В группах: придумайте и запишите 2-3 сложных слова, которые обозначают предметы, находящиеся в классе.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Примеры: партоскоп (для осмотра парт), доскочист (чистит доски), стулостав (составляет стулья).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7. </w:t>
      </w:r>
      <w:r>
        <w:rPr>
          <w:rFonts w:ascii="Times New Roman" w:hAnsi="Times New Roman"/>
          <w:b w:val="0"/>
          <w:i w:val="0"/>
          <w:sz w:val="24"/>
        </w:rPr>
        <w:t>Объясните значение сложных слов, разбив их на части.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Землетрясение – это трясение земли.</w:t>
        <w:br/>
        <w:t>Водопад – это падающая вода.</w:t>
        <w:br/>
        <w:t>Лесоруб – это тот, кто рубит лес.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8. </w:t>
      </w:r>
      <w:r>
        <w:rPr>
          <w:rFonts w:ascii="Times New Roman" w:hAnsi="Times New Roman"/>
          <w:b w:val="0"/>
          <w:i w:val="0"/>
          <w:sz w:val="24"/>
        </w:rPr>
        <w:t>На доске: составьте из слов пары, чтобы получились сложные слова. Затем запишите эти слова.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Ответ: пар + ход = пароход, пыль + сосать = пылесос, вода + падать = водопад.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9. </w:t>
      </w:r>
      <w:r>
        <w:rPr>
          <w:rFonts w:ascii="Times New Roman" w:hAnsi="Times New Roman"/>
          <w:b w:val="0"/>
          <w:i w:val="0"/>
          <w:sz w:val="24"/>
        </w:rPr>
        <w:t>Нарисуйте предмет, который обозначается сложным словом. Подпишите слово.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Ученик рисует, например, самолет и подписывает: 'самолет'.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10. </w:t>
      </w:r>
      <w:r>
        <w:rPr>
          <w:rFonts w:ascii="Times New Roman" w:hAnsi="Times New Roman"/>
          <w:b w:val="0"/>
          <w:i w:val="0"/>
          <w:sz w:val="24"/>
        </w:rPr>
        <w:t>Устно: Расскажите, какие сложные слова вы знаете и что они обозначают.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Пример ответа ученика: Я знаю слово 'вездеход', это машина, которая ездит везде.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6A1B9A"/>
          <w:sz w:val="26"/>
        </w:rPr>
        <w:t>IV. Закрепление новой темы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🎲 Интерактивная игра: Составь слово (10 минут)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/>
                <w:sz w:val="24"/>
              </w:rPr>
              <w:t>Ученики составляют сложные слова из двух предложенных корней.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1. Делим класс на две команды. Каждая команда получает по набору карточек с корнями слов.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2. Я называю значение нового слова, например, 'птица, которая летает ночью'.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3. Первая команда должна найти карточки с корнями 'сова' и 'нога' и составить слово 'сованога'.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4. Вторая команда ищет карточки с корнями 'лес' и 'ник' для слова 'лесник'.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5. Побеждает команда, которая быстрее и правильнее составит слово.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6. Проводим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5-6 раундов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называя разные сложные слова, например,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пароход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самолет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пчеловод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.</w:t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</w:tcPr>
          <w:p>
            <w:r>
              <w:rPr>
                <w:rFonts w:ascii="Times New Roman" w:hAnsi="Times New Roman"/>
                <w:b/>
                <w:color w:val="C2185B"/>
                <w:sz w:val="24"/>
              </w:rPr>
              <w:t>🖥 ИНТЕРАКТИВНАЯ ИГРА: НА ЭЛЕКТРОННОЙ ДОСКЕ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Перетащи корни слов в нужные группы, чтобы получилось сложное слово.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1) лес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2) ход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3) пар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4) вод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5) само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6) лет</w:t>
            </w:r>
          </w:p>
          <w:p>
            <w:r>
              <w:rPr>
                <w:rFonts w:ascii="Times New Roman" w:hAnsi="Times New Roman"/>
                <w:b/>
                <w:sz w:val="24"/>
              </w:rPr>
              <w:t xml:space="preserve">Ответ (для учителя):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лес-вод, пар-ход, само-лет</w:t>
            </w:r>
          </w:p>
        </w:tc>
      </w:tr>
    </w:tbl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1. Какое слово является сложным?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дом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стол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пароход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лес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C) пароход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2. Из каких корней состоит слово 'самолет'?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сам и одет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само и лет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сам и летит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само и летит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само и лет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3. Найди сложное слово: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вода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мореход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рыба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лодка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мореход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4. Какое слово лишнее?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пчеловод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садовод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огород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лесник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C) огород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5. Какое слово означает 'птица, которая летает ночью'?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дятел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воробей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сова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филин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D) филин</w:t>
      </w:r>
    </w:p>
    <w:p>
      <w:pPr>
        <w:keepNext/>
        <w:spacing w:before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1584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3986" cy="6858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86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vAlign w:val="center"/>
            <w:shd w:val="clear" w:fill="FFE0B2"/>
          </w:tcPr>
          <w:p>
            <w:r>
              <w:rPr>
                <w:rFonts w:ascii="Times New Roman" w:hAnsi="Times New Roman"/>
                <w:b/>
                <w:color w:val="1976D2"/>
                <w:sz w:val="24"/>
              </w:rPr>
              <w:t>Интерактивная игра soffia.uz для закрепления темы - откройте ссылку на электронной доске или отсканируйте QR-код: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https://soffia.uz/uz/games/quiz/play?slug=slozhnoe-slovo</w:t>
            </w:r>
          </w:p>
        </w:tc>
        <w:tc>
          <w:tcPr>
            <w:tcW w:type="dxa" w:w="2160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E65100"/>
          <w:sz w:val="26"/>
        </w:rPr>
        <w:t>V. Поощрение учащихся. Завершение урока.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Активно участвовавшие учащиеся поощряются карточками поощрения. Урок завершается, оценки объявляются.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00838F"/>
          <w:sz w:val="26"/>
        </w:rPr>
        <w:t>VI. Домашнее задание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11. </w:t>
      </w:r>
      <w:r>
        <w:rPr>
          <w:rFonts w:ascii="Times New Roman" w:hAnsi="Times New Roman"/>
          <w:b w:val="0"/>
          <w:i w:val="0"/>
          <w:sz w:val="24"/>
        </w:rPr>
        <w:t xml:space="preserve">Прочитай слова. Найди </w:t>
      </w:r>
      <w:r>
        <w:rPr>
          <w:rFonts w:ascii="Times New Roman" w:hAnsi="Times New Roman"/>
          <w:b/>
          <w:i w:val="0"/>
          <w:color w:val="C2185B"/>
          <w:sz w:val="24"/>
        </w:rPr>
        <w:t>сложные слова</w:t>
      </w:r>
      <w:r>
        <w:rPr>
          <w:rFonts w:ascii="Times New Roman" w:hAnsi="Times New Roman"/>
          <w:b w:val="0"/>
          <w:i w:val="0"/>
          <w:sz w:val="24"/>
        </w:rPr>
        <w:t xml:space="preserve"> и подчеркни их. 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лес, поле, лесник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дом, домик, пароход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в) трава, травка, вертолёт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лес, поле, лесник</w:t>
        <w:br/>
        <w:t xml:space="preserve">б) дом, домик, </w:t>
      </w:r>
      <w:r>
        <w:rPr>
          <w:rFonts w:ascii="Times New Roman" w:hAnsi="Times New Roman"/>
          <w:b/>
          <w:i w:val="0"/>
          <w:sz w:val="24"/>
        </w:rPr>
        <w:t>пароход</w:t>
      </w:r>
      <w:r>
        <w:rPr>
          <w:rFonts w:ascii="Times New Roman" w:hAnsi="Times New Roman"/>
          <w:b w:val="0"/>
          <w:i w:val="0"/>
          <w:sz w:val="24"/>
        </w:rPr>
        <w:br/>
        <w:t xml:space="preserve">в) трава, травка, </w:t>
      </w:r>
      <w:r>
        <w:rPr>
          <w:rFonts w:ascii="Times New Roman" w:hAnsi="Times New Roman"/>
          <w:b/>
          <w:i w:val="0"/>
          <w:sz w:val="24"/>
        </w:rPr>
        <w:t>вертолёт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12. </w:t>
      </w:r>
      <w:r>
        <w:rPr>
          <w:rFonts w:ascii="Times New Roman" w:hAnsi="Times New Roman"/>
          <w:b w:val="0"/>
          <w:i w:val="0"/>
          <w:sz w:val="24"/>
        </w:rPr>
        <w:t xml:space="preserve">Соедини части слов, чтобы получилось </w:t>
      </w:r>
      <w:r>
        <w:rPr>
          <w:rFonts w:ascii="Times New Roman" w:hAnsi="Times New Roman"/>
          <w:b/>
          <w:i w:val="0"/>
          <w:color w:val="C2185B"/>
          <w:sz w:val="24"/>
        </w:rPr>
        <w:t>сложное слово</w:t>
      </w:r>
      <w:r>
        <w:rPr>
          <w:rFonts w:ascii="Times New Roman" w:hAnsi="Times New Roman"/>
          <w:b w:val="0"/>
          <w:i w:val="0"/>
          <w:sz w:val="24"/>
        </w:rPr>
        <w:t xml:space="preserve">. Запиши его. 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 xml:space="preserve">а) парк + ход = 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 xml:space="preserve">б) лес + воз = 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 xml:space="preserve">в) снег + ход = 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а) парк + ход = </w:t>
      </w:r>
      <w:r>
        <w:rPr>
          <w:rFonts w:ascii="Times New Roman" w:hAnsi="Times New Roman"/>
          <w:b/>
          <w:i w:val="0"/>
          <w:sz w:val="24"/>
        </w:rPr>
        <w:t>парк</w:t>
      </w:r>
      <w:r>
        <w:rPr>
          <w:rFonts w:ascii="Times New Roman" w:hAnsi="Times New Roman"/>
          <w:b w:val="0"/>
          <w:i w:val="0"/>
          <w:sz w:val="24"/>
        </w:rPr>
        <w:t>оход</w:t>
        <w:br/>
        <w:t xml:space="preserve">б) лес + воз = </w:t>
      </w:r>
      <w:r>
        <w:rPr>
          <w:rFonts w:ascii="Times New Roman" w:hAnsi="Times New Roman"/>
          <w:b/>
          <w:i w:val="0"/>
          <w:sz w:val="24"/>
        </w:rPr>
        <w:t>лес</w:t>
      </w:r>
      <w:r>
        <w:rPr>
          <w:rFonts w:ascii="Times New Roman" w:hAnsi="Times New Roman"/>
          <w:b w:val="0"/>
          <w:i w:val="0"/>
          <w:sz w:val="24"/>
        </w:rPr>
        <w:t>овоз</w:t>
        <w:br/>
        <w:t xml:space="preserve">в) снег + ход = </w:t>
      </w:r>
      <w:r>
        <w:rPr>
          <w:rFonts w:ascii="Times New Roman" w:hAnsi="Times New Roman"/>
          <w:b/>
          <w:i w:val="0"/>
          <w:sz w:val="24"/>
        </w:rPr>
        <w:t>снег</w:t>
      </w:r>
      <w:r>
        <w:rPr>
          <w:rFonts w:ascii="Times New Roman" w:hAnsi="Times New Roman"/>
          <w:b w:val="0"/>
          <w:i w:val="0"/>
          <w:sz w:val="24"/>
        </w:rPr>
        <w:t>оход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13. </w:t>
      </w:r>
      <w:r>
        <w:rPr>
          <w:rFonts w:ascii="Times New Roman" w:hAnsi="Times New Roman"/>
          <w:b w:val="0"/>
          <w:i w:val="0"/>
          <w:sz w:val="24"/>
        </w:rPr>
        <w:t xml:space="preserve">Составь </w:t>
      </w:r>
      <w:r>
        <w:rPr>
          <w:rFonts w:ascii="Times New Roman" w:hAnsi="Times New Roman"/>
          <w:b/>
          <w:i w:val="0"/>
          <w:color w:val="C2185B"/>
          <w:sz w:val="24"/>
        </w:rPr>
        <w:t>сложные слова</w:t>
      </w:r>
      <w:r>
        <w:rPr>
          <w:rFonts w:ascii="Times New Roman" w:hAnsi="Times New Roman"/>
          <w:b w:val="0"/>
          <w:i w:val="0"/>
          <w:sz w:val="24"/>
        </w:rPr>
        <w:t xml:space="preserve"> из данных слов. Запиши их. 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Вода + лаз = ____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Птица + лов = ____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в) Гора + ход = ____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а) Вода + лаз = </w:t>
      </w:r>
      <w:r>
        <w:rPr>
          <w:rFonts w:ascii="Times New Roman" w:hAnsi="Times New Roman"/>
          <w:b/>
          <w:i w:val="0"/>
          <w:sz w:val="24"/>
        </w:rPr>
        <w:t>водо</w:t>
      </w:r>
      <w:r>
        <w:rPr>
          <w:rFonts w:ascii="Times New Roman" w:hAnsi="Times New Roman"/>
          <w:b w:val="0"/>
          <w:i w:val="0"/>
          <w:sz w:val="24"/>
        </w:rPr>
        <w:t>лаз</w:t>
        <w:br/>
        <w:t xml:space="preserve">б) Птица + лов = </w:t>
      </w:r>
      <w:r>
        <w:rPr>
          <w:rFonts w:ascii="Times New Roman" w:hAnsi="Times New Roman"/>
          <w:b/>
          <w:i w:val="0"/>
          <w:sz w:val="24"/>
        </w:rPr>
        <w:t>птице</w:t>
      </w:r>
      <w:r>
        <w:rPr>
          <w:rFonts w:ascii="Times New Roman" w:hAnsi="Times New Roman"/>
          <w:b w:val="0"/>
          <w:i w:val="0"/>
          <w:sz w:val="24"/>
        </w:rPr>
        <w:t>лов</w:t>
        <w:br/>
        <w:t xml:space="preserve">в) Гора + ход = </w:t>
      </w:r>
      <w:r>
        <w:rPr>
          <w:rFonts w:ascii="Times New Roman" w:hAnsi="Times New Roman"/>
          <w:b/>
          <w:i w:val="0"/>
          <w:sz w:val="24"/>
        </w:rPr>
        <w:t>горно</w:t>
      </w:r>
      <w:r>
        <w:rPr>
          <w:rFonts w:ascii="Times New Roman" w:hAnsi="Times New Roman"/>
          <w:b w:val="0"/>
          <w:i w:val="0"/>
          <w:sz w:val="24"/>
        </w:rPr>
        <w:t>ход</w:t>
      </w:r>
    </w:p>
    <w:sectPr w:rsidR="00FC693F" w:rsidRPr="0006063C" w:rsidSect="00034616">
      <w:head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wrapNone/>
          <wp:docPr id="1000" name="page-frame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rame_kid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8000" cy="22275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png"/><Relationship Id="rId19" Type="http://schemas.openxmlformats.org/officeDocument/2006/relationships/image" Target="media/image1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